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Повернення "Галактики"</w:t>
      </w:r>
    </w:p>
    <w:p>
      <w:r>
        <w:br/>
        <w:t xml:space="preserve"> &lt;p&gt;І</w:t>
      </w:r>
    </w:p>
    <w:p>
      <w:r>
        <w:br/>
        <w:t>З усієї сім'ї Петренків найбільше люблять цю кімнату дідусь і його найменший онук — Романко. Кімната справді-таки незвичайна. Прозорі голубуваті стіни її розсіюють сонячне світло, роблять його м'яким, ніжним, дуже приємним для ока. Спеціальне устаткування регулює температуру, кондиціонує повітря. Окрім того, тут затишно і спокійно. Після обіду дідусь із онуком заходять сюди відпочити. Романко поспішає до шахового столика, а дідусь сідає у м'яке крісло перед голубою панеллю АЗМІЛу (так скорочено зветься Апарат зносин між людьми, який замінює і радіоприймач, і телевізор, і телефон, і телеграф, і магнітофон).</w:t>
      </w:r>
    </w:p>
    <w:p>
      <w:r>
        <w:br/>
        <w:t>— Зараз ми дізнаємось, що діється на білому світі,— щоразу казав дідусь, вмикаючи магнітофонний запис.</w:t>
      </w:r>
    </w:p>
    <w:p>
      <w:r>
        <w:br/>
        <w:t>— А ми зараз поміркуємо над шаховою задачею п'ятдесятих років двадцятого століття,— усміхався Романко, виймаючи шухлядку з фігурами.</w:t>
      </w:r>
    </w:p>
    <w:p>
      <w:r>
        <w:br/>
        <w:t>І потім кожен заглиблювався у своє. Дідусь слухав стислий запис важливих повідомлень, переданих за час його відсутності, а онук, розставивши фігурки, починав аналіз давно зіграних партій. Це повторювалось день у день. А сьогодні&amp;hellip;</w:t>
      </w:r>
    </w:p>
    <w:p>
      <w:r>
        <w:br/>
        <w:t>Тільки-но хлопець висипав фігурки на дошку, як дідусь вигукнув:</w:t>
      </w:r>
    </w:p>
    <w:p>
      <w:r>
        <w:br/>
        <w:t>— А послухай-но, Романку! — І ввімкнув магнітофон. Романко неохоче підійшов до апарата. Пролунав густий басовитий голос:</w:t>
      </w:r>
    </w:p>
    <w:p>
      <w:r>
        <w:br/>
        <w:t>"Одержано радіограму з мезонної ракети "Галактика", яка вирушила в космічний рейс сімдесят років тому. Ракета наближається до нашої Сонячної системи і прибуде на супутник "Міжпланетний вокзал" завтра о 10-їй годині".</w:t>
      </w:r>
    </w:p>
    <w:p>
      <w:r>
        <w:br/>
        <w:t>Дідусеве обличчя пашіло, тремтячі пальці м'яли білу бороду.</w:t>
      </w:r>
    </w:p>
    <w:p>
      <w:r>
        <w:br/>
        <w:t>— Заспокойтеся, дідусю...— Романко взяв старого за руку.</w:t>
      </w:r>
    </w:p>
    <w:p>
      <w:r>
        <w:br/>
        <w:t>Клацнув автоматичний вимикач, голос змовк.</w:t>
      </w:r>
    </w:p>
    <w:p>
      <w:r>
        <w:br/>
        <w:t>— Легко сказати, Романку, "заспокойтеся"... Це ж та сама ракета, що на ній...</w:t>
      </w:r>
    </w:p>
    <w:p>
      <w:r>
        <w:br/>
        <w:t>— ...полетів ваш батько, а мій прадід? — стрепенувся хлопець.— Невже вона?</w:t>
      </w:r>
    </w:p>
    <w:p>
      <w:r>
        <w:br/>
        <w:t>— Так, хлопче. Три роки мені було, коли батько вирушив у цю далеку експедицію. Я виріс, одружився, мої діти повиростали, тепер ось ви вже великі, діти моїх дітей, а ракета "Галактика" весь час мандрувала космічним океаном. Минали десятиліття, обірвався зв'язок, думали, що вона зазнала аварії...</w:t>
      </w:r>
    </w:p>
    <w:p>
      <w:r>
        <w:br/>
        <w:t>— Заждіть, дідусю,— Романко замислився.— В час відльоту вашого тата вам було, кажете, три роки. А йому ж скільки?</w:t>
      </w:r>
    </w:p>
    <w:p>
      <w:r>
        <w:br/>
        <w:t>— Тридцять три. Хотів був мене взяти з собою, та моя мати не погодилась. Як же, сумувала, я сама лишуся?..</w:t>
      </w:r>
    </w:p>
    <w:p>
      <w:r>
        <w:br/>
        <w:t>— Отож,— міркував Романко,— сімдесят плюс тридцять три, виходить сто три. Старенький уже ваш тато. Як вони там і витримали сімдесят років! Скільки ж це продуктів треба було взяти з собою, щоб екіпаж...</w:t>
      </w:r>
    </w:p>
    <w:p>
      <w:r>
        <w:br/>
        <w:t>— В тому то й справа, що продуктів вони брали всього на рік.— Дідусь погладив бороду, і Романкові здалося, що в очах у нього промайнула усмішка.— Правда, ще був невеликий аварійний запас — здається на чверть року.</w:t>
      </w:r>
    </w:p>
    <w:p>
      <w:r>
        <w:br/>
        <w:t>— То хіба ж вони могли протриматись сімдесят років? — жахнувся Романко.— Може, це повідомлення передала їхня автоматична станція? А вони... вони давно вже загинули?</w:t>
      </w:r>
    </w:p>
    <w:p>
      <w:r>
        <w:br/>
        <w:t>— Ні, любий хлопчику, — заспокійливо промовив дідусь,— вони живі й здорові. Ти ж не всі повідомлення прослухав. Ось...— він знову ввімкнув АЗМІЛ.</w:t>
      </w:r>
    </w:p>
    <w:p>
      <w:r>
        <w:br/>
        <w:t>Засвітився екран, пролунав голос:</w:t>
      </w:r>
    </w:p>
    <w:p>
      <w:r>
        <w:br/>
        <w:t>"Зв'язок із ракетою "Галактика" підтримується регулярно. Самопочуття екіпажу хороше".</w:t>
      </w:r>
    </w:p>
    <w:p>
      <w:r>
        <w:br/>
        <w:t>— Хороше самопочуття, чуєш? — промовив дідусь.</w:t>
      </w:r>
    </w:p>
    <w:p>
      <w:r>
        <w:br/>
        <w:t>— Як же це...— хлопець здивовано поглянув на апарат.— Як же це вони витримали? Героїчні дідусі!</w:t>
      </w:r>
    </w:p>
    <w:p>
      <w:r>
        <w:br/>
        <w:t>— Прадіди,— поправив старенький.</w:t>
      </w:r>
    </w:p>
    <w:p>
      <w:r>
        <w:br/>
        <w:t>— А раз прадіди — значить ще героїчніші.</w:t>
      </w:r>
    </w:p>
    <w:p>
      <w:r>
        <w:br/>
        <w:t>— Еге, прадіди,— задумливо промовив дідусь,— і прибувають вони до правнуків... Крізь простір і час.</w:t>
      </w:r>
    </w:p>
    <w:p>
      <w:r>
        <w:br/>
        <w:t>Дідусь підвівся і почав ходити по кімнаті.</w:t>
      </w:r>
    </w:p>
    <w:p>
      <w:r>
        <w:br/>
        <w:t>"Старенький уже мій дідусь,— подумав Романко.— А який же прадід?.. Якщо вони там у ракеті не стриглися, то бороди, мабуть, повиростали аж до п'ят..."</w:t>
      </w:r>
    </w:p>
    <w:p>
      <w:r>
        <w:br/>
        <w:t>— Ну, що ж, Романку,— дідусь підійшов до хлопця і взяв його за плечі,— давай ще раз переглянемо кіноплівку, на яку знято проводи експедиції, та будемо готуватися до зустрічі дорогого гостя.</w:t>
      </w:r>
    </w:p>
    <w:p>
      <w:r>
        <w:br/>
        <w:t>— Давайте! — зрадів онук.— Зараз я запущу апарат.</w:t>
      </w:r>
    </w:p>
    <w:p>
      <w:r>
        <w:br/>
        <w:t>— А ти ж не забув, у якій касеті стрічка?</w:t>
      </w:r>
    </w:p>
    <w:p>
      <w:r>
        <w:br/>
        <w:t>— Хто, я? — Романко обернувся до дідуся.— Ну, й вигадаєте. Та я ж усі кадри напам'ять знаю!.. А стрічка — в сріблястій коробці.</w:t>
      </w:r>
    </w:p>
    <w:p>
      <w:r>
        <w:br/>
        <w:t>— Напам'ять? — перепитав дідусь.— Ану, скажи, що примітного на обличчі в мого батька, а твого прадіда?</w:t>
      </w:r>
    </w:p>
    <w:p>
      <w:r>
        <w:br/>
        <w:t>— Що? Ну, чоло, очі, ніс... Обличчя, як обличчя.</w:t>
      </w:r>
    </w:p>
    <w:p>
      <w:r>
        <w:br/>
        <w:t>— Оце-то примітне! — засміявся дідусь. А вуса в нього є?</w:t>
      </w:r>
    </w:p>
    <w:p>
      <w:r>
        <w:br/>
        <w:t>— Тоді не було, а тепер, мабуть, такі вусища, що ого! За сімдесят років, звичайно, відросли.</w:t>
      </w:r>
    </w:p>
    <w:p>
      <w:r>
        <w:br/>
        <w:t>— Відросли чи не відросли — це ми побачимо, а ти бородавку пам'ятаєш?</w:t>
      </w:r>
    </w:p>
    <w:p>
      <w:r>
        <w:br/>
        <w:t>— Пам'ятаю. Але ж вона збоку на бороді, і тепер, звичайно, сховалася в сивому волоссі.</w:t>
      </w:r>
    </w:p>
    <w:p>
      <w:r>
        <w:br/>
        <w:t>— Ну, гаразд, Романку, пускай кіноапарат.</w:t>
      </w:r>
    </w:p>
    <w:p>
      <w:r>
        <w:br/>
        <w:t>Часто, дуже часто старий переглядав цей кіножурнал, показував його своїм дітям, а тепер і онукам. І кожного разу неабияк хвилювався. Він бачив рідного батька, себе в матері на руках,.. Гай, гай, як давно це було — сімдесят років тому." Інколи йому хотілося гукнути: "Де ж ти тепер, тату? Не діждалася тебе мати, а чи я діждуся?"</w:t>
      </w:r>
    </w:p>
    <w:p>
      <w:r>
        <w:br/>
        <w:t>Тим часом запрацював вмонтований у стіну моторчик. Блимнула сигнальна лампочка. Перед дідусем і онуком воскресли події сімдесятилітньої давності.</w:t>
      </w:r>
    </w:p>
    <w:p>
      <w:r>
        <w:br/>
        <w:t>Зображення проектувалося не на екран, а просто на середину кімнати. Глядачі могли підійти до героїв фільму, навіть злитися з натовпом. Романко раніше так і робив: оглядаючись на дідуся, підбігав до кремезного чоловіка, що прощався із своєю дружиною, і, стараючись перекричати гамір, гукав:</w:t>
      </w:r>
    </w:p>
    <w:p>
      <w:r>
        <w:br/>
        <w:t>— Дідусю, оце ваш тато!</w:t>
      </w:r>
    </w:p>
    <w:p>
      <w:r>
        <w:br/>
        <w:t>Хлопець хотів доторкнутися до космонавта, але руки хапали одне повітря. Ні, не живі люди заповнювали демонстраційний майданчик, а їхні безтілесні копії. Вони ходили, говорили, сміялися. Звук їхніх голосів стрясав повітря. Але це було тільки їхнє об'ємне зображення... Романко бродив у натовпі, вільно проникав крізь автомобілі, наближався до самісінької ракети, яка чорним списом здіймалася в небо. Він уявляв себе повноправним учасником експедиції, космічним мандрівником, розвідником Всесвіту.</w:t>
      </w:r>
    </w:p>
    <w:p>
      <w:r>
        <w:br/>
        <w:t>Проте сьогодні онук сидів поряд з дідусем принишклий і замріяний. Кожен кадр нині здавався йому сповненим особливого змісту.</w:t>
      </w:r>
    </w:p>
    <w:p>
      <w:r>
        <w:br/>
        <w:t>Коли кіножурнал скінчився, хлопець припав до дідусевого плеча й зашепотів схвильовано:</w:t>
      </w:r>
    </w:p>
    <w:p>
      <w:r>
        <w:br/>
        <w:t>— Значить, завтра прибувають... Дідусю, візьміть мене з собою.</w:t>
      </w:r>
    </w:p>
    <w:p>
      <w:r>
        <w:br/>
        <w:t>Старий напівзаплющив очі, тихо промовив:</w:t>
      </w:r>
    </w:p>
    <w:p>
      <w:r>
        <w:br/>
        <w:t>— Ні, хлопчику мій, я не полечу до супутника.</w:t>
      </w:r>
    </w:p>
    <w:p>
      <w:r>
        <w:br/>
        <w:t>— Чому? — здивувався Романко.</w:t>
      </w:r>
    </w:p>
    <w:p>
      <w:r>
        <w:br/>
        <w:t>— Почуваю себе не... в спортивній формі,— пожартував дідусь і додав:—Будемо біля АЗМІЛу чергувати, гаразд?</w:t>
      </w:r>
    </w:p>
    <w:p>
      <w:r>
        <w:br/>
        <w:t>— Гаразд,— без ентузіазму погодився хлопець. Звичайно, йому в тисячу разів цікавіше було б побувати на "Міжпланетному вокзалі", але туди без дорослих не беруть підлітків.</w:t>
      </w:r>
    </w:p>
    <w:p>
      <w:r>
        <w:br/>
        <w:t>Романко сів біля шахового столика й замислився.</w:t>
      </w:r>
    </w:p>
    <w:p>
      <w:r>
        <w:br/>
        <w:t>II</w:t>
      </w:r>
    </w:p>
    <w:p>
      <w:r>
        <w:br/>
        <w:t>Наступного дня Романко прокинувся разом із птахами. Хлопець майже не спав. Усю ніч він обмірковував план зустрічі прадіда. І що його придумати? На ракету, яка літає по маршруту Земля — "Міжпланетний вокзал", його, звичайно, ніхто не візьме. Малий ще, скажуть, шкідливо для здоров'я. А який він малий? Ростом трохи нижчий за дідуся, але ж він фізкультурник! Класний керівник часто говорить: "Петренко Роман — міцний, наче кремінь"...</w:t>
      </w:r>
    </w:p>
    <w:p>
      <w:r>
        <w:br/>
        <w:t>Думки роїлися в голові, немов бджоли у вулику. А що коли таємно пробратися на ракету? Отак собі прошмигнути всередину та й сховатися, га? Не прошмигнеш, не пропустять... Хотів був серед ночі податися на ракетодром, але передумав: до ракети не можна підійти, та й хто його знає, котра полетить. А спитаєш — все пропало.</w:t>
      </w:r>
    </w:p>
    <w:p>
      <w:r>
        <w:br/>
        <w:t>Нараз Романко схопився з ліжка, підскочив, наче пружина, і кинувся до шафи. Як він раніше цього не згадав? Адже він грав Лісовика, коли їхній драмгурток показував на сцені казку. Ось на кого він перетвориться — на старого бородатого діда! Борода в нього, правда, завелика, але ж можна підрізати...</w:t>
      </w:r>
    </w:p>
    <w:p>
      <w:r>
        <w:br/>
        <w:t>Світало. З котеджу, де мешкали Петренки, вийшов жвавий, трохи кумедний дідок. Не по літах спритно він скочив на тротуар і підтюпцем побіг вулицею. Розкішна борода закривала йому груди, під пахвою пломенів величезний букет квітів.</w:t>
      </w:r>
    </w:p>
    <w:p>
      <w:r>
        <w:br/>
        <w:t>На ракетодром Романко дістався задовго до відльоту ракети. На запитання чергового відповів, що він правнук члена екіпажу "Галактика" Петренка. Черговий дуже здивувався, що правнук такий старий.</w:t>
      </w:r>
    </w:p>
    <w:p>
      <w:r>
        <w:br/>
        <w:t>— Час іде... — намагаючись вимовляти слова по-старечому, промовив Романко.— Мій прадід відлетів із Землі майже століття тому!</w:t>
      </w:r>
    </w:p>
    <w:p>
      <w:r>
        <w:br/>
        <w:t>Черговий, уже літній чоловік, співчутливо зітхнув і запропонував зайти в зал, де мали збиратися зустрічаючі.</w:t>
      </w:r>
    </w:p>
    <w:p>
      <w:r>
        <w:br/>
        <w:t>— Шпасибі, шпасибі, — прошамкав Романко,— я погуляю на швіжому повітрі.</w:t>
      </w:r>
    </w:p>
    <w:p>
      <w:r>
        <w:br/>
        <w:t>Чемне запрошення чергового злякало "дідка". "А що як там буде батько? Звичайно ж, буде!" І він заходив по веранді. Ні, ні, до залу він не загляне.</w:t>
      </w:r>
    </w:p>
    <w:p>
      <w:r>
        <w:br/>
        <w:t>А черговий, як на те, все намагався завести розмову, розпитував про прадіда, про сім'ю... Романко ж так шамкав у відповідь, що здався йому занадто ветхим.</w:t>
      </w:r>
    </w:p>
    <w:p>
      <w:r>
        <w:br/>
        <w:t>— А знаєте, — заговорив черговий, примружуючи очі,— я б не радив вам летіти туди... У ваші літа, знаєте, небезпечно...</w:t>
      </w:r>
    </w:p>
    <w:p>
      <w:r>
        <w:br/>
        <w:t>От халепа! То дуже молодий, то занадто старий.</w:t>
      </w:r>
    </w:p>
    <w:p>
      <w:r>
        <w:br/>
        <w:t>Промимривши щось під ніс про загартованість теперішніх дідів, Романко відійшов у скверик, сів на лавочці і, вийнявши ножика, підкоротив бороду.</w:t>
      </w:r>
    </w:p>
    <w:p>
      <w:r>
        <w:br/>
        <w:t>Вирішив надалі так не шамкати і не сутулитись.</w:t>
      </w:r>
    </w:p>
    <w:p>
      <w:r>
        <w:br/>
        <w:t>Йому не сиділося. Включив наручного радіоприймача, але й це не допомагало. Час ішов нестерпно повільно. Здавалося, що сонце ото як піднялося над обрієм, то так і стоїть непорушно, а довгі тіні ракет, пролягаючи через усе поле ракетодрому, і не збираються коротшати.</w:t>
      </w:r>
    </w:p>
    <w:p>
      <w:r>
        <w:br/>
        <w:t>Мабуть, нічого немає гіршого, як отаке чекання!</w:t>
      </w:r>
    </w:p>
    <w:p>
      <w:r>
        <w:br/>
        <w:t>Та всьому настає кінець. Минула година, друга, прибули зустрічаючі, а серед них і... батько. Романка він не впізнав, та й хто міг подумати, що оцей похилого віку чоловік — загримований підліток?</w:t>
      </w:r>
    </w:p>
    <w:p>
      <w:r>
        <w:br/>
        <w:t>Ох і калатало ж у Романка серце, коли вони заходили в ракету! Ось і крісло. Сів і наче потонув у ньому...</w:t>
      </w:r>
    </w:p>
    <w:p>
      <w:r>
        <w:br/>
        <w:t>Коли загуркотіли двигуни і ракета знялася, Романка сильно притиснуло до сидіння, але через кілька хвилин він відчув полегкість. Хлопець принишк у своєму кріслі, боячись злетіти вгору, бо тепер, коли космічний корабель мчав за інерцією, всі втратили вагу. Хотілося подивитися в ілюмінатор: яка воно з такої висоти Земля? Але не наважувався встати. "Нехай уже, як повертатимемо назад, отоді..."</w:t>
      </w:r>
    </w:p>
    <w:p>
      <w:r>
        <w:br/>
        <w:t>III</w:t>
      </w:r>
    </w:p>
    <w:p>
      <w:r>
        <w:br/>
        <w:t>Величезне герметично ізольоване приміщення "Міжпланетного вокзалу". Зустрічаючі пробралися через спеціальні шлюзи.</w:t>
      </w:r>
    </w:p>
    <w:p>
      <w:r>
        <w:br/>
        <w:t>Походжаючи попід пальмами, що довгими рядами стояли вздовж стін залу, Романко думав: "Цікаво, чи бачить мене дідусь на екрані АЗМІЛу? Хоча б прочитав записку, а то ще кинеться шукати".</w:t>
      </w:r>
    </w:p>
    <w:p>
      <w:r>
        <w:br/>
        <w:t>До прибуття "Галактики" лишилося, може, з півгодини. Диспетчерський пункт через кожні п'ять хвилин повідомляв про наближення космічного корабля. В залі відчувалося хвилювання десятків людей. Романко спостерігав за батьком. Зовні той був спокійний, зібраний, зосереджений. Тільки тремтіння газети, яку він тримав поперед себе, видавало його хвилювання.</w:t>
      </w:r>
    </w:p>
    <w:p>
      <w:r>
        <w:br/>
        <w:t>— Увага, увага, товариші! — заговорили репродуктори.— "Галактика" підходить до головної палуби.</w:t>
      </w:r>
    </w:p>
    <w:p>
      <w:r>
        <w:br/>
        <w:t>Нарешті!</w:t>
      </w:r>
    </w:p>
    <w:p>
      <w:r>
        <w:br/>
        <w:t>Всі кинулися до прозорої стіни. Романко заніміло дивився в небесну глибочінь, освітлену голубим диском Землі. Далеко-далеко сяяли зорі. Це ж звідти повертається "Галактика". Та ось і вона.</w:t>
      </w:r>
    </w:p>
    <w:p>
      <w:r>
        <w:br/>
        <w:t>Спочатку з'явився овальний ніс ракети, потім і весь корпус. Обшивка посічена, з багатьма вм'ятинами. Від літер, що складали її назву, лишилися тільки чотири перші — ГАЛА, та й ті дуже потемнілі.</w:t>
      </w:r>
    </w:p>
    <w:p>
      <w:r>
        <w:br/>
        <w:t>Романко дивився на "Галактику"" з розчаруванням: замість ракети-красуні, яку він сподівався уздріти, до палуби "Міжпланетного вокзалу" пристала обшарпана, подзьобана споруда.</w:t>
      </w:r>
    </w:p>
    <w:p>
      <w:r>
        <w:br/>
        <w:t>Та найбільше розчарування спіткало його згодом, коли з повітряного шлюзу до зали почали один за одним входити прибулі космонавти. їх було четверо, і всі молоді. Молодші за його тата!</w:t>
      </w:r>
    </w:p>
    <w:p>
      <w:r>
        <w:br/>
        <w:t>"Може, я сплю? — подумав Романко.— Можливо, це мені просто сниться? Адже "Галактика" мандрувала в космічних просторах сімдесят років! Значить, моєму прадідові тепер має бути сто три... А..."</w:t>
      </w:r>
    </w:p>
    <w:p>
      <w:r>
        <w:br/>
        <w:t>В цю мить він упізнав прадіда. Такий же кремезний, засмаглий чоловік, як і в кіножурналі. Може, тільки трохи стомлений, але зовсім, зовсім молодий!</w:t>
      </w:r>
    </w:p>
    <w:p>
      <w:r>
        <w:br/>
        <w:t>Що ж це таке? Треба спитати в тата...</w:t>
      </w:r>
    </w:p>
    <w:p>
      <w:r>
        <w:br/>
        <w:t>Хлопець пробирається крізь натовп. Уже почався мітинг, всі слухають виступ якогось ученого, а Романко завзято працює ліктями. На жвавого "дідка" поглядають із подивом, але пропускають наперед.</w:t>
      </w:r>
    </w:p>
    <w:p>
      <w:r>
        <w:br/>
        <w:t>— Подорож "Галактики" — це наочний приклад відносності часу,— говорив учений з трибуни, на якій стояли і мандрівники.— Плин часу в різних інерціальних системах різний...</w:t>
      </w:r>
    </w:p>
    <w:p>
      <w:r>
        <w:br/>
        <w:t>Романко не дослухався. Пробравшись нарешті до батька, легенько торкнув його за рукав:</w:t>
      </w:r>
    </w:p>
    <w:p>
      <w:r>
        <w:br/>
        <w:t>— Тату, невже все це правда?</w:t>
      </w:r>
    </w:p>
    <w:p>
      <w:r>
        <w:br/>
        <w:t>Батько здивовано глянув на "старого"".</w:t>
      </w:r>
    </w:p>
    <w:p>
      <w:r>
        <w:br/>
        <w:t>— Пробачте, але я...</w:t>
      </w:r>
    </w:p>
    <w:p>
      <w:r>
        <w:br/>
        <w:t>Романко зірвав бороду й парика і сховав у кишеню. Батько звів брови:</w:t>
      </w:r>
    </w:p>
    <w:p>
      <w:r>
        <w:br/>
        <w:t>— Це ти, артисте?</w:t>
      </w:r>
    </w:p>
    <w:p>
      <w:r>
        <w:br/>
        <w:t>— Скажи,— зашепотів хлопець,— це все насправді...</w:t>
      </w:r>
    </w:p>
    <w:p>
      <w:r>
        <w:br/>
        <w:t>— Насправді, — перебив його батько, — але твоя поведінка...</w:t>
      </w:r>
    </w:p>
    <w:p>
      <w:r>
        <w:br/>
        <w:t>— Хіба можуть бути батьки молодші за своїх дітей?</w:t>
      </w:r>
    </w:p>
    <w:p>
      <w:r>
        <w:br/>
        <w:t>— Ти ж бачиш,— стиха промовив батько,— ці люди не тільки молодші за своїх дітей, а й за своїх онуків. Я ж онук он тому космонавтові.</w:t>
      </w:r>
    </w:p>
    <w:p>
      <w:r>
        <w:br/>
        <w:t>Романко поглянув на трибуну:</w:t>
      </w:r>
    </w:p>
    <w:p>
      <w:r>
        <w:br/>
        <w:t>— Бачу, я його відразу впізнав!</w:t>
      </w:r>
    </w:p>
    <w:p>
      <w:r>
        <w:br/>
        <w:t>— Так ось, йому тридцять чотири, а його синові сімдесят три. Виходить, що діти можуть бути старшими за своїх батьків, але це в тому випадку, коли ці діти лишаються на Землі, а батьки літають у космічних ракетах. Зрозуміло?</w:t>
      </w:r>
    </w:p>
    <w:p>
      <w:r>
        <w:br/>
        <w:t>— Н-недуже...</w:t>
      </w:r>
    </w:p>
    <w:p>
      <w:r>
        <w:br/>
        <w:t>— Виростеш — зрозумієш. Час іде по-різному на різних небесних тілах. І це залежить від швидкості їхнього руху. Що швидше летить ракета — то більше "гальмується" на ній час, то повільніше він протікає. За сімдесят земних років на ракеті "Галактика" минув усього один рік! На Землі всі постаріли на сімдесят років, а екіпаж ракети — лише на рік.</w:t>
      </w:r>
    </w:p>
    <w:p>
      <w:r>
        <w:br/>
        <w:t>— Дорогі товариші! Наша експедиція добула надзвичайно цінні для науки відомості...</w:t>
      </w:r>
    </w:p>
    <w:p>
      <w:r>
        <w:br/>
        <w:t>Де й ділося Романове розчарування! Не відриваючи очей, дивився він на мужніх мандрівників, які подолали час. Дивовижна, просто казкова подія!</w:t>
      </w:r>
    </w:p>
    <w:p>
      <w:r>
        <w:br/>
        <w:t>Коли закінчився мітинг і космонавти зійшли з трибуни, він кинувся до свого прадіда — так, як робив це під час перегляду кіножурналу. Але тепер він відчув тепло прадідової руки, почув слова, звернені до нього:</w:t>
      </w:r>
    </w:p>
    <w:p>
      <w:r>
        <w:br/>
        <w:t>— Ти дуже схожий на мого сина, хлопчику! — сказав космонавт, пригортаючи Романка.— Ти, мабуть, його внук?</w:t>
      </w:r>
    </w:p>
    <w:p>
      <w:r>
        <w:br/>
        <w:t>— Так... Я... — запинаючись почав підліток,— я — Романко! А ось і мій тато...</w:t>
      </w:r>
    </w:p>
    <w:p>
      <w:r>
        <w:br/>
        <w:t>Космонавт міцно обнявся із внуком, на дванадцять років старшим за нього.</w:t>
      </w:r>
    </w:p>
    <w:p>
      <w:r>
        <w:br/>
        <w:t>— А де ж мій... син? — з тривогою в голосі спитав гість.</w:t>
      </w:r>
    </w:p>
    <w:p>
      <w:r>
        <w:br/>
        <w:t>— Він дома,— поспішив заспокоїти космічного мандрівника Романко.— Старенький уже, сімдесят три роки має!</w:t>
      </w:r>
    </w:p>
    <w:p>
      <w:r>
        <w:br/>
        <w:t>Заговорив репродуктор. Космонавтів і зустрічаючих запрошували до ракети, щоб летіти на Землю.</w:t>
      </w:r>
    </w:p>
    <w:p>
      <w:r>
        <w:br/>
        <w:t>— Значить, додому? — стрепенувся молодий прадід.</w:t>
      </w:r>
    </w:p>
    <w:p>
      <w:r>
        <w:br/>
        <w:t>— Так,— усміхнувся Романків батько.</w:t>
      </w:r>
    </w:p>
    <w:p>
      <w:r>
        <w:br/>
        <w:t>— Додому, додому! — аж підскочив Романко. Згадав про дідуся — це ж він самотній біля апарата. А як він зрадіє, побачивши свого батька!..</w:t>
      </w:r>
    </w:p>
    <w:p>
      <w:r>
        <w:br/>
        <w:t>Так, ця мить була незвичайна. Із сльозами на очах Романків дідусь — сивий, старенький — пішов назустріч молодому, безвусому чоловікові і, простягаючи руки, мовив схвильовано:</w:t>
      </w:r>
    </w:p>
    <w:p>
      <w:r>
        <w:br/>
        <w:t>— Нарешті діждався тебе, тату!</w:t>
      </w:r>
    </w:p>
    <w:p>
      <w:r>
        <w:br/>
        <w:t>Вони сплелися в обіймах.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Повернення "Галактики"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