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Повернення</w:t>
      </w:r>
    </w:p>
    <w:p>
      <w:r>
        <w:br/>
        <w:t xml:space="preserve"> Ні, не спогад це, не ілюзія,&lt;br /&gt;</w:t>
        <w:br/>
        <w:t>Не солодкий то плід уяви.&lt;br /&gt;</w:t>
        <w:br/>
        <w:t>Знов закляклий стою у лузі я&lt;br /&gt;</w:t>
        <w:br/>
        <w:t>І мене облягяють трави.</w:t>
      </w:r>
    </w:p>
    <w:p>
      <w:r>
        <w:br/>
        <w:t>Півсторіччя… Либонь півсвіту я&lt;br /&gt;</w:t>
        <w:br/>
        <w:t>Облітав, обійшов, об'їхав,&lt;br /&gt;</w:t>
        <w:br/>
        <w:t>І не віриться, що відвідую&lt;br /&gt;</w:t>
        <w:br/>
        <w:t>Рідний край — мої горе й втіху.</w:t>
      </w:r>
    </w:p>
    <w:p>
      <w:r>
        <w:br/>
        <w:t>Ні, не сон і не мрія — ось воно,&lt;br /&gt;</w:t>
        <w:br/>
        <w:t>Тут родитись мені судилось:&lt;br /&gt;</w:t>
        <w:br/>
        <w:t>Рідне Моспине! Бідне Моспине!&lt;br /&gt;</w:t>
        <w:br/>
        <w:t>Знов очам моїм ти відкрилось.</w:t>
      </w:r>
    </w:p>
    <w:p>
      <w:r>
        <w:br/>
        <w:t>Ніби тут не таке було тоді,&lt;br /&gt;</w:t>
        <w:br/>
        <w:t>Де дитинства мого довкілля:&lt;br /&gt;</w:t>
        <w:br/>
        <w:t>Береги Грузької болотяні&lt;br /&gt;</w:t>
        <w:br/>
        <w:t>Облягло бридко-чорне зілля.</w:t>
      </w:r>
    </w:p>
    <w:p>
      <w:r>
        <w:br/>
        <w:t>А була ж і глибокою й чистою,&lt;br /&gt;</w:t>
        <w:br/>
        <w:t>Пили воду ми незіпсуту…&lt;br /&gt;</w:t>
        <w:br/>
        <w:t>Чи ж на мості з калини вистою,&lt;br /&gt;</w:t>
        <w:br/>
        <w:t>Де калюжа мулу й мазуту?</w:t>
      </w:r>
    </w:p>
    <w:p>
      <w:r>
        <w:br/>
        <w:t>Таки вистою! Зір заплющу я&lt;br /&gt;</w:t>
        <w:br/>
        <w:t>І бодай лише на хвилину&lt;br /&gt;</w:t>
        <w:br/>
        <w:t>У дитинства купіль цілющую&lt;br /&gt;</w:t>
        <w:br/>
        <w:t>З калинового мосту порину…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Повернення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