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</w:t>
      </w:r>
    </w:p>
    <w:p>
      <w:r>
        <w:br/>
        <w:t xml:space="preserve"> &lt;p&gt;Володимир АРЄНЄВ</w:t>
      </w:r>
    </w:p>
    <w:p>
      <w:r>
        <w:br/>
        <w:t>ПОВЕРНЕННЯ</w:t>
      </w:r>
    </w:p>
    <w:p>
      <w:r>
        <w:br/>
        <w:t>Коли старого затягли до камери, він уже не чинив опору, тільки дивився на вартових примруженими підсліпуватими очима. Мовчки кліпав віями, наче ображена дитина, яка все зробила, як батько звелів, а той, замість дати обіцяного медового пряника, взяв та й висік.</w:t>
      </w:r>
    </w:p>
    <w:p>
      <w:r>
        <w:br/>
        <w:t>Вартові буквально на руках внесли сухорляве тіло й кинули полоненого на підлогу. Він упав — і тієї ж миті відчув у роті солонавий присмак крові...</w:t>
      </w:r>
    </w:p>
    <w:p>
      <w:r>
        <w:br/>
        <w:t>Десь позаду, за завісою в’язкого туману, клацнув у замку ключ. Один із вартових, той, що тримав полоненого за праве плече, гладкий, з обгорілою, облупленою шкірою на щоках, голосно зітхнув:</w:t>
      </w:r>
    </w:p>
    <w:p>
      <w:r>
        <w:br/>
        <w:t>— Послав же Бог божевільного!</w:t>
      </w:r>
    </w:p>
    <w:p>
      <w:r>
        <w:br/>
        <w:t>Другий промовчав: чіпляв на пояс ключ. За хвилину обидва пішли геть, гуркочучи підкованими закаблуками чоботищ.</w:t>
      </w:r>
    </w:p>
    <w:p>
      <w:r>
        <w:br/>
        <w:t>Старий тим часом прийшов до тями, перевернувся зі спини на живіт і почав потроху підводитися. Туман перед очима вже розвіявся — можна було побачити брудну підлогу, всю в рудому шматті соломи, оберемок тієї ж таки соломи в дальному кутку, два лежаки, маленьке віконце вгорі. З правої полиці звисала чиясь нога. Вона метлялась у широкій латаній штанині, неначе язичок у дзвоні. Короткий чобіт поважно опустив донизу краєчок відірваної підошви.</w:t>
      </w:r>
    </w:p>
    <w:p>
      <w:r>
        <w:br/>
        <w:t>Старий підвівся і відразу ж сів, не втримавшись на ногах. ...Били сильно. Та найболячіше було, коли кидали каміння... Від одного лише спогаду йому перехопило подих, він закашлявся, здригаючись усім тілом. Довга скуйовджена борода теліпалася химерним маятником.</w:t>
      </w:r>
    </w:p>
    <w:p>
      <w:r>
        <w:br/>
        <w:t>Коли напад минув, до ноги на полиці приєдналася ще одна. Затим обидві зіскочили на підлогу, почулося ляскання — і раптом старий побачив перед собою руки в подертих рукавицях. Руки простягали кварту.</w:t>
      </w:r>
    </w:p>
    <w:p>
      <w:r>
        <w:br/>
        <w:t>Старий нахилився усім тілом уперед, припав до подряпаного краю губами; вода тоненьким прохолодним струмком зволожила рот.</w:t>
      </w:r>
    </w:p>
    <w:p>
      <w:r>
        <w:br/>
        <w:t>Утамувавши спрагу, він вдячно кивнув, потім знову спробував підвестися. Власник рваних рукавиць поставив кварту на місце та підтримав старого за плечі. Удвох вони дісталися оберемка соломи, сяк-так співкамерник посадовив старого, спер об стіну. Затим знову забрався на полицю і вже звідти запитав, ліниво тягнучи слова:</w:t>
      </w:r>
    </w:p>
    <w:p>
      <w:r>
        <w:br/>
        <w:t>— За що посадили?</w:t>
      </w:r>
    </w:p>
    <w:p>
      <w:r>
        <w:br/>
        <w:t>Це цілком резонне запитання викликало у старого бурю почуттів. Він спробував підвестися — не зміг і знову повалився на солому, скажено метляючи головою, і тихенько загарчав, наче звір у клітці, що побачив своїх ловців.</w:t>
      </w:r>
    </w:p>
    <w:p>
      <w:r>
        <w:br/>
        <w:t>— Годі, годі, — заспокійливо мовив старому співкамерник. — Відпочинь трохи, потім розкажеш.</w:t>
      </w:r>
    </w:p>
    <w:p>
      <w:r>
        <w:br/>
        <w:t>Він позіхнув, ноги у дірявих чоботах зникли з поля зору, і незабаром з полиці долинуло хропіння.</w:t>
      </w:r>
    </w:p>
    <w:p>
      <w:r>
        <w:br/>
        <w:t>Старий заплющив очі й спробував заспокоїтися. Врешті-решт, не гоже йому поводитися, наче простолюдину. Але він знав, що це слабка втіха. Тепер, опісля всього, він був саме простолюдином — і ніким більше. До того ж, ще й самозванцем!</w:t>
      </w:r>
    </w:p>
    <w:p>
      <w:r>
        <w:br/>
        <w:t>Перед очима самі собою постали брудні обличчя, перекошені чи то від злості, чи то від страху, і в повітря злетіло каміння, і криком хляснуло по вухах: "Самозванець! Погляньте лишень, великий Мерлін повернувся! Ну ж бо, зачаруй нас, перетвори на гидотних жаб! Не можеш? Дивіться, він не може. Камінням його, камінням — нехай знає, як ганьбити велике ім’я!"</w:t>
      </w:r>
    </w:p>
    <w:p>
      <w:r>
        <w:br/>
        <w:t>І так було майже на всьому шляху до столиці. Лише тут, у місті, за спиною у старого несподівано з’явилися вартові, заломили руки: "У холодну його! У холодну!"</w:t>
      </w:r>
    </w:p>
    <w:p>
      <w:r>
        <w:br/>
        <w:t>Можна було б удати з себе жебрака, та після першого ж кпину (ще тоді, біля Пагорба) щось в ньому зламалося, і він уже був неспроможний пересилити власну гордість. Мабуть, причиною тому став ущіпливий крик з натовпу: "Якщо ти жебрак, то й жебрач, а не сунься у Мерліни! Інакше станеш, як і Мерлін, — мертвим!"...</w:t>
      </w:r>
    </w:p>
    <w:p>
      <w:r>
        <w:br/>
        <w:t>Солоний присмак у роті не зникав. Старий знову спробував підвестися — цього разу вдалося. Тримаючись за стіну, він підійшов до порожньої полиці, на яку власник подертих чобіт поставив кварту. Як старий і сподівався, окрім кварти, там лежав ще й глевкий шмат хліба. Простягнувши руку, в’язень уп’явся пальцями і видер трохи м’якушки.</w:t>
      </w:r>
    </w:p>
    <w:p>
      <w:r>
        <w:br/>
        <w:t>Смаком вона нагадувала мох. Так, йому доводилось їсти мох. І ще багато чого іншого, щоб якось дістатися столиці.</w:t>
      </w:r>
    </w:p>
    <w:p>
      <w:r>
        <w:br/>
        <w:t>Чи ж дійсно треба було?..</w:t>
      </w:r>
    </w:p>
    <w:p>
      <w:r>
        <w:br/>
        <w:t>Старий проковтнув шматок, який мало не застряв у горлі, і повернувся назад, до оберемка соломи. Замислився.</w:t>
      </w:r>
    </w:p>
    <w:p>
      <w:r>
        <w:br/>
        <w:t>Натовп... Той самий натовп — були часи — дивився на нього із зачудуванням й острахом. Чи був день похмурий, чи ясний, варто було йому з’явитися — або поряд із Артуром, або самому — натовп зітхав єдиною людиною, здригався та встромляв свої очі в нього — великого чаклуна Мерліна. Були часи: вітер розвівав барвисті знамена, виблискували та брязчали обладунками лицарі, Артур вихоплював із піхов Ескалібур і здіймав до неба. І починав говорити, але натовп — о, цей підступний зажерливий звір на ймення Натовп! — він дивився на нього, Мерліна, а не на свого короля. І навіть біля Круглого Столу — звичайно, чаклун сидів окремо — навіть тоді, приймаючи якісь рішення, час від часу лицарі поглядали на нього: як Мерлін ставиться до того, що відбувається. А потім приходив Артур і радився — не завжди, з кожним роком усе рідше й рідше, але приходив. Він міг потім вчинити зовсім по-іншому, проте вислуховував чаклуна уважно, мовчки і лише зрідка ставив запитання.</w:t>
      </w:r>
    </w:p>
    <w:p>
      <w:r>
        <w:br/>
        <w:t>Були часи...</w:t>
      </w:r>
    </w:p>
    <w:p>
      <w:r>
        <w:br/>
        <w:t>Однак усе змінюється. Лише натовп залишається самим собою — хижою істотою, яка ладна зжерти тебе, варто лише виказати слабину.</w:t>
      </w:r>
    </w:p>
    <w:p>
      <w:r>
        <w:br/>
        <w:t>Він виказав. Точніше, слабина сама вилізла назовні: так вилазить із розірваного кожухаря шмат вати... Тому що, як з’ясувалося, сили у старого не було. Він повернувся у світ безпорадним, тож, до певної міри мали рацію ті, хто вважав його просто нахабою-старцюгою.</w:t>
      </w:r>
    </w:p>
    <w:p>
      <w:r>
        <w:br/>
        <w:t>Власне, частково він сам винен у тому, що сталося. Останніми роками, перед тим, як опинився у Пагорбі, він дуже турбувався за свою магічну силу і не винайшов нічого кращого, аніж вкласти майже всю її у єдину річ, таке собі вмістилище, яким ніхто б не міг скористатися — ніхто, крім нього. А потім він опинився у Пагорбі, а амулет — залишився у столиці. Ех, знайти б його тепер!... і все відразу стане на свої місця. Він знову стоятиме опліч короля, хто б ним зараз не був, він знову незримо вестиме по життю правителя, отримуючи все необхідне для власного життя. Він...</w:t>
      </w:r>
    </w:p>
    <w:p>
      <w:r>
        <w:br/>
        <w:t>Старий не помітив, як заснув, а прокинувшись, виявив, що у камері вже темно. Зрештою, це не заважало йому — навпаки. Останнім часом яскраве світло дратувало очі, вони безперервно сльозилися. Темрява ж заспокоювала. Ніч — час чаклунства, час сили, яка більшості недоступна.</w:t>
      </w:r>
    </w:p>
    <w:p>
      <w:r>
        <w:br/>
        <w:t>"З певного часу — тобі теж".</w:t>
      </w:r>
    </w:p>
    <w:p>
      <w:r>
        <w:br/>
        <w:t>— Ага, — почувся знайомий голос. — Доброго ранку, точніше, доброї ночі. Відпочив?</w:t>
      </w:r>
    </w:p>
    <w:p>
      <w:r>
        <w:br/>
        <w:t>Старий кивнув, потім збагнув, що співкамерник може не побачити:</w:t>
      </w:r>
    </w:p>
    <w:p>
      <w:r>
        <w:br/>
        <w:t>— Так.</w:t>
      </w:r>
    </w:p>
    <w:p>
      <w:r>
        <w:br/>
        <w:t>— От і добре, — сказав власник подертих рукавиць. — Бо я вже вмираю від цікавості. То чим же ти не догодив місцевій владі?</w:t>
      </w:r>
    </w:p>
    <w:p>
      <w:r>
        <w:br/>
        <w:t>Старий підвівся з соломи, долонею пригладив волосся, скривився, коли палець застряв у спутаному пасмі. Співкамерник терпляче чекав.</w:t>
      </w:r>
    </w:p>
    <w:p>
      <w:r>
        <w:br/>
        <w:t>— Вони вважають мене самозванцем, — зізнався старий.</w:t>
      </w:r>
    </w:p>
    <w:p>
      <w:r>
        <w:br/>
        <w:t>— Та ну?! І за кого ж ти мав необережність себе видати?</w:t>
      </w:r>
    </w:p>
    <w:p>
      <w:r>
        <w:br/>
        <w:t>— Я ні за кого себе не видаю! — огризнувся старий. — Я і є — він.</w:t>
      </w:r>
    </w:p>
    <w:p>
      <w:r>
        <w:br/>
        <w:t>— Хто "він"? — позіхнув співкамерник.</w:t>
      </w:r>
    </w:p>
    <w:p>
      <w:r>
        <w:br/>
        <w:t>— Мерлін.</w:t>
      </w:r>
    </w:p>
    <w:p>
      <w:r>
        <w:br/>
        <w:t>— Величний і жахливий? — власник подертих рукавиць зайшовся реготом.</w:t>
      </w:r>
    </w:p>
    <w:p>
      <w:r>
        <w:br/>
        <w:t>Потім похитав головою:</w:t>
      </w:r>
    </w:p>
    <w:p>
      <w:r>
        <w:br/>
        <w:t>— Якщо ти Мерлін, то чому ж сюди потрапив? Треба було їх усіх — на жаб! Ну ж бо! — Чоловік зістрибнув на підлогу і запалив невідомо звідки видобутий недопалок свічки. Кресало заховав у кишеню, а недопалок в низенькому підсвічнику з широкою ручкою та товстим шаром топленого воску тикнув ледь не під самий ніс старому. Той зморщився і рукою відштовхнув підсвічник. Тепер він міг нарешті роздивитися співкамерника. Це був чоловік середніх літ, з густою чорною бородою, в брудному ношеному одязі, до якого анітрохи не пасувала яскраво-червона троянда, встромлена в дірку на куртці. Дірка була зліва, якраз де серце, отож здалека навіть могло здатися, що власник драних чобіт поранений і стікає кров’ю — таким насиченим був колір квітки.</w:t>
      </w:r>
    </w:p>
    <w:p>
      <w:r>
        <w:br/>
        <w:t>Чорнобородий, сповна надивившись на старого, похитав головою і пробурмотів:</w:t>
      </w:r>
    </w:p>
    <w:p>
      <w:r>
        <w:br/>
        <w:t>— Схожий.</w:t>
      </w:r>
    </w:p>
    <w:p>
      <w:r>
        <w:br/>
        <w:t>— Що означає "схожий"?! — обурився той, бризкаючи слиною. — Я і є Мерлін!</w:t>
      </w:r>
    </w:p>
    <w:p>
      <w:r>
        <w:br/>
        <w:t>— Невже? — іронічно підняв ліву брову співкамерник. — Тоді чому ж ти тут? Зрештою, здається, я повторююсь — пробач. Пробач-те. Але мені цікаво, будь вже такий ласкавий, задовольни дурненького — чому?</w:t>
      </w:r>
    </w:p>
    <w:p>
      <w:r>
        <w:br/>
        <w:t>— Бо не можу, — пробурчав старий. — Втратив силу.</w:t>
      </w:r>
    </w:p>
    <w:p>
      <w:r>
        <w:br/>
        <w:t>— А-а, — ліниво протягнув чоловік, поправляючи червону троянду. — Тоді зрозуміло... І що тепер робитимеш?</w:t>
      </w:r>
    </w:p>
    <w:p>
      <w:r>
        <w:br/>
        <w:t>— Піду до короля, — відповів старий, сподіваючись у відповідь почути сміх або чергові кпини.</w:t>
      </w:r>
    </w:p>
    <w:p>
      <w:r>
        <w:br/>
        <w:t>Сміху не було, і він запитав:</w:t>
      </w:r>
    </w:p>
    <w:p>
      <w:r>
        <w:br/>
        <w:t>— Хто нині за короля?</w:t>
      </w:r>
    </w:p>
    <w:p>
      <w:r>
        <w:br/>
        <w:t>— Невже ти досі не дізнався? — щиро здивувався співкамерник.</w:t>
      </w:r>
    </w:p>
    <w:p>
      <w:r>
        <w:br/>
        <w:t>— Не до того було, — відмахнувся старий.</w:t>
      </w:r>
    </w:p>
    <w:p>
      <w:r>
        <w:br/>
        <w:t>— Розумію, — погодився власник подертих рукавиць. — То знай: нинішнього короля звуть (як, до речі, і мене) Генріхом. Легко запам’ятати, еге ж?</w:t>
      </w:r>
    </w:p>
    <w:p>
      <w:r>
        <w:br/>
        <w:t>Його співбесідник кивнув і схилив голову, заглибившись у свої думки.</w:t>
      </w:r>
    </w:p>
    <w:p>
      <w:r>
        <w:br/>
        <w:t>— А я, — сказав Генріх, похитуючи у повітрі чоботом, що хижо роззявив пащу, — а я от гадаю: виходить, правду люди казали.</w:t>
      </w:r>
    </w:p>
    <w:p>
      <w:r>
        <w:br/>
        <w:t>Старий розгублено звів на нього погляд, знизав плечима і знову поринув у безодню спогадів.</w:t>
      </w:r>
    </w:p>
    <w:p>
      <w:r>
        <w:br/>
        <w:t>— Гадаю, — провадив далі власник подертих рукавиць, анітрохи не збентежений такою відвертою зневагою, — гадаю, недаремно люди казали, що кілька тижнів тому у Пагорб влучила блискавка і розколола його навпіл. Але ж багато хто не вірить.</w:t>
      </w:r>
    </w:p>
    <w:p>
      <w:r>
        <w:br/>
        <w:t>Він уп’явся очима у старого — чекав відповіді.</w:t>
      </w:r>
    </w:p>
    <w:p>
      <w:r>
        <w:br/>
        <w:t>Той роздратовано почухав під бородою:</w:t>
      </w:r>
    </w:p>
    <w:p>
      <w:r>
        <w:br/>
        <w:t>— Хай не вірять! Я їм усім доведу!</w:t>
      </w:r>
    </w:p>
    <w:p>
      <w:r>
        <w:br/>
        <w:t>— Та ж вся штука в тому... — жваво продовжував Генріх, але стукіт чобіт у коридорі перервав його балаканину.</w:t>
      </w:r>
    </w:p>
    <w:p>
      <w:r>
        <w:br/>
        <w:t>Двері прочинилися. Гладкий вартовий зітхнув і, колихаючи щоками, несподівано віддав честь:</w:t>
      </w:r>
    </w:p>
    <w:p>
      <w:r>
        <w:br/>
        <w:t>— Ваша величносте, завтра прибуде посол. Коли зволієте прийняти?</w:t>
      </w:r>
    </w:p>
    <w:p>
      <w:r>
        <w:br/>
        <w:t>Король зістрибнув із тюремного лежака і махнув рукою:</w:t>
      </w:r>
    </w:p>
    <w:p>
      <w:r>
        <w:br/>
        <w:t>— Завтра, нехай його запросять на обід. І, — додав він, коли вартовий уже зібрався йти, — будь тут де-небудь поблизу. А краще, залиш мені ключа.</w:t>
      </w:r>
    </w:p>
    <w:p>
      <w:r>
        <w:br/>
        <w:t>Товстун так і зробив; уклонився і покрокував геть. Генріх закрив двері зсередини і знову всівся на полицю.</w:t>
      </w:r>
    </w:p>
    <w:p>
      <w:r>
        <w:br/>
        <w:t>— Багато води спливло, — сказав він уже іншим голосом, спокійним та владним. — Багато води спливло з того часу, як Артур помер, а ти був приспаний у Пагорбі. Про тебе забули, лишилися тільки легенди, але ти в них — не такий, як у житті. Тому й каміння. Їх лякає одна лише думка про те, що навіть великий Мерлін, чаклун і провидець, може постаріти. Вони ладні вбити тебе, аби тільки залишився твій образ. І якщо дати їм таку можливість, вони так і вчинять.</w:t>
      </w:r>
    </w:p>
    <w:p>
      <w:r>
        <w:br/>
        <w:t>Старий звів на Генріха розгублений погляд:</w:t>
      </w:r>
    </w:p>
    <w:p>
      <w:r>
        <w:br/>
        <w:t>— Але чому? Адже ти знаєш, що мою могутність іще можна повернути. Ти, королю, ти напевне знаєш: справа лише у моєму амулетові. Ним не може скористатися будь-хто інший, окрім мене, він має зберігатися де-небудь у Камелоті. Троянда, яскраво-червона троянда, що ніколи не в’яне і ніколи...</w:t>
      </w:r>
    </w:p>
    <w:p>
      <w:r>
        <w:br/>
        <w:t>Несподівано його погляд упав на квітку, що стирчала з дірки в куртці Генріха.</w:t>
      </w:r>
    </w:p>
    <w:p>
      <w:r>
        <w:br/>
        <w:t>— Камелота більше немає, — різко мовив король. — А амулет — ось він, зі мною. Але за ці роки він уже втратив усі свої магічні властивості. А ми дуже давно відмовилися від послуг магів. Це надто клопітно і ненадійно. Я намагаюсь пояснити тобі те, у що ти не хочеш повірити — ти нікому тут не потрібен. Світ живе інакше, не так, як це було за артурових часів. Так, ви обидва, і ти, і Артур, потрібні людям — але тільки як символи. І народ хоче вірити в те, що ви коли-небудь повернетеся — однак ніколи не допустить, щоб ви повернулися насправді. Ви добре слугуєте як герої казки. Як дійсність ви нікому не потрібні.</w:t>
      </w:r>
    </w:p>
    <w:p>
      <w:r>
        <w:br/>
        <w:t>— Дай! — очі старого блищали, він простяг свої висохлі зморшкуваті руки живої мумії, вони тремтіли. — Дай! Дай мені її! Дай!</w:t>
      </w:r>
    </w:p>
    <w:p>
      <w:r>
        <w:br/>
        <w:t>— Повторюю, вона вже втратила усю свою силу, — сказав король.</w:t>
      </w:r>
    </w:p>
    <w:p>
      <w:r>
        <w:br/>
        <w:t>— Утім, — додав він, трохи поміркувавши, — я дам її тобі. Бери.</w:t>
      </w:r>
    </w:p>
    <w:p>
      <w:r>
        <w:br/>
        <w:t>Він витяг троянду з дірки, вколовся шпичаком і роздратовано поклав скривавлений палець до рота. Іншою рукою Генріх передав троянду старому, і той обережно, наче немовля, прийняв її.</w:t>
      </w:r>
    </w:p>
    <w:p>
      <w:r>
        <w:br/>
        <w:t>Король зачудовано спостерігав за тим, як старий намагається щось вдіяти. Генріх не знав, що саме, та й не бажав втручатися у справи чаклунів. Хоча сучасні чаклуни були незрівнянно слабкішими за цього.</w:t>
      </w:r>
    </w:p>
    <w:p>
      <w:r>
        <w:br/>
        <w:t>Старий вовтузився з квіткою довго, близько години. Весь цей час король змушений був чекати. Він чекав. До обіду з послом було ще далеченько. А у нього залишалася тут незавершена справа.</w:t>
      </w:r>
    </w:p>
    <w:p>
      <w:r>
        <w:br/>
        <w:t>Через годину старий визнав свою безпорадність. Він розпачливо похитав головою, але мусив змиритися. Силу втрачено. Схоже, втрачено назавжди.</w:t>
      </w:r>
    </w:p>
    <w:p>
      <w:r>
        <w:br/>
        <w:t>— Не можу, — прошепотів він, повертаючи троянду Генріхові. Той причепив її на куртку і присів біля старого.</w:t>
      </w:r>
    </w:p>
    <w:p>
      <w:r>
        <w:br/>
        <w:t>— Ну і що тепер? — запитав король. — Що робитимеш тепер? Адже померти ти можеш лише за власним бажанням. Отож попереду іще багато років. Де ти думаєш їх провести?</w:t>
      </w:r>
    </w:p>
    <w:p>
      <w:r>
        <w:br/>
        <w:t>Старий деякий час мовчки блукав спустошеним поглядом по камері. Потім звів очі на Генріха:</w:t>
      </w:r>
    </w:p>
    <w:p>
      <w:r>
        <w:br/>
        <w:t>— Ніде. Ти ж можеш принести мені мотузку і стілець, чи не так?</w:t>
      </w:r>
    </w:p>
    <w:p>
      <w:r>
        <w:br/>
        <w:t>Король скривився:</w:t>
      </w:r>
    </w:p>
    <w:p>
      <w:r>
        <w:br/>
        <w:t>— Навіщо? Життя прекрасне, навіть без чаклунства.</w:t>
      </w:r>
    </w:p>
    <w:p>
      <w:r>
        <w:br/>
        <w:t>— Ти не розумієш, — похитав головою старий. — Той, хто колись був Мерліном, не зможе жити простим жебраком.</w:t>
      </w:r>
    </w:p>
    <w:p>
      <w:r>
        <w:br/>
        <w:t>— Чому жебраком? Радником короля, наприклад.</w:t>
      </w:r>
    </w:p>
    <w:p>
      <w:r>
        <w:br/>
        <w:t>— Той, хто колись був Мерліном, не зможе жити простим жебраком, — повторив старий. — І простим радником короля — теж.</w:t>
      </w:r>
    </w:p>
    <w:p>
      <w:r>
        <w:br/>
        <w:t>— Гаразд, — зітхнув Генріх. — Але чому мотузка? Чи не простіше трунок?</w:t>
      </w:r>
    </w:p>
    <w:p>
      <w:r>
        <w:br/>
        <w:t>— Не подіє, — криво посміхнувся старий. — Я знаю.</w:t>
      </w:r>
    </w:p>
    <w:p>
      <w:r>
        <w:br/>
        <w:t>Генріх мовчки кивнув і піднявся.</w:t>
      </w:r>
    </w:p>
    <w:p>
      <w:r>
        <w:br/>
        <w:t>— Може, іще чогось? — запитав він наостанок.</w:t>
      </w:r>
    </w:p>
    <w:p>
      <w:r>
        <w:br/>
        <w:t>— Більше нічого, — відповів старий. — Більше нічого.</w:t>
      </w:r>
    </w:p>
    <w:p>
      <w:r>
        <w:br/>
        <w:t>Король вийшов з камери і замкнув за собою двері на ключ, що залишив йому вартовий. У сторожці він віддав відповідні розпорядження й пішов до кімнатки, де лежав його одяг, щоб перевдягнутися.</w:t>
      </w:r>
    </w:p>
    <w:p>
      <w:r>
        <w:br/>
        <w:t>"Все-таки, люди не брехали, — думав Генріх, крокуючи довгим тюремним коридором. — Це насправді був він. І, дякувати Богові, я врятував державу від цієї небезпеки. Усе вийшло навіть легше, аніж я планував. І дякувати Богові".</w:t>
      </w:r>
    </w:p>
    <w:p>
      <w:r>
        <w:br/>
        <w:t>Він витяг із дірки в куртці троянду, знову вколовся, вилаявся і жбурнув квітку на підлогу. Потім наступив ногою, розтерши ніжні пелюстки в яскраво-червону пляму. І пішов далі, думаючи про іншу троянду — ту, що вже кілька століть зберігається під ковпаком в забороненій башті, свіжа, як і в давні часи, які перетворилися тепер лише на красиві легенди. Красиві легенди про короля Артура, про лицарів Круглого Столу і могутнього чаклуна Мерліна.</w:t>
      </w:r>
    </w:p>
    <w:p>
      <w:r>
        <w:br/>
        <w:t>У далекій камері гепнувся на кам’яну підлогу кривоногий стілець і худорляве старече тіло захиталося у мотузяному зашморгу.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