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Поцілуймося востаннє</w:t>
      </w:r>
    </w:p>
    <w:p>
      <w:r>
        <w:br/>
        <w:t xml:space="preserve"> Поцілуймося востаннє,&lt;br /&gt;</w:t>
        <w:br/>
        <w:t>Поцілуймось на прощання!&lt;br /&gt;</w:t>
        <w:br/>
        <w:t>Буду вічно я страждати,&lt;br /&gt;</w:t>
        <w:br/>
        <w:t>Буду милу марно ждати.</w:t>
      </w:r>
    </w:p>
    <w:p>
      <w:r>
        <w:br/>
        <w:t>Той нехай про щастя мріє,&lt;br /&gt;</w:t>
        <w:br/>
        <w:t>В кім надії іскра тліє;&lt;br /&gt;</w:t>
        <w:br/>
        <w:t>Я ж у тузі безутішній,&lt;br /&gt;</w:t>
        <w:br/>
        <w:t>В непроглядній тьмі кромішній.</w:t>
      </w:r>
    </w:p>
    <w:p>
      <w:r>
        <w:br/>
        <w:t>Ти, кохана, чарівниця,&lt;br /&gt;</w:t>
        <w:br/>
        <w:t>Як же в тебе не влюбиться?&lt;br /&gt;</w:t>
        <w:br/>
        <w:t>Хто побачить — спокій губить,&lt;br /&gt;</w:t>
        <w:br/>
        <w:t>Хто полюбить — не розлюбить.</w:t>
      </w:r>
    </w:p>
    <w:p>
      <w:r>
        <w:br/>
        <w:t>Ох, якби ми та й не знались,&lt;br /&gt;</w:t>
        <w:br/>
        <w:t>Не любились, не кохались,-&lt;br /&gt;</w:t>
        <w:br/>
        <w:t>Не було б тепер розлуки,&lt;br /&gt;</w:t>
        <w:br/>
        <w:t>Не було б на серці муки,</w:t>
      </w:r>
    </w:p>
    <w:p>
      <w:r>
        <w:br/>
        <w:t>Прощавай, моя дівчино,&lt;br /&gt;</w:t>
        <w:br/>
        <w:t>Прощавай, моя єдина!&lt;br /&gt;</w:t>
        <w:br/>
        <w:t>Будь здорова і вродлива,&lt;br /&gt;</w:t>
        <w:br/>
        <w:t>Будь багата і щаслива...</w:t>
      </w:r>
    </w:p>
    <w:p>
      <w:r>
        <w:br/>
        <w:t>Поцілуймося востаннє,&lt;br /&gt;</w:t>
        <w:br/>
        <w:t>Поцілуймось на прощання!&lt;br /&gt;</w:t>
        <w:br/>
        <w:t>Гірко-гірко плакать буду,&lt;br /&gt;</w:t>
        <w:br/>
        <w:t>Тебе, зірко, не забуду.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Поцілуймося востаннє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