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Посушливий вересень</w:t>
      </w:r>
    </w:p>
    <w:p>
      <w:r>
        <w:br/>
        <w:t xml:space="preserve"> &lt;p&gt;І</w:t>
      </w:r>
    </w:p>
    <w:p>
      <w:r>
        <w:br/>
        <w:t>Дощу не було цілих шістдесят два дні, і в багряних вересневих сутінках чутка, поголоска, чи як його там сказати, поширилася, наче вогонь но сухій траві. Щось таке про міс Мінні Кунер і негра. Нібито він напав на неї, образив, перелякав. Жоден з тих, хто був цього суботнього вечора в перукарні, де вентилятор під стелею тільки ворушив задушне повітря, зовсім Його не остуджуючи, і хвилями переганяв назад до людей запах несвіжої помади й лосьйону, їхні власні несвіжі видихи й випари, не знав до пуття, що саме сталося.</w:t>
      </w:r>
    </w:p>
    <w:p>
      <w:r>
        <w:br/>
        <w:t>— Хто-хто, тільки не Вілл Мейз,— озвався перукар, який саме голив клієнта. Перукар був худий, білявий, середнього віку і мав лагідне обличчя.— Я знаю Вілла Мейза. Він спокійний негр. Та й міс Мінні Купер я теж знаю.</w:t>
      </w:r>
    </w:p>
    <w:p>
      <w:r>
        <w:br/>
        <w:t>— Що ти знаєш про неї? — запитав другий перукар.</w:t>
      </w:r>
    </w:p>
    <w:p>
      <w:r>
        <w:br/>
        <w:t>— А хто вона така? Молоденька дівчина? — поцікавився клієнт.</w:t>
      </w:r>
    </w:p>
    <w:p>
      <w:r>
        <w:br/>
        <w:t>— Ні,— відказав перший перукар. Їй десь так під сорок. Ї вона незаміжня. Отож я й не вірю...</w:t>
      </w:r>
    </w:p>
    <w:p>
      <w:r>
        <w:br/>
        <w:t>— Не віриш, хай тобі чорт! — вигукнув дебелий молодик у пропітнілій шовковій сорочці.— То ти віриш чорнопикому, а не білій жінці?</w:t>
      </w:r>
    </w:p>
    <w:p>
      <w:r>
        <w:br/>
        <w:t>— Я не вірю, щоб це зробив Вілл Мейз,— відказав перукар.— Я знаю Вілла Мейза.</w:t>
      </w:r>
    </w:p>
    <w:p>
      <w:r>
        <w:br/>
        <w:t>— То, може, ти знаєш, хто це зробив? А може, вже й спровадив його з міста, ти, клятий негролизе?</w:t>
      </w:r>
    </w:p>
    <w:p>
      <w:r>
        <w:br/>
        <w:t>— Я не вірю, щоб взагалі хтось щось зробив. Не вірю, що взагалі щось сталося. Хіба ви не знаєте, як цим старим паннам, бува, таке наверзеться...</w:t>
      </w:r>
    </w:p>
    <w:p>
      <w:r>
        <w:br/>
        <w:t>— То це такий з тебе білий? — засовався клієнт під простирадлом.</w:t>
      </w:r>
    </w:p>
    <w:p>
      <w:r>
        <w:br/>
        <w:t>Молодик схопився на ноги.</w:t>
      </w:r>
    </w:p>
    <w:p>
      <w:r>
        <w:br/>
        <w:t>— Так ти не віриш? — скрикнув він.— По-твоєму, біла жінка бреше?</w:t>
      </w:r>
    </w:p>
    <w:p>
      <w:r>
        <w:br/>
        <w:t>Перукар затримав бритву над клієнтом, що трохи підвівся в кріслі. Він навіть не оглянувся.</w:t>
      </w:r>
    </w:p>
    <w:p>
      <w:r>
        <w:br/>
        <w:t>— А все ця чортова погода,— докинув хтось.— Доводить чоловіка до такого, що будь-куди полізе. Навіть до такої...</w:t>
      </w:r>
    </w:p>
    <w:p>
      <w:r>
        <w:br/>
        <w:t>Ніхто не засміявся. А перукар мовив своїм лагідним, але непоступливим голосом:</w:t>
      </w:r>
    </w:p>
    <w:p>
      <w:r>
        <w:br/>
        <w:t>— Я не кажу, що хтось там бреше чи не бреше. Я просто кажу — та й ви, хлопці, самі знаєте, що жінка, котра зроду...</w:t>
      </w:r>
    </w:p>
    <w:p>
      <w:r>
        <w:br/>
        <w:t>— Клятий негролизе! — скрикнув молодик.</w:t>
      </w:r>
    </w:p>
    <w:p>
      <w:r>
        <w:br/>
        <w:t>— Замовкни, Здорованю,— втрутився хтось інший.— Ми з'ясуємо все й тоді побачимо, що робити. Часу в нас досить.</w:t>
      </w:r>
    </w:p>
    <w:p>
      <w:r>
        <w:br/>
        <w:t>— Хто? Хто це з'ясовуватиме? — аж кинувся молодик.— Хай йому чорт! Та я...</w:t>
      </w:r>
    </w:p>
    <w:p>
      <w:r>
        <w:br/>
        <w:t>— Ти порядний білий, так? — промовив клієнт. Зі своїм намиленим підборіддям він скидався на старого золотошукача, як його показують у кіно.— Розтовкмач їм, Джеку,— звернувся він до молодика.— Якщо в цьому місті не знайдеться жодного порядного білого, то можеш розраховувати на мене, хоч я тільки комівояжер і не ваш городянин.</w:t>
      </w:r>
    </w:p>
    <w:p>
      <w:r>
        <w:br/>
        <w:t>— Та годі вам, хлопці! — сказав перукар.— Спершу перевірте, як воно було. Я знаю Вілла Мейза.</w:t>
      </w:r>
    </w:p>
    <w:p>
      <w:r>
        <w:br/>
        <w:t>— А щоб тобі! — скрикнув молодик.— І хто б подумав, що білий з нашого міста&amp;hellip;</w:t>
      </w:r>
    </w:p>
    <w:p>
      <w:r>
        <w:br/>
        <w:t>— Замовкни, Здорованю,— стримав його другий клієнт.— Часу в нас досить.</w:t>
      </w:r>
    </w:p>
    <w:p>
      <w:r>
        <w:br/>
        <w:t>Комівояжер випростався в кріслі й глянув на нього.</w:t>
      </w:r>
    </w:p>
    <w:p>
      <w:r>
        <w:br/>
        <w:t>— То ти гадаєш, можна виправдати негра, котрий ґвалтує білу жінку? І ти хочеш, щоб я повірив, ніби ти білий, коли в тебе такі думки? Краще забирайся назад на Північ, звідки тебе принесло сюди. На Півдні таких, як ти, не треба.</w:t>
      </w:r>
    </w:p>
    <w:p>
      <w:r>
        <w:br/>
        <w:t>— На яку Північ? — запитав другий.— Я народився і виріс у цьому місті.</w:t>
      </w:r>
    </w:p>
    <w:p>
      <w:r>
        <w:br/>
        <w:t>— А щоб тобі!— Молодик обвів перукарню чудним невидющим зором, немов силкуючись пригадати, що він хотів сказати чи зробити. Потім витер рукавом спітніле обличчя.— Хай мене повісять, але я не дозволю, щоб білу жінку...</w:t>
      </w:r>
    </w:p>
    <w:p>
      <w:r>
        <w:br/>
        <w:t>— Розтовкмач їм, Джеку,— озвався комівояжер.— Сто чортів, якщо вони...</w:t>
      </w:r>
    </w:p>
    <w:p>
      <w:r>
        <w:br/>
        <w:t>Надвірні двері, хряснувши, розчинилися. На порозі, широко розставивши ноги й похитуючись на підборах, зупинився кремезний чоловік. На голові в нього був фетровий капелюх; сорочка на шиї розхристалася. Розгарячілим визивним поглядом він зміряв присутніх. Прізвище Його було Маклендон, у війну він командував загоном у Франції, брав участь у боях і мав відзнаки за хоробрість.</w:t>
      </w:r>
    </w:p>
    <w:p>
      <w:r>
        <w:br/>
        <w:t>— Ну? — сказав він.— То ви так і сидітимете й дозволите, щоб у Джефферсоні чорний паскудник серед вулиці ґвалтував білу жінку?</w:t>
      </w:r>
    </w:p>
    <w:p>
      <w:r>
        <w:br/>
        <w:t>Здоровань знову схопився на ноги. Шовкова сорочка щільно облягала його тугі плечі, під пахвами темніли півкола від ноту.</w:t>
      </w:r>
    </w:p>
    <w:p>
      <w:r>
        <w:br/>
        <w:t>— Про це ж я їм і товкмачу! Я й кажу...</w:t>
      </w:r>
    </w:p>
    <w:p>
      <w:r>
        <w:br/>
        <w:t>— То там і справді щось сталося? — поцікавився хтось третій.— Бо це вже вона не вперше закидає чоловікам. Гокшоу має рацію. Рік тому хіба ж не вона скаржилась, що якийсь чоловік виліз на дах кухні підглянути, як вона роздягається?</w:t>
      </w:r>
    </w:p>
    <w:p>
      <w:r>
        <w:br/>
        <w:t>— Що? — вигукнув комівояжер.— А це що таке?</w:t>
      </w:r>
    </w:p>
    <w:p>
      <w:r>
        <w:br/>
        <w:t>Перукар став обережно втискувати його назад у крісло, і він знову схилився на спинку, голову ще підносячи вгору, хоч перукар і притримував його за плечі.</w:t>
      </w:r>
    </w:p>
    <w:p>
      <w:r>
        <w:br/>
        <w:t>Маклендон рвучко обернувся до того третього:</w:t>
      </w:r>
    </w:p>
    <w:p>
      <w:r>
        <w:br/>
        <w:t>— Сталося? А яка в біса різниця, сталося чи ні? Ти хочеш дозволити, щоб таке миналось чорному паскудникові, аж поки воно насправді станеться?</w:t>
      </w:r>
    </w:p>
    <w:p>
      <w:r>
        <w:br/>
        <w:t>— Про це ж я й товкмачу їм! — знову скрикнув Здоровань і сапонув дешевою лайкою, довгою і запеклою.</w:t>
      </w:r>
    </w:p>
    <w:p>
      <w:r>
        <w:br/>
        <w:t>— Спокійно, спокійно,— озвався хтось четвертий.— Не так голосно. Тихіше.</w:t>
      </w:r>
    </w:p>
    <w:p>
      <w:r>
        <w:br/>
        <w:t>— А й правда,— сказав Маклендон.— Тут нема чого й балакати. Я вже своє сказав. Хто зі мною?</w:t>
      </w:r>
    </w:p>
    <w:p>
      <w:r>
        <w:br/>
        <w:t>Він стояв, похитуючись на підборах, і обводив очима присутніх.</w:t>
      </w:r>
    </w:p>
    <w:p>
      <w:r>
        <w:br/>
        <w:t>Перукар притис голову комівояжера до узголів'я крісла і стояв з бритвою напоготові.</w:t>
      </w:r>
    </w:p>
    <w:p>
      <w:r>
        <w:br/>
        <w:t>— З'ясуйте спершу, як воно було, хлопці. Я знаю Віллі Мейза. Це не він. Краще хай візьметься за цю справу шериф, щоб було по закону.</w:t>
      </w:r>
    </w:p>
    <w:p>
      <w:r>
        <w:br/>
        <w:t>Маклендон рвучко обернув до нього скривлене від люті обличчя. Перукар не одвів погляду. Вони дивились один одному в очі, ніби люди з різних світів. Інші майстри теж припинили роботу й застигли над своїми клієнтами.</w:t>
      </w:r>
    </w:p>
    <w:p>
      <w:r>
        <w:br/>
        <w:t>— То ти віриш слову чорнопикого, а не білої жінки? — запитав Маклендон.— Ти, клятий негролюбе?..</w:t>
      </w:r>
    </w:p>
    <w:p>
      <w:r>
        <w:br/>
        <w:t>Той, котрий озвався третім, схопився на ноги й стримав Маклендона за руку. Він теж побував на війні.</w:t>
      </w:r>
    </w:p>
    <w:p>
      <w:r>
        <w:br/>
        <w:t>— Стривай-но, стривай. Краще розберімося, що й до чого, Чи хто-небудь знає, що, власне, сталося?</w:t>
      </w:r>
    </w:p>
    <w:p>
      <w:r>
        <w:br/>
        <w:t>— Ще й розбиратися?! — Маклендон висмикнув руку.— Всі, хто зі мною, ходімо. А хто ні...</w:t>
      </w:r>
    </w:p>
    <w:p>
      <w:r>
        <w:br/>
        <w:t>Він обвів поглядом перукарню, водночас утираючи рукавом обличчя.</w:t>
      </w:r>
    </w:p>
    <w:p>
      <w:r>
        <w:br/>
        <w:t>Троє чоловіків підвелося. Комівояжер випростався в кріслі.</w:t>
      </w:r>
    </w:p>
    <w:p>
      <w:r>
        <w:br/>
        <w:t>— Забери свою ганчірку! — сказав він, зриваючи з шиї простирадло.— Я йду з ним. Я не тутешній, але присягаюсь, якщо наші матері, жінки й сестри...</w:t>
      </w:r>
    </w:p>
    <w:p>
      <w:r>
        <w:br/>
        <w:t>Він витер обличчя простирадлом і пожбурив його додолу. Маклендон усе стояв серед кімнати, кленучи решту присутніх. Ще один підвівся і підійшов до нього. Інші хвильку сиділи ні в сих ні в тих і не дивились один на одного, а тоді один по одному стали підводитись і приєднуватись до Маклендона.</w:t>
      </w:r>
    </w:p>
    <w:p>
      <w:r>
        <w:br/>
        <w:t>Перукар підняв з підлоги простирадло й почав ретельно складати його.</w:t>
      </w:r>
    </w:p>
    <w:p>
      <w:r>
        <w:br/>
        <w:t>— Хлопці, не робіть нічого. Вілл Мейз у цьому не винен. Я знаю.</w:t>
      </w:r>
    </w:p>
    <w:p>
      <w:r>
        <w:br/>
        <w:t>— Гайда! — скомандував Маклендон.</w:t>
      </w:r>
    </w:p>
    <w:p>
      <w:r>
        <w:br/>
        <w:t>Він рвучко крутнувся. З його задньої кишені стирчала колодочка важкого автоматичного пістолета. Вони вийшли. Надвірні двері хряснули за ними, сколихнувши мертве повітря.</w:t>
      </w:r>
    </w:p>
    <w:p>
      <w:r>
        <w:br/>
        <w:t>Перукар швидко, але дбайливо витер бритву, сховав її, метнувся в глиб приміщення і зняв зі стіни капелюха.</w:t>
      </w:r>
    </w:p>
    <w:p>
      <w:r>
        <w:br/>
        <w:t>— Я скоро повернуся,— кинув він своїм колегам.— Не можна ж дозволити, щоб...</w:t>
      </w:r>
    </w:p>
    <w:p>
      <w:r>
        <w:br/>
        <w:t>Він вибіг. Двоє інших перукарів підійшло за ним до дверей, поки ті ще не зачинились, вистромили голови надвір і подивилися йому вслід. Повітря було непорушне й мертве. На язику від нього залишався металевий присмак.</w:t>
      </w:r>
    </w:p>
    <w:p>
      <w:r>
        <w:br/>
        <w:t>— Що він може зробити? — озвався один із них.</w:t>
      </w:r>
    </w:p>
    <w:p>
      <w:r>
        <w:br/>
        <w:t>Другий раз у раз ледве чутно приказував:</w:t>
      </w:r>
    </w:p>
    <w:p>
      <w:r>
        <w:br/>
        <w:t>— Боже мій, боже мій.</w:t>
      </w:r>
    </w:p>
    <w:p>
      <w:r>
        <w:br/>
        <w:t>— Не хотів би я бути ні на місці Вілла Мейза, ні на місці Гока. Так розізлити Маклендона!.</w:t>
      </w:r>
    </w:p>
    <w:p>
      <w:r>
        <w:br/>
        <w:t>— Боже мій, боже мій,— шепотів другий.</w:t>
      </w:r>
    </w:p>
    <w:p>
      <w:r>
        <w:br/>
        <w:t>— Гадаєш, у нього й справді щось із нею було? — запитав його перший.</w:t>
      </w:r>
    </w:p>
    <w:p>
      <w:r>
        <w:br/>
        <w:t>II</w:t>
      </w:r>
    </w:p>
    <w:p>
      <w:r>
        <w:br/>
        <w:t>Їй було років тридцять вісім — тридцять дев'ять. Жила вона в дерев'яному будиночку разом з недужою матір'ю та тіткою, сухорлявою і на вигляд хворобливою, але енергійної вдачі. Щоранку між десятою та одинадцятою годиною вона виходила в оздобленому мереживом чепці на веранду і до полудня просиджувала у кріслі-гойдалці. Після обіду вона відпочивала, поки спаде денна жарота, а тоді надягала одну з трьох-чотирьох своїх нових суконь, які справляла собі щоліта, і йшла в центр міста. Там у товаристві інших жінок Мінні гайнувала час по крамницях, де вони перемацували крам і холодними діловитими голосами торгувалися за ціну, хоч не мали найменшого наміру що-небудь купувати.</w:t>
      </w:r>
    </w:p>
    <w:p>
      <w:r>
        <w:br/>
        <w:t>Вона походила з заможної родини — не з найкращої у Джефферсоні, але досить порядної. Більш-менш пересічна зовнішністю, Мінні звикла поводитися з силуваною бадьорістю, а вбиратися претензійно. Замолоду вона була струнка, збудлива і по-своєму жвава тілом і душею, і це давало їй змогу певний час плисти на гребені світського життя в місті, поки її ровесники й приятелі зі школи та церковної громади були ще досить молоді, щоб не зважати на класові різниці.</w:t>
      </w:r>
    </w:p>
    <w:p>
      <w:r>
        <w:br/>
        <w:t>Вона останньою зрозуміла, що втрачає ґрунт під ногами, що її однолітки, проти яких вона була трохи живіша й пломеніла яснішим вогнем, уже нехтують нею: юнаки збайдужіли до неї, а дівчата почали відчувати мстиву радість. Ось тоді її обличчя й набрало того виразу силуваної бадьорості. З цим виразом — наче то було щось подібне до маски чи стягу — ходила вона й далі на вечірки в затінених галереях та на пікніки серед літніх моріжків, а очі її горіла відчайдушним неприйняттям прикрої правди. Але от на одній вечірці вона почула, як про неї розмовляють юнак і двоє дівчат, її шкільні товариші. Від того часу вона перестала приймати запрошення.</w:t>
      </w:r>
    </w:p>
    <w:p>
      <w:r>
        <w:br/>
        <w:t>Дівчата, з якими вона виросла, на її очах виходили заміж, обзаводились домівками й дітьми, тоді як до неї жодний чоловік ніколи не підступав з поважними намірами, і вже кілька років, як діти її подруг стали називати її "тітонька", а матері їхні бадьоро розказували їм, який успіх мала тітонька Мінні за молодих літ. Потім у місті побачили, як вона по неділях пополудні катається з касиром місцевого банку, рум'янолицим удівцем років під сорок, що від нього завжди трохи відгонило чи то перукарнею, чи то горілкою. Він був власником першого автомобіля в місті, невеликого червоного лімузина. Мінні ж — також перша в місті — продемонструвала капелюшок і вуаль спеціально для поїздок автомобілем. Тоді одні джефферсонці почали приказувати: "Бідна Мінні". А Інші докидали: "Але ж вона вже доросла, щоб про себе подбати". Саме о тій норі вона попросила своїх колишніх шкільних подруг, щоб їхні діти називали її "кузина", а не "тітонька".</w:t>
      </w:r>
    </w:p>
    <w:p>
      <w:r>
        <w:br/>
        <w:t>Минуло вже дванадцять років, відколи громадська думка розжалувала її до рівня перелюбниці, і вісім років — відколи касир перебрався до Мемфіса. Він служив там у банку, а кожного Різдва приїздив до Джефферсона на один день і проводив його на традиційному бенкеті нежонатих у мисливському клубі над річкою. З-за фіранок сусіди дивилися, як вибирається туди чоловіча компанія, і на другий день Різдва, коли заведено відвідувати знайомих, бадьоро розповідали їй про нього, як добре він виглядає і як чудово йому ведеться в Мемфісі,— не забуваючи при цьому потай зорити за її вдавано бадьорим, але прив'ялим обличчям. У такі години віддих її часто тхнув спиртним. Цією горілкою постачав її молодий продавець з крамнички безалкогольних напоїв: "Атож. Дістаю віскі для старої панни. Хіба ж не має вона права на крихту втіхи?"</w:t>
      </w:r>
    </w:p>
    <w:p>
      <w:r>
        <w:br/>
        <w:t>Мати Мінні тепер уже зовсім не потикала носа з кімнати, а все господарство вела сухоребра тітка. На цьому тлі яскраві сукні Мінні, її порожні й марні дні здавались якоюсь дикою нереальністю. Вечорами вона тепер виходила з дому тільки з сусідками до кіно. А щодня пополудні вбиралася в одну зі своїх нових суконь і сала йшла до центру міста, де тепер надвечір прогулювались її молоді "кузини" — у них були тонкі шовковисті кучері, незграбні руки й уже сформовані стегна, вони тулились одна до одної або дзвінко й сміхотливо перемовлялися з хлопцями біля прилавків з безалкогольними напоями. Вона проходила повз них і йшла далі вздовж суцільного ряду вітрин, а чоловіки, що сиділи чи стояли у дверях крамниць, тепер навіть голови не повертали їй услід.</w:t>
      </w:r>
    </w:p>
    <w:p>
      <w:r>
        <w:br/>
        <w:t>III</w:t>
      </w:r>
    </w:p>
    <w:p>
      <w:r>
        <w:br/>
        <w:t>Перукар швидко йшов угору вулицею, де аж роїлося від комашні в холодному й різкому світлі нечисленних ліхтарів, що висіли у безживному повітрі. Сповитий пилюгою, день помирав; над темним майданом, покритим саваном знесиленої куряви, небо було ясне, мов нутро мідного дзвона. На сході мрів край обрію проблиск майже повного місяця.</w:t>
      </w:r>
    </w:p>
    <w:p>
      <w:r>
        <w:br/>
        <w:t>Коли він наздогнав їх, Маклендон та троє інших саме сідали до машини, що стояла в провулку. Маклендон висунув свою велику голову з автомобіля.</w:t>
      </w:r>
    </w:p>
    <w:p>
      <w:r>
        <w:br/>
        <w:t>— Що, передумав? — сказав він.— І з біса добре зробив. Бо коли завтра в місті дізнаються, що ти сьогодні натякав...</w:t>
      </w:r>
    </w:p>
    <w:p>
      <w:r>
        <w:br/>
        <w:t>— Ну, ну,— озвався другий учасник війни.— Гок-шоу свій хлопець. Давай, Гоку, залазь сюди.</w:t>
      </w:r>
    </w:p>
    <w:p>
      <w:r>
        <w:br/>
        <w:t>— Вілл Мейз ніколи в світі такого не зробить, хлопці,— мовив перукар,— Якщо взагалі там щось було. Таж ви й самі добре знаєте, що ніде нема таких спокійних негрів, як у нас у місті. Ї знаєте, як то, бува, жінка наговорить на чоловіка такого, чого він і сном-духом не відає. І вже ця міс Мінні...</w:t>
      </w:r>
    </w:p>
    <w:p>
      <w:r>
        <w:br/>
        <w:t>— А певно, певно,— відказав колишній військовий.— Ми тільки хочемо погомоніти з ним трохи, та й годі.</w:t>
      </w:r>
    </w:p>
    <w:p>
      <w:r>
        <w:br/>
        <w:t>— Дідька лисого погомоніти! — зірвався Здоровань.— Коли ми ухекаємо цього...</w:t>
      </w:r>
    </w:p>
    <w:p>
      <w:r>
        <w:br/>
        <w:t>— Заткни пельку, ради бога! — цитьнув на нього військовий.— Ти хочеш, щоб усе місто...</w:t>
      </w:r>
    </w:p>
    <w:p>
      <w:r>
        <w:br/>
        <w:t>— А й нехай знають, чого там! — озвався Маклендон.— Нехай знає кожний паскудник, котрий попускає, щоб білу жінку...</w:t>
      </w:r>
    </w:p>
    <w:p>
      <w:r>
        <w:br/>
        <w:t>— Та їдьмо вже, їдьмо! Ось іще машина.</w:t>
      </w:r>
    </w:p>
    <w:p>
      <w:r>
        <w:br/>
        <w:t>Завищавши гальмами, з хмари куряви при вході в провулок, виринув другий автомобіль. Маклендон завів мотор і рушив першим. Курява млою застилала вулицю. Ліхтарі світилися тьмяно, мовби крізь воду. Машини виїжджали за місто,</w:t>
      </w:r>
    </w:p>
    <w:p>
      <w:r>
        <w:br/>
        <w:t>Поборознена дорога кілька разів круто звертала то в один бік, то в інший. Над дорогою теж зависала курява, як і над усією околицею. На тлі неба почав виростати темний силует фабрики штучного льоду, де Вілл Мейз працював нічним сторожем.</w:t>
      </w:r>
    </w:p>
    <w:p>
      <w:r>
        <w:br/>
        <w:t>— Може, тут і зупинимось? — промовив військовий.</w:t>
      </w:r>
    </w:p>
    <w:p>
      <w:r>
        <w:br/>
        <w:t>Маклендон не відповів. Він рвучко кинув машину вперед і різко загальмував; світло фар вихопило з темряви голу стіну.</w:t>
      </w:r>
    </w:p>
    <w:p>
      <w:r>
        <w:br/>
        <w:t>— Послухайте, хлопці,— озвався перукар.— Коли він на місці, то хіба не ясно, що він нічого не зробив? Хіба ні? Якби це він, то він утік би. Ну, правда, утік би?</w:t>
      </w:r>
    </w:p>
    <w:p>
      <w:r>
        <w:br/>
        <w:t>Над'їхала друга машина й зупинилась. Зі своєї машини вийшов Маклендон, за ним вискочив Здоровань і став поряд.</w:t>
      </w:r>
    </w:p>
    <w:p>
      <w:r>
        <w:br/>
        <w:t>— Послухайте, хлопці...— озвався перукар.</w:t>
      </w:r>
    </w:p>
    <w:p>
      <w:r>
        <w:br/>
        <w:t>— Погасіть фари! — наказав Маклендон.</w:t>
      </w:r>
    </w:p>
    <w:p>
      <w:r>
        <w:br/>
        <w:t>Запала глуха пітьма. В ній не чути було ні звуку, тільки їхні власні легені натужно пропускали крізь себе задушливу куряву, в якій ці люди жили два місяці; потім почулася рипуча хода Маклендона й Здорованя, а через хвильку Маклендонів голос:</w:t>
      </w:r>
    </w:p>
    <w:p>
      <w:r>
        <w:br/>
        <w:t>— Вілле!.. Вілле!</w:t>
      </w:r>
    </w:p>
    <w:p>
      <w:r>
        <w:br/>
        <w:t>На сході все ясніше кривавилася пляма місяця. Він піднісся над гірським пасмом, посріблив повітря й куряву, і людям почало здаватися, що вона дихають і живуть на дні чаші з розтопленим оловом. Ні пташка нічна не озивалась, ні комашина, ніякий звук не порушував тиші, тільки чулося їхнє власне дихання та ще ледь потріскували, холонучи, металеві деталі в машинах. Там, де тіла ненароком торкались одне одного, з них неначе виступав сухий піт.</w:t>
      </w:r>
    </w:p>
    <w:p>
      <w:r>
        <w:br/>
        <w:t>— О боже! — не витримав котрийсь.— Забираймося вже звідси!</w:t>
      </w:r>
    </w:p>
    <w:p>
      <w:r>
        <w:br/>
        <w:t>Але піхто не зрушив з місця, доки з темряви попереду не долинув якийсь невиразний гомін. Усі повискакували з машин і стали напружено чекати в глухому мороці. Тоді почулись інші звуки: удар, свистючий видах і неголосна Маклендонова лайка. Люди постояли ще хвилинку й кинулися вперед. Бігли вони щільним гуртом, так ніби втікали від чогось.</w:t>
      </w:r>
    </w:p>
    <w:p>
      <w:r>
        <w:br/>
        <w:t>— Забий його, забий падлюку! — просичав чийсь голос.</w:t>
      </w:r>
    </w:p>
    <w:p>
      <w:r>
        <w:br/>
        <w:t>Маклендон зупинив їх усіх.</w:t>
      </w:r>
    </w:p>
    <w:p>
      <w:r>
        <w:br/>
        <w:t>— Не тут,— сказав він.— У машину його!</w:t>
      </w:r>
    </w:p>
    <w:p>
      <w:r>
        <w:br/>
        <w:t>— Забий його, забий чорного падлюку! — буркнув знову голос.</w:t>
      </w:r>
    </w:p>
    <w:p>
      <w:r>
        <w:br/>
        <w:t>Негра поволокли до машини. Перукар так і стояв біля неї увесь час. Він відчував, що обливається потом, і знав, що ось-ось його занудить.</w:t>
      </w:r>
    </w:p>
    <w:p>
      <w:r>
        <w:br/>
        <w:t>— Що таке, начальники? — озвався негр.— Я нічого не зробив! Як перед богом, містере Джон.</w:t>
      </w:r>
    </w:p>
    <w:p>
      <w:r>
        <w:br/>
        <w:t>Хтось дістав наручники. Білі тихо й зосереджено, заважаючи один одному, вовтузилися біля негра, мов біля якоїсь мертвої колоди. Він покірно дав закувати себе в наручники і тільки швидко бликав поглядом по невиразних у темряві обличчях.</w:t>
      </w:r>
    </w:p>
    <w:p>
      <w:r>
        <w:br/>
        <w:t>— Ви хто, начальники? — сказав він і, щоб розгледіти їх, нахилив голову так низько, що вони почули його віддих і запах спітнілої шкіри. Він назвав одне-двоє імен.— Що, ви кажете, я зробив, містере Джон?</w:t>
      </w:r>
    </w:p>
    <w:p>
      <w:r>
        <w:br/>
        <w:t>Маклендон шарпнув дверцята автомобіля.</w:t>
      </w:r>
    </w:p>
    <w:p>
      <w:r>
        <w:br/>
        <w:t>— Залазь! — звелів він.</w:t>
      </w:r>
    </w:p>
    <w:p>
      <w:r>
        <w:br/>
        <w:t>Негр не ворухнувся.</w:t>
      </w:r>
    </w:p>
    <w:p>
      <w:r>
        <w:br/>
        <w:t>— Що ви хочете мені заподіяти, містере Джон? Я нічого не зробив! Панове білі, начальники, я нічого не зробив! Богом присягаюсь!</w:t>
      </w:r>
    </w:p>
    <w:p>
      <w:r>
        <w:br/>
        <w:t>Він назвав ще одне ім'я.</w:t>
      </w:r>
    </w:p>
    <w:p>
      <w:r>
        <w:br/>
        <w:t>— Залазь! — повторив Маклендон і вдарив негра.</w:t>
      </w:r>
    </w:p>
    <w:p>
      <w:r>
        <w:br/>
        <w:t>Інші білі перевели дух, аж сухо засичало повітря, і заходилися бити його хто по чому. Негр крутнувсь і, кленучи, став відбиватися, підкинувши скуті руки їм до облич; він заїхав перукареві в зуби, і той теж його вдарив.</w:t>
      </w:r>
    </w:p>
    <w:p>
      <w:r>
        <w:br/>
        <w:t>— Сюди його! — скомандував Маклендон.</w:t>
      </w:r>
    </w:p>
    <w:p>
      <w:r>
        <w:br/>
        <w:t>Усі гуртом напосіли на негра. Він раптом перестав відбиватися й слухняно заліз у машину; решта посідали, хто де. Негр опинився між перукарем та військовим; він зіщулився, щоб не торкатися до них, а очі його раз у раз бликали по обличчях. Здоровань став на приступці. Машина рушила. Перукар приклав до рота хусточку.</w:t>
      </w:r>
    </w:p>
    <w:p>
      <w:r>
        <w:br/>
        <w:t>— Що тобі, Гоку? — запитав військовий.</w:t>
      </w:r>
    </w:p>
    <w:p>
      <w:r>
        <w:br/>
        <w:t>— Нічого,— відказав він.</w:t>
      </w:r>
    </w:p>
    <w:p>
      <w:r>
        <w:br/>
        <w:t>Автомобіль знову виїхав на шосе і звернув убік від міста. З куряви виринула друга машина. Їхали, набираючи швидкості, і скоро лишилась позаду остання вервечка будинків на передмісті.</w:t>
      </w:r>
    </w:p>
    <w:p>
      <w:r>
        <w:br/>
        <w:t>— Та й смердить же від нього, хай йому чорт! — сказав військовий.</w:t>
      </w:r>
    </w:p>
    <w:p>
      <w:r>
        <w:br/>
        <w:t>— Це ми залагодимо,— озвався комівояжер, що сидів спереду поряд з Маклендоном.</w:t>
      </w:r>
    </w:p>
    <w:p>
      <w:r>
        <w:br/>
        <w:t>Здоровань на приступці вилаявся просто в струмінь гарячого повітря. Раптом перукар нахилився вперед І торкнув Маклендона за плече.</w:t>
      </w:r>
    </w:p>
    <w:p>
      <w:r>
        <w:br/>
        <w:t>— Зупини, Джоне, я вийду,— сказав вія.</w:t>
      </w:r>
    </w:p>
    <w:p>
      <w:r>
        <w:br/>
        <w:t>— Вистрибуй так, негролизе! — відповів Маклендон, не повертаючи голови і не зменшуючи швидкості. Позад них крізь куряву пробивалося імлисте світло фар другої машини. Незабаром Маклендон звернув на вузький вибоїстий путівець, що вів до напіврозваленої цегельні — низки червонястих кучугур та бездонних чанів, обснованих бур'янами й диким виноградом. Був час, коли це місце використовували як пасовище, аж поки одного дня котрийсь фермер не долічився свого мула. І хоч як енергійно тицяв він довгою жердяною в чани, в жодному навіть дна не дістав.</w:t>
      </w:r>
    </w:p>
    <w:p>
      <w:r>
        <w:br/>
        <w:t>— Джоне,— сказав перукар.</w:t>
      </w:r>
    </w:p>
    <w:p>
      <w:r>
        <w:br/>
        <w:t>— Вистрибуй собі,— відповів Маклендон, женучи машину вибоїнами.</w:t>
      </w:r>
    </w:p>
    <w:p>
      <w:r>
        <w:br/>
        <w:t>Поруч з перукарем озвався негр;</w:t>
      </w:r>
    </w:p>
    <w:p>
      <w:r>
        <w:br/>
        <w:t>— Містере Генрі!</w:t>
      </w:r>
    </w:p>
    <w:p>
      <w:r>
        <w:br/>
        <w:t>Перукар посунувся вперед. Вузька колія дороги напливала на них і зникала позаду. Рух їхній був наче тяга в погаслій печі: так само холоднуватий і безнадійно мертвий. Машина перескакувала з вибоїни на вибоїну.</w:t>
      </w:r>
    </w:p>
    <w:p>
      <w:r>
        <w:br/>
        <w:t>— Містере Генрі! — знов озвався негр.</w:t>
      </w:r>
    </w:p>
    <w:p>
      <w:r>
        <w:br/>
        <w:t>Перукар почав шалено шарпати дверцята.</w:t>
      </w:r>
    </w:p>
    <w:p>
      <w:r>
        <w:br/>
        <w:t>— Обережніш там! — гукнув військовий.</w:t>
      </w:r>
    </w:p>
    <w:p>
      <w:r>
        <w:br/>
        <w:t>Перукар ударом ноги вже відчинив дверцята й став на приступку. Військовий перехилився через негра, щоб схопити Гокшоу рукою, але той устиг сплигнути. Машина мчала, не сповільнюючи швидкості.</w:t>
      </w:r>
    </w:p>
    <w:p>
      <w:r>
        <w:br/>
        <w:t>З розгону перукар полетів через закурені бур'яни в рівчак. Круг нього знялася курява, а він, задихаючись і блюючи, лежав серед тонкого, зловісно хрускотливого й ламкого бадилля. Коли проїхала друга машина й зникла вдалині, він підвівся і пошкутильгав до шосе, а там звернув у бік міста, на ходу обтріпуючи одежу. Місяць підбився вище, і його ясного сяйва вже не затьмарювала земна порохнява. Трохи згодом крізь куряву заблимали далекі вогні міста. Перукар, накульгуючи, йшов далі. Невдовзі він почув хурчання моторів і побачив, як іззаду пробиває куряву світло фар. Він відступив з дороги і принишк у бур'янах, чекаючи, поки проїдуть машини. Маклендона їхала тепер другою, в ній сиділо четверо, і Здоровань був уже не на приступці.</w:t>
      </w:r>
    </w:p>
    <w:p>
      <w:r>
        <w:br/>
        <w:t>Машини проїхали й потонули в куряві, світло й звук поглинула відстань. Кушпела незабаром знов уляглася, змішавшись із правічним пилом. Перукар вибрався назад на дорогу й пошкандибав до міста.</w:t>
      </w:r>
    </w:p>
    <w:p>
      <w:r>
        <w:br/>
        <w:t>IV</w:t>
      </w:r>
    </w:p>
    <w:p>
      <w:r>
        <w:br/>
        <w:t>Коли вона перевдягалася до вечері тієї суботи, всю її колотило, наче в гарячці. Руки тремтіли й ніяк не могли позастібати гаплички, очі гарячково поблискували, волосся від доторку гребінця скручувалось і сухо потріскувало. Вона ще не скінчила чепуритись, коли прийшли її приятельки й посідали чекати, поки вона вбиралася в найтоншу білизну, панчохи й нову муслінову сукню.</w:t>
      </w:r>
    </w:p>
    <w:p>
      <w:r>
        <w:br/>
        <w:t>— У тебе вже досить сили, щоб вийти? — запитували вони, і їхні очі теж світилися бадьорим темним полиском.— Коли ти зовсім отямишся від шоку, розповіси нам, як це сталося. Що він сказав і зробив — все-все.</w:t>
      </w:r>
    </w:p>
    <w:p>
      <w:r>
        <w:br/>
        <w:t>Вони йшли до міського майдану в присмерку під густолистими деревами, і вона почала глибоко вдихати повітря, мов плавець перед тим, як пірнути, і скоро перестала тремтіти; четверо її приятельок ступали повільно — трохи через те, що була страшенна спекота, трохи через Мінні. Але біля майдану її знову стало проймати дрожем, хоч вона йшла, все так само високо піднісши голову, а руки притиснувши до боків. Довкола тихо бриніли голоси приятельок, і в очах у них не пригасав гарячковий блиск.</w:t>
      </w:r>
    </w:p>
    <w:p>
      <w:r>
        <w:br/>
        <w:t>Вони вийшли на майдан, вона посередині, тендітна в своїй новенькій сукні. Тремтіння її посилилося. Ступала вона все повільніш і повільніш, як діти, коли дорогою їдять морозиво; голова її була високо піднесена, лице скидалося на обвислий стяг, очі блищали. Так вони пройшли повз готель, минули гурт комівояжерів, які без піджаків сиділи на стільцях над тротуаром і придивлялися до неї:</w:t>
      </w:r>
    </w:p>
    <w:p>
      <w:r>
        <w:br/>
        <w:t>— Он вона, бачиш? У рожевому, посередині.</w:t>
      </w:r>
    </w:p>
    <w:p>
      <w:r>
        <w:br/>
        <w:t>— То це її? А що зробили з чорнопиким? Його той?..</w:t>
      </w:r>
    </w:p>
    <w:p>
      <w:r>
        <w:br/>
        <w:t>— Авжеж. Зробили, що слід.</w:t>
      </w:r>
    </w:p>
    <w:p>
      <w:r>
        <w:br/>
        <w:t>— Що слід, значить?</w:t>
      </w:r>
    </w:p>
    <w:p>
      <w:r>
        <w:br/>
        <w:t>— Авжеж. Прокатався трохи.</w:t>
      </w:r>
    </w:p>
    <w:p>
      <w:r>
        <w:br/>
        <w:t>Далі — аптека, де навіть молоді хлопці, що стовбичили коло входу, доторкались до капелюхів, коли вона проминала їх, і проводжали поглядом рух її стегон та ніг.</w:t>
      </w:r>
    </w:p>
    <w:p>
      <w:r>
        <w:br/>
        <w:t>Вони йшли далі, і дорогою старші добродії скидали капелюхи, а голоси раптово змовкали, на знак шанобливості й готовності захистити її.</w:t>
      </w:r>
    </w:p>
    <w:p>
      <w:r>
        <w:br/>
        <w:t>— Ти бачиш? — казали приятельки. Слова їхні звучали, як довге тремтливе й збуджене зітхання.— Жодного негра немає на майдані. Жодного.</w:t>
      </w:r>
    </w:p>
    <w:p>
      <w:r>
        <w:br/>
        <w:t>Дійшли до кінематографа. Він скидався на мініатюрний зачарований край своїм освітленим фойє і кольоровими літографіями, на яких було зафіксовано життя в моменти жахливих і прекрасних перетворень, її уста затремтіли. У темряві, коли почнеться фільм, усе буде гаразд,— вона зможе стримувати цей сміх, щоб не розтрусився він зашвидко й передчасно. Вона хутко пройшла в глибину зали, де її супроводили пильні погляди й тихі вислови подиву, і всі п'ять приятельок посідали па своїх звичних місцях; їй зі свого місця було видно на тлі сріблястого екрана прохід між рядами і юнаків та дівчат, що входили пара за парою.</w:t>
      </w:r>
    </w:p>
    <w:p>
      <w:r>
        <w:br/>
        <w:t>Світло згасло, екран засріблився, і на ньому почало розмотуватись ілюзорне життя, прекрасне, пристрасне й сумовите, а юнаки та дівчата все входили, наповнюючи напівтемряву запахом парфумів і тихим шелестом. Пари ці,— ніжні й гожі обрисами, стрункі тілом і жваві рухами, хоч водночас і незграбні,— були божественно юні; а за ними снувалося сріблясте марево у своєму безупинному русі. Її прорвало реготом. Силкуючись погамувати його, вона зайшлася ще дужче, і до неї стали обертатись глядачі. Вона сміялася й тоді, коли приятельки підвели її й вивели з зали — стоячи край тротуару, вона безперестану сміялася на одній високій ноті, аж поки під'їхало таксі і жінки допомогли їй сісти в машину.</w:t>
      </w:r>
    </w:p>
    <w:p>
      <w:r>
        <w:br/>
        <w:t>Приятелько скинули з неї муслінову сукню, тоненьку білизну й панчохи, поклали в ліжко, натовкли льоду прикладати їй до скронь і послали по лікаря. Його не пощастило знайти відразу, тож вони почали самі її доглядати — змінювали їй лід та обмахували обличчя, перемовляючись притишеними голосами. Поки свіжий лід холодив скроні, вона не сміялась і лежала спокійно, тільки стиха постогнуючи. Але скоро сміх вибухав знову, мало не до вереску.</w:t>
      </w:r>
    </w:p>
    <w:p>
      <w:r>
        <w:br/>
        <w:t>— Ш-ш-ш! Ш-ш-ш! — втишували її жінки, коли змінювали компреси й погладжували їй волосся, приглядаючись, чи нема де сивизни.— Бідна дівчина! — Тоді одна до одної: — Гадаєш, і справді щось було? — В очах у них усе не згасав темний блиск, потайний і пристрасний.—Ш-ш-ш! Бідна дівчина! Бідна Мінні!</w:t>
      </w:r>
    </w:p>
    <w:p>
      <w:r>
        <w:br/>
        <w:t>V</w:t>
      </w:r>
    </w:p>
    <w:p>
      <w:r>
        <w:br/>
        <w:t>Була північ, коли Маклендон під'їхав до свого нового будиночка, чепурного й чистого, мов пташина клітка, і мало не такого самого завбільшки, охайно пофарбованого зеленою та білою фарбою. Вів замкнув машину, піднявся на веранду й увійшов у дім. Дружина підвелася зі стільця біля настільної лампи. Маклендон зупинився і втупив у неї погляд, примусивши її опустити очі.</w:t>
      </w:r>
    </w:p>
    <w:p>
      <w:r>
        <w:br/>
        <w:t>— Глянь на годинника,— сказав він, тицяючи рукою вбік. Вона стояла перед ним, схиливши голову, з журналом в руках. Обличчя її було бліде, напружене і втомлене.— Хіба я не казав тобі, щоб не сиділа так довго й не дожидала, поки я повернуся?</w:t>
      </w:r>
    </w:p>
    <w:p>
      <w:r>
        <w:br/>
        <w:t>— Джоне,— озвалась дружина.</w:t>
      </w:r>
    </w:p>
    <w:p>
      <w:r>
        <w:br/>
        <w:t>Вона поклала журнал. Чоловік стояв, похитуючись на підборах, і свердлив її розгарячілим зором. Лице його блищало від поту.</w:t>
      </w:r>
    </w:p>
    <w:p>
      <w:r>
        <w:br/>
        <w:t>— Що я тобі казав?</w:t>
      </w:r>
    </w:p>
    <w:p>
      <w:r>
        <w:br/>
        <w:t>Він підступив до неї. Тоді вона підвела погляд. Він схопив її за плече. Вона стояла непорушна, не відводячи погляду.</w:t>
      </w:r>
    </w:p>
    <w:p>
      <w:r>
        <w:br/>
        <w:t>— Не треба, Джоне. Я не могла спати... Духота, і взагалі... Прошу тебе, Джоне. Не тисни так, мені боляче.</w:t>
      </w:r>
    </w:p>
    <w:p>
      <w:r>
        <w:br/>
        <w:t>— Що я тобі казав?</w:t>
      </w:r>
    </w:p>
    <w:p>
      <w:r>
        <w:br/>
        <w:t>Він випустив її і чи то вдарив, чи то штурхнув на стілець. Вона так і лишилася там лежати і мовчки дивилась, як він виходить з кімнати.</w:t>
      </w:r>
    </w:p>
    <w:p>
      <w:r>
        <w:br/>
        <w:t>Здираючи на ходу з себе сорочку, він пройшов на обгороджену сіткою веранду ззаду будинку, зупинився там у темряві, витер сорочкою лице й плечі і пошпурив її геть. Потім витяг з кишені пістолета, поклав на столику коло ліжка, сів, роззувся, тоді устав і скинув штани. Його знову облив піт. Він нахилився і почав розлючено шукати сорочку. Нарешті знайшов її, ще раз обтер усе тіло, прихилився до запорошеної огорожі і так стояв, тяжко відсапуючись. Не чулось ані поруху, ані звуку, ані одної комашини. Темний світ лежав заціпеніло під холодним місяцем і застиглими зорями.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Посушливий вересень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