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Post aetatem nostram</w:t>
      </w:r>
    </w:p>
    <w:p>
      <w:r>
        <w:br/>
        <w:t xml:space="preserve"> Йосиф Бродський&lt;br /&gt;</w:t>
        <w:br/>
        <w:t>Post aetatem nostram (А. Я. Сергєєву)</w:t>
      </w:r>
    </w:p>
    <w:p>
      <w:r>
        <w:br/>
        <w:t>"Після нашої ери". Поема&lt;br /&gt;</w:t>
        <w:br/>
        <w:t>Переклад В. Ляшкевича</w:t>
      </w:r>
    </w:p>
    <w:p>
      <w:r>
        <w:br/>
        <w:t>І&lt;br /&gt;</w:t>
        <w:br/>
        <w:t>"Імперія — країна дана дурням".&lt;br /&gt;</w:t>
        <w:br/>
        <w:t>Рух в місті призупинено з причини&lt;br /&gt;</w:t>
        <w:br/>
        <w:t>приїзду Імператора. Юрба&lt;br /&gt;</w:t>
        <w:br/>
        <w:t>тіснить легіонерів, пісні, крики;&lt;br /&gt;</w:t>
        <w:br/>
        <w:t>та паланкін опущений. Об'єкт&lt;br /&gt;</w:t>
        <w:br/>
        <w:t>загальної любові не бажає&lt;br /&gt;</w:t>
        <w:br/>
        <w:t>об'єктом бути спільних інтересів.</w:t>
      </w:r>
    </w:p>
    <w:p>
      <w:r>
        <w:br/>
        <w:t>Поза палацом, у пустій кофейні,&lt;br /&gt;</w:t>
        <w:br/>
        <w:t>бродяга-грек з небритим інвалідом&lt;br /&gt;</w:t>
        <w:br/>
        <w:t>складають доміно. На скатертях&lt;br /&gt;</w:t>
        <w:br/>
        <w:t>блукають зблиски вуличного світла&lt;br /&gt;</w:t>
        <w:br/>
        <w:t>і відголоси привітання мирно&lt;br /&gt;</w:t>
        <w:br/>
        <w:t>ворушать штори. Грек, програвши гру,&lt;br /&gt;</w:t>
        <w:br/>
        <w:t>рахує драхми; переможець просить&lt;br /&gt;</w:t>
        <w:br/>
        <w:t>яйце навкруто та ущіпку солі.</w:t>
      </w:r>
    </w:p>
    <w:p>
      <w:r>
        <w:br/>
        <w:t>У величавій спальні сивий скупник&lt;br /&gt;</w:t>
        <w:br/>
        <w:t>розповідає молодій гетері,&lt;br /&gt;</w:t>
        <w:br/>
        <w:t>що бачив Імператора. Гетера&lt;br /&gt;</w:t>
        <w:br/>
        <w:t>не вірить і регоче. Що ж, такі&lt;br /&gt;</w:t>
        <w:br/>
        <w:t>прелюдії у них любовних ігор.</w:t>
      </w:r>
    </w:p>
    <w:p>
      <w:r>
        <w:br/>
        <w:t>ІІ Палац</w:t>
      </w:r>
    </w:p>
    <w:p>
      <w:r>
        <w:br/>
        <w:t>Відтворені у мармурі сатир&lt;br /&gt;</w:t>
        <w:br/>
        <w:t>і німфа дивляться в глибінь басейну,&lt;br /&gt;</w:t>
        <w:br/>
        <w:t>крізь гладь, покриту пелюстками роз.&lt;br /&gt;</w:t>
        <w:br/>
        <w:t>Намісник, босий, власноручно морду&lt;br /&gt;</w:t>
        <w:br/>
        <w:t>скривавлює місцевому царю&lt;br /&gt;</w:t>
        <w:br/>
        <w:t>за трьох голубок, що вгоріли в тісті&lt;br /&gt;</w:t>
        <w:br/>
        <w:t>(підчас роздачі пирога злетіли,&lt;br /&gt;</w:t>
        <w:br/>
        <w:t>та зразу ж і попадали на стіл).&lt;br /&gt;</w:t>
        <w:br/>
        <w:t>Зіпсуте свято, може і кар'єра.</w:t>
      </w:r>
    </w:p>
    <w:p>
      <w:r>
        <w:br/>
        <w:t>Цар мовчки крутиться на мокрих плитах&lt;br /&gt;</w:t>
        <w:br/>
        <w:t>попід могутнім, жилавим коліном&lt;br /&gt;</w:t>
        <w:br/>
        <w:t>Намісника. Плин запаху троянд&lt;br /&gt;</w:t>
        <w:br/>
        <w:t>туманить стіни. Слуги збайдужіло,&lt;br /&gt;</w:t>
        <w:br/>
        <w:t>немов статуї, зрять поперед себе&lt;br /&gt;</w:t>
        <w:br/>
        <w:t>в каміння, де немає відбиття.</w:t>
      </w:r>
    </w:p>
    <w:p>
      <w:r>
        <w:br/>
        <w:t>Непевний місячний нордовий блиск.&lt;br /&gt;</w:t>
        <w:br/>
        <w:t>Стулившись між кухонних труб палацу ,&lt;br /&gt;</w:t>
        <w:br/>
        <w:t>бродяга-грек і кіт спостерігають,&lt;br /&gt;</w:t>
        <w:br/>
        <w:t>як два раби виносять із дверей&lt;br /&gt;</w:t>
        <w:br/>
        <w:t>труп кухаря, завернутий в рогожу.&lt;br /&gt;</w:t>
        <w:br/>
        <w:t>Ті йдуть із ним повільно до ріки.&lt;br /&gt;</w:t>
        <w:br/>
        <w:t>Скрегоче щебінь. На даху людина&lt;br /&gt;</w:t>
        <w:br/>
        <w:t>котові норовить закрити писок.</w:t>
      </w:r>
    </w:p>
    <w:p>
      <w:r>
        <w:br/>
        <w:t>ІІІ</w:t>
      </w:r>
    </w:p>
    <w:p>
      <w:r>
        <w:br/>
        <w:t>Покинутий хлопчинкою голяр&lt;br /&gt;</w:t>
        <w:br/>
        <w:t>утупивсь мовчки в дзеркало — можливо,&lt;br /&gt;</w:t>
        <w:br/>
        <w:t>сумуючи за ним, і геть забув&lt;br /&gt;</w:t>
        <w:br/>
        <w:t>покриту милом голову клієнта.&lt;br /&gt;</w:t>
        <w:br/>
        <w:t>"Напевно, хлопець вже не повернеться".</w:t>
      </w:r>
    </w:p>
    <w:p>
      <w:r>
        <w:br/>
        <w:t>Клієнт тим часом лагідно дрімає&lt;br /&gt;</w:t>
        <w:br/>
        <w:t>і споглядає чисто грецькі сни:&lt;br /&gt;</w:t>
        <w:br/>
        <w:t>з богами, кифаредами, борнею&lt;br /&gt;</w:t>
        <w:br/>
        <w:t>в гімнасіях, де гострий запах поту&lt;br /&gt;</w:t>
        <w:br/>
        <w:t>лоскоче ніздрі.&lt;br /&gt;</w:t>
        <w:br/>
        <w:t>Відчепившись стелі,&lt;br /&gt;</w:t>
        <w:br/>
        <w:t>велика муха, покружляв, сідає&lt;br /&gt;</w:t>
        <w:br/>
        <w:t>на білу, густо вкриту милом щоку&lt;br /&gt;</w:t>
        <w:br/>
        <w:t>заснулого й, втопаючи у піні,&lt;br /&gt;</w:t>
        <w:br/>
        <w:t>як ті пельтасти бідні Ксенофонта&lt;br /&gt;</w:t>
        <w:br/>
        <w:t>в снігах вірменських, знай собі повзе&lt;br /&gt;</w:t>
        <w:br/>
        <w:t>через провали, виступи, щілини&lt;br /&gt;</w:t>
        <w:br/>
        <w:t>до верху й, обминувши жерло рота,&lt;br /&gt;</w:t>
        <w:br/>
        <w:t>піднятись пнеться аж на кінчик носа.</w:t>
      </w:r>
    </w:p>
    <w:p>
      <w:r>
        <w:br/>
        <w:t>Грек відкриває жахне чорне око&lt;br /&gt;</w:t>
        <w:br/>
        <w:t>і муха, звивши зі страху, злітає.</w:t>
      </w:r>
    </w:p>
    <w:p>
      <w:r>
        <w:br/>
        <w:t>ІV</w:t>
      </w:r>
    </w:p>
    <w:p>
      <w:r>
        <w:br/>
        <w:t>Суха, глуха опісля святна ніч.&lt;br /&gt;</w:t>
        <w:br/>
        <w:t>У підворітті стяг, як кінська морда,&lt;br /&gt;</w:t>
        <w:br/>
        <w:t>повітря мне губами. Лабіринт&lt;br /&gt;</w:t>
        <w:br/>
        <w:t>порожніх вулиць в місячному світлі.&lt;br /&gt;</w:t>
        <w:br/>
        <w:t>Чудовисько, напевно, міцно спить.</w:t>
      </w:r>
    </w:p>
    <w:p>
      <w:r>
        <w:br/>
        <w:t>Чим далі від палацу, то все менше&lt;br /&gt;</w:t>
        <w:br/>
        <w:t>помітно статуй, меншає й калюж.&lt;br /&gt;</w:t>
        <w:br/>
        <w:t>Ліпнина покидає стрій фасадів&lt;br /&gt;</w:t>
        <w:br/>
        <w:t>і двері, що виходять на балкон,&lt;br /&gt;</w:t>
        <w:br/>
        <w:t>зачинені. Що ж, значить, і отут&lt;br /&gt;</w:t>
        <w:br/>
        <w:t>нічний покій рятують тільки стіни.</w:t>
      </w:r>
    </w:p>
    <w:p>
      <w:r>
        <w:br/>
        <w:t>Звук власних кроків лиховісний і&lt;br /&gt;</w:t>
        <w:br/>
        <w:t>в той самий час беззахисний; повітря&lt;br /&gt;</w:t>
        <w:br/>
        <w:t>уже просякло рибою. Хати&lt;br /&gt;</w:t>
        <w:br/>
        <w:t>кінчаються. Та місячна дорога&lt;br /&gt;</w:t>
        <w:br/>
        <w:t>струмує далі. І фелука чорна&lt;br /&gt;</w:t>
        <w:br/>
        <w:t>її перетинає, наче кішка,&lt;br /&gt;</w:t>
        <w:br/>
        <w:t>і тане у пітьмі, подавши знак,&lt;br /&gt;</w:t>
        <w:br/>
        <w:t>що далі, очевидно, йти не варто.</w:t>
      </w:r>
    </w:p>
    <w:p>
      <w:r>
        <w:br/>
        <w:t>V</w:t>
      </w:r>
    </w:p>
    <w:p>
      <w:r>
        <w:br/>
        <w:t>В розклеєнім на вуличних щитах&lt;br /&gt;</w:t>
        <w:br/>
        <w:t>"Посланні до властителів" відомий&lt;br /&gt;</w:t>
        <w:br/>
        <w:t>тутешнім вухам кифаред кипить&lt;br /&gt;</w:t>
        <w:br/>
        <w:t>обуренням, сміливо виступає&lt;br /&gt;</w:t>
        <w:br/>
        <w:t>з окличним "Імператора здійняти&lt;br /&gt;</w:t>
        <w:br/>
        <w:t>(рядком, що нижче) з дрібно-мідних грошей".</w:t>
      </w:r>
    </w:p>
    <w:p>
      <w:r>
        <w:br/>
        <w:t>Юрба жестикулює. Юнаки,&lt;br /&gt;</w:t>
        <w:br/>
        <w:t>мужі статечні, посивілі старці,&lt;br /&gt;</w:t>
        <w:br/>
        <w:t>й гетери спритні, з грамотою знані, —&lt;br /&gt;</w:t>
        <w:br/>
        <w:t>одноголосно стверджують, що "ні,&lt;br /&gt;</w:t>
        <w:br/>
        <w:t>раніш такого не було" — при чому&lt;br /&gt;</w:t>
        <w:br/>
        <w:t>не називаючи, якраз чого&lt;br /&gt;</w:t>
        <w:br/>
        <w:t>"такого": мужності чи ж бо холуйства.</w:t>
      </w:r>
    </w:p>
    <w:p>
      <w:r>
        <w:br/>
        <w:t>Поезію, напевно, вирізняє&lt;br /&gt;</w:t>
        <w:br/>
        <w:t>відсутність чітко зримого кордону.</w:t>
      </w:r>
    </w:p>
    <w:p>
      <w:r>
        <w:br/>
        <w:t>І неймовірно синій горизонт.&lt;br /&gt;</w:t>
        <w:br/>
        <w:t>Прибою шурхіт. Пласко розтягнувшись,&lt;br /&gt;</w:t>
        <w:br/>
        <w:t>мов ящірка весняна, на сухій&lt;br /&gt;</w:t>
        <w:br/>
        <w:t>гарячій брилі, голий чоловік&lt;br /&gt;</w:t>
        <w:br/>
        <w:t>украдений гризе мигдаль. Подалі&lt;br /&gt;</w:t>
        <w:br/>
        <w:t>поміж собою скуті два раби.&lt;br /&gt;</w:t>
        <w:br/>
        <w:t>Зібралися, напевно, покупатись —&lt;br /&gt;</w:t>
        <w:br/>
        <w:t>й один із одного з веселим сміхом&lt;br /&gt;</w:t>
        <w:br/>
        <w:t>знімають лахи. Неймовірно жарко;&lt;br /&gt;</w:t>
        <w:br/>
        <w:t>і грек сповзає з брили, закотивши,&lt;br /&gt;</w:t>
        <w:br/>
        <w:t>мрійливо очі, наче срібні драхми&lt;br /&gt;</w:t>
        <w:br/>
        <w:t>з зображеннями нових Діоскурів.</w:t>
      </w:r>
    </w:p>
    <w:p>
      <w:r>
        <w:br/>
        <w:t>VI</w:t>
      </w:r>
    </w:p>
    <w:p>
      <w:r>
        <w:br/>
        <w:t>Акустика чудова! Будівельник&lt;br /&gt;</w:t>
        <w:br/>
        <w:t>кормив недаром воші надцять літ&lt;br /&gt;</w:t>
        <w:br/>
        <w:t>на Лемносі. Акустика прекрасна.</w:t>
      </w:r>
    </w:p>
    <w:p>
      <w:r>
        <w:br/>
        <w:t>День теж прекрасний. Гамірна юрба,&lt;br /&gt;</w:t>
        <w:br/>
        <w:t>відлившись згідно форми стадіону,&lt;br /&gt;</w:t>
        <w:br/>
        <w:t>завмерла й, стишив дихання, слідкує</w:t>
      </w:r>
    </w:p>
    <w:p>
      <w:r>
        <w:br/>
        <w:t>за лайкою, з якою два бійці&lt;br /&gt;</w:t>
        <w:br/>
        <w:t>зійшлися між собою на арені&lt;br /&gt;</w:t>
        <w:br/>
        <w:t>щоби схрестити в запалі мечі.</w:t>
      </w:r>
    </w:p>
    <w:p>
      <w:r>
        <w:br/>
        <w:t>Ціль поєдинку зовсім не в убивстві,&lt;br /&gt;</w:t>
        <w:br/>
        <w:t>а в справедливій і логічній смерті.&lt;br /&gt;</w:t>
        <w:br/>
        <w:t>Закони драми входять і у спорт.</w:t>
      </w:r>
    </w:p>
    <w:p>
      <w:r>
        <w:br/>
        <w:t>Акустика прекрасна. На трибунах&lt;br /&gt;</w:t>
        <w:br/>
        <w:t>одні мужчини. Сонце золотить&lt;br /&gt;</w:t>
        <w:br/>
        <w:t>кудлатих левів керівної ложі.&lt;br /&gt;</w:t>
        <w:br/>
        <w:t>Весь стадіон — одне велике вухо.</w:t>
      </w:r>
    </w:p>
    <w:p>
      <w:r>
        <w:br/>
        <w:t>"Ти падло!" — "Сам ти падло".&lt;br /&gt;</w:t>
        <w:br/>
        <w:t>— "Здохле падло!"&lt;br /&gt;</w:t>
        <w:br/>
        <w:t>І тут Намісник, що обличчям схожий&lt;br /&gt;</w:t>
        <w:br/>
        <w:t>на гнійне вим'я, голосно сміється.</w:t>
      </w:r>
    </w:p>
    <w:p>
      <w:r>
        <w:br/>
        <w:t>VIІ Вежа</w:t>
      </w:r>
    </w:p>
    <w:p>
      <w:r>
        <w:br/>
        <w:t>Холодний полудень.&lt;br /&gt;</w:t>
        <w:br/>
        <w:t>Зникаючий посеред щільних хмар&lt;br /&gt;</w:t>
        <w:br/>
        <w:t>стрімкий залізний шпиль міської вежі&lt;br /&gt;</w:t>
        <w:br/>
        <w:t>в один і той же час незмінно служить&lt;br /&gt;</w:t>
        <w:br/>
        <w:t>громовідводом, маяком і місцем,&lt;br /&gt;</w:t>
        <w:br/>
        <w:t>де кожен день здіймають стяг держави.&lt;br /&gt;</w:t>
        <w:br/>
        <w:t>Всередині ж розміщена тюрма.</w:t>
      </w:r>
    </w:p>
    <w:p>
      <w:r>
        <w:br/>
        <w:t>Колись помічено: повсюди звично —&lt;br /&gt;</w:t>
        <w:br/>
        <w:t>в сатрапіях, під тінню фараона,&lt;br /&gt;</w:t>
        <w:br/>
        <w:t>у мусульман, в епоху християнства —&lt;br /&gt;</w:t>
        <w:br/>
        <w:t>сиділо, чи ж бо страчено було&lt;br /&gt;</w:t>
        <w:br/>
        <w:t>під шість відсотків підданого люду.&lt;br /&gt;</w:t>
        <w:br/>
        <w:t>По цій причині сотню літ тому&lt;br /&gt;</w:t>
        <w:br/>
        <w:t>дід нинішнього цезаря задумав&lt;br /&gt;</w:t>
        <w:br/>
        <w:t>реформу правосуддю. Відмінив&lt;br /&gt;</w:t>
        <w:br/>
        <w:t>безбожний звичай осуду до страти&lt;br /&gt;</w:t>
        <w:br/>
        <w:t>й вердиктом особливого закону&lt;br /&gt;</w:t>
        <w:br/>
        <w:t>ті шість процентів скоротив до двох,&lt;br /&gt;</w:t>
        <w:br/>
        <w:t>в тюрмі сидіти зобов'язаних, авжеж,&lt;br /&gt;</w:t>
        <w:br/>
        <w:t>довічно. Значення не мало вкоїв&lt;br /&gt;</w:t>
        <w:br/>
        <w:t>ти злочин, а чи був невинуватий;&lt;br /&gt;</w:t>
        <w:br/>
        <w:t>закон, насправді, мов податок. Ось&lt;br /&gt;</w:t>
        <w:br/>
        <w:t>тоді оцю і збудували Вежу.</w:t>
      </w:r>
    </w:p>
    <w:p>
      <w:r>
        <w:br/>
        <w:t>Незносний блиск хромованої сталі.&lt;br /&gt;</w:t>
        <w:br/>
        <w:t>На сорок третім поверсі пастух,&lt;br /&gt;</w:t>
        <w:br/>
        <w:t>лицем пропхнувшись крізь ілюмінатор,&lt;br /&gt;</w:t>
        <w:br/>
        <w:t>свою усмішку посилає вниз&lt;br /&gt;</w:t>
        <w:br/>
        <w:t>прибігшій бачити його собаці.</w:t>
      </w:r>
    </w:p>
    <w:p>
      <w:r>
        <w:br/>
        <w:t>VIII</w:t>
      </w:r>
    </w:p>
    <w:p>
      <w:r>
        <w:br/>
        <w:t>Фонтан, що плин зображав дельфіна&lt;br /&gt;</w:t>
        <w:br/>
        <w:t>помежи хвиль морських, був геть сухим.&lt;br /&gt;</w:t>
        <w:br/>
        <w:t>Це й зрозуміло: кам'яна рибина&lt;br /&gt;</w:t>
        <w:br/>
        <w:t>спроможна обійтись і без води,&lt;br /&gt;</w:t>
        <w:br/>
        <w:t>як та — без риб, що зроблені з каміння.&lt;br /&gt;</w:t>
        <w:br/>
        <w:t>Таким третейського є суду вирок.&lt;br /&gt;</w:t>
        <w:br/>
        <w:t>Чиїм вердиктам характерна сухість.</w:t>
      </w:r>
    </w:p>
    <w:p>
      <w:r>
        <w:br/>
        <w:t>У колонадній білизні палацу&lt;br /&gt;</w:t>
        <w:br/>
        <w:t>на мармурових сходах купка смаглих&lt;br /&gt;</w:t>
        <w:br/>
        <w:t>вождів у м'ятих барвних балахонах&lt;br /&gt;</w:t>
        <w:br/>
        <w:t>чекають виходу свого царя,&lt;br /&gt;</w:t>
        <w:br/>
        <w:t>мов кинутий на обрусі букет&lt;br /&gt;</w:t>
        <w:br/>
        <w:t>в скляній, наповненій водою, вазі.</w:t>
      </w:r>
    </w:p>
    <w:p>
      <w:r>
        <w:br/>
        <w:t>Виходить врешті цар. Вожді встають,&lt;br /&gt;</w:t>
        <w:br/>
        <w:t>махають радо списами. Усмішки,&lt;br /&gt;</w:t>
        <w:br/>
        <w:t>обійми, поцілунки. Цар ледь-ледь&lt;br /&gt;</w:t>
        <w:br/>
        <w:t>збентежений; та зручна смаглість шкіри:&lt;br /&gt;</w:t>
        <w:br/>
        <w:t>на ній не так помітні синяки.</w:t>
      </w:r>
    </w:p>
    <w:p>
      <w:r>
        <w:br/>
        <w:t>Бродяга-грек до себе кличе хлопця:&lt;br /&gt;</w:t>
        <w:br/>
        <w:t>"Про що вони говорять?" — "Хто, ось оті?"&lt;br /&gt;</w:t>
        <w:br/>
        <w:t>"Ага". — "Вихвалюють його". — "За що?"&lt;br /&gt;</w:t>
        <w:br/>
        <w:t>Хлопчинка піднімає ясний зір:&lt;br /&gt;</w:t>
        <w:br/>
        <w:t>"За нові проти жебраків закони".</w:t>
      </w:r>
    </w:p>
    <w:p>
      <w:r>
        <w:br/>
        <w:t>ІХ Звіринець</w:t>
      </w:r>
    </w:p>
    <w:p>
      <w:r>
        <w:br/>
        <w:t>Решітка, що утримувала лева&lt;br /&gt;</w:t>
        <w:br/>
        <w:t>чи публіку — чавунний варіант&lt;br /&gt;</w:t>
        <w:br/>
        <w:t>повторення переплетіння джунглів.</w:t>
      </w:r>
    </w:p>
    <w:p>
      <w:r>
        <w:br/>
        <w:t>Мох. Металеві крапельки роси.&lt;br /&gt;</w:t>
        <w:br/>
        <w:t>Ліана плетивом обняла лотос.</w:t>
      </w:r>
    </w:p>
    <w:p>
      <w:r>
        <w:br/>
        <w:t>Імітувала віддана рука,&lt;br /&gt;</w:t>
        <w:br/>
        <w:t>з любов'ю, — так творити здатна тільки&lt;br /&gt;</w:t>
        <w:br/>
        <w:t>людина, для якої не одно,&lt;br /&gt;</w:t>
        <w:br/>
        <w:t>де варто заблукати: серед хащі&lt;br /&gt;</w:t>
        <w:br/>
        <w:t>чи у пустелі.</w:t>
      </w:r>
    </w:p>
    <w:p>
      <w:r>
        <w:br/>
        <w:t>Х Імператор</w:t>
      </w:r>
    </w:p>
    <w:p>
      <w:r>
        <w:br/>
        <w:t>Атлет-легіонер в блискучих латах,&lt;br /&gt;</w:t>
        <w:br/>
        <w:t>з поста свого під білими дверима,&lt;br /&gt;</w:t>
        <w:br/>
        <w:t>поза якими чується журчання,&lt;br /&gt;</w:t>
        <w:br/>
        <w:t>глядить у вікна на жінок знадвору.&lt;br /&gt;</w:t>
        <w:br/>
        <w:t>Йому, що тут чимало простирчав,&lt;br /&gt;</w:t>
        <w:br/>
        <w:t>уже здаватись починає, наче&lt;br /&gt;</w:t>
        <w:br/>
        <w:t>не різні чарівні жінки внизу&lt;br /&gt;</w:t>
        <w:br/>
        <w:t>проходять раз за разом, а та сама.</w:t>
      </w:r>
    </w:p>
    <w:p>
      <w:r>
        <w:br/>
        <w:t>Із золота велика буква М,&lt;br /&gt;</w:t>
        <w:br/>
        <w:t>вінчавши двері, значила по суті&lt;br /&gt;</w:t>
        <w:br/>
        <w:t>лиш прописну, порівнюючи з тою&lt;br /&gt;</w:t>
        <w:br/>
        <w:t>роздутою й багряною з напруги,&lt;br /&gt;</w:t>
        <w:br/>
        <w:t>що згорбилась над струменем води,&lt;br /&gt;</w:t>
        <w:br/>
        <w:t>там, за дверми, в уважнім спогляданні&lt;br /&gt;</w:t>
        <w:br/>
        <w:t>подробиць відображення свого.</w:t>
      </w:r>
    </w:p>
    <w:p>
      <w:r>
        <w:br/>
        <w:t>Урешті-решт, проточні води є&lt;br /&gt;</w:t>
        <w:br/>
        <w:t>нічим не гірші скульпторів, що царство&lt;br /&gt;</w:t>
        <w:br/>
        <w:t>усе тим відображенням покрили.</w:t>
      </w:r>
    </w:p>
    <w:p>
      <w:r>
        <w:br/>
        <w:t>Прозора, дзюркотлива течія.&lt;br /&gt;</w:t>
        <w:br/>
        <w:t>Великий, перевернутий Верзувій&lt;br /&gt;</w:t>
        <w:br/>
        <w:t>із виверженням бариться над нею.</w:t>
      </w:r>
    </w:p>
    <w:p>
      <w:r>
        <w:br/>
        <w:t>"Все нині взагалі повзе зі скрипом.&lt;br /&gt;</w:t>
        <w:br/>
        <w:t>Імперія нагадує трирему&lt;br /&gt;</w:t>
        <w:br/>
        <w:t>в каналі, завузькому для триреми.&lt;br /&gt;</w:t>
        <w:br/>
        <w:t>Гребці колотять веслами по суші&lt;br /&gt;</w:t>
        <w:br/>
        <w:t>й каміння сильно обдирає борт.&lt;br /&gt;</w:t>
        <w:br/>
        <w:t>Ні, не сказати, що ми геть застряли!&lt;br /&gt;</w:t>
        <w:br/>
        <w:t>Є рух, є просування. Ми хоч кволо,&lt;br /&gt;</w:t>
        <w:br/>
        <w:t>та все таки пливемо. Й нас ніхто&lt;br /&gt;</w:t>
        <w:br/>
        <w:t>не обганяє. Все ж, однак, як мало&lt;br /&gt;</w:t>
        <w:br/>
        <w:t>нагадує це днів минулих швидкість!&lt;br /&gt;</w:t>
        <w:br/>
        <w:t>І як тут не зітхнути про часи,&lt;br /&gt;</w:t>
        <w:br/>
        <w:t>коли усе йшло досить гладко.&lt;br /&gt;</w:t>
        <w:br/>
        <w:t>Гладко..."</w:t>
      </w:r>
    </w:p>
    <w:p>
      <w:r>
        <w:br/>
        <w:t>ХІ</w:t>
      </w:r>
    </w:p>
    <w:p>
      <w:r>
        <w:br/>
        <w:t>Світильник гасне, гніт його чадить&lt;br /&gt;</w:t>
        <w:br/>
        <w:t>уже серед пітьми. Тоненька цівка&lt;br /&gt;</w:t>
        <w:br/>
        <w:t>пливе до стелі, чия білизна&lt;br /&gt;</w:t>
        <w:br/>
        <w:t>у повній мряці в першу хвилю згідна&lt;br /&gt;</w:t>
        <w:br/>
        <w:t>на будь-яку відому форму світла.&lt;br /&gt;</w:t>
        <w:br/>
        <w:t>І навіть кіпоть. За вікном всю ніч&lt;br /&gt;</w:t>
        <w:br/>
        <w:t>в запущенім саду шумить потоком&lt;br /&gt;</w:t>
        <w:br/>
        <w:t>азійська злива. Тільки глузд сухий.&lt;br /&gt;</w:t>
        <w:br/>
        <w:t>Сухий настільки, що в полон узятий&lt;br /&gt;</w:t>
        <w:br/>
        <w:t>блідим холодним полум'ям обіймів,&lt;br /&gt;</w:t>
        <w:br/>
        <w:t>спалахуєш геть швидше аніж лист&lt;br /&gt;</w:t>
        <w:br/>
        <w:t>паперу чи просохлий добре хворост.</w:t>
      </w:r>
    </w:p>
    <w:p>
      <w:r>
        <w:br/>
        <w:t>Та спалах цей не помічає стеля.</w:t>
      </w:r>
    </w:p>
    <w:p>
      <w:r>
        <w:br/>
        <w:t>Ні кіптяви, ні попелу по собі&lt;br /&gt;</w:t>
        <w:br/>
        <w:t>не залишаючи, виходить муж&lt;br /&gt;</w:t>
        <w:br/>
        <w:t>в сиру пітьму і ковзає до хвіртки.&lt;br /&gt;</w:t>
        <w:br/>
        <w:t>Проте сріблястий голосок дрімлюги&lt;br /&gt;</w:t>
        <w:br/>
        <w:t>велить йому вернутись. Під дощем,&lt;br /&gt;</w:t>
        <w:br/>
        <w:t>уже покірно, він іде до кухні&lt;br /&gt;</w:t>
        <w:br/>
        <w:t>і, знявши пояс, висипає на&lt;br /&gt;</w:t>
        <w:br/>
        <w:t>залізний стіл останні свої драхми,&lt;br /&gt;</w:t>
        <w:br/>
        <w:t>аж так виходить.&lt;br /&gt;</w:t>
        <w:br/>
        <w:t>Птаха не кричить.</w:t>
      </w:r>
    </w:p>
    <w:p>
      <w:r>
        <w:br/>
        <w:t>ХІI</w:t>
      </w:r>
    </w:p>
    <w:p>
      <w:r>
        <w:br/>
        <w:t>Грек, вирішивши перейти кордон,&lt;br /&gt;</w:t>
        <w:br/>
        <w:t>великий роздобув мішок і потім&lt;br /&gt;</w:t>
        <w:br/>
        <w:t>в кварталах біля ринку наловив&lt;br /&gt;</w:t>
        <w:br/>
        <w:t>котів дванадцять (найчорніших),— з цим&lt;br /&gt;</w:t>
        <w:br/>
        <w:t>шкрябливим, теплим, нявкаючим клунком&lt;br /&gt;</w:t>
        <w:br/>
        <w:t>вночі прибув у прикордонний ліс.</w:t>
      </w:r>
    </w:p>
    <w:p>
      <w:r>
        <w:br/>
        <w:t>Світив безсонно місяць, як завжди&lt;br /&gt;</w:t>
        <w:br/>
        <w:t>у липні світить. Пси сторожеві&lt;br /&gt;</w:t>
        <w:br/>
        <w:t>звичайно полонили все міжгір'я&lt;br /&gt;</w:t>
        <w:br/>
        <w:t>своїм виттям: у клунку перестали&lt;br /&gt;</w:t>
        <w:br/>
        <w:t>скандалити принишклі враз коти.&lt;br /&gt;</w:t>
        <w:br/>
        <w:t>Грек мовив пошепки: "В годину добру.</w:t>
      </w:r>
    </w:p>
    <w:p>
      <w:r>
        <w:br/>
        <w:t>Афіно, не покинь мене. Ступай&lt;br /&gt;</w:t>
        <w:br/>
        <w:t>поперед мене", і про себе далі:&lt;br /&gt;</w:t>
        <w:br/>
        <w:t>"По цей бік від кордону відпущу&lt;br /&gt;</w:t>
        <w:br/>
        <w:t>я тільки шість котів, ніяк не більше".&lt;br /&gt;</w:t>
        <w:br/>
        <w:t>Собака не залізе на сосну.&lt;br /&gt;</w:t>
        <w:br/>
        <w:t>Що ж до солдат — солдати забобонні.</w:t>
      </w:r>
    </w:p>
    <w:p>
      <w:r>
        <w:br/>
        <w:t>І вийшло все найкращим чином: місяць,&lt;br /&gt;</w:t>
        <w:br/>
        <w:t>коти, собаки, забобони, сосни —&lt;br /&gt;</w:t>
        <w:br/>
        <w:t>весь механізм відпрацював.&lt;br /&gt;</w:t>
        <w:br/>
        <w:t>Грек здерся&lt;br /&gt;</w:t>
        <w:br/>
        <w:t>на перевал. Та в мить, уже коли&lt;br /&gt;</w:t>
        <w:br/>
        <w:t>нога ступила у державу іншу,&lt;br /&gt;</w:t>
        <w:br/>
        <w:t>він виявив оте, що упустив:</w:t>
      </w:r>
    </w:p>
    <w:p>
      <w:r>
        <w:br/>
        <w:t>поглянувши назад побачив море.</w:t>
      </w:r>
    </w:p>
    <w:p>
      <w:r>
        <w:br/>
        <w:t>Воно лежало глибоко внизу.&lt;br /&gt;</w:t>
        <w:br/>
        <w:t>Людина на відміну від тварини&lt;br /&gt;</w:t>
        <w:br/>
        <w:t>покинути спроможна те, що любить&lt;br /&gt;</w:t>
        <w:br/>
        <w:t>(щоб від тварини чимось відрізнитись!).&lt;br /&gt;</w:t>
        <w:br/>
        <w:t>Та, як слина собача, видають&lt;br /&gt;</w:t>
        <w:br/>
        <w:t>її тваринну сутність щирі сльози:</w:t>
      </w:r>
    </w:p>
    <w:p>
      <w:r>
        <w:br/>
        <w:t>"О, Таласса!..."&lt;br /&gt;</w:t>
        <w:br/>
        <w:t>Та в нашім кепськім світі&lt;br /&gt;</w:t>
        <w:br/>
        <w:t>стовбичити так довго на виду,&lt;br /&gt;</w:t>
        <w:br/>
        <w:t>на перевалі, в місячному світлі,-&lt;br /&gt;</w:t>
        <w:br/>
        <w:t>розвага для мішені.&lt;br /&gt;</w:t>
        <w:br/>
        <w:t>Й, взявши ношу,&lt;br /&gt;</w:t>
        <w:br/>
        <w:t>грек обережно став спускатись вниз,&lt;br /&gt;</w:t>
        <w:br/>
        <w:t>вглиб континенту: і вставав назустріч</w:t>
      </w:r>
    </w:p>
    <w:p>
      <w:r>
        <w:br/>
        <w:t>густий ялинник замість горизонту.</w:t>
      </w:r>
    </w:p>
    <w:p>
      <w:r>
        <w:br/>
        <w:t>________________________&lt;br /&gt;</w:t>
        <w:br/>
        <w:t>Примітки автора (Бродс.):&lt;br /&gt;</w:t>
        <w:br/>
        <w:t>Переклад назви: ПІСЛЯ НАШОЇ ЕРИ.&lt;br /&gt;</w:t>
        <w:br/>
        <w:t>Діоскури — Кастор і Поллукс (Кастор і Полідевк),&lt;br /&gt;</w:t>
        <w:br/>
        <w:t>в грецькій міфології символи нерозривної дружби.&lt;br /&gt;</w:t>
        <w:br/>
        <w:t>Лемнос — острів серед Егейського моря, служив і&lt;br /&gt;</w:t>
        <w:br/>
        <w:t>служить місцем заслання.&lt;br /&gt;</w:t>
        <w:br/>
        <w:t>Верзувій — із слав'янського "верзати".&lt;br /&gt;</w:t>
        <w:br/>
        <w:t>Таласса — море (грец.)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aetatem nostram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