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Послухайте цю ніжну пісню...</w:t>
      </w:r>
    </w:p>
    <w:p>
      <w:r>
        <w:br/>
        <w:t xml:space="preserve"> Послухайте цю ніжну пісню,&lt;br /&gt;</w:t>
        <w:br/>
        <w:t>Що тихо, вам на втіху, плаче&lt;br /&gt;</w:t>
        <w:br/>
        <w:t>I любо так дзюркоче, наче&lt;br /&gt;</w:t>
        <w:br/>
        <w:t>Струмок прозорий по узліссю.</w:t>
      </w:r>
    </w:p>
    <w:p>
      <w:r>
        <w:br/>
        <w:t>Вона така ж проста й невинна,&lt;br /&gt;</w:t>
        <w:br/>
        <w:t>Яку раніш ви знали (й звали?),&lt;br /&gt;</w:t>
        <w:br/>
        <w:t>Коли їй виду не вкривали&lt;br /&gt;</w:t>
        <w:br/>
        <w:t>Жалоба й гордість удовина.</w:t>
      </w:r>
    </w:p>
    <w:p>
      <w:r>
        <w:br/>
        <w:t>Її покр&amp;#250;вало тріпоче&lt;br /&gt;</w:t>
        <w:br/>
        <w:t>Під вітром ночі грозової,&lt;br /&gt;</w:t>
        <w:br/>
        <w:t>Та крізь похмурі ті завої,&lt;br /&gt;</w:t>
        <w:br/>
        <w:t>Мов зірка, істина мигоче.</w:t>
      </w:r>
    </w:p>
    <w:p>
      <w:r>
        <w:br/>
        <w:t>Вона співа, сама ласкавість,&lt;br /&gt;</w:t>
        <w:br/>
        <w:t>Що треба жити добротою,&lt;br /&gt;</w:t>
        <w:br/>
        <w:t>Що за могильною плитою&lt;br /&gt;</w:t>
        <w:br/>
        <w:t>Щезають заздрість і ненависть.</w:t>
      </w:r>
    </w:p>
    <w:p>
      <w:r>
        <w:br/>
        <w:t>А ще співа про мир і спокій,&lt;br /&gt;</w:t>
        <w:br/>
        <w:t>Про славу щиру, нелукаву,&lt;br /&gt;</w:t>
        <w:br/>
        <w:t>Найбільшу в світі людську славу&lt;br /&gt;</w:t>
        <w:br/>
        <w:t>Жить просто, не питавши поки.</w:t>
      </w:r>
    </w:p>
    <w:p>
      <w:r>
        <w:br/>
        <w:t>Вона байдужим не залишить&lt;br /&gt;</w:t>
        <w:br/>
        <w:t>Того, хто серцем світ сприймає,-&lt;br /&gt;</w:t>
        <w:br/>
        <w:t>Душі милішого немає,&lt;br /&gt;</w:t>
        <w:br/>
        <w:t>Як іншу душу в горі втішить.</w:t>
      </w:r>
    </w:p>
    <w:p>
      <w:r>
        <w:br/>
        <w:t>Їй біль нестерпний серце тисне,&lt;br /&gt;</w:t>
        <w:br/>
        <w:t>Вона ж без гніву зносить муку.&lt;br /&gt;</w:t>
        <w:br/>
        <w:t>Збагніть ясну її науку,&lt;br /&gt;</w:t>
        <w:br/>
        <w:t>Послухайте цю мудру пісню!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Послухайте цю ніжну пісню...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