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Послуга</w:t>
      </w:r>
    </w:p>
    <w:p>
      <w:r>
        <w:br/>
        <w:t xml:space="preserve"> &lt;p&gt;Надворі хуртовина. Зіщулившись од зустрічного вітру, який жбурлявся снігом, Олеся йшла зі школи. Раптом повз дівчинку прокотила "Волга" й зупинилась. Відчинилися дверцята, з кабіни визирнув сусід — дядя Павло.</w:t>
      </w:r>
    </w:p>
    <w:p>
      <w:r>
        <w:br/>
        <w:t>— Додому? — запитав.</w:t>
      </w:r>
    </w:p>
    <w:p>
      <w:r>
        <w:br/>
        <w:t>— Додому.</w:t>
      </w:r>
    </w:p>
    <w:p>
      <w:r>
        <w:br/>
        <w:t>— Сідай підвезу.</w:t>
      </w:r>
    </w:p>
    <w:p>
      <w:r>
        <w:br/>
        <w:t>Олеся швиденько залізла в машину, "Волга", порипуючи колесами на снігу, рушила далі.</w:t>
      </w:r>
    </w:p>
    <w:p>
      <w:r>
        <w:br/>
        <w:t>Дядя Павло стежив за рухом на вулиці, а Олеся сиділа в затишній теплій кабіні й дивувалася, чого це сусідові захотілося її підвезти. Хто вона йому — донька, родичка? Та навіть і не просилася. Чудний якийсь!..</w:t>
      </w:r>
    </w:p>
    <w:p>
      <w:r>
        <w:br/>
        <w:t>Врешті зважилася, запитала:</w:t>
      </w:r>
    </w:p>
    <w:p>
      <w:r>
        <w:br/>
        <w:t>— Дядю, навіщо ви мене везете?</w:t>
      </w:r>
    </w:p>
    <w:p>
      <w:r>
        <w:br/>
        <w:t>— Що, що? — не зрозумів.</w:t>
      </w:r>
    </w:p>
    <w:p>
      <w:r>
        <w:br/>
        <w:t>— Ну оце, чого ви схотіли мене додому підвезти?</w:t>
      </w:r>
    </w:p>
    <w:p>
      <w:r>
        <w:br/>
        <w:t>— А-а, ти он про що,— усміхнувся, не відводячи від дороги очей.— А ти ж як думаєш, чого?</w:t>
      </w:r>
    </w:p>
    <w:p>
      <w:r>
        <w:br/>
        <w:t>— Я не знаю.</w:t>
      </w:r>
    </w:p>
    <w:p>
      <w:r>
        <w:br/>
        <w:t>— Тоді подумай ще, може, догадаєшся.</w:t>
      </w:r>
    </w:p>
    <w:p>
      <w:r>
        <w:br/>
        <w:t>Олеся думала, думала, але так і не здогадалась. Та як би там не було, їй все одно приємно, що сусід вчинив саме так — підвіз додому.</w:t>
      </w:r>
    </w:p>
    <w:p>
      <w:r>
        <w:br/>
        <w:t>Коли пообідала, вийшла на вулицю погуляти. "Волга" ще стояла біля двору, а дядя Павло ходив круг неї і щось шукав. Виявилося: він завів якоюсь там ручкою машину, прогрів мотор, хотів уже їхати, аж глянь — ручки тієї нема, десь запропастилася.</w:t>
      </w:r>
    </w:p>
    <w:p>
      <w:r>
        <w:br/>
        <w:t>— Це яка ручка — така залізна, покручена? — запитала Олеся.</w:t>
      </w:r>
    </w:p>
    <w:p>
      <w:r>
        <w:br/>
        <w:t>— Авжеж, залізна і покручена,— повеселішав сусід.— Ти звідки знаєш, бачила десь?</w:t>
      </w:r>
    </w:p>
    <w:p>
      <w:r>
        <w:br/>
        <w:t>— Угу,— кивнула Олеся,— в кабіні бачила. Вона під ногами в мене лежала, як ви підвозили.</w:t>
      </w:r>
    </w:p>
    <w:p>
      <w:r>
        <w:br/>
        <w:t>— А-а,— знову спохмурнів дядя Павло.— Я подумав, може, ти в когось із хлопчаків... Так наче ж і не було тут нікого. І де їй подітися?..</w:t>
      </w:r>
    </w:p>
    <w:p>
      <w:r>
        <w:br/>
        <w:t>Сусід ще трохи пошукав, але ручки так і не знайшов. Поїхав без неї.</w:t>
      </w:r>
    </w:p>
    <w:p>
      <w:r>
        <w:br/>
        <w:t>"І справді, куди вона могла заподітися? — ламала собі голову Олеся.— Не інакше як десь у снігу лежить. Поклав її дядя додолу, хуртовина й замела".</w:t>
      </w:r>
    </w:p>
    <w:p>
      <w:r>
        <w:br/>
        <w:t>Взяла дома лопату, почала сніг розкидати в тому місці, де стояла машина. Ось лопата наткнулася на щось тверде. Відкопала. Цеглина. Далі вийняла із замету поламаний спортивний обруч. Раптом — дзень! Підважила: вона, ручка, та самісінька, яку бачила в кабіні.</w:t>
      </w:r>
    </w:p>
    <w:p>
      <w:r>
        <w:br/>
        <w:t>Коли посутеніло, приїхав з роботи дядя Павло. Олеся загледіла з вікна машину, схопила ручку й вибігла надвір.</w:t>
      </w:r>
    </w:p>
    <w:p>
      <w:r>
        <w:br/>
        <w:t>— Ось, ось я знайшла її,— простягла сусідові.</w:t>
      </w:r>
    </w:p>
    <w:p>
      <w:r>
        <w:br/>
        <w:t>Дядя Павло зрадів, не знав, як і дякувати дівчинці.</w:t>
      </w:r>
    </w:p>
    <w:p>
      <w:r>
        <w:br/>
        <w:t>— От молодець, от молодець! — хвалив.— Мені взимку без неї ніяк не можна. Мотор холоне, треба ручкою прокручувати.</w:t>
      </w:r>
    </w:p>
    <w:p>
      <w:r>
        <w:br/>
        <w:t>Радіє й Олеся, що послугувала сусідові.</w:t>
      </w:r>
    </w:p>
    <w:p>
      <w:r>
        <w:br/>
        <w:t>Він помітив те, усміхнувся, як тоді в машині, й запитав:</w:t>
      </w:r>
    </w:p>
    <w:p>
      <w:r>
        <w:br/>
        <w:t>— Ну, так ти, думаю, тепер уже догадалася, чого я тебе додому підвозив?</w:t>
      </w:r>
    </w:p>
    <w:p>
      <w:r>
        <w:br/>
        <w:t>— Ні,— похитала головою Олеся,— не догадалася.</w:t>
      </w:r>
    </w:p>
    <w:p>
      <w:r>
        <w:br/>
        <w:t>— Гм... Добре. Тоді скажи, навіщо ти мені оце ручку шукала?</w:t>
      </w:r>
    </w:p>
    <w:p>
      <w:r>
        <w:br/>
        <w:t>— Вам же її треба...</w:t>
      </w:r>
    </w:p>
    <w:p>
      <w:r>
        <w:br/>
        <w:t>— Звичайно, треба. Та я не про те. Я про послугу. Як би це тобі пояснити?.. Скажи: тобі приємно було тоді, як я тебе підвозив?</w:t>
      </w:r>
    </w:p>
    <w:p>
      <w:r>
        <w:br/>
        <w:t>— Приємно,— підтвердила Олеся.</w:t>
      </w:r>
    </w:p>
    <w:p>
      <w:r>
        <w:br/>
        <w:t>— А зараз, коли ти мені ручку знайшла?</w:t>
      </w:r>
    </w:p>
    <w:p>
      <w:r>
        <w:br/>
        <w:t>— І зараз приємно.</w:t>
      </w:r>
    </w:p>
    <w:p>
      <w:r>
        <w:br/>
        <w:t>— От бачиш. І мені так само приємно і тепер, і тоді.</w:t>
      </w:r>
    </w:p>
    <w:p>
      <w:r>
        <w:br/>
        <w:t>Дивись, таж правду дядя сказав. І як вона раніше про це не здогадалася?..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