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Посадену у запашну ріллю...</w:t>
      </w:r>
    </w:p>
    <w:p>
      <w:r>
        <w:br/>
        <w:t xml:space="preserve"> Посаджену у запашну ріллю&lt;br /&gt;</w:t>
        <w:br/>
        <w:t>вишневу гілку поливали діти.&lt;br /&gt;</w:t>
        <w:br/>
        <w:t>А я наїно нітився з жалю&lt;br /&gt;</w:t>
        <w:br/>
        <w:t>й не знав: чи плакати, а чи радіти.</w:t>
      </w:r>
    </w:p>
    <w:p>
      <w:r>
        <w:br/>
        <w:t>Хотілось закричати: не губіть,&lt;br /&gt;</w:t>
        <w:br/>
        <w:t>земля не прийме плоть чужого тіла!&lt;br /&gt;</w:t>
        <w:br/>
        <w:t>Та промінь думки блиснув мимохіть —&lt;br /&gt;</w:t>
        <w:br/>
        <w:t>і я замовк. Слова мої зомліли.</w:t>
      </w:r>
    </w:p>
    <w:p>
      <w:r>
        <w:br/>
        <w:t>Бо що, коли я хибну?.. як тоді?..&lt;br /&gt;</w:t>
        <w:br/>
        <w:t>Життя, як млин, бува й не в гаразді:&lt;br /&gt;</w:t>
        <w:br/>
        <w:t>хоч є вода, а все одно не меле.</w:t>
      </w:r>
    </w:p>
    <w:p>
      <w:r>
        <w:br/>
        <w:t>Нехай шукають власну суть і путь&lt;br /&gt;</w:t>
        <w:br/>
        <w:t>до Істини. Тоді не пропадуть —&lt;br /&gt;</w:t>
        <w:br/>
        <w:t>їм доля свій широкий шлях простелить.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Посадену у запашну ріллю...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