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Порваною дорогою</w:t>
      </w:r>
    </w:p>
    <w:p>
      <w:r>
        <w:br/>
        <w:t xml:space="preserve"> &lt;p&gt;У неділю з сільради старій Вівді принесли листа. Вівдя тримала його обережно, боячись пожмакати. Вона вдивлялася в цього зеленого, забрудненого якимись плямами папірця, а очі її мовби щось бачили десь далеко від нього.</w:t>
      </w:r>
    </w:p>
    <w:p>
      <w:r>
        <w:br/>
        <w:t>Вівдя довго жувала сухими старечими губами, ніби перебираючи сухі нитки вовни, а в полудень взяла сухого дубчика й пішла до секретаря в сільраду.</w:t>
      </w:r>
    </w:p>
    <w:p>
      <w:r>
        <w:br/>
        <w:t>Коли той читав Вівді листа, слова їй здавалися далекими й незвичайними, як слова Євангелії. А вона бачила в ту пору рвучку веселу дівчинку, що вечорами любила не вгаваючи гарювати.</w:t>
      </w:r>
    </w:p>
    <w:p>
      <w:r>
        <w:br/>
        <w:t>Її дзвінкий дитячий сміх ніби обтрушував давній порох у хаті Вівдиній. Тоді й образи, і стеля, і стіни — все сміялось у світлі маленького каганця. З листа Вівдя зрозуміла тільки, що дочка кличе її до міста в гості.</w:t>
      </w:r>
    </w:p>
    <w:p>
      <w:r>
        <w:br/>
        <w:t>— Що ж вона грошей не вислала? Де ж тепер їх узяти на дорогу? Таке!</w:t>
      </w:r>
    </w:p>
    <w:p>
      <w:r>
        <w:br/>
        <w:t>Вівдя невдоволено махнула рукою й, попрощавшись, пішла додому.</w:t>
      </w:r>
    </w:p>
    <w:p>
      <w:r>
        <w:br/>
        <w:t>Дорогою їй плутались різні думки та спогади.</w:t>
      </w:r>
    </w:p>
    <w:p>
      <w:r>
        <w:br/>
        <w:t>Вона згадувала й думала про свою дочку.</w:t>
      </w:r>
    </w:p>
    <w:p>
      <w:r>
        <w:br/>
        <w:t>Колись дочка, ще як училась у єпархіальній школі, була молода та струнка панянка. Тоді стара милувалася з неї, сподівалася бачити вчитблькою, своїми руками доглядати внуків, притулитись до далекого, та все ж рідного вогника й грітись коло нього. Але, скінчивши єпархіальну школу, дочка пішла вчитись на докторку до далекого міста. З тої пори не чути було про неї. Тепер Вівді проходили окремі яскравіші спогади з життя доччиного, і старе серце, змучене на самоті, гостро боліло їй.</w:t>
      </w:r>
    </w:p>
    <w:p>
      <w:r>
        <w:br/>
        <w:t>Дорогою Вівдя вагалась, не знаючи, що їй далі робити.</w:t>
      </w:r>
    </w:p>
    <w:p>
      <w:r>
        <w:br/>
        <w:t>Але, не доходячи своєї хати, вона якось безнадійно махнула рукою й пішла знову на село. Вона з болісним зусиллям перебирала двір за двором і нарешті спинилась на Кіндраті Буцеві.</w:t>
      </w:r>
    </w:p>
    <w:p>
      <w:r>
        <w:br/>
        <w:t>Вона знайшла самого господаря в клуні, як той провівав жито. Привітавшись, вона рішуче поспитала:</w:t>
      </w:r>
    </w:p>
    <w:p>
      <w:r>
        <w:br/>
        <w:t>— Чуєш, Кіндрате! Чи ти б мені не допоміг хоч трохи грішми?</w:t>
      </w:r>
    </w:p>
    <w:p>
      <w:r>
        <w:br/>
        <w:t>— А скільки вам, бабо?</w:t>
      </w:r>
    </w:p>
    <w:p>
      <w:r>
        <w:br/>
        <w:t>— Та хтозна! Мабуть, п’ятиричку.</w:t>
      </w:r>
    </w:p>
    <w:p>
      <w:r>
        <w:br/>
        <w:t>— Те! Такі гроші! Звідки я їх маю? Самі знаєте, які тепер гроші!</w:t>
      </w:r>
    </w:p>
    <w:p>
      <w:r>
        <w:br/>
        <w:t>Кіндрат довго викрикував, торгувався, та баба сердито й уперто колупала дубчиком землю.</w:t>
      </w:r>
    </w:p>
    <w:p>
      <w:r>
        <w:br/>
        <w:t>Погодились на тому, що баба дасть коробку вівса та прийде попрясти вовни на п’ять день.</w:t>
      </w:r>
    </w:p>
    <w:p>
      <w:r>
        <w:br/>
        <w:t>Увечері другого дня Вівдя йшла до пристані. Дорога їй була знана здавна. Коло хутора колишнього багатія, Юхима Гирки, тепер покинутого, стояла криниця, над нею стара верба й високий хрест, підперезаний рушником.</w:t>
      </w:r>
    </w:p>
    <w:p>
      <w:r>
        <w:br/>
        <w:t>То було якраз половина дороги. Вівдя сіла спочити. Вона подумала, що на пізній вечір ще встигне дійти до пристані, і тепер спокійно спочивала, поволі жуючи пирога.</w:t>
      </w:r>
    </w:p>
    <w:p>
      <w:r>
        <w:br/>
        <w:t>Вона втомно вдивлялась навкруги і бачила, як сонце сідало за її селом. Дерева обіймались синяво-золотою каймою. Над полями лягала запорошена бризками сонця густа пелена вечора. Хтось ніби розповідав журні слова давньої пісні, а Вівді було боляче бачити цю землю, бо вона встала перед нею вперше така прекрасна й принадна — молодим своїм цвітом.</w:t>
      </w:r>
    </w:p>
    <w:p>
      <w:r>
        <w:br/>
        <w:t>Хтось ніби гнав ту землю далеко від неї, і тим відходило й Вівдине життя геть кудись назад.</w:t>
      </w:r>
    </w:p>
    <w:p>
      <w:r>
        <w:br/>
        <w:t>Від того Вівді боліло серце, — але йти далі було легко й радісно босими ногами по м’якій порохняві вечора.</w:t>
      </w:r>
    </w:p>
    <w:p>
      <w:r>
        <w:br/>
        <w:t>На пристані, як вона прийшла, було порожньо й темно. Десь у однім віконці блимав вогник, яскравий маяк, кидаючи гостру й довгу смугу на річку. А з неба, холодного, блакитно-білявого, блимали серпневі зорі.</w:t>
      </w:r>
    </w:p>
    <w:p>
      <w:r>
        <w:br/>
        <w:t>Було морозяно й вогкувато. Вівдя тулилась у куток і дрімала, покірно й нудно чекаючи пароплава.</w:t>
      </w:r>
    </w:p>
    <w:p>
      <w:r>
        <w:br/>
        <w:t>Пароплав прийшов тільки о четвертій годині ранку, даючи в туман гострий обірваний гудок.</w:t>
      </w:r>
    </w:p>
    <w:p>
      <w:r>
        <w:br/>
        <w:t>їхати довелось на палубі. Було так само холодно, бо ввесь час назустріч дув сердитий вітер. З річки вставав і гостро колов важкий туман. Вода виростала перед очима в довгий сіруватий і мутний сувал.</w:t>
      </w:r>
    </w:p>
    <w:p>
      <w:r>
        <w:br/>
        <w:t>Вівдя притулилась коло димаря, прослала свитину й задрімала.</w:t>
      </w:r>
    </w:p>
    <w:p>
      <w:r>
        <w:br/>
        <w:t>Розбудив її гострий гудок сирени, що з розірваним криком виривався з пароплава і розбивався лунко серед побережних дерев.</w:t>
      </w:r>
    </w:p>
    <w:p>
      <w:r>
        <w:br/>
        <w:t>Під’їздили до якоїсь затишної пристані. На пароплав сів тільки якийсь добродій, одягнений по-міському, з добродієм був рябий гладкий сетер. Він оббігав усі куточки на палубі, обнюхав їх, тоді заспокоївся й сів біля свого господаря.</w:t>
      </w:r>
    </w:p>
    <w:p>
      <w:r>
        <w:br/>
        <w:t>Було вже нерано. Добродій снідав і, снідаючи, кидав собаці шматки смачної шинки з білим хлібом, а собака ковтав їх на льоту.</w:t>
      </w:r>
    </w:p>
    <w:p>
      <w:r>
        <w:br/>
        <w:t>Після революції Вівдя вперше була на людях, і їй дивно було бачити, що тут серед людей нічого й не змінилось.</w:t>
      </w:r>
    </w:p>
    <w:p>
      <w:r>
        <w:br/>
        <w:t>— Диви ти! Скільки люди бились, а пани зостались! Тільки інші панами стали.</w:t>
      </w:r>
    </w:p>
    <w:p>
      <w:r>
        <w:br/>
        <w:t>Собака наблизився до Вівді, обнюхав, як вона їла хліб з цибулею, і чмихнув.</w:t>
      </w:r>
    </w:p>
    <w:p>
      <w:r>
        <w:br/>
        <w:t>Господар нахмурився й крикнув:</w:t>
      </w:r>
    </w:p>
    <w:p>
      <w:r>
        <w:br/>
        <w:t>— Тубо, Ларька!</w:t>
      </w:r>
    </w:p>
    <w:p>
      <w:r>
        <w:br/>
        <w:t>Собака помахав хвостом і одійшов.</w:t>
      </w:r>
    </w:p>
    <w:p>
      <w:r>
        <w:br/>
        <w:t>Вівді мимоволі пригадались останні роки. Перед нею пройшли всі жахливі події, і в них люди з їхнього села, вп’яті в землю, з одною любов’ю до неї.</w:t>
      </w:r>
    </w:p>
    <w:p>
      <w:r>
        <w:br/>
        <w:t>Хтось їх сіпав і ганяв, бо проходило військо за військом, влада за владою, і в цих каламутних днях ніби вітер осінній розвіяв половину села.</w:t>
      </w:r>
    </w:p>
    <w:p>
      <w:r>
        <w:br/>
        <w:t>А втім, Вівдя відчула приязнь до пса. Той дивився на неї великими, прозорими, а дурними очима. Вівдя тихо пестила його, — так і потоваришували на всю дорогу, бо собака хутко ліг коло Вівді і вже відходив від неї дуже рідко.</w:t>
      </w:r>
    </w:p>
    <w:p>
      <w:r>
        <w:br/>
        <w:t>До міста приїхали рівно за добу. Ще стояла в місті тиша й прохолода. Десь вицокував поодинокий візник, і стукіт коліс від нього лунко розходився в повітрі.</w:t>
      </w:r>
    </w:p>
    <w:p>
      <w:r>
        <w:br/>
        <w:t>Гурт молочниць та крамарок із Подолу посувався вгору.</w:t>
      </w:r>
    </w:p>
    <w:p>
      <w:r>
        <w:br/>
        <w:t>Вівдя підобгала свій маленький клунок під руку і рівною дрібною ходою теж пішла вгору. Вона йшла так, як завжди ходила в поле, спираючись на суху халузину, і два кінці крайки ззаду в такт ході рівномірно тріпотіли в повітрі.</w:t>
      </w:r>
    </w:p>
    <w:p>
      <w:r>
        <w:br/>
        <w:t>Назустріч їй ішли плутані вулиці, тіняві важкі сквери, золотоголові церкви. А вона спокійно вбирала їх у свій холодний байдужий зір, плекаючи десь углибині свої приховані думки.</w:t>
      </w:r>
    </w:p>
    <w:p>
      <w:r>
        <w:br/>
        <w:t>Вона довго розпитувалась, аж поки надибала приміщення, де жила її дочка.</w:t>
      </w:r>
    </w:p>
    <w:p>
      <w:r>
        <w:br/>
        <w:t>Та й то нешвидко тут пустили її — довелося знову чекати, сидячи на мурованім підвіконні.</w:t>
      </w:r>
    </w:p>
    <w:p>
      <w:r>
        <w:br/>
        <w:t>Вже будинок навколо східців наповнився шумливими звуками, коли вона знову постукалась до хати. Тоді їй відчинили. Вона несміливо ввійшла, і зразу ж її маленька похила постать потонула в темряві прихожої.</w:t>
      </w:r>
    </w:p>
    <w:p>
      <w:r>
        <w:br/>
        <w:t>Але вже назустріч бігла розпатлана жінка.</w:t>
      </w:r>
    </w:p>
    <w:p>
      <w:r>
        <w:br/>
        <w:t>— Мамо, мамусю!</w:t>
      </w:r>
    </w:p>
    <w:p>
      <w:r>
        <w:br/>
        <w:t>— Здорова, дочко! — Вівдя проказала це цілком стримано й холодно, а їй на плечі впало тепле й ніжне тіло доччине.</w:t>
      </w:r>
    </w:p>
    <w:p>
      <w:r>
        <w:br/>
        <w:t>— Сюди, сюди, мамцю! Боже, як ви приїхали?</w:t>
      </w:r>
    </w:p>
    <w:p>
      <w:r>
        <w:br/>
        <w:t>— Та це ж із пароплава тільки, та ще так довго не пускали до тебе, що й не знаю як.</w:t>
      </w:r>
    </w:p>
    <w:p>
      <w:r>
        <w:br/>
        <w:t>Вони ввійшли в маленьку кімнату. Тут упала на очі сила речей. Із-за ширм визирало ліжко з пожмаканим простирадлом та ковдрою.</w:t>
      </w:r>
    </w:p>
    <w:p>
      <w:r>
        <w:br/>
        <w:t>— Бачите, яка я погана хазяйка, мамо! Не сподівались на вас сьогодні, проспали, не прибрали.</w:t>
      </w:r>
    </w:p>
    <w:p>
      <w:r>
        <w:br/>
        <w:t>— То ото ви щодня так пізно встаєте?</w:t>
      </w:r>
    </w:p>
    <w:p>
      <w:r>
        <w:br/>
        <w:t>— А так що й щодня. Звечора довго в театрі буваємо, пізно приходимо — ну то пізно й устаємо.</w:t>
      </w:r>
    </w:p>
    <w:p>
      <w:r>
        <w:br/>
        <w:t>Вона говорила, ніби виправдуючись, а тим часом швидко прибирала в кімнаті.</w:t>
      </w:r>
    </w:p>
    <w:p>
      <w:r>
        <w:br/>
        <w:t>Стара сиділа на порванім кріслі, крісло вгрузало, а вона боялась впурнути в нього і все ще спиралась на погнуту халузину.</w:t>
      </w:r>
    </w:p>
    <w:p>
      <w:r>
        <w:br/>
        <w:t>За кілька хвилин кімната була причепурена й визирала привітно й затишно.</w:t>
      </w:r>
    </w:p>
    <w:p>
      <w:r>
        <w:br/>
        <w:t>Тепер Галя підійшла й притиснулась до старої.</w:t>
      </w:r>
    </w:p>
    <w:p>
      <w:r>
        <w:br/>
        <w:t>— Яка ж ви, мамо, стали, дайте хоч поглянути на вас!</w:t>
      </w:r>
    </w:p>
    <w:p>
      <w:r>
        <w:br/>
        <w:t>— Яка ж я стала, Галю! Постаріла вже, дочко! Важко робити, важко по землі ходити!</w:t>
      </w:r>
    </w:p>
    <w:p>
      <w:r>
        <w:br/>
        <w:t>— Ну, що ви! Та, їй-богу, ви зовсім не змінились, мамо! Ну точнісінько такі, як і були!</w:t>
      </w:r>
    </w:p>
    <w:p>
      <w:r>
        <w:br/>
        <w:t>Галя з замилуванням вдивлялась.</w:t>
      </w:r>
    </w:p>
    <w:p>
      <w:r>
        <w:br/>
        <w:t>— Бач, яка добра в мене мамуня. Пожаліла свою бідненьку доцю, прийшла одвідати її, пожаліти бідненьку мене, сиріточку.</w:t>
      </w:r>
    </w:p>
    <w:p>
      <w:r>
        <w:br/>
        <w:t>— Та буде вже тобі!</w:t>
      </w:r>
    </w:p>
    <w:p>
      <w:r>
        <w:br/>
        <w:t>Стара ніяково посміхалась, виплутуючись із обіймів.</w:t>
      </w:r>
    </w:p>
    <w:p>
      <w:r>
        <w:br/>
        <w:t>Звідкись із дверей з’явилась чорна розхристана чоловіча постать. В одній руці він зобгав рушника, другою притримував комір розстібнутої сорочки.</w:t>
      </w:r>
    </w:p>
    <w:p>
      <w:r>
        <w:br/>
        <w:t>Він скривився, прижмурився і раптом холодно всміхнувся.</w:t>
      </w:r>
    </w:p>
    <w:p>
      <w:r>
        <w:br/>
        <w:t>— Драстуйте, мамо!</w:t>
      </w:r>
    </w:p>
    <w:p>
      <w:r>
        <w:br/>
        <w:t>— Оце мій чоловік — бачите який: чорний, кудлатий, як циган, — сміючись, говорила Галя.</w:t>
      </w:r>
    </w:p>
    <w:p>
      <w:r>
        <w:br/>
        <w:t>— Ну, що ж! Сама собі вибирала — тепер і шануйся, — спокійно відповіла стара. Але тепер вона зобгнулась, приховалась у себе й говорила обережно.</w:t>
      </w:r>
    </w:p>
    <w:p>
      <w:r>
        <w:br/>
        <w:t>Тільки очі Галині, блискучі від сліз, дивились на неї захоплено й тепло.</w:t>
      </w:r>
    </w:p>
    <w:p>
      <w:r>
        <w:br/>
        <w:t>— А я й не чула, як ви побрались. Тільки пізніш од людей узнала.</w:t>
      </w:r>
    </w:p>
    <w:p>
      <w:r>
        <w:br/>
        <w:t>— Та ми собі нашвидку побрались. Ніколи було збиратись на весілля, — винувато говорила Галя.</w:t>
      </w:r>
    </w:p>
    <w:p>
      <w:r>
        <w:br/>
        <w:t>— Мама, мабуть, думає, що ми вінчались, — сказав зять і засміявся.</w:t>
      </w:r>
    </w:p>
    <w:p>
      <w:r>
        <w:br/>
        <w:t>— А ви хіба невінчані й живете?</w:t>
      </w:r>
    </w:p>
    <w:p>
      <w:r>
        <w:br/>
        <w:t>— Ні, мамо, бачите, ми просто не встигли. Ну… Просто не було грошей на це.</w:t>
      </w:r>
    </w:p>
    <w:p>
      <w:r>
        <w:br/>
        <w:t>— Нащо ти, Галю, так говориш? Просто тому, що не віримо в це, нам це не потрібно!</w:t>
      </w:r>
    </w:p>
    <w:p>
      <w:r>
        <w:br/>
        <w:t>— Корнію! — крикнула Галя, розчервонівшись.</w:t>
      </w:r>
    </w:p>
    <w:p>
      <w:r>
        <w:br/>
        <w:t>— Ну, що ж тут такого? Треба говорити правду.</w:t>
      </w:r>
    </w:p>
    <w:p>
      <w:r>
        <w:br/>
        <w:t>— Значить, і в Бога не вірите? — сумно поспитала стара.</w:t>
      </w:r>
    </w:p>
    <w:p>
      <w:r>
        <w:br/>
        <w:t>— Та признатись, що й так!</w:t>
      </w:r>
    </w:p>
    <w:p>
      <w:r>
        <w:br/>
        <w:t>— Ну, що ж. Тепер молоді все так пішли. І в нас он писар сільський теж. У страсну їсть скоромне. І в церкву не ходить. Ну та й комнезамія теж пішла така: й лоба не перехрестить.</w:t>
      </w:r>
    </w:p>
    <w:p>
      <w:r>
        <w:br/>
        <w:t>— Ні, мамо, бачите, це не те! — виправдуючись, говорила Галя.</w:t>
      </w:r>
    </w:p>
    <w:p>
      <w:r>
        <w:br/>
        <w:t>А втім, вона швидко перевела розмову на інше.</w:t>
      </w:r>
    </w:p>
    <w:p>
      <w:r>
        <w:br/>
        <w:t>— Ну, мамусю, сідайте сюди ближче, та будемо пити чай!</w:t>
      </w:r>
    </w:p>
    <w:p>
      <w:r>
        <w:br/>
        <w:t>За чаєм пішла розмова про всякі дрібниці. Галі раптом встало селянське її життя, і вона залюбки тепер розпитувала про рідне село.</w:t>
      </w:r>
    </w:p>
    <w:p>
      <w:r>
        <w:br/>
        <w:t>Але в старої була вже якась неприязнь до зятя, якої вона не могла в собі придушити.</w:t>
      </w:r>
    </w:p>
    <w:p>
      <w:r>
        <w:br/>
        <w:t>Після чаю Корній швидко пішов до міста.</w:t>
      </w:r>
    </w:p>
    <w:p>
      <w:r>
        <w:br/>
        <w:t>— Він служить де? Мабуть, на службу пішов?</w:t>
      </w:r>
    </w:p>
    <w:p>
      <w:r>
        <w:br/>
        <w:t>— Ні, мамо! Він у театрі працює.</w:t>
      </w:r>
    </w:p>
    <w:p>
      <w:r>
        <w:br/>
        <w:t>— У театрах? Що ж він там робить?</w:t>
      </w:r>
    </w:p>
    <w:p>
      <w:r>
        <w:br/>
        <w:t>— Ну, як сказати! Він готується на режисера. Ну от, вроді, як командувати, показувати акторам, як треба грати!</w:t>
      </w:r>
    </w:p>
    <w:p>
      <w:r>
        <w:br/>
        <w:t>— Значить, преставленія преставляє?</w:t>
      </w:r>
    </w:p>
    <w:p>
      <w:r>
        <w:br/>
        <w:t>Галя мимоволі розсміялась, але стара ніби цього не помічала.</w:t>
      </w:r>
    </w:p>
    <w:p>
      <w:r>
        <w:br/>
        <w:t>Прибравши нашвидку в кімнаті, Галя повела стару показати місто.</w:t>
      </w:r>
    </w:p>
    <w:p>
      <w:r>
        <w:br/>
        <w:t>Вони обійшли кілька музеїв, картинних галерей. Але Вівдя спокійно приймала все це, навіть байдуже. Тільки, коли ввійшли в старий напівтемний собор, стара мовби пожвавішала.</w:t>
      </w:r>
    </w:p>
    <w:p>
      <w:r>
        <w:br/>
        <w:t>Вона стала хреститись і уважно оглядати ікони.</w:t>
      </w:r>
    </w:p>
    <w:p>
      <w:r>
        <w:br/>
        <w:t>На всі пояснення Галі вона сумно й насуплено хитала головою, пильно вслухаючись у все.</w:t>
      </w:r>
    </w:p>
    <w:p>
      <w:r>
        <w:br/>
        <w:t>Але зовсім несподівано вона поспитала:</w:t>
      </w:r>
    </w:p>
    <w:p>
      <w:r>
        <w:br/>
        <w:t>— А ти, доню, ходиш сюди?</w:t>
      </w:r>
    </w:p>
    <w:p>
      <w:r>
        <w:br/>
        <w:t>— Ні, мамуню, бачите, нам якось і ніколи. Тут у місті багато крутні випадає нашому братові.</w:t>
      </w:r>
    </w:p>
    <w:p>
      <w:r>
        <w:br/>
        <w:t>— Та я бачу, бачу, дочко! Тільки ж і Бога не треба забувати, бо в житті всього буває, дочко. То як трапиться що, буде важко тобі.</w:t>
      </w:r>
    </w:p>
    <w:p>
      <w:r>
        <w:br/>
        <w:t>Галя кліпала очима, м’яко посміхаючись, ніби з цим погоджуючись. А втім, десь і чомусь смоктала якась давня, тепла й болісна жила, і Галя ніяк не могла приглушити її…</w:t>
      </w:r>
    </w:p>
    <w:p>
      <w:r>
        <w:br/>
        <w:t>Увечері вони всі пішли до театру. Галя дістала старій квитка у перших лавах партеру. Ставили веселу стару комедію, тільки в новім оздобленні.</w:t>
      </w:r>
    </w:p>
    <w:p>
      <w:r>
        <w:br/>
        <w:t>Гра йшла жваво й січно. Людність тепло приймала кожний несподіваний хід комедії.</w:t>
      </w:r>
    </w:p>
    <w:p>
      <w:r>
        <w:br/>
        <w:t>Галя інколи визирала крізь завісу зі сцени на маму. Стара сиділа мовчки й спокійно. її маленькі прижмурені очі якось буденно, без піднесення й дивування, приймали все театральне життя. В одній з перерв стара навіть обійшла фойє, вглядаючись повільно в людність.</w:t>
      </w:r>
    </w:p>
    <w:p>
      <w:r>
        <w:br/>
        <w:t>А коли знову повернулась на своє місце, її сині губи жували якусь свою думку.</w:t>
      </w:r>
    </w:p>
    <w:p>
      <w:r>
        <w:br/>
        <w:t>З театру вона вийшла сама і йшла пішоходами поволі й помацки, якоюсь обірваною купкою, відокремленою від усього, — як їжак, що боїться тіней навкруги.</w:t>
      </w:r>
    </w:p>
    <w:p>
      <w:r>
        <w:br/>
        <w:t>Але в цій обірваній самітній ході була своя впевненість, а тому й спокій.</w:t>
      </w:r>
    </w:p>
    <w:p>
      <w:r>
        <w:br/>
        <w:t>Галя догнала стару близько біля приміщення.</w:t>
      </w:r>
    </w:p>
    <w:p>
      <w:r>
        <w:br/>
        <w:t>— Мамуню, любенька! Як ви самі пішли?</w:t>
      </w:r>
    </w:p>
    <w:p>
      <w:r>
        <w:br/>
        <w:t>В Галі з тривогою ніби обірвався десь теплий струмок. І вона дивилась на стару боязно й злякано.</w:t>
      </w:r>
    </w:p>
    <w:p>
      <w:r>
        <w:br/>
        <w:t>— Нічого, дочко! Я собі тихенько, помаленьку, щоб нікому не заважати.</w:t>
      </w:r>
    </w:p>
    <w:p>
      <w:r>
        <w:br/>
        <w:t>— От чудні які! Та кому ж то заважати? Я оббігала ввесь театр, доки догадалась, та й так усю дорогу хвилювалась.</w:t>
      </w:r>
    </w:p>
    <w:p>
      <w:r>
        <w:br/>
        <w:t>— Он бач! А я собі байдуже, та й подалась помаленьку.</w:t>
      </w:r>
    </w:p>
    <w:p>
      <w:r>
        <w:br/>
        <w:t>— Вам, мабуть, було скучно сидіти?</w:t>
      </w:r>
    </w:p>
    <w:p>
      <w:r>
        <w:br/>
        <w:t>— А що ж мені, старій, веселого шукати?</w:t>
      </w:r>
    </w:p>
    <w:p>
      <w:r>
        <w:br/>
        <w:t>— Хіба-таки вам і не подобалось?</w:t>
      </w:r>
    </w:p>
    <w:p>
      <w:r>
        <w:br/>
        <w:t>— Ні, веселе преставленіє, коли хоч.</w:t>
      </w:r>
    </w:p>
    <w:p>
      <w:r>
        <w:br/>
        <w:t>— Що ж вам більше всього подобалось?</w:t>
      </w:r>
    </w:p>
    <w:p>
      <w:r>
        <w:br/>
        <w:t>— Отой шелихвіст, бач — який герой: ловкий чоловік, сказати… Ну ще й піп… Тільки нащо було з нього глузувати?</w:t>
      </w:r>
    </w:p>
    <w:p>
      <w:r>
        <w:br/>
        <w:t>Галя нічого не відповіла. Вони швидко прийшли додому, і Галя взялася готувати вечерю.</w:t>
      </w:r>
    </w:p>
    <w:p>
      <w:r>
        <w:br/>
        <w:t>— Твій чоловік, мабуть, багато грошей заробляє?</w:t>
      </w:r>
    </w:p>
    <w:p>
      <w:r>
        <w:br/>
        <w:t>— Хто? Корній?</w:t>
      </w:r>
    </w:p>
    <w:p>
      <w:r>
        <w:br/>
        <w:t>— Атож.</w:t>
      </w:r>
    </w:p>
    <w:p>
      <w:r>
        <w:br/>
        <w:t>— Чому ви так гадаєте?</w:t>
      </w:r>
    </w:p>
    <w:p>
      <w:r>
        <w:br/>
        <w:t>— Що так довго його нема додому.</w:t>
      </w:r>
    </w:p>
    <w:p>
      <w:r>
        <w:br/>
        <w:t>— Ха-ха-ха! — Галя не втерпіла й голосно засміялась, але швидко стихла. — Ні, мамуню! Ні я, ні мій чоловік — ми дуже мало заробляємо! Бачите, як живемо.</w:t>
      </w:r>
    </w:p>
    <w:p>
      <w:r>
        <w:br/>
        <w:t>— Та я бачу, що й вам невеселе життя.</w:t>
      </w:r>
    </w:p>
    <w:p>
      <w:r>
        <w:br/>
        <w:t>— У нас нема нічого, мамуню: ні білизни, ні одягу, — нічогісінько. Ледве перебиваємось.</w:t>
      </w:r>
    </w:p>
    <w:p>
      <w:r>
        <w:br/>
        <w:t>— Хіба ж таки твій чоловік кращої служби не знайде?</w:t>
      </w:r>
    </w:p>
    <w:p>
      <w:r>
        <w:br/>
        <w:t>— Мамуню, любенька, не кажіть так! Йому не можна інакше. Він тут мусить працювати, в театрі.</w:t>
      </w:r>
    </w:p>
    <w:p>
      <w:r>
        <w:br/>
        <w:t>— Що ж йому тут за служба, в кумедіянщиках?</w:t>
      </w:r>
    </w:p>
    <w:p>
      <w:r>
        <w:br/>
        <w:t>— Бачите, мамо! Так не можна! Це велике, дуже велике діло! Як би вам сказати? Це, от… перероджує життя людини, — а нам тепер цього й треба. Щоб людина стала новою!</w:t>
      </w:r>
    </w:p>
    <w:p>
      <w:r>
        <w:br/>
        <w:t>— Хтозна, може, й так! Мені не втямкувати цього — стара вже я стала! Тільки бачу, що гірко тобі живеться, дуже гірко! А мені, де ви там служите, — байдуже! Аби вам добре було.</w:t>
      </w:r>
    </w:p>
    <w:p>
      <w:r>
        <w:br/>
        <w:t>Галя нічого не відповіла, тільки важко зітхнула.</w:t>
      </w:r>
    </w:p>
    <w:p>
      <w:r>
        <w:br/>
        <w:t>Згодом прийшов Корній. Він був стомлений і чогось сердитий.</w:t>
      </w:r>
    </w:p>
    <w:p>
      <w:r>
        <w:br/>
        <w:t>— Вечеряти є що, Галю?</w:t>
      </w:r>
    </w:p>
    <w:p>
      <w:r>
        <w:br/>
        <w:t>— Є трохи.</w:t>
      </w:r>
    </w:p>
    <w:p>
      <w:r>
        <w:br/>
        <w:t>— Ну то став швидше!</w:t>
      </w:r>
    </w:p>
    <w:p>
      <w:r>
        <w:br/>
        <w:t>— Я зараз!</w:t>
      </w:r>
    </w:p>
    <w:p>
      <w:r>
        <w:br/>
        <w:t>Галя заметушилась; за перегородкою з ширми та шухляди щось стукало ножем, — швидко потім зашумів примус. Корній з полегкістю зітхнув.</w:t>
      </w:r>
    </w:p>
    <w:p>
      <w:r>
        <w:br/>
        <w:t>— Ху! Ото так, як бачите, мамо!</w:t>
      </w:r>
    </w:p>
    <w:p>
      <w:r>
        <w:br/>
        <w:t>— Важко тобі, сину! Бачу: б’єшся ти, б’єшся цілий день — а користі з того мало. Бач он, як гірко живеться!</w:t>
      </w:r>
    </w:p>
    <w:p>
      <w:r>
        <w:br/>
        <w:t>— Нічого, мамо, колись покращає!</w:t>
      </w:r>
    </w:p>
    <w:p>
      <w:r>
        <w:br/>
        <w:t>— Та дай то. Боже! Тільки й жити колись треба, а не так ото живухою перебиватись.</w:t>
      </w:r>
    </w:p>
    <w:p>
      <w:r>
        <w:br/>
        <w:t>— Нічого, ще встигнемо. А треба й цьому ділові послужити — мистецтво, мамо, — це велике, святе діло!</w:t>
      </w:r>
    </w:p>
    <w:p>
      <w:r>
        <w:br/>
        <w:t>— Хтозна, синку! Може, й твоя правда. Тільки он уже й волос тобі посивів, що ти собі думаєш?</w:t>
      </w:r>
    </w:p>
    <w:p>
      <w:r>
        <w:br/>
        <w:t>Корній важко зітхнув, але нічого не сказав. А стара говорила далі:</w:t>
      </w:r>
    </w:p>
    <w:p>
      <w:r>
        <w:br/>
        <w:t>— Хтозна, сину, а по-моєму, так вам гірко живеться! То я собі, стара, й думаю оце: кинув би ти, синку, оці твої тіятри та кумедії всякі та взявся б ти за яке діло! То було б і тобі, й Галі легше. І жили б ви собі тихо, лагідно та в достатках.</w:t>
      </w:r>
    </w:p>
    <w:p>
      <w:r>
        <w:br/>
        <w:t>Корній неприємно зморщився.</w:t>
      </w:r>
    </w:p>
    <w:p>
      <w:r>
        <w:br/>
        <w:t>— Ні, мамо, ви не розумієте. Це не те. Це зовсім не те. Бачите, це ж велике діло. Тут людина не працює, як віл, а творить нове життя. Тут вона роздирає старе луб’я, гнояку всяку розворушує, от, — і кличе всіх до чогось нового, кращого. Тут вона, одним словом, горить! Кинути? Хе! Як то можна кинути таке діло?</w:t>
      </w:r>
    </w:p>
    <w:p>
      <w:r>
        <w:br/>
        <w:t>— Хтозна, мо’, я й не тямлю! А по-моєму, так воно таке ото: пустяки. А зведеш ти себе, не побачиш, як і вік твій зійде.</w:t>
      </w:r>
    </w:p>
    <w:p>
      <w:r>
        <w:br/>
        <w:t>— Нічого, мамо, не зійде! Ми живемо й працюємо за нопом[?].</w:t>
      </w:r>
    </w:p>
    <w:p>
      <w:r>
        <w:br/>
        <w:t>— Як ти кажеш, сину: за нопом? Не знаю, не чула такого!</w:t>
      </w:r>
    </w:p>
    <w:p>
      <w:r>
        <w:br/>
        <w:t>Із-за перегородки вискочила Галя.</w:t>
      </w:r>
    </w:p>
    <w:p>
      <w:r>
        <w:br/>
        <w:t>— Мамо! Ви не знаєте, що таке — ноп? Ноп — це все. Ноп — вроді як Євангеліє за старих часів було! Ноп переверне все наше життя, виведе нас до чогось кращого.</w:t>
      </w:r>
    </w:p>
    <w:p>
      <w:r>
        <w:br/>
        <w:t>— Не знаю, не чула такого! Не скажу вам, що воно таке!</w:t>
      </w:r>
    </w:p>
    <w:p>
      <w:r>
        <w:br/>
        <w:t>Корній скоса поглянув на стару й скривився.</w:t>
      </w:r>
    </w:p>
    <w:p>
      <w:r>
        <w:br/>
        <w:t>— Не хочу я, мамо, ніяких ваших достатків, ніякого отого міщанства.</w:t>
      </w:r>
    </w:p>
    <w:p>
      <w:r>
        <w:br/>
        <w:t>— А так ото крутитись цілий вік? На що воно похоже?</w:t>
      </w:r>
    </w:p>
    <w:p>
      <w:r>
        <w:br/>
        <w:t>— Мамо! Ми крутимось тільки тому, що не вміємо ще жити, як ноп велить. А от як організуємось… Ноп, мамо, це діло, саме діло. Щоб ніякого марнування часу не було.</w:t>
      </w:r>
    </w:p>
    <w:p>
      <w:r>
        <w:br/>
        <w:t>— А, Боже, Боже, сину! То навіщо ото таке видумувати, що й у голові аж закрутиться. А пуття з твого діла аж ніякого. Що ти такого робиш, що тобі треба поспішати?</w:t>
      </w:r>
    </w:p>
    <w:p>
      <w:r>
        <w:br/>
        <w:t>Корній густо зітхнув.</w:t>
      </w:r>
    </w:p>
    <w:p>
      <w:r>
        <w:br/>
        <w:t>— Це єрунда, мамо! За нопом якось і ми видряпаємось.</w:t>
      </w:r>
    </w:p>
    <w:p>
      <w:r>
        <w:br/>
        <w:t>Стара покволо пожувала сухими губами й стихла. Корній зневажливо й сміючись дивився на неї.</w:t>
      </w:r>
    </w:p>
    <w:p>
      <w:r>
        <w:br/>
        <w:t>Тим часом Галя ставила на стіл страву. Швидко всі сіли до столу.</w:t>
      </w:r>
    </w:p>
    <w:p>
      <w:r>
        <w:br/>
        <w:t>Корній похапливо й насуплено взявся до їжі, але швидко скривився й кинув виделку.</w:t>
      </w:r>
    </w:p>
    <w:p>
      <w:r>
        <w:br/>
        <w:t>— Що з тобою? — злякано поспитала Галя.</w:t>
      </w:r>
    </w:p>
    <w:p>
      <w:r>
        <w:br/>
        <w:t>— Я так не можу.</w:t>
      </w:r>
    </w:p>
    <w:p>
      <w:r>
        <w:br/>
        <w:t>— А що?</w:t>
      </w:r>
    </w:p>
    <w:p>
      <w:r>
        <w:br/>
        <w:t>— Я далі не можу оцих підошов їсти. Це ж убивство: цілий день бігай, бігай, а ввечері нічого й з’їсти дома. Це просто свинство.</w:t>
      </w:r>
    </w:p>
    <w:p>
      <w:r>
        <w:br/>
        <w:t>— Корнію, вгамуйся! Чуєш? Що ж я тобі дам, що я маю?</w:t>
      </w:r>
    </w:p>
    <w:p>
      <w:r>
        <w:br/>
        <w:t>— Невже ти нічого не могла кращого купити?</w:t>
      </w:r>
    </w:p>
    <w:p>
      <w:r>
        <w:br/>
        <w:t>— Купити? А ти знаєш, що я вже тиждень на позичені гроші живу?</w:t>
      </w:r>
    </w:p>
    <w:p>
      <w:r>
        <w:br/>
        <w:t>— Ну, я цього не буду їсти!</w:t>
      </w:r>
    </w:p>
    <w:p>
      <w:r>
        <w:br/>
        <w:t>Корній вийшов з-за столу, демонстративно задеренчав стільцем і став роздягатись.</w:t>
      </w:r>
    </w:p>
    <w:p>
      <w:r>
        <w:br/>
        <w:t>Вечеря пройшла доволі сумно й тихо.</w:t>
      </w:r>
    </w:p>
    <w:p>
      <w:r>
        <w:br/>
        <w:t>Коли полягали спати, Галя потихеньку підійшла до старої, залізла під ковдру й, притиснувшись, довго плакала.</w:t>
      </w:r>
    </w:p>
    <w:p>
      <w:r>
        <w:br/>
        <w:t>— Чого тобі, дочко?</w:t>
      </w:r>
    </w:p>
    <w:p>
      <w:r>
        <w:br/>
        <w:t>— Важко дуже, мамцю. Це ж щось страшне: злидні й злидні. І ще отак, як прийде, то я ще й винна, що йому й того й того нема.</w:t>
      </w:r>
    </w:p>
    <w:p>
      <w:r>
        <w:br/>
        <w:t>— А чом йому не розшукати кращої служби? Адже він чоловік при здоров’ї — міг би якусь копійчину приробити, а то як його отак жити, раз у раз у нужді!</w:t>
      </w:r>
    </w:p>
    <w:p>
      <w:r>
        <w:br/>
        <w:t>— Хтозна. Він чомусь не може. От йому мистецтво!</w:t>
      </w:r>
    </w:p>
    <w:p>
      <w:r>
        <w:br/>
        <w:t>— Ну, то нехай кине своє штукарство.</w:t>
      </w:r>
    </w:p>
    <w:p>
      <w:r>
        <w:br/>
        <w:t>— Е, ні, мамо! Як то можна!</w:t>
      </w:r>
    </w:p>
    <w:p>
      <w:r>
        <w:br/>
        <w:t>— Хтозна, дочко! По-чудному якось ви живете, як я бачу. Нема в вас ні затишку, ні порядку, ні дітвори. Я-то собі думаю: приїду, з онуками буду няньчитися — а воно, бач, не виходить.</w:t>
      </w:r>
    </w:p>
    <w:p>
      <w:r>
        <w:br/>
        <w:t>— У нас дітей нема, мамо, й не буде.</w:t>
      </w:r>
    </w:p>
    <w:p>
      <w:r>
        <w:br/>
        <w:t>— Хай Бог милує: як то так не буде?</w:t>
      </w:r>
    </w:p>
    <w:p>
      <w:r>
        <w:br/>
        <w:t>— А так, мамо! Нам не можна мати дітей у таких злиднях.</w:t>
      </w:r>
    </w:p>
    <w:p>
      <w:r>
        <w:br/>
        <w:t>— Та що ти, дочко! Та чи можна, чи не можна — то як Бог дасть. Хіба ти скидаєш їх?</w:t>
      </w:r>
    </w:p>
    <w:p>
      <w:r>
        <w:br/>
        <w:t>Але Галя в цю пору підвелась, великими зляканими очима поглянула на матір — і раптом якось болісно й безпомічно скривилась і розридалась.</w:t>
      </w:r>
    </w:p>
    <w:p>
      <w:r>
        <w:br/>
        <w:t>Стара заходилась утішати, та Галя не втихала. Тільки вдосвіта трохи стихла і задрімала на руках у матері.</w:t>
      </w:r>
    </w:p>
    <w:p>
      <w:r>
        <w:br/>
        <w:t>Стара обережно й стиха її гойдала, сумно схилившись над її видом. їй приходили далекі спомини з дитячих часів Галі, і боліло серце, що ті часи втрачені вже навік.</w:t>
      </w:r>
    </w:p>
    <w:p>
      <w:r>
        <w:br/>
        <w:t>Пізніш стара встала напитись води. Надворі ширився сірий ранок. Але ще десь блимав мутний місяць — і в його світлі оселі міста вставали великими холодними коробками, а тіні від них — як насуплені похмурі шапки велетнів.</w:t>
      </w:r>
    </w:p>
    <w:p>
      <w:r>
        <w:br/>
        <w:t>Старій прийшов якийсь давній смутний образ. їй здавалось, що вона бачила десь цей клапоть будівель, і тоді ж він придавив їй серце. Але тепер вона ніяк не могла пригадати, коли й де це було.</w:t>
      </w:r>
    </w:p>
    <w:p>
      <w:r>
        <w:br/>
        <w:t>Вона ще раз поглянула на Галю, перехрестила її. Тоді сама лягла, зігнулась і задрімала.</w:t>
      </w:r>
    </w:p>
    <w:p>
      <w:r>
        <w:br/>
        <w:t>Ранок і день пройшов у метушні — а ввечері залилося місто веселими огнями та дзвоном церков.</w:t>
      </w:r>
    </w:p>
    <w:p>
      <w:r>
        <w:br/>
        <w:t>Стара, хоч цілий день була похмура й тиха, тепер, увечері, раптом пожвавішала, завовтузилась.</w:t>
      </w:r>
    </w:p>
    <w:p>
      <w:r>
        <w:br/>
        <w:t>— Куди ви, мамо?</w:t>
      </w:r>
    </w:p>
    <w:p>
      <w:r>
        <w:br/>
        <w:t>— Піду, дочко, помолитись Богу! Що ж мені робити більше?</w:t>
      </w:r>
    </w:p>
    <w:p>
      <w:r>
        <w:br/>
        <w:t>Галя в цьому відчула якийсь докір, але не показала цього.</w:t>
      </w:r>
    </w:p>
    <w:p>
      <w:r>
        <w:br/>
        <w:t>— І я піду з вами, мамо!</w:t>
      </w:r>
    </w:p>
    <w:p>
      <w:r>
        <w:br/>
        <w:t>— А може, дочко, дома зостанешся?</w:t>
      </w:r>
    </w:p>
    <w:p>
      <w:r>
        <w:br/>
        <w:t>— Ні, ні, я піду! Я хочу сьогодні бути з вами, мамо!</w:t>
      </w:r>
    </w:p>
    <w:p>
      <w:r>
        <w:br/>
        <w:t>— Як знаєш, дочко!</w:t>
      </w:r>
    </w:p>
    <w:p>
      <w:r>
        <w:br/>
        <w:t>Вівдя нічого не сказала на це, а проте Галі вчулось, що стара десь далеко й назавжди одійшла від неї. У церкві було людно й метушливо. Увесь час снували шумливі валки, то в один бік, то в другий.</w:t>
      </w:r>
    </w:p>
    <w:p>
      <w:r>
        <w:br/>
        <w:t>Посередині яскравились огні, і дружно розходився січний молодий спів хору.</w:t>
      </w:r>
    </w:p>
    <w:p>
      <w:r>
        <w:br/>
        <w:t>Стара одійшла осторонь, у темний куток, і там, ставши на коліна, вона ніби забула про все навкруги. Її губи гаряче шепотіли якісь пристрасні слова. Вона до когось зверталась, з кимсь живим близьким говорила — і в цих теплих словах ніби танули холодні камені великого собору.</w:t>
      </w:r>
    </w:p>
    <w:p>
      <w:r>
        <w:br/>
        <w:t>Галі чудно було чути ці слова материні, як і всьому вона дивувалась, що тут тільки бачила.</w:t>
      </w:r>
    </w:p>
    <w:p>
      <w:r>
        <w:br/>
        <w:t>їй було дивно й незрозуміло, як люди могли тут серйозно вдавати, що моляться, як могли молоді січні голоси віддавати себе на цю нікому не потрібну й пусту справу.</w:t>
      </w:r>
    </w:p>
    <w:p>
      <w:r>
        <w:br/>
        <w:t>А ще більш дивувало, як архієрей та й усе духівництво — освічені люди — могли тут серйозно стояти, щось робити, говорити — і вдавати, що це так і треба тут.</w:t>
      </w:r>
    </w:p>
    <w:p>
      <w:r>
        <w:br/>
        <w:t>Що вони: вірять цьому, чи це тільки звичайне обдурювання?</w:t>
      </w:r>
    </w:p>
    <w:p>
      <w:r>
        <w:br/>
        <w:t>Галя цього ніяк не могла зрозуміти.</w:t>
      </w:r>
    </w:p>
    <w:p>
      <w:r>
        <w:br/>
        <w:t>А втім, її дратували як актрису невдалі рухи й вигуки дияконові.</w:t>
      </w:r>
    </w:p>
    <w:p>
      <w:r>
        <w:br/>
        <w:t>І тому вона була дуже рада, як побачила маму, що та виходила з церкви. Тим часом у старої був плохий, зосереджений в собі настрій.</w:t>
      </w:r>
    </w:p>
    <w:p>
      <w:r>
        <w:br/>
        <w:t>— От і все, дочко! Вас одвідала. Богу помолилась. Тепер можна й додому.</w:t>
      </w:r>
    </w:p>
    <w:p>
      <w:r>
        <w:br/>
        <w:t>— Мамо, голубко! Що так швидко? Хіба вам так погано в нас?</w:t>
      </w:r>
    </w:p>
    <w:p>
      <w:r>
        <w:br/>
        <w:t>— А чого мені погано, дочко? Тільки що ж мені робити в вас?</w:t>
      </w:r>
    </w:p>
    <w:p>
      <w:r>
        <w:br/>
        <w:t>— А що ж вам робити? Ви й так наробились за свій вік. Тепер можна й посидіти.</w:t>
      </w:r>
    </w:p>
    <w:p>
      <w:r>
        <w:br/>
        <w:t>— Ні, дочко, виходить, що треба до самої смерті в землі колупатись!</w:t>
      </w:r>
    </w:p>
    <w:p>
      <w:r>
        <w:br/>
        <w:t>Галя відчула в цих словах гострий докір собі, але нічого не відповіла.</w:t>
      </w:r>
    </w:p>
    <w:p>
      <w:r>
        <w:br/>
        <w:t>Увесь вечір вона ходила коло старої, пильнувала, а пізніш схилилась їй на коліна й застигла так в якімсь настрої. Інколи вона одривалась від своїх думок і тоді говорила:</w:t>
      </w:r>
    </w:p>
    <w:p>
      <w:r>
        <w:br/>
        <w:t>— Це ви так поїдете від нас, мамо, і вже ніколи вдруге не навідаєтесь.</w:t>
      </w:r>
    </w:p>
    <w:p>
      <w:r>
        <w:br/>
        <w:t>— Мабуть, що так, дочко! Я вже стара — сил немає. Трудно мені, дочко!</w:t>
      </w:r>
    </w:p>
    <w:p>
      <w:r>
        <w:br/>
        <w:t>— Бачу, мамуню, й сама, що вам трудно. А мені теж важко приїхати до вас надовше. А так ото, збиратимусь, доки обірветься половина життя й кудись пірне в провалля. Я от тепер бачу, немовби це тільки вчора було, — як я маленька бігала по траві, а трава стьобас мене голівками, а мені ловко й радісно. Невже ж навіки одійшло це, мамо?</w:t>
      </w:r>
    </w:p>
    <w:p>
      <w:r>
        <w:br/>
        <w:t>— От би ти, дочко, кинула тутешнє, оце городське життя твоє, та приїхала б до нас. Та жила б собі на землі, а схотіла б, учителювала — та мала б собі дітей та господарство. То було б тобі радісно й повно в твоїм житті.</w:t>
      </w:r>
    </w:p>
    <w:p>
      <w:r>
        <w:br/>
        <w:t>Стара навіть несподівано для самої себе сказала ці, десь у глибині серця приховані, слова і чомусь зразу ж злякалась. Галя дивилась на неї великими зляканими очима. Раптом ті очі заблищали блискучими краплинами сліз. Але Галя дивилась просто на матір і хитала головою.</w:t>
      </w:r>
    </w:p>
    <w:p>
      <w:r>
        <w:br/>
        <w:t>— Ні, мамуню, цього ніколи не буде! Я знаю, вам би хотілось бачити в мене внуків, хотілося глядіти їх. Тільки цього ніколи не буде. І на село я жити не поїду. Тут, мабуть, і помру.</w:t>
      </w:r>
    </w:p>
    <w:p>
      <w:r>
        <w:br/>
        <w:t>— Як знаєш, дочко. Мені вже однаково швидко вмирати. Тільки тобі самій буде важко, — я так думаю. Твій той кудлатий — він тобі не допоможе!</w:t>
      </w:r>
    </w:p>
    <w:p>
      <w:r>
        <w:br/>
        <w:t>— То нехай собі. А я люблю мистецтво, отой театр, і нізащо не проміняю його! Не гнівайтесь, не сердіться: отут сама в холоді й голоді помру за нього, а ні на що не проміняю, нікому не віддам.</w:t>
      </w:r>
    </w:p>
    <w:p>
      <w:r>
        <w:br/>
        <w:t>— Ой не зарікайся, дочко!</w:t>
      </w:r>
    </w:p>
    <w:p>
      <w:r>
        <w:br/>
        <w:t>Стара якось сумно поглянула на Галю й важко зітхнула.</w:t>
      </w:r>
    </w:p>
    <w:p>
      <w:r>
        <w:br/>
        <w:t>І якось зразу обоє замовкли.</w:t>
      </w:r>
    </w:p>
    <w:p>
      <w:r>
        <w:br/>
        <w:t>Стара встала, склала свої дрібні пожитки й швидко заснула на плетеній скриньці.</w:t>
      </w:r>
    </w:p>
    <w:p>
      <w:r>
        <w:br/>
        <w:t>У напівтемнім світлі Галя бачила темні зморшки на лиці маминому. І це мимоволі нагадало їй дивні дитячі спогади. Вона чомусь згадала липневий вечір, коли біля хати лягав густий холодок. З городу пахло соняхами й укропом.</w:t>
      </w:r>
    </w:p>
    <w:p>
      <w:r>
        <w:br/>
        <w:t>У хліві настирливо верещали свині, а її мама несе їм натину з городу. Вона спиняється біля хліва, одною рукою виймає огірка й кличе Галю. Що їй хотілося кращого тоді — вона не могла б сказати!</w:t>
      </w:r>
    </w:p>
    <w:p>
      <w:r>
        <w:br/>
        <w:t>Прийшов Корній, десь у темнім кутку роздягся й скоса поглянув на Галю, але та навіть не обізвалась. Тоді він трохи потоптався, десь за перегородкою загрюкав посудом — і швидко потому вгамувався.</w:t>
      </w:r>
    </w:p>
    <w:p>
      <w:r>
        <w:br/>
        <w:t>У великім будинку стало зовсім тихо. Галя несвідомо знала, що було вже дуже пізно, але вона не ворухнулась. їй щось гостро щеміло в грудях, і щодалі біль там наростав; ніби хтось люто стискував зібрані докупи жили. А в цьому була глибока насолода.</w:t>
      </w:r>
    </w:p>
    <w:p>
      <w:r>
        <w:br/>
        <w:t>Їй чомусь нагадався теплий весняний Святвечір, коли у вікно дмухала густа тепла темрява, а в хаті жевріла червона лампада. Вона, тоді маленька, тиснулася до мами й засинала.</w:t>
      </w:r>
    </w:p>
    <w:p>
      <w:r>
        <w:br/>
        <w:t>Тепер Галя виразно відчувала, що та радість давня навіки одійшла, і ніяким побитом удруге вже не можна її зазнати.</w:t>
      </w:r>
    </w:p>
    <w:p>
      <w:r>
        <w:br/>
        <w:t>А втім, її щось тягло туди, в теплі обійми села — засмоктуюче й п’яно. Вона змагалась здавити в собі те чуття, а біль наростав і різав їй десь усередині до крику.</w:t>
      </w:r>
    </w:p>
    <w:p>
      <w:r>
        <w:br/>
        <w:t>Голову їй хилило до мами, та вона боялась впасти їй на руки, в давню теплінь, щоб не розтанути там.</w:t>
      </w:r>
    </w:p>
    <w:p>
      <w:r>
        <w:br/>
        <w:t>Ще десь усередині змагаючись, вона зовні силилась випростатися, звелась із ліжка й потяглась до вікна.</w:t>
      </w:r>
    </w:p>
    <w:p>
      <w:r>
        <w:br/>
        <w:t>Звідти, з глибини міста, вставали сіро-зелені полотна неба, його розрізували гострими купами будівлі.</w:t>
      </w:r>
    </w:p>
    <w:p>
      <w:r>
        <w:br/>
        <w:t>Галя, тиняючись, ніби п’яна, накинула собі якусь одежину а чи просто шмат якоїсь матерії і вискочила з хати.</w:t>
      </w:r>
    </w:p>
    <w:p>
      <w:r>
        <w:br/>
        <w:t>Вона бігла по пішоходу якоюсь зламаною й порваною смугою, відчуваючи, що хтось женеться за нею; щодалі вона хутчій і хутчій тікала, отетеріла й нестямна.</w:t>
      </w:r>
    </w:p>
    <w:p>
      <w:r>
        <w:br/>
        <w:t>Тим часом сіяла мряка. Але швидко хмари згустіли й насунули. Пішов тихий та рясний дощ. Великі краплі, ніби з цівок струмені, лилися на плечі Галині, а вона несамохіть куталась у якусь запону й бігла далі.</w:t>
      </w:r>
    </w:p>
    <w:p>
      <w:r>
        <w:br/>
        <w:t>Добігши до театру, вона ледве передихала, кілька хвилин постояла, а тоді, вся тремтячи, з великим зусиллям знайшла таємну кнопку й подзвонила.</w:t>
      </w:r>
    </w:p>
    <w:p>
      <w:r>
        <w:br/>
        <w:t>Проте ніхто не вийшов одчинити. Вона ще довго стукала й дзвонила, але ніхто їй не обзивався.</w:t>
      </w:r>
    </w:p>
    <w:p>
      <w:r>
        <w:br/>
        <w:t>Скільки часу пройшло в такім чеканні — вона не знала. Коли ж, втративши всяку надію достукатись, вона оглянулась назад — десь на сході крізь дощ ясніш сіріла смуга ранку.</w:t>
      </w:r>
    </w:p>
    <w:p>
      <w:r>
        <w:br/>
        <w:t>Галя відчула глибоку втому й розпуку.</w:t>
      </w:r>
    </w:p>
    <w:p>
      <w:r>
        <w:br/>
        <w:t>Вона безсило впала на східці, напнулася запоною і швидко впурнула в напівдрімоту а чи непритомність.</w:t>
      </w:r>
    </w:p>
    <w:p>
      <w:r>
        <w:br/>
        <w:t>А втім, механічно вона тиснула до грудей запону, перебираючи пальцями парчеві торочки. Тим часом дощ потроху втихав. Небо щодалі яснішало, зі сходу вставали тихі віхті світла.</w:t>
      </w:r>
    </w:p>
    <w:p>
      <w:r>
        <w:br/>
        <w:t>З каштану біля східців помалу сідали великі роки на брукований пішохід. Галя вчула їх, ніби крізь товсту й далеку заслону, як глухий, але рішучий поклик, хоч приймала їх десь у глибині за теплу розраду — і так потроху засинала.</w:t>
      </w:r>
    </w:p>
    <w:p>
      <w:r>
        <w:br/>
        <w:t>Стара прокинулась і здивувалась. У вікна зазирали клапті розведеного в повітрі золота. Дахи червоніли й сміялись. Було повно, дзвінко й радісно.</w:t>
      </w:r>
    </w:p>
    <w:p>
      <w:r>
        <w:br/>
        <w:t>Стара потопталась, ув’язала клунок, знайшла ванну кімнату, вмилась — тоді довго стояла перед вікном і молилась на золоті бані в церкві.</w:t>
      </w:r>
    </w:p>
    <w:p>
      <w:r>
        <w:br/>
        <w:t>Пізніш вона уважно оглянулась в кімнаті, ніби чогось шукаючи.</w:t>
      </w:r>
    </w:p>
    <w:p>
      <w:r>
        <w:br/>
        <w:t>За перегородкою спав Корній. Він завзято й неспокійно хропів, розкуйовджений чуб йому спадав плутаними пасмами на обличчя.</w:t>
      </w:r>
    </w:p>
    <w:p>
      <w:r>
        <w:br/>
        <w:t>Вівдя шукала очима Галі й тривожилась. Але за хвилину вона про щось подумала, тихо зітхнула й стала одягатись.</w:t>
      </w:r>
    </w:p>
    <w:p>
      <w:r>
        <w:br/>
        <w:t>Вівдя не хотіла нікого турбувати й крадькома вийшла з будинку.</w:t>
      </w:r>
    </w:p>
    <w:p>
      <w:r>
        <w:br/>
        <w:t>На вулицях було ще тихо. Тільки де-не-де двірники підмітали брук.</w:t>
      </w:r>
    </w:p>
    <w:p>
      <w:r>
        <w:br/>
        <w:t>Десь далеко сонно белемкав дзвін. Поминувши високі будівлі, Вівдя вийшла на просторий плац.</w:t>
      </w:r>
    </w:p>
    <w:p>
      <w:r>
        <w:br/>
        <w:t>Праворуч горів тінями обрізаний парк. Крізь його просвіти блакитною каймою звивалась річка.</w:t>
      </w:r>
    </w:p>
    <w:p>
      <w:r>
        <w:br/>
        <w:t>На тім боці річки червоніло надуте пухке сонце. Річка тоді гостріш сивіла туманом, дерева парку холоділи росами й тінями. Повітря проймало колючим холодом. Та Вівдя цього разу була байдужа до всього. їй щось болісно смоктало в серці.</w:t>
      </w:r>
    </w:p>
    <w:p>
      <w:r>
        <w:br/>
        <w:t>І тому вона прискорювала ходу, тікаючи від неприємного холодного бруку.</w:t>
      </w:r>
    </w:p>
    <w:p>
      <w:r>
        <w:br/>
        <w:t>На пристані вона довго, покірно чекала, доки прийшов пароплав. Здається, це був той самий, що вона ним і сюди їхала.</w:t>
      </w:r>
    </w:p>
    <w:p>
      <w:r>
        <w:br/>
        <w:t>Вона лягла під лавкою і мовчки, майже ні з ким не розмовляючи, їхала всю дорогу.</w:t>
      </w:r>
    </w:p>
    <w:p>
      <w:r>
        <w:br/>
        <w:t>Коли приїхала на свою пристань, вона заметушилась, захапалась. А вийшовши з пристані, вона з якогось теплою приязню вчувала м’який порох по дорозі.</w:t>
      </w:r>
    </w:p>
    <w:p>
      <w:r>
        <w:br/>
        <w:t>Незабаром, як вона поминула будівлі пристані, розіслався здавна знайомий степ.</w:t>
      </w:r>
    </w:p>
    <w:p>
      <w:r>
        <w:br/>
        <w:t>На обрії то впірнали, то виростали густою купою гаї — звідти чомусь злякано кричала галич, і біліла праворуч стара покручена береза.</w:t>
      </w:r>
    </w:p>
    <w:p>
      <w:r>
        <w:br/>
        <w:t>Щодалі степ вставав перед нею ширше. Незабаром виріс перед очима хрест.</w:t>
      </w:r>
    </w:p>
    <w:p>
      <w:r>
        <w:br/>
        <w:t>І коли Вівдя поглянула на нього — хрест злився з самітними купками дерев і танув в сутіні вечора. А Вівді здавалось, що то земля стоїть розіп’ята, і хтось підперезав їй руки подертим рушником. Проте йти в м’якім поросі дороги було легко та холодно.</w:t>
      </w:r>
    </w:p>
    <w:p>
      <w:r>
        <w:br/>
        <w:t>1926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Порваною дорогою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