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Попелиста осіння смерека</w:t>
      </w:r>
    </w:p>
    <w:p>
      <w:r>
        <w:br/>
        <w:t xml:space="preserve"> 1</w:t>
      </w:r>
    </w:p>
    <w:p>
      <w:r>
        <w:br/>
        <w:t>Ти мені сказала, що три дні&lt;br /&gt;</w:t>
        <w:br/>
        <w:t>тому між літаючого листу&lt;br /&gt;</w:t>
        <w:br/>
        <w:t>бачила смереку на груні:&lt;br /&gt;</w:t>
        <w:br/>
        <w:t>на боках — від моху — попелисту.</w:t>
      </w:r>
    </w:p>
    <w:p>
      <w:r>
        <w:br/>
        <w:t>Ти мене покликала: ходім!&lt;br /&gt;</w:t>
        <w:br/>
        <w:t>Бо її відбиток зяв в плесі.&lt;br /&gt;</w:t>
        <w:br/>
        <w:t>Може, злі вітри у танці злім&lt;br /&gt;</w:t>
        <w:br/>
        <w:t>вирвали з корінням і понесли,</w:t>
      </w:r>
    </w:p>
    <w:p>
      <w:r>
        <w:br/>
        <w:t>а з-під хмари кинули в строми,&lt;br /&gt;</w:t>
        <w:br/>
        <w:t>вихору здійнявши золотисту,&lt;br /&gt;</w:t>
        <w:br/>
        <w:t>смеречину з гострими грудьми&lt;br /&gt;</w:t>
        <w:br/>
        <w:t>на боках — від моху — попелисту.</w:t>
      </w:r>
    </w:p>
    <w:p>
      <w:r>
        <w:br/>
        <w:t>Я кричу: не йди по сліду тім —&lt;br /&gt;</w:t>
        <w:br/>
        <w:t>вдариш серце в золотій покрові!&lt;br /&gt;</w:t>
        <w:br/>
        <w:t>Гостра бартка в розмаху страшнім&lt;br /&gt;</w:t>
        <w:br/>
        <w:t>так відтяла віти смерекові,</w:t>
      </w:r>
    </w:p>
    <w:p>
      <w:r>
        <w:br/>
        <w:t>ніби хтось в останню мить не зміг&lt;br /&gt;</w:t>
        <w:br/>
        <w:t>бартку ту в чоло моє ввігнати.&lt;br /&gt;</w:t>
        <w:br/>
        <w:t>Навіть якщо завтра йтиме сніг,&lt;br /&gt;</w:t>
        <w:br/>
        <w:t>де на цій землі колядувати?</w:t>
      </w:r>
    </w:p>
    <w:p>
      <w:r>
        <w:br/>
        <w:t>2</w:t>
      </w:r>
    </w:p>
    <w:p>
      <w:r>
        <w:br/>
        <w:t>Сніг усе ж пішов.</w:t>
      </w:r>
    </w:p>
    <w:p>
      <w:r>
        <w:br/>
        <w:t>Не йшов, а біг,</w:t>
      </w:r>
    </w:p>
    <w:p>
      <w:r>
        <w:br/>
        <w:t>бо недовго — з хати і до хати.&lt;br /&gt;</w:t>
        <w:br/>
        <w:t>Брав я слід, як пес.</w:t>
      </w:r>
    </w:p>
    <w:p>
      <w:r>
        <w:br/>
        <w:t>Твій страх стеріг.</w:t>
      </w:r>
    </w:p>
    <w:p>
      <w:r>
        <w:br/>
        <w:t>Я знайду,</w:t>
      </w:r>
    </w:p>
    <w:p>
      <w:r>
        <w:br/>
        <w:t>кому колядувати.</w:t>
      </w:r>
    </w:p>
    <w:p>
      <w:r>
        <w:br/>
        <w:t>Все ж був сніг як сніг —</w:t>
      </w:r>
    </w:p>
    <w:p>
      <w:r>
        <w:br/>
        <w:t>як плоть жива,</w:t>
      </w:r>
    </w:p>
    <w:p>
      <w:r>
        <w:br/>
        <w:t>що співа під хвоєю й смолою.&lt;br /&gt;</w:t>
        <w:br/>
        <w:t>В чоряу ніч</w:t>
      </w:r>
    </w:p>
    <w:p>
      <w:r>
        <w:br/>
        <w:t>між зорями Різдва</w:t>
      </w:r>
    </w:p>
    <w:p>
      <w:r>
        <w:br/>
        <w:t>коник і ягня стоять з тобою.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Попелиста осіння смерека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