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Попались</w:t>
      </w:r>
    </w:p>
    <w:p>
      <w:r>
        <w:br/>
        <w:t xml:space="preserve"> &lt;p&gt;Дитячі різдвяні сценки на одну дію</w:t>
      </w:r>
    </w:p>
    <w:p>
      <w:r>
        <w:br/>
        <w:t>ДІЙОВІ ОСОБИ:</w:t>
      </w:r>
    </w:p>
    <w:p>
      <w:r>
        <w:br/>
        <w:t>Марко — хлопець 10 год, син поміщика Маньківського.</w:t>
      </w:r>
    </w:p>
    <w:p>
      <w:r>
        <w:br/>
        <w:t>С а н ь к о — Марків брат у первих, сирота, гімназист першого класу. Живе в домі свого дядька Маньківського. Приїхав з Києва до дядька на святки. В гімназичному мундирі.</w:t>
      </w:r>
    </w:p>
    <w:p>
      <w:r>
        <w:br/>
        <w:t>Олеся, Келя — Маркові сестри, менші од його.</w:t>
      </w:r>
    </w:p>
    <w:p>
      <w:r>
        <w:br/>
        <w:t>Амалія Карлівна — гувернантка коло дітей, немолода панна, німкеня.</w:t>
      </w:r>
    </w:p>
    <w:p>
      <w:r>
        <w:br/>
        <w:t>Марина — баба, наймичка, служить за птичницю в пана Маньківського.</w:t>
      </w:r>
    </w:p>
    <w:p>
      <w:r>
        <w:br/>
        <w:t>Микитка — онук баби Марини; літом стереже панські курчата та пасе індики; взимку часто ходить в гості до баби Марини. Часто грається з папськими дітьми в садку, пасучи індики.</w:t>
      </w:r>
    </w:p>
    <w:p>
      <w:r>
        <w:br/>
        <w:t>Дія діється на селі, в домі пана Маньківського, на різдвяні святки, як Маньківський і його жінка поїхали в гості до сусіда в друге село.</w:t>
      </w:r>
    </w:p>
    <w:p>
      <w:r>
        <w:br/>
        <w:t>ВИХІД 1</w:t>
      </w:r>
    </w:p>
    <w:p>
      <w:r>
        <w:br/>
        <w:t>На сцені дитяча спальня. Коло стіни двоє ліжок. Посередині стіл і стільці. Одні двері на праву руку в покої, другі двері на ліву руку в пекарню.</w:t>
      </w:r>
    </w:p>
    <w:p>
      <w:r>
        <w:br/>
        <w:t>А мал і я (сидить коло стола). От пани поїхали в гості. Мабуть, там їм весело, а я сиджу з дітьми та світом нуджу. (Позіхає). Господи! Яка нудьга в цім селі! Ще до вечора далеко. Піду я до сахарні до директора та одві-даю його. Може, застану його дочок вдома, то хоч побалакаю. А може, й син директорський, Фріц, дома. Ой, що то за красунь! Ой! (Важко зітхає, пускає очі під лоб, встає, йде до дверей і гукає). Бабо! Бабо Марино! А йдіть лишень сюди!</w:t>
      </w:r>
    </w:p>
    <w:p>
      <w:r>
        <w:br/>
        <w:t>ВИХІД 2</w:t>
      </w:r>
    </w:p>
    <w:p>
      <w:r>
        <w:br/>
        <w:t>Амалія й баба Марина.</w:t>
      </w:r>
    </w:p>
    <w:p>
      <w:r>
        <w:br/>
        <w:t>Марина (входить). Чи то ви мене кликали, чи то мені так вчулось? Може, це, думаю, вітер гуде. А наші наймички пішли гулять. Пішла б і я, та нема на кого пекарні покинуть.</w:t>
      </w:r>
    </w:p>
    <w:p>
      <w:r>
        <w:br/>
        <w:t>Амалія. Я оце надумалась піти до фабрики до директора. Посидьте, бабо, з дітьми або наглядайте, щоб часом не наробили якого шелесту без мене. Та добре кмітьте за ними, щоб часом не нашурубурили тут. Може, забіжу ще й до попаді. Я не довго гаятимусь: швидко й вернусь на чай. Та не забудьте надвечір наставить самовар.</w:t>
      </w:r>
    </w:p>
    <w:p>
      <w:r>
        <w:br/>
        <w:t>Марина. То йдіть, а я сидітиму в хаті. Все одно старій бабі сидіть чи вдома, чи деінде.</w:t>
      </w:r>
    </w:p>
    <w:p>
      <w:r>
        <w:br/>
        <w:t>Амалія (гукає). Келю! Олесю! Ходіть лиш сюди! (Келя й Олеся вбігають в кімнату).</w:t>
      </w:r>
    </w:p>
    <w:p>
      <w:r>
        <w:br/>
        <w:t>ВИХІД з</w:t>
      </w:r>
    </w:p>
    <w:p>
      <w:r>
        <w:br/>
        <w:t>Амалія, Марина, Келя й Олеся.</w:t>
      </w:r>
    </w:p>
    <w:p>
      <w:r>
        <w:br/>
        <w:t>К е л я (до А малії). Ви нас кликали?</w:t>
      </w:r>
    </w:p>
    <w:p>
      <w:r>
        <w:br/>
        <w:t>Амалія. Кликала. Посидьте тут з бабою, а я побіжу на часок до директора та до попаді та й швидко вернусь.</w:t>
      </w:r>
    </w:p>
    <w:p>
      <w:r>
        <w:br/>
        <w:t>Олеся. До Гольца? І я піду з вами. Там в Емільки такі гарні ляльки.</w:t>
      </w:r>
    </w:p>
    <w:p>
      <w:r>
        <w:br/>
        <w:t>Келя. Кращі за наші. І я піду. Візьміть і мене, візь-міть-бо!</w:t>
      </w:r>
    </w:p>
    <w:p>
      <w:r>
        <w:br/>
        <w:t>Олеся. І мене, і мене! Візьміть, візьміть! (Підскакує й хапає Амалію за руку).</w:t>
      </w:r>
    </w:p>
    <w:p>
      <w:r>
        <w:br/>
        <w:t>Амалія. Тепер не візьму вас. Нема мами, а без мами я сама не можу цього зробить; не візьму вас з собою. Нехай іншим разом. Ну, прощайте, діти, та не пустуйте! Чуєте? Баба мені все дочиста розкаже, як будете пустувать. А паничі де? І досі скобзаються на ставку?</w:t>
      </w:r>
    </w:p>
    <w:p>
      <w:r>
        <w:br/>
        <w:t>Олеся. Скобзаються.</w:t>
      </w:r>
    </w:p>
    <w:p>
      <w:r>
        <w:br/>
        <w:t>Амалія. Я на часок. Ну, прощайте. (Цілує Олесю й Келю й виходе).</w:t>
      </w:r>
    </w:p>
    <w:p>
      <w:r>
        <w:br/>
        <w:t>ВИХІД 4</w:t>
      </w:r>
    </w:p>
    <w:p>
      <w:r>
        <w:br/>
        <w:t>Марина, Келя, Олеся.</w:t>
      </w:r>
    </w:p>
    <w:p>
      <w:r>
        <w:br/>
        <w:t>Марина. Піду та візьму своє шитво. Ще до вечора далеко: ще не гріх шить. А ви тим часом посидьте самі та не пустуйте. От і паничі незабаром з кобзалки вернуться. (Виходе в пекарню).</w:t>
      </w:r>
    </w:p>
    <w:p>
      <w:r>
        <w:br/>
        <w:t>ВИХІД 5</w:t>
      </w:r>
    </w:p>
    <w:p>
      <w:r>
        <w:br/>
        <w:t>Келя, Олеся, Марко й Санько.</w:t>
      </w:r>
    </w:p>
    <w:p>
      <w:r>
        <w:br/>
        <w:t>Марко й Санько вбігають прожогом в кімнату в пальтах, з лижами в руках. Роздягаються.</w:t>
      </w:r>
    </w:p>
    <w:p>
      <w:r>
        <w:br/>
        <w:t>Марко. Ото руки померзли! Зовсім пограбли. Стали неначе дерев'яні. (Дме на пальці).</w:t>
      </w:r>
    </w:p>
    <w:p>
      <w:r>
        <w:br/>
        <w:t>Санько. Ой, змерз! В ноги зашпари зайшли. (Стрибає по кімнаті й дмухає на пальці).</w:t>
      </w:r>
    </w:p>
    <w:p>
      <w:r>
        <w:br/>
        <w:t>Олеся (жалібно). Самі ходили скобзаться, а нас і не взяли. Бач, які добрі!</w:t>
      </w:r>
    </w:p>
    <w:p>
      <w:r>
        <w:br/>
        <w:t>Санько. Бач, які! (Перекривляє). Погрію я коло те-</w:t>
      </w:r>
    </w:p>
    <w:p>
      <w:r>
        <w:br/>
        <w:t>бе руки. (Хапає Олесю за щоки холодними одублими руками).</w:t>
      </w:r>
    </w:p>
    <w:p>
      <w:r>
        <w:br/>
        <w:t>Олеся. Ой-ой! (Сміється й кричить). Які холодні! Як у жаби! Ой, одчепись од мене! Не зачіпай мене! (Тікає. Санько доганяє її й знов тулить руки до її щік).</w:t>
      </w:r>
    </w:p>
    <w:p>
      <w:r>
        <w:br/>
        <w:t>Марко (хапає Келю за щоки обома руками). А ну й я погрію коло тебе руки!</w:t>
      </w:r>
    </w:p>
    <w:p>
      <w:r>
        <w:br/>
        <w:t>К е л я. Хіба я груба, щоб ти коло мене руки грів? Геть, жабо, одчепись; ух! Холодний, як жаба. (Б'є Марка по руках і втікає в куток).</w:t>
      </w:r>
    </w:p>
    <w:p>
      <w:r>
        <w:br/>
        <w:t>Олеся. Вам то й на скобзалці можна скобзаться, а нас то й не пускають.</w:t>
      </w:r>
    </w:p>
    <w:p>
      <w:r>
        <w:br/>
        <w:t>Марко. Бо ви панни, а ми паничі. Паннам не можна скобзаться на ставку. (З повагою, мов дорослий).</w:t>
      </w:r>
    </w:p>
    <w:p>
      <w:r>
        <w:br/>
        <w:t>К е л я. А я щось знаю, та вам не скажу.</w:t>
      </w:r>
    </w:p>
    <w:p>
      <w:r>
        <w:br/>
        <w:t>Марко. Що таке? Скажи-бо, скажи! Може, мама нам готує новий подарунок на новий рік?</w:t>
      </w:r>
    </w:p>
    <w:p>
      <w:r>
        <w:br/>
        <w:t>К е л я. Знаю, та не скажу. Щось таке гарне...</w:t>
      </w:r>
    </w:p>
    <w:p>
      <w:r>
        <w:br/>
        <w:t>Санько. Вона все дражниться. Як не скажеш, то й не треба. Нам не цікаво знати.</w:t>
      </w:r>
    </w:p>
    <w:p>
      <w:r>
        <w:br/>
        <w:t>К е л я. Еге. Не цікаво. Амалії нема дома. Амалія пішла в гості до директора.</w:t>
      </w:r>
    </w:p>
    <w:p>
      <w:r>
        <w:br/>
        <w:t>Марко й Санько. Ото новинка! Хіба нам її страшно?</w:t>
      </w:r>
    </w:p>
    <w:p>
      <w:r>
        <w:br/>
        <w:t>Санько. То ви тільки боїтесь її, аж труситесь. (Удає переляканого: витріщає очі й труситься, ніби з переляку). А ми її й трошки не боїмось, і вухом не ведемо! Ми вже великі, а ви ще малі. (З повагою).</w:t>
      </w:r>
    </w:p>
    <w:p>
      <w:r>
        <w:br/>
        <w:t>ВИХІД 6</w:t>
      </w:r>
    </w:p>
    <w:p>
      <w:r>
        <w:br/>
        <w:t>Ті ж самі й баба Марина.</w:t>
      </w:r>
    </w:p>
    <w:p>
      <w:r>
        <w:br/>
        <w:t>Марина входить з шиттям в руках і сідає коло стола на стільці. Шиє. Діти стають коло стола.</w:t>
      </w:r>
    </w:p>
    <w:p>
      <w:r>
        <w:br/>
        <w:t>К е л я. Бабо! Чого в вас полотно в руках труситься, як ви шиєте?</w:t>
      </w:r>
    </w:p>
    <w:p>
      <w:r>
        <w:br/>
        <w:t>Марина. Бо я вже стара. От у вас, молоденьких, то руки не трусяться; а як і ви доживете до моїх літ, то і в вас руки, може, так само труситимуться.</w:t>
      </w:r>
    </w:p>
    <w:p>
      <w:r>
        <w:br/>
        <w:t>Олеся. Заколядуйте нам, бабо, колядки.</w:t>
      </w:r>
    </w:p>
    <w:p>
      <w:r>
        <w:br/>
        <w:t>К е л я. Заколядуйте-бо!</w:t>
      </w:r>
    </w:p>
    <w:p>
      <w:r>
        <w:br/>
        <w:t>Марина. Колядувала колись, як була .молода, а тепер я вже стара стала, не втну.</w:t>
      </w:r>
    </w:p>
    <w:p>
      <w:r>
        <w:br/>
        <w:t>К е л я. То що, що ви старі? Хіба старі не колядують? Заколядуйте-бо, заколядуйте.</w:t>
      </w:r>
    </w:p>
    <w:p>
      <w:r>
        <w:br/>
        <w:t>М а р и н а. Я вже й колядок позабувала. Якої ж вам? Олеся. Та будлі-якої; якої вмієте. Марина. Хіба оцеї. (Співає).</w:t>
      </w:r>
    </w:p>
    <w:p>
      <w:r>
        <w:br/>
        <w:t>Ой на Ордані тихо вода стояла,</w:t>
      </w:r>
    </w:p>
    <w:p>
      <w:r>
        <w:br/>
        <w:t>Там матір божа сина свого купала.</w:t>
      </w:r>
    </w:p>
    <w:p>
      <w:r>
        <w:br/>
        <w:t>А скупавши, у шовкові сповила,</w:t>
      </w:r>
    </w:p>
    <w:p>
      <w:r>
        <w:br/>
        <w:t>А сповивши, у ясельця вложила.</w:t>
      </w:r>
    </w:p>
    <w:p>
      <w:r>
        <w:br/>
        <w:t>Над ясельцями сірі воли стояли;</w:t>
      </w:r>
    </w:p>
    <w:p>
      <w:r>
        <w:br/>
        <w:t>Над божим дитям своїм духом дихали.</w:t>
      </w:r>
    </w:p>
    <w:p>
      <w:r>
        <w:br/>
        <w:t>От і голосом не виведу. Був голосочок, та позички з'їли. А колись я, господи, як співала. В мене колись був такий силенний голос, що я вас і поглушила б.</w:t>
      </w:r>
    </w:p>
    <w:p>
      <w:r>
        <w:br/>
        <w:t>К е л я. Заколядуйте, бабо, ще якої іншої колядки. Я, господи, як люблю колядки.</w:t>
      </w:r>
    </w:p>
    <w:p>
      <w:r>
        <w:br/>
        <w:t>Марина. Ой, втомилась я вже, неначе якусь роботу робила. (Кашляє). Знайдіть собі яку іншу забавку.</w:t>
      </w:r>
    </w:p>
    <w:p>
      <w:r>
        <w:br/>
        <w:t>Олеся. Яку ж забавку ми найдемо? Мені ляльки так обридли, що я не хочу на їх і дивиться. Коли б тато накупили яких ще інших.</w:t>
      </w:r>
    </w:p>
    <w:p>
      <w:r>
        <w:br/>
        <w:t>Марина. То танцюйте, коли вас нудьга бере, а роботи ніякої нема.</w:t>
      </w:r>
    </w:p>
    <w:p>
      <w:r>
        <w:br/>
        <w:t>Олеся. То потанцюйте нам, бабо! (Усі сміються).</w:t>
      </w:r>
    </w:p>
    <w:p>
      <w:r>
        <w:br/>
        <w:t>Марина (сміється). Ото заходилась би вибивати тропака на старості літ! Сказали б люде, що я п'яна або здуріла. От повбирайтесь у ті паперові убори та в оті шапки чудернацькі, гостроверхі, що вбирались, як недавнечко ото світили свічечки на сосонці, та й пострибайте трохи. Кому ж і стрибать, як не вам? У вас ніжки молоденькі та тоненькі. Гоп-чук-чуки-чуки! Гоп-чук! А нуте! Гоп-чук-чуки-чуки! (Марко виходить у другу кімнату й виносить плащі та шапочки з червоного, жовтого та зеленого паперу. Усі діти вбираються, стрибають та бігають по кімнаті й кругом стола).</w:t>
      </w:r>
    </w:p>
    <w:p>
      <w:r>
        <w:br/>
        <w:t>Марина (приспівує). Гоп-чук-чуки-чуки! Та купила черевики! Ой, як гарно! Ще й пір'я на шапочках. (Наскакавшись, скидають убрання й кладуть на столі, а Санько в той час одводить Марка набік і каже до його нишком).</w:t>
      </w:r>
    </w:p>
    <w:p>
      <w:r>
        <w:br/>
        <w:t>Санько. А налякаймо бабу!</w:t>
      </w:r>
    </w:p>
    <w:p>
      <w:r>
        <w:br/>
        <w:t>Марко. Чим же ми ЇЇ налякаємо?</w:t>
      </w:r>
    </w:p>
    <w:p>
      <w:r>
        <w:br/>
        <w:t>Санько. Ав нас є машкара... Знаєш, що ми потаєнці зробили та лякали Келю та Олесю. Піду я та візьму маску, надіну та закутаюсь в мамину чорну хустку... гм... (Підморгує до Марка).</w:t>
      </w:r>
    </w:p>
    <w:p>
      <w:r>
        <w:br/>
        <w:t>Марко. Йди, а я буду заговорювать з бабою. (Сань-ко крадькома виходе у другу кімнату).</w:t>
      </w:r>
    </w:p>
    <w:p>
      <w:r>
        <w:br/>
        <w:t>ВИХІД 7</w:t>
      </w:r>
    </w:p>
    <w:p>
      <w:r>
        <w:br/>
        <w:t>Ті ж самі без Санька.</w:t>
      </w:r>
    </w:p>
    <w:p>
      <w:r>
        <w:br/>
        <w:t>Марко. Бабо! Кажіть нам якої казки. Марина. Я вже й казок позабувала. Зовсім я стара стала.</w:t>
      </w:r>
    </w:p>
    <w:p>
      <w:r>
        <w:br/>
        <w:t>Келя й Олеся. Кажіть-бо, кажіть.</w:t>
      </w:r>
    </w:p>
    <w:p>
      <w:r>
        <w:br/>
        <w:t>Марина. Оце горенько мені з вами: співай і кажи казки. Ну, слухайте: була колись собі жаба та мокла в ставку. Мокне-мокне та скік на колоду! Сохне-сохне та скік у воду...</w:t>
      </w:r>
    </w:p>
    <w:p>
      <w:r>
        <w:br/>
        <w:t>Олеся. Та що ж далі? Усе мокне та сохне, та що ж далі? Хе, погана. Кажіть другої. (Тим часом Сонько тихенько вертається й держить за спиною мошкару з паперу з сивою бородою з кожушини та чорну хустину. Він крадькома підлазить під стіл).</w:t>
      </w:r>
    </w:p>
    <w:p>
      <w:r>
        <w:br/>
        <w:t>Марина. Ну, слухайте ще другої: був собі дід та баба; в баби була дочка од першого чоловіка, а в діда була дочка од першої жінки. Цебто дочки їх були зведенючки. Баба любила свою дочку, а дідової не любила та все посилала її в поле пасти кози та корову. Тілько було дідова дочка прижене додому кози та корову, дід взувається в червоні чоботи, виходе за ворота та й питає в кіз: "Кізочки ви мої любі та милі, чи їли ви, чи пили?" А баба намовила й кіз, щоб вони брехали. От кози й кажуть: "Ні, дідусю! Ми не їли й не пили: бігли через лісочок, вхопили кленовий листочок; бігли через гребельку, вхопили води крапельку,— тільки ми пили й їли". (В той час Санько, напнувшись під столом хусткою й надівши машкару, помаленьку висовує з-під стола голову якраз проти баби).</w:t>
      </w:r>
    </w:p>
    <w:p>
      <w:r>
        <w:br/>
        <w:t>Санько (старечим голосом). Кізочки ви мої любі та милі! Чи їли ви, чи пили? (Висовує голову ще більше). Кізочки ви мої любі та милі! (Висовується й раптом стає на стільці). Чи їли ви, чи пили?</w:t>
      </w:r>
    </w:p>
    <w:p>
      <w:r>
        <w:br/>
        <w:t>Марина (схоплюється з стільця й оступається. Келя й Олеся біжать і ховаються позад баби). Ой боже мій! Дух святий при нас і при хаті!</w:t>
      </w:r>
    </w:p>
    <w:p>
      <w:r>
        <w:br/>
        <w:t>Келя й Олеся (позад баби). Ой-ой-ой! Як страшно!</w:t>
      </w:r>
    </w:p>
    <w:p>
      <w:r>
        <w:br/>
        <w:t>Марина. Що це за мара? (Санько й Марко регочуться). Чи це панич? Ой боже мій! Як же цей панич мене злякав! Чи то спосіб вам таке витворять? От полякали й панночок. Потривайте! Розкажу я гувернантці!</w:t>
      </w:r>
    </w:p>
    <w:p>
      <w:r>
        <w:br/>
        <w:t>Санько (зскакує з стільця й ганяється за Келею та Олесею. Вони пищать і тікають).</w:t>
      </w:r>
    </w:p>
    <w:p>
      <w:r>
        <w:br/>
        <w:t>Келя. А я тебе, діду, не боюсь! (Обертається й хапає Санька за бороду. Мошкара спадає з лиця. Санько й Марко регочуться).</w:t>
      </w:r>
    </w:p>
    <w:p>
      <w:r>
        <w:br/>
        <w:t>Марко. А що, бабо, чи дуже злякались? Га?</w:t>
      </w:r>
    </w:p>
    <w:p>
      <w:r>
        <w:br/>
        <w:t>Санько. Так злякались, що трохи не вмерли з ляку. (Сміється). Я вчора ввечері й Амалію Карлівну злякав: аж жахнулась і кинулась з жаху, трохи з стільця не бебехнула.</w:t>
      </w:r>
    </w:p>
    <w:p>
      <w:r>
        <w:br/>
        <w:t>Марина. Ну-ну, паничу! Жартуйте, та й міру знайте. А хто пак видав убираться за нечисту силу, та ще й при дітях, нехай нас господь заступить і сохранить.</w:t>
      </w:r>
    </w:p>
    <w:p>
      <w:r>
        <w:br/>
        <w:t>Санько. Хіба ж я за нечисту силу перебрався? Я перебрався за діда-пасічника Онопрія, того, що ви з ним недавно горілку пили в опрічній, надвірній хаті.</w:t>
      </w:r>
    </w:p>
    <w:p>
      <w:r>
        <w:br/>
        <w:t>Марина. Іще що вигадайте! Коли ж я з ним горілку пила? (Знов сідає й шиє).</w:t>
      </w:r>
    </w:p>
    <w:p>
      <w:r>
        <w:br/>
        <w:t>Санько. А позавчора! Хіба я не бачив? Отак по повній кидали в рот. (Показує). А дід Онопрій все розказує: "Які тепер парубки? От за наших часів були парубки, так парубки! Було повбираємось у неділю в сині жупани та йдемо вулицею та як гукнемо! (Гукає). То всі дівчата аж в вікна виглядають. А на різдво було як поберемо корогви та підемо в процесії кругом церкви (піднімає руки вгору й показує)у то, не сказати б, як ті гвар-діянці". (Ходить, піднявши руки вгору, передражнюючи діда).</w:t>
      </w:r>
    </w:p>
    <w:p>
      <w:r>
        <w:br/>
        <w:t>Марко (йде рядом з Саньком, піднявши руки его-ру). Як ті гвардіянці!</w:t>
      </w:r>
    </w:p>
    <w:p>
      <w:r>
        <w:br/>
        <w:t>Марина (тихо). Так воно й було; так дійсно казав дід. Ну од тих дітей, як од бога, нігде не сховаєшся ні з словом, ні з чаркою й пляшкою.</w:t>
      </w:r>
    </w:p>
    <w:p>
      <w:r>
        <w:br/>
        <w:t>Санько (передражнює діда). А тепер які парубки? Хлоп'ята, а не парубки: йде, то й при землі не знать. (Присідає й ходить по кімнаті, згорбившись).</w:t>
      </w:r>
    </w:p>
    <w:p>
      <w:r>
        <w:br/>
        <w:t>Марко (рядом з Саньком і собі присідає, згорблюетъся й ходить навприсідки по кімнаті). Тюп-тюп! Йде, то й при землі не знать.</w:t>
      </w:r>
    </w:p>
    <w:p>
      <w:r>
        <w:br/>
        <w:t>Марина. Де ж це ви все бачили?</w:t>
      </w:r>
    </w:p>
    <w:p>
      <w:r>
        <w:br/>
        <w:t>Санько. Я в опрічній хаті саме тоді був та й бачив. А ви кажете до діда: "От я так знаю, де яка курка й на сідалі сидить і які яйця котра курка несе".</w:t>
      </w:r>
    </w:p>
    <w:p>
      <w:r>
        <w:br/>
        <w:t>Марина. Я цього вже не казала. Вибачайте, паничу! Адже ж усі яйця білі. Хто вгадає, котра курка яке яйце знесла?</w:t>
      </w:r>
    </w:p>
    <w:p>
      <w:r>
        <w:br/>
        <w:t>К е л я. А ви, бабо! Ви все вгадаєте.</w:t>
      </w:r>
    </w:p>
    <w:p>
      <w:r>
        <w:br/>
        <w:t>Марина (сміється). Ой господи! З вами тільки гріха наберешся. (Позіхає). От і спати мені схотілось. Так би оце простяглась на подушках та й захропла.</w:t>
      </w:r>
    </w:p>
    <w:p>
      <w:r>
        <w:br/>
        <w:t>Олеся. Заколядуйте нам ще якої колядки.</w:t>
      </w:r>
    </w:p>
    <w:p>
      <w:r>
        <w:br/>
        <w:t>Марина. От до мене прибіжить унук, то й загадайте йому колядувать. Цей колядуватиме хоч і до вечора. (Встає й виходе до пекарні. Потім заглядає в двері. Обертається до дітей). От і Микитка прийшов. Ходи сюди, Микитко. Заколядуй лишень паннам та паничам, а я на часинку ляжу та одпочину й задрімаю.</w:t>
      </w:r>
    </w:p>
    <w:p>
      <w:r>
        <w:br/>
        <w:t>ВИХІД 8</w:t>
      </w:r>
    </w:p>
    <w:p>
      <w:r>
        <w:br/>
        <w:t>Санько, Марко, Келя, Олеся й Микитка.</w:t>
      </w:r>
    </w:p>
    <w:p>
      <w:r>
        <w:br/>
        <w:t>Микитка (входе й стає коло порога. На йому жупанок і чоботи). Добривечір! З празником, будьте здорові!</w:t>
      </w:r>
    </w:p>
    <w:p>
      <w:r>
        <w:br/>
        <w:t>Санько. Спасибі! Будь і ти здоров! А що? Прийшов курчата стерегти?</w:t>
      </w:r>
    </w:p>
    <w:p>
      <w:r>
        <w:br/>
        <w:t>Микитка. Хіба курчата пасуться на снігу?</w:t>
      </w:r>
    </w:p>
    <w:p>
      <w:r>
        <w:br/>
        <w:t>Келя й Олеся. Микитко! Заколядуй нам!</w:t>
      </w:r>
    </w:p>
    <w:p>
      <w:r>
        <w:br/>
        <w:t>Микитка. Коли хочете, то й заколядую. Благословіть Христа славить!</w:t>
      </w:r>
    </w:p>
    <w:p>
      <w:r>
        <w:br/>
        <w:t>Санько. Та колядуй же! Боже тобі благослови!</w:t>
      </w:r>
    </w:p>
    <w:p>
      <w:r>
        <w:br/>
        <w:t>Микитка (колядує трохи ніби всмішки).</w:t>
      </w:r>
    </w:p>
    <w:p>
      <w:r>
        <w:br/>
        <w:t>Колядуй, баране! Не вмію, пане.</w:t>
      </w:r>
    </w:p>
    <w:p>
      <w:r>
        <w:br/>
        <w:t>Ой дай боже! Тікай, баране. Нікуди, пане.</w:t>
      </w:r>
    </w:p>
    <w:p>
      <w:r>
        <w:br/>
        <w:t>Ой дай боже! Вікном, баране! Коли роги, пане.</w:t>
      </w:r>
    </w:p>
    <w:p>
      <w:r>
        <w:br/>
        <w:t>Ой дай боже! А в пана, пана Собака п'яна.</w:t>
      </w:r>
    </w:p>
    <w:p>
      <w:r>
        <w:br/>
        <w:t>Ой дай боже! Лежить на ліжку, Задрала ніжку.</w:t>
      </w:r>
    </w:p>
    <w:p>
      <w:r>
        <w:br/>
        <w:t>Ой дай боже! Лежить на санях В червоних штанях!</w:t>
      </w:r>
    </w:p>
    <w:p>
      <w:r>
        <w:br/>
        <w:t>Ой дай боже!</w:t>
      </w:r>
    </w:p>
    <w:p>
      <w:r>
        <w:br/>
        <w:t>К е л я. ЕгеІ Це погана колядка. Олеся. Погана, Микитко, колядуй кращої. Санько. Що ти нам колядуєш дитячої колядки? Микитка (з повагою). Бо ви діти, то я вам і колядую дитячої.</w:t>
      </w:r>
    </w:p>
    <w:p>
      <w:r>
        <w:br/>
        <w:t>Санько (надувся й ходе по кімнаті, бадьориться). Які ж ми діти? Ми вже не діти.</w:t>
      </w:r>
    </w:p>
    <w:p>
      <w:r>
        <w:br/>
        <w:t>Микитка. А хто ж ви такі, коли не діти?</w:t>
      </w:r>
    </w:p>
    <w:p>
      <w:r>
        <w:br/>
        <w:t>Санько. Ми паничі, а не діти.</w:t>
      </w:r>
    </w:p>
    <w:p>
      <w:r>
        <w:br/>
        <w:t>Микитка. То я заспіваю вам і іншої. (Співає).</w:t>
      </w:r>
    </w:p>
    <w:p>
      <w:r>
        <w:br/>
        <w:t>Ой як бувало спрежде діяно.</w:t>
      </w:r>
    </w:p>
    <w:p>
      <w:r>
        <w:br/>
        <w:t>Славен єси, Славен єси, наш милий боже,</w:t>
      </w:r>
    </w:p>
    <w:p>
      <w:r>
        <w:br/>
        <w:t>На небеси. Ой як жидова Христа мучила. Всякеє древо за нігті гнала.</w:t>
      </w:r>
    </w:p>
    <w:p>
      <w:r>
        <w:br/>
        <w:t>(За Микиткою усі приспівують).</w:t>
      </w:r>
    </w:p>
    <w:p>
      <w:r>
        <w:br/>
        <w:t>Славен єси.</w:t>
      </w:r>
    </w:p>
    <w:p>
      <w:r>
        <w:br/>
        <w:t>Микитка (сам).</w:t>
      </w:r>
    </w:p>
    <w:p>
      <w:r>
        <w:br/>
        <w:t>Славен єси, наш милий боже.</w:t>
      </w:r>
    </w:p>
    <w:p>
      <w:r>
        <w:br/>
        <w:t>(Усі приспівують).</w:t>
      </w:r>
    </w:p>
    <w:p>
      <w:r>
        <w:br/>
        <w:t>Славен єси і т. д.</w:t>
      </w:r>
    </w:p>
    <w:p>
      <w:r>
        <w:br/>
        <w:t>Микитка. Всякеє древо за нігті не йшло. Усі.</w:t>
      </w:r>
    </w:p>
    <w:p>
      <w:r>
        <w:br/>
        <w:t>Славен єси і т. д.</w:t>
      </w:r>
    </w:p>
    <w:p>
      <w:r>
        <w:br/>
        <w:t>Проклята ивка за нігті пішла,</w:t>
      </w:r>
    </w:p>
    <w:p>
      <w:r>
        <w:br/>
        <w:t>Славен єси і т. д. За нігті пішла, крівцю спустила.</w:t>
      </w:r>
    </w:p>
    <w:p>
      <w:r>
        <w:br/>
        <w:t>Славен єси і т. д.</w:t>
      </w:r>
    </w:p>
    <w:p>
      <w:r>
        <w:br/>
        <w:t>А з тії крівці та стали ріки. Славен єси і т. д.</w:t>
      </w:r>
    </w:p>
    <w:p>
      <w:r>
        <w:br/>
        <w:t>Микитка. Ну, тепер давайте дохід, чи що!</w:t>
      </w:r>
    </w:p>
    <w:p>
      <w:r>
        <w:br/>
        <w:t>Санько (сміється). А якого ти доходу хочеш? Чи грошей, чи медяників, чи маковників, чи книшів, чи ковбас?</w:t>
      </w:r>
    </w:p>
    <w:p>
      <w:r>
        <w:br/>
        <w:t>Микитка. Передніше давайте грошей, а потім "давайте ковбасу, бо хату рознесу: давайте книш, бо пущу в хату миш".</w:t>
      </w:r>
    </w:p>
    <w:p>
      <w:r>
        <w:br/>
        <w:t>Санько. Ну, добре. На тобі грошей. Наставляй кишеню. (Микита наставляє кишеню. Санько ніби виймає з своєї кишені гроші й кидає в Микитчину кишеню. Марко робить те ж саме).</w:t>
      </w:r>
    </w:p>
    <w:p>
      <w:r>
        <w:br/>
        <w:t>Келя й Олеся. І я дам грошей, і я дам грошей! (Ловлять руками на повітрі й удають, що кидають в Микитчину кишеню гроші).</w:t>
      </w:r>
    </w:p>
    <w:p>
      <w:r>
        <w:br/>
        <w:t>Микитка. Годі! Вже повна кишеня. Кидайте ще в другу. (Наставляє другу кишеню. Діти ніби кидають гроші в другу кишеню).</w:t>
      </w:r>
    </w:p>
    <w:p>
      <w:r>
        <w:br/>
        <w:t>Микитка. От насипали грошей! І додому не донесу; аж важко ступать. (Важко ступає).</w:t>
      </w:r>
    </w:p>
    <w:p>
      <w:r>
        <w:br/>
        <w:t>Санько. Що ти купиш за ті гроші?</w:t>
      </w:r>
    </w:p>
    <w:p>
      <w:r>
        <w:br/>
        <w:t>Микитка. Куплю пару бичків, а бички виростуть, то матиму пару волів.</w:t>
      </w:r>
    </w:p>
    <w:p>
      <w:r>
        <w:br/>
        <w:t>Келя. На тобі ще медяників. (Бере папір, дере на шматочки й несе до Микитки). Наставляй припіл.</w:t>
      </w:r>
    </w:p>
    <w:p>
      <w:r>
        <w:br/>
        <w:t>Микитка (наставляє полу). То давайте медяників! Та насипайте повний припіл.</w:t>
      </w:r>
    </w:p>
    <w:p>
      <w:r>
        <w:br/>
        <w:t>Олеся (й собі дере папір і кидає в припіл Микитці). На тобі ще й маковників.</w:t>
      </w:r>
    </w:p>
    <w:p>
      <w:r>
        <w:br/>
        <w:t>Санько (зібгав лист паперу й кидає в припіл Микитці). А от тобі й книші.</w:t>
      </w:r>
    </w:p>
    <w:p>
      <w:r>
        <w:br/>
        <w:t>Микитка (приступає ближче до стола). А покажіть лиш, панно (до Келі), ті кукли, що ви ними грались в садку, як я індичата пас.</w:t>
      </w:r>
    </w:p>
    <w:p>
      <w:r>
        <w:br/>
        <w:t>Келя. Добре! (Виходе у другу кімнату й виносе усякі ляльки й цяцьки, одну качку, москаликів). А що, гарні? А котра найкраща?</w:t>
      </w:r>
    </w:p>
    <w:p>
      <w:r>
        <w:br/>
        <w:t>Микитка. Оці москалики!</w:t>
      </w:r>
    </w:p>
    <w:p>
      <w:r>
        <w:br/>
        <w:t>Келя. А оця качка вміє й кахкать, мов жива. (Бере качку й надавлює, качка пищить).</w:t>
      </w:r>
    </w:p>
    <w:p>
      <w:r>
        <w:br/>
        <w:t>Микитка (сміється). Ото диво! Чи вона жива, чи так зроблена? (Кидає качку на стіл).</w:t>
      </w:r>
    </w:p>
    <w:p>
      <w:r>
        <w:br/>
        <w:t>Марко. Ото дурний! Де ж таки жива? Ти ж бачиш, що вона зроблена. (Кидає качку на стіл).</w:t>
      </w:r>
    </w:p>
    <w:p>
      <w:r>
        <w:br/>
        <w:t>Микитка. І як воно в гаспида так зроблено? Не живе, а пищить. Може, там всередині сидить жабеня, то воно й квакає. Ото хтось вигадав штуку!</w:t>
      </w:r>
    </w:p>
    <w:p>
      <w:r>
        <w:br/>
        <w:t>Санько. Яке там жабеня? Якби там сиділо жабеня, то вже давно б здохло, не ївши. Там нема нічого.</w:t>
      </w:r>
    </w:p>
    <w:p>
      <w:r>
        <w:br/>
        <w:t>Микитка. А коли нема нічого, то що ж воно там квакає?</w:t>
      </w:r>
    </w:p>
    <w:p>
      <w:r>
        <w:br/>
        <w:t>Марко. А справді, що ж воно там квакає, коли всередині нема нічого? Щось там та повинно буть.</w:t>
      </w:r>
    </w:p>
    <w:p>
      <w:r>
        <w:br/>
        <w:t>Келя. Авжеж щось є, та ми не знаємо. І Амалія Карлівна не знає. Я в неї питала. А тато казав, що то пищить воздух. Але яке ж те повітря? Щось воно там та є!</w:t>
      </w:r>
    </w:p>
    <w:p>
      <w:r>
        <w:br/>
        <w:t>Марко. А потрощім молотком качку та й побачимо той воздух.</w:t>
      </w:r>
    </w:p>
    <w:p>
      <w:r>
        <w:br/>
        <w:t>Микитка. Може, там нечиста сила сидить та пищить.</w:t>
      </w:r>
    </w:p>
    <w:p>
      <w:r>
        <w:br/>
        <w:t>Санько. Тю-тю на тебе! Яка там нечиста сила? Хіба нечисту силу продавали б у Києві в крамницях?</w:t>
      </w:r>
    </w:p>
    <w:p>
      <w:r>
        <w:br/>
        <w:t>Микитка. А хто його знає? А може, де й її продають на вагу.</w:t>
      </w:r>
    </w:p>
    <w:p>
      <w:r>
        <w:br/>
        <w:t>Марко (бере молотка й розбиває цяцьку). Ось зараз побачимо, який той воздух, що вміє пищать.</w:t>
      </w:r>
    </w:p>
    <w:p>
      <w:r>
        <w:br/>
        <w:t>Келя. Ой, я боюсь! А як там справді сидить жабеня та й вискочить на нас.</w:t>
      </w:r>
    </w:p>
    <w:p>
      <w:r>
        <w:br/>
        <w:t>Олеся. Ой, страшно! (Тікає од стола в куток).</w:t>
      </w:r>
    </w:p>
    <w:p>
      <w:r>
        <w:br/>
        <w:t>Марко (розбив качку, роздер підставку й показує).</w:t>
      </w:r>
    </w:p>
    <w:p>
      <w:r>
        <w:br/>
        <w:t>Усі. Нема нічого! (Олеся прибігає й дивиться). Нема нічого!</w:t>
      </w:r>
    </w:p>
    <w:p>
      <w:r>
        <w:br/>
        <w:t>Микитка. А може, воно пищить в голові або в горлянці.</w:t>
      </w:r>
    </w:p>
    <w:p>
      <w:r>
        <w:br/>
        <w:t>Марко (роздирає качку). Нема нічого ні в шийці, ні в головці. (Кидає шматки додолу).</w:t>
      </w:r>
    </w:p>
    <w:p>
      <w:r>
        <w:br/>
        <w:t>Санько. А нумо, Микитко, грать в ведмедя та в цигана, як ми літом грали в садку.</w:t>
      </w:r>
    </w:p>
    <w:p>
      <w:r>
        <w:br/>
        <w:t>Микитка. Ну, але... як часом губернантка... буде мене бить.</w:t>
      </w:r>
    </w:p>
    <w:p>
      <w:r>
        <w:br/>
        <w:t>Санько. Гувернантки нема дома. Пішла до директора.</w:t>
      </w:r>
    </w:p>
    <w:p>
      <w:r>
        <w:br/>
        <w:t>Келя. Пішла до директора та до попаді. Микитка. Може, ви мене дурите. Може, вона в отій</w:t>
      </w:r>
    </w:p>
    <w:p>
      <w:r>
        <w:br/>
        <w:t>кімнаті сидить десь та притаїлась, щоб дать мені доброї прочуханки.</w:t>
      </w:r>
    </w:p>
    <w:p>
      <w:r>
        <w:br/>
        <w:t>Санько. Та пішла ж, кажу тобі! Як хочеш, піди та заглянь у ту кімнату.</w:t>
      </w:r>
    </w:p>
    <w:p>
      <w:r>
        <w:br/>
        <w:t>Микитка. Я й пана не боюся так, як губернантки. Раз, як я стеріг курчата та заснув під кущем, а шуліка вхопила курча, губернантка нагодилась в садок та як ухопила мене сонного за чуприну, то трохи чуприни не вискубла.</w:t>
      </w:r>
    </w:p>
    <w:p>
      <w:r>
        <w:br/>
        <w:t>Келя й Олеся. Кажемо ж тобі, що гувернантки нема дома.</w:t>
      </w:r>
    </w:p>
    <w:p>
      <w:r>
        <w:br/>
        <w:t>Микитка. А в пекарні бабуня. Бабуня битимуть за те, що я пустую.</w:t>
      </w:r>
    </w:p>
    <w:p>
      <w:r>
        <w:br/>
        <w:t>Марко (заглядає через двері в пекарню). Баба спить, ще й кожухом вкрилась з головою.</w:t>
      </w:r>
    </w:p>
    <w:p>
      <w:r>
        <w:br/>
        <w:t>Микитка. Як бабуня сплять, то хоч і граймо в ведмедя та цигана. А хто ж буде за ведмедя?</w:t>
      </w:r>
    </w:p>
    <w:p>
      <w:r>
        <w:br/>
        <w:t>Санько й Марко. Ти! А хто ж більше?</w:t>
      </w:r>
    </w:p>
    <w:p>
      <w:r>
        <w:br/>
        <w:t>Микитка. А коли я буду за ведмедя, то ви, паничу Саньку, будьте за цигана.</w:t>
      </w:r>
    </w:p>
    <w:p>
      <w:r>
        <w:br/>
        <w:t>Санько. Добре. А ти, Марку, надівай машкару та бери в руки дві лінійки так клацай ними: будеш за козу.</w:t>
      </w:r>
    </w:p>
    <w:p>
      <w:r>
        <w:br/>
        <w:t>Микитка. Потривайте ж, я надіну шкуру. (Виходе в пекарню, виносить свій кожушок, вивертає рукави й надіває. Усі сміються). Але ж у мене руки голі. Хіба ведмідь з руками?</w:t>
      </w:r>
    </w:p>
    <w:p>
      <w:r>
        <w:br/>
        <w:t>Марко. Потривай! Ось я піду в пекарню та принесу кучерові рукавиці і картуз. (Виходить в пекарню. Вертається з рукавицями й шапкою).</w:t>
      </w:r>
    </w:p>
    <w:p>
      <w:r>
        <w:br/>
        <w:t>Микитка (надіває рукавиці й шапку). От теперечки я вже й ведмідь. (До Санька). Паничу, тепер ви вбирайтесь за цигана.</w:t>
      </w:r>
    </w:p>
    <w:p>
      <w:r>
        <w:br/>
        <w:t>Санько (надіває старий батьків сіртук і капелюш). От я вже й циган.</w:t>
      </w:r>
    </w:p>
    <w:p>
      <w:r>
        <w:br/>
        <w:t>Микитка. Циган, та не зовсім: циган з вусами, а де ж ваші вуса?</w:t>
      </w:r>
    </w:p>
    <w:p>
      <w:r>
        <w:br/>
        <w:t>Санько. Буду за цигана й без вусів.</w:t>
      </w:r>
    </w:p>
    <w:p>
      <w:r>
        <w:br/>
        <w:t>Микитка. Який же ви циган без вусів? А коли ви не циган, то я не ведмідь. (Скидає рукавиці й шапку).</w:t>
      </w:r>
    </w:p>
    <w:p>
      <w:r>
        <w:br/>
        <w:t>Марко. Давай, я тобі намалюю вуси вугликом. (Іде до груби, одчиняє дверці, бере вуглик і намазує Санькові ьуса й борідку. Микитка надіває рукавиці й шапку. Марко</w:t>
      </w:r>
    </w:p>
    <w:p>
      <w:r>
        <w:br/>
        <w:t>надіває машкару, бере в руки дві лінійки, піднімає над головою й клацає та ляскає ними).</w:t>
      </w:r>
    </w:p>
    <w:p>
      <w:r>
        <w:br/>
        <w:t>Санько (до Микитки). Чи й ломаку дать тобі в лапи?</w:t>
      </w:r>
    </w:p>
    <w:p>
      <w:r>
        <w:br/>
        <w:t>Микитка. Атож!</w:t>
      </w:r>
    </w:p>
    <w:p>
      <w:r>
        <w:br/>
        <w:t>Санько (бере довгу лінійку в руки й хоче подать Микитці). На, лови, ведмедику!</w:t>
      </w:r>
    </w:p>
    <w:p>
      <w:r>
        <w:br/>
        <w:t>Микитка. Еге! Це не ломака. Я знаю, що це таке. Я цього боюсь.</w:t>
      </w:r>
    </w:p>
    <w:p>
      <w:r>
        <w:br/>
        <w:t>Марко. Та це те, що ним школярі в школі папір лі-ніють карандашем. Отак прикладуть до паперу та й лініють.</w:t>
      </w:r>
    </w:p>
    <w:p>
      <w:r>
        <w:br/>
        <w:t>Микитка. Піддуріть кого іншого, а не мене. Це та мантачка, що нею в школі вчитель б'є школярів. Цього я не хочу. Ще як вперіщите мене по шкурі.</w:t>
      </w:r>
    </w:p>
    <w:p>
      <w:r>
        <w:br/>
        <w:t>Марко (достає з кутка паличку й подає Санькові). Оце вже не страшне.</w:t>
      </w:r>
    </w:p>
    <w:p>
      <w:r>
        <w:br/>
        <w:t>Санько. Ну, лови! (Микитка ловить паличку й спирається на неї. Санько накидає йому на шию мотузка й бере в руки кінець).</w:t>
      </w:r>
    </w:p>
    <w:p>
      <w:r>
        <w:br/>
        <w:t>Микитка. Чи вже гарчать та кусати?</w:t>
      </w:r>
    </w:p>
    <w:p>
      <w:r>
        <w:br/>
        <w:t>Санько. Вже гарчи.</w:t>
      </w:r>
    </w:p>
    <w:p>
      <w:r>
        <w:br/>
        <w:t>Микитка. Чи кусать так, щоб аж пір'я летіло, чи так тільки трошечки?</w:t>
      </w:r>
    </w:p>
    <w:p>
      <w:r>
        <w:br/>
        <w:t>Санько. Авжеж кусай так, щоб аж дрантя летіло. Ну, потанцюй, ведмедику. (Смикає за мотузок. Микитка починає ревти й гарчать, борсається, тріпає головою, перекидає один стілець, потім другий, стає рачки на ноги й на руки й починає лазить по горниці. Двері раптом одчиняються, і на порозі з'являється Амалія. Микитка гарчить і кидається їй під ноги).</w:t>
      </w:r>
    </w:p>
    <w:p>
      <w:r>
        <w:br/>
        <w:t>ВИХІД 9</w:t>
      </w:r>
    </w:p>
    <w:p>
      <w:r>
        <w:br/>
        <w:t>Ті самі й Амалія Карлівна.</w:t>
      </w:r>
    </w:p>
    <w:p>
      <w:r>
        <w:br/>
        <w:t>Амалія (перелякана, оступається набік). Ох, Jesus Maria! Ach, mein lieber Gott! Was ist das? Чи це собак, чи свин у хаті? (Микитка підводиться й стає на ноги. Амалія скидає з його шапку). Це Микитка! А ти чого тут дурієш? (Хоче вхопить його за чуприну. Микитка випручується, тікає в пекарню й кричить).</w:t>
      </w:r>
    </w:p>
    <w:p>
      <w:r>
        <w:br/>
        <w:t>Микитка. Ой-ой-ой-ой!..</w:t>
      </w:r>
    </w:p>
    <w:p>
      <w:r>
        <w:br/>
        <w:t>ВИХІД 10 Ті ж самі, без Микитки, й Марина.</w:t>
      </w:r>
    </w:p>
    <w:p>
      <w:r>
        <w:br/>
        <w:t>Марина (входить, протирає сонні очі, стає на порозі. Микитка біжить проз неї). Ой господи! Що воно таке? Я ж кажу, що отой панич Санько завів у хаті нечисту силу. (Діти стоять ні в сих ні в тих).</w:t>
      </w:r>
    </w:p>
    <w:p>
      <w:r>
        <w:br/>
        <w:t>Амалія. Та то, бабо, побіг ваш Микитка. Він тут дурів та пустував з паничами.</w:t>
      </w:r>
    </w:p>
    <w:p>
      <w:r>
        <w:br/>
        <w:t>Марина. Микитка? Ну, Микитко! Начувайся ж тепер. Я ж тебе обчустрю деркачем. То це він усьому давав привід? і</w:t>
      </w:r>
    </w:p>
    <w:p>
      <w:r>
        <w:br/>
        <w:t>Марко. Ні, бабо! То ми давали привід. Ми підмовили Микитку грать в ведмедя. Микитки не бийте, бо він не винен. %1.</w:t>
      </w:r>
    </w:p>
    <w:p>
      <w:r>
        <w:br/>
        <w:t>Амалія. А це що? (Обертається до Санька й Марка).</w:t>
      </w:r>
    </w:p>
    <w:p>
      <w:r>
        <w:br/>
        <w:t>Олеся (показуючи на Санька). Це циган. (Показуючи на Марка). А це коза. А ведмідь вже утік у ліс.</w:t>
      </w:r>
    </w:p>
    <w:p>
      <w:r>
        <w:br/>
        <w:t>Амалія. Гарні, гарні! Дуріли без мене, от і попались! А тепер я все дочиста розкажу таткові й мамі. Пустувать можна, але дуріти зовсім вам не личить.</w:t>
      </w:r>
    </w:p>
    <w:p>
      <w:r>
        <w:br/>
        <w:t>Келя й Олеся. Не кажіть, Амаліє Карлівно! Не кажіть-бо! Ми вже ніколи не будемо пустувать!</w:t>
      </w:r>
    </w:p>
    <w:p>
      <w:r>
        <w:br/>
        <w:t>Амалія. А це що? (Достає з долу потрощену на шматки качку).</w:t>
      </w:r>
    </w:p>
    <w:p>
      <w:r>
        <w:br/>
        <w:t>Олеся. То нам заманулось подивиться, що там всередині пищить та квакає.</w:t>
      </w:r>
    </w:p>
    <w:p>
      <w:r>
        <w:br/>
        <w:t>Амалія. Пустувать можна, але треба й міру знати. Потривайте! Розкажу ж я директорові, що ви його гостинець молотком розміжчили, на дріб'язки побили. От він і не буде більше дарувать вам цяцьок.</w:t>
      </w:r>
    </w:p>
    <w:p>
      <w:r>
        <w:br/>
        <w:t>Марко. Не кажіть-бо, не кажіть!</w:t>
      </w:r>
    </w:p>
    <w:p>
      <w:r>
        <w:br/>
        <w:t>Амалія. Ну, на цей раз не скажу, але більше не пустуйте, бо тоді вже я всім розкажу за вас та за ваші вигадки.</w:t>
      </w:r>
    </w:p>
    <w:p>
      <w:r>
        <w:br/>
        <w:t>Завіса.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Попались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