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Понісся за тобою…</w:t>
      </w:r>
    </w:p>
    <w:p>
      <w:r>
        <w:br/>
        <w:t xml:space="preserve"> Понісся за тобою, як тихий плач берези,&lt;br /&gt;</w:t>
        <w:br/>
        <w:t>Утаєний мій жаль в глуху і темну ніч;&lt;br /&gt;</w:t>
        <w:br/>
        <w:t>Котились за тобою невиплакані слези,&lt;br /&gt;</w:t>
        <w:br/>
        <w:t>Тих сліз ніхто не бачив, лиш чорна зимна ніч.</w:t>
      </w:r>
    </w:p>
    <w:p>
      <w:r>
        <w:br/>
        <w:t>Часом у сні побачу уста твої знімілі&lt;br /&gt;</w:t>
        <w:br/>
        <w:t>І очі, вдивлені в таємну, дивну ніч;&lt;br /&gt;</w:t>
        <w:br/>
        <w:t>Кладеш на мої скроні долоні добрі, білі,&lt;br /&gt;</w:t>
        <w:br/>
        <w:t>Ніхто про те не знає, лиш чорна зимна ніч.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Понісся за тобою…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