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Помстився</w:t>
      </w:r>
    </w:p>
    <w:p>
      <w:r>
        <w:br/>
        <w:t xml:space="preserve"> &lt;p&gt;"Стиха, стиха Дунай воду несе…", а ще тихіше, ще спокійніше над пишним Дунаєм. Південне повітря, убравши в себе, мов губка воду, усі проміння сонця, висить тремтячими грудьми над чудовим краєвидом, тисячами сліпучих іскорок обсипає широку річку, що ледве помітно для ока гойдає свою жовту воду межи піскуватими берегами… А на румунському боці, ген-ген понад тихим Дунаєм, зеленою лавою простягся кучерявий гай вербовий і стоїть на варті поміж річкою та шпичастими горами, що блакитними тінями лягли на блакитному небі і приковують до себе очі і ваблять у свою далечінь імлисту…</w:t>
      </w:r>
    </w:p>
    <w:p>
      <w:r>
        <w:br/>
        <w:t>Вечоріло. Здорове палаюче сонце зупинилось над Галацом, над тими щоглами незліченними, що но мріють вершечками в імлистій блакиті, над тими плавнями розлогими, що зеленіють в далечині високим комишем…</w:t>
      </w:r>
    </w:p>
    <w:p>
      <w:r>
        <w:br/>
        <w:t>По цім боці Дунаю, де розкинулось м[істо] Рені, над самою річкою сиділо двоє людей. Клунки з прив’язаним до них казанчиком, що лежали осторонь на пісочку, запорошені чоботи й одіж свідчили, що то подорожні. Оден з їх, одягнений в широкі сині шаровари та молдуванський капаран, мав не більш як двадцять п’ять літ. Від білої качали, насуненої мало не на брови, виразно відбивалось смугляве енергічне обличчя з орлиним носом, з трохи грубими устами під чорним вусом, з карими очима, що, повні смутку й задуми, визирали з-під густих брів.</w:t>
      </w:r>
    </w:p>
    <w:p>
      <w:r>
        <w:br/>
        <w:t>Товариш його — людина літ під сорок — насамперед бив у вічі буйним рудим волоссям на голові, довгими розкуйовдженими вусищами та неголеною бородою, що, мов щітка, стирчала рудою щетиною. Бліде, мов налите чим, обличчя його було зібране в дрібненькі зморшки і сливе не оживлялось мутними сивими очима.</w:t>
      </w:r>
    </w:p>
    <w:p>
      <w:r>
        <w:br/>
        <w:t>Подорожні щойно викупались. Рудий розгортав ще мокрі вуса, з яких стікала вода, та застьобував свою безбарвну піджачину, що враз з такими ж пошматованими штанами, забучавілими капцями на босу ногу та заяложеним кашкетом складала його мізерну одіж.</w:t>
      </w:r>
    </w:p>
    <w:p>
      <w:r>
        <w:br/>
        <w:t>— А-а! добре!.. — покректав рудий. — А глянь-но, Свириде, як вода підживає!.. — звернувсь він до товариша.</w:t>
      </w:r>
    </w:p>
    <w:p>
      <w:r>
        <w:br/>
        <w:t>— Десь у верховині дощі випали, — відповів Свирид. — Трудно нам буде, Луко, через Прут перехопитись у Молдаву, бо й Прут, мабуть, стоїть повний, як повесні…</w:t>
      </w:r>
    </w:p>
    <w:p>
      <w:r>
        <w:br/>
        <w:t>— Не журись, козаче! Най тії журяться, що гроші мають… Одно погано: вода розливає, а в горлі посуха! Але ми зараз порадимо на се, — казав Лука, присовуючи до себе чималу баньку з вином та приязно всміхаючись до неї. — Три ока джіну! поміть собі!.. — Лука приклав баньку до рота і з усмішкою раювання на змарнілому виду пожадливо почав дудлити з неї. — А-а! бун джін! [23] Добре вино… На, пий!.. Добре вино, кажу… а було колись, брате мій, що я на таке вино й не глянув би… Угорське, шампан благородний, портвейн, бордо — от мої трунки… Було колись: його благородіє, поручик Лука Йванович, дідич подільський, а тепер… босявка, дідич ринштоку міського, матульняк-заволока!.. [24] Дай-но, брате, ще джіну… Отак! Ти чому не п’єш? Пий, закушуй; от тобі бриндза, перець… їж, покіль є що їсти! Е, було колись… А знаєш, кого я зустрів отут у Ренях?.. Ні, зроду не вгадаєш… Та й як тобі вгадати, коли ти і в вічі її не бачив, а мене оце два місяці, либонь, як зустрів на матулі?.. Іду я собі по джін оцей до шинку, коли бачу — стоїть на порозі молодиця… Як глянув я на неї, так і впізнав відразу. Вона! Коханка колишня!.. Змарніла трохи, схудла, та лишився той стан гнучкий, ті очі глибокі, що, здається, усе бачать, що в тебе заховано в серці від себе навіть… Вона зирнула на мене, та не впізнала, мабуть, бо й не ворухнулась з місця… Мені ніяково було забалакати до неї, бо, бач… таке було межи нами: п’ять літ оце минуло, брате мій, як я не з баньки кружляв, як тепер, і не з матульняками гуляв, а в благородній кумпанії дворянській розливав вина коштовні, мов воду тую… Бо була, брате мій, і земля своя, і двір, і челяді повно… сказано, дідич… Було, та збігло, не знать куди поділося… отак, ф’ю-у!.. та й нема… Так що ж я мав казати? Еге, про дівчину. Саме за рік перед тим, як жиди забрали за довг усе майно моє, стала в мамєньки моєї за покоївку дівчина одна. Оця сама, що зустрів у Ренях… Гарна була дівка, така гарна та свіжа, що мене, було, аж коло серця запече, як гляну на неї… А горда та пишна, й не приступай!.. Я колись до неї — а вона як стусоне мене в груди!.. Мене — дворянина!.. Ще й відправитись хотіла, та мати не пустила. Чекай же, думаю собі, завзялась ти, завізьмусь і я… Розсердився спершу… такий лихий та сердитий, що й не приступай… Лише гримаю на дівку. А далі, брате мій, потихенько, помаленько почав я укоськувать її… То словом щирим обізвуся, то гостинця привезу… От моя дівчина й залишила брикатися… Крутив я, вертів я, мов ту рибу на гачку водив, поки не діп’яв свого… І жив я отак, брате мій, мов у раю, щось з півроку… Тут тобі бенкет безперестанку, день у день, кумпанія гарна, вино, аж шумить, ллється, карти, розкоші всякі… а тут дівчина пригортає, душу вивертає своїми очима глибокими та синіми, мов море в годину… Дай-но, брате, джіну! Х-хе! бун джін!.. Недовго я раював стак. Помітила мамєнька моя покійниця, що погано з дівкою, порадились ми — й відправили її… А тут незабаром попродали усе добро моє за довг, мамєнька померла, товариші відцурались, і лишивсь я оден як палець, без грошей, без захисту… Е, що я брешу? без захисту! Захист був: від шинку до шинку, від Сруля до Мошка — скрізь своя хата, скрізь свої люди!.. Нап’юся гарно, висплюсь ще краще: рівчак під боки, камінь під голову, небом загорнуся — сплю, всі минайте його сіятельство, пана матульняка, дідича міського ринштоку!.. Приїзди, Свириде, в гості: прийму тебе у власній господі так, що й не здякуєшся!.. А ти чого сидиш сумний та, мов сич той, напижився?.. Пий та не журись! Най тії журяться, що по дві сорочки мають, а хто має одну — кинь лихом об землю та пий, поки й останньої не позбудешся!..</w:t>
      </w:r>
    </w:p>
    <w:p>
      <w:r>
        <w:br/>
        <w:t>— Чого я сумний, питаєш? — обізвався Свирид. — Так мені чогось журно нині… Змовились ми з тобою на Молдаву податись, пошукати долі за кордоном… Та ввижається мені, що не втопимо ми лиха в річці, перепливаючи, не загубимо його й у плавнях, переховуючись… Скрізь нам, бурлакам, однаково… Чотири роки блукаю я по Бессарабії, гадаючи втекти від лиха, що залишив на Вкраїні, а ніяк не можу… Я від недолі — а вона за мною. Піду тихіше — біда мене нажене; піду швидше — сам біду дожену… Що з того, що я бурлакую, гірко працюючи? Що я маю з того?.. Свята голизна, та й годі!.. У других хоч родина є, втіха якась у житті, а сирота — мов те покотиполе, що вітер жене по степу, відірвавши від корінця… Зійшло колись і для мене сонечко, та заздрісно стало другим — і заступили…</w:t>
      </w:r>
    </w:p>
    <w:p>
      <w:r>
        <w:br/>
        <w:t>— Чудна ти людина, Свириде! — перехопив Лука. — Шукаєш щастя по всьому світу широкому, а воно тут, у цій баньці пикатенькій на дні спочиває…</w:t>
      </w:r>
    </w:p>
    <w:p>
      <w:r>
        <w:br/>
        <w:t>— Зазирав я туди аж на дно саме, а не знайшов своєї долі, не втопив там і лиха свого… Колись і я був щасливий, колись і до мене доля всміхалася… — казав Свирид наче до себе, підперши голову долонями. — Як тепер бачу я долю свою: стан гнучкий дівочий, очиці сині, аж чорні часом… за брови світ би віддав, коли б мій був, такі веселі та хороші… Ластівкою падала коло мене дівчина… А я не кохав її, ні… було, аж за серце мене ссе щось, як день не бачу… Хто його знає, чи в шавлії купано її змалечку, чи в любистку… Тільки грошей, мабуть, не кидано в купіль, бо такою вбогою зросла, як і я… Покохалися ми — побрати б ся, одружити б ся, та ба! Не поставиш хати з лободи, як кажуть, а іншої немає… У приймаки пристав би — так родина велика, сини підростають, до старшої дочки зятя прийняли. Порадились ми з дівчиною, побідкались і стали на тому, що вона піде у найми, складе за рік карбованця якого, а я теж помандрую на Бессарабію на зарібки… Щоб хоч хату було за що поставити та таке-сяке господарство спромогтися… А там — як Бог дасть… Ей, не хотілось мені на ту Бессарабію, так не хотілося, як живцем у яму… наче серце віщувало… Та не послухавсь, пішов. Так по Масниці, по пущенню, першого дня посту й вирушив. Ще ніколи не кидав я рідного села, уперше вибрався в такий світ далекий — тож на серці було неспокійно, лячно чогось, журно… Що там чекає в чужій стороні?.. З чим і як повертатиму?.. Пам’ятаю, поганий був ранок: туман наліг на землю, гемзило, ноги грузли в підмитому водою снігу, брудна вода стікала в долину… Погано було як в мене на серці… Вийшов я на гору, став під фігурою і озирнувсь востаннє на село — туман лежав над селом ще густіший в долині, ніж на горі… Коли це з-за фігури щось так тихо: "Свириде!" — каже. Я аж жахнувся, затремтів весь… Озираюсь — аж то вона, Марія моя, з-за фігури сльози втирає…</w:t>
      </w:r>
    </w:p>
    <w:p>
      <w:r>
        <w:br/>
        <w:t>— Оце добре! — перехопив Лука. — Твоя Марія і моя Марія! Тих Марій на світі — як за гріш маку!.. Ну, випиймо ж за обох Марій!.. А-а! бун джін!</w:t>
      </w:r>
    </w:p>
    <w:p>
      <w:r>
        <w:br/>
        <w:t>— Жалко мені стало її… дурне серце мов у лещатах стис хто, — казав далі Свирид, не звернувши уваги на тост за Марій. — Взяв я вмовляти її, взяв їй казати, як вірно кохаю її… "Бачиш, — обізвалась вона, — як той сніг водою понявся? Гляди ж, щоб і кохання твоє не стануло отак на чужій стороні, далеко від мене…" Наворожила, та не мені, а собі наворожила… Гей, та пішов я, брате мій, степами, та пішов ланами у той край, про який чував лиш від бувальців… Ідеш, ідеш — над головою небо, під ногами поле… А чиє воно, поле оте — хто його знає… Чужина. І несеш у чужину ту свою долю сирітську, до якої всім байдуже, та ще силу молодую на пожиток жмикрутам-дукам… Став я в болгарина. На весну й на літо найнявся. Платня нічого, краща, ніж в наших сторонах, а робота така, як на доброго вола… Та дарма!.. Аби мене люди не шкодували, а я себе не пошкодую… Спершу за роботою нічого не помічав я… Гей та соб! соб та гей! звісно, як наймит, від світання до смеркання в роботі… А далі, як звик уже, оговтався, розглянувся навкруги, і завелась у серці шашіль... Вийду на степ — ні, не наші степи… і точить шашіль… Гляну на людей — ні, не наші люди — і знов тая шашіль у серці ворушиться… Не так мені пташки щебечуть, не тої мені пісні вітер співає… Почав я банувати. А найгірше за Марією… Жалко мені стало за тими нічками тихими, що бачили женихання наше, що чули любу розмову… Жалко стало й за селом рідним, де я зріс, хоч не зазнав змалечку щастя. Хто його зна, що зі мною поробилося: тягне мене, мов гаком тягне в свою сторону; рветься серце назад, у село, бридка та навісна стає мені сторона чужа… І був би не витримав, був би кинув все та подавсь назад, коли б не Марія… Задля неї, задля власного щастя лишивсь я, наваживсь перемогти себе… І вона, згадав я, поневіряється десь, бідна, у наймах, і їй не з медом… Збігла мені отакечки весна, збігло й літо. Взяв я в хазяїна, як оден гріш, шістдесят карбованців і подався… не додому, а в Миколаїв, де, як раяли люди, можна знайти роботу на осінь й на зиму. Пішов я туди, бо що б почав з тими шістьма десятками?</w:t>
      </w:r>
    </w:p>
    <w:p>
      <w:r>
        <w:br/>
        <w:t>Цілу осінь мішки носив на пароходи, а на зиму за збіржака став у хазяїна. Ніколи було, здається, думати про дівчину, а проте вирвуться згадки на волю й полинуть на село рідне до дівчини коханої… Надворі завірюха, сніг летить в очі, а я сиджу на санках — і ввижається мені вечір теплий з пахощами весняними, з хрущами, з вишником, білим від цвіту рясного, а на перелазі сперлась Марія і грає до мене очима… Було аж жахнуся, як гукне хто на вулиці: "Звощик!", — а вітер із снігом так і шмагне в очі… Листів до неї не писав я, бо не знав, де вона служить. Від неї теж не мав звістки, бо сама не вміє, а другого прохать написати соромно дівці… Ну, та байдуже, на весну побачимось. Склав я за зиму ще півсотні, і так ото в середохрестя подався додому… Іду я тими степами, тими ланами розлогими, що й торішньої провесни, а не чужі вони мені, не лякають, а мов осміхаються приязно… Тала вода дзюрчить по дорозі та пригадує, що казала Марія торік під фігурою, а я тільки осміхаюся на тую згадку… Хороше мені… весело мені… жайворонок немов весільної співає… І чого поспинавсь?.. Коби знаття… ба! коби знаття!.. Та хто ж його знав, що буде, як в пісні співають: "Кохалися, та не побралися, тільки серце жалю набралося…"</w:t>
      </w:r>
    </w:p>
    <w:p>
      <w:r>
        <w:br/>
        <w:t>Свирид замовк.</w:t>
      </w:r>
    </w:p>
    <w:p>
      <w:r>
        <w:br/>
        <w:t>А сонце вже сідало. Високо, високо під небом вечірнім пролетіли величезним табуном дикі гуси у плавні на ніч і виповнили повітря дивним гуком, що, мов відгомін далекого дощу, пронісся понад тихим Дунаєм. Небо над Галацом жевріло, як розпечене залізо; широка річка понялась на заході вогняною барвою, далі зарожевіла, засяяла блакиттю, а там заблищала сизою барвою холодної криці… Вербовий гай на тім боці повивсь у темряву, почорнів, блакитні гори стали синіми та хорошими… По тихих водах Дунаю, мов лебідь, проплинув парохід і виразно виткнувся на палаючому обрію, як з чавуну вилитими чорними щоглами. Захвилювалась вода, мов жито від вітру, покотилась валами до берега, наблизилась — і вдарила з глухим стогоном в пісок, розбиваючись на тисячі білих крапельок… І знов усе стихло; тільки сполохана річка, гойдаючись в своїх берегах, мелодійним хлюпанням жалілась жовтому пісочкові на докучливих гостей…</w:t>
      </w:r>
    </w:p>
    <w:p>
      <w:r>
        <w:br/>
        <w:t>Зачаровані подорожні сиділи й мовчали. Ось збігла на берег дівчина, прихапцем зачерпнула мідяними кухвами жовтої води і знов подалась на прикрий берег. Ось ставний мокан [25] в своїй мальовничій білій одежі привів до води коня напувати. Кінь порскає, голосно втягує в себе воду і, напившись, чвалає назад, ліниво переступаючи з ноги на ногу. І знов усе тихо. Кордонна сторожа розклала на тім боці багаття; червоний відблиск від нього осяває нижні гіллячки чорних верб, додаючи ще більше принади чудовій картині наддунайського вечора…</w:t>
      </w:r>
    </w:p>
    <w:p>
      <w:r>
        <w:br/>
        <w:t>— Дивись, — сполохав тишу хриплим голосом Лука, — вода таки піджива… мало не до ніг моїх дійшла, а де була, як ми купались!..</w:t>
      </w:r>
    </w:p>
    <w:p>
      <w:r>
        <w:br/>
        <w:t>— Піджива… отак мої згадки підживають, як тая вода… — почав знов Свирид, мов чекав, щоб його торкнуто. — Як нині пам’ятаю, вже посутеніло, коли я вздрів своє село, повернувши з Бессарабії… І не радісно, а турботно забилось у мене серце, скоро побачив я дим з коминів у селі рідному… Що там? Як там? Де Марія моя? — турбуюсь водно. Іду вулицею, зустрічають мене, впізнають, розпитують, де пробував, чи щастило, а мене так і кортить розпитать про Марію, так і крутиться на язиці ймення її, та ніяково розпитувать… Подавсь я тою вулицею, де хата старих. У хаті світиться, каганець блимає… Я під вікно, та так і припав до його. Стара півмітки з скрині виймає, старий чобіт розглядає та копирсає шилом, а зять з жінкою про щось радяться біля печі… Марії нема. Може, пішла до дівчат… А може… я так і прикипів до землі, жахнувшись несподіваної думки. Та ні, не так вона кохала мене, щоб, не дочекавшись, віддатися…</w:t>
      </w:r>
    </w:p>
    <w:p>
      <w:r>
        <w:br/>
        <w:t>— Свириде, голубе мій… — перепинив п’яним голосом Лука, — подай мені баньку… Ти не питимеш, то я за тебе решту вип’ю… А-а! таре бун джін. [26] Це єдина потіха… всіх матульняків… і простих, і вельможних… Ну, кажи, кажи… слухаю…</w:t>
      </w:r>
    </w:p>
    <w:p>
      <w:r>
        <w:br/>
        <w:t>— Входжу я до хати, — провадив далі Свирид, — привітався, забалакав. "Щось ви подались, тітко, — кажу до старої. — Чи всі у вас живі-здорові?" — питаюся… "Усі, хвалить Бога", — відказує… "А де ж Марія, — наважився я, — що її в хаті немає?.." Тільки щойно вимовив я, стара як заголосить, як удариться головою об скриню, аж старий вискочив з-за столу. Я так і затерп. У голові мов залізом розпеченим шпигонуло: нема… умерла… утопилась… Хочу поспитати, де вона, що з нею, а язик як став дуба, так і не ворухнеш ним. Далі ж як не скочу до старої, як не скрикну: "Де Марія?.." — то так усі й замовкли та видивились на мене, перелякані… "Де Марія? — кричу я. — Де ви поділи її? кажіть!" Та грюкаю кулаком у стіл, аж старий узяв мене за руку та: "Що тобі, хлопче?" — питає. А я й не в той бік, тільки слухаю, як стара, голосячи, приказує: "Занапастили дитину нашу, занапастили… пішла в найми, як і людські діти… та недолюдок той, пан з Бобрика… звів її… й заподів кудись, що й путь її пропала…" Я вже не слухав далі… мов божевільний, вискочив я з хати, гидкою мені стала людина кожна… На серце моє, на голову, на всеньке тіло вагою налягло лихо, гнітило мене, я чув, що мені тісно й на просторі… Я пам’ятаю тільки жадобу помсти, що поняла моє серце болюче… пам’ятаю, як я присягавсь: помщусь… люто помщусь… на обох помщусь!.. Я забув на той час і про свої ноги натруджені, і про те, що вже ніч упала на землю, — швидкою ходою пішов я у Бобрик… Біжу… тіло моє горить, палає, і не холодить його вітер зимний, що дме просто в очі… І досі не тямлю, як пробіг п’ятнадцять верстов і не чув втоми, незважаючи на свої ноги натруджені… В Бобрику вже спали, ніде не світилось… Став я край села та й наче опам’ятався. Як же я помщуся?.. Тепер сплять у дворі, не пустять мене до пана, зв’яжуть ще, мов злодія якого… Сів я на дорозі й почув, що в мене болять ноги… Сиджу, схиливши голову на груди… і враз зробилося мені до всього байдуже, наче не мене скривджено, наче те, що сталось, не моє лихо, а чуже, далеке… Бог з ним, з паном, з помстою, з усім на світі… І чогось жалко мені стало, тужно так, журно… Перед очима імла знялась, відгородила мене від світу цілого… Байдуже!.. Помалу-малу з імли тої виткнулась виразно Марія, така сама, якою бачив я її під фігурою, глянула на мене глибокими очима й упекла мене тим поглядом… у саме серце впекла… Скочив я з землі, порвавсь убік, як до села, й затис кулаки. "Помщусь, і вас загублю, й сам пропаду!.. Однаково!" — думав я, походжуючи по полю під селом та чекаючи, щоб розвиднілось… І вже холодна ніч не прохолодила мене, а додала тільки зваги… Добре-таки розвиднілось, як я подавсь у двір. Там вже повно було якихсь судових. Казали, що приїхали продавати двір за довг. Я до слуг: "Покажіть мені пана Гаєвського, дідича вашого", — а сам не тисну ніж у жмені, ні, аж пальці заклякли… — "Нема, кажуть, поїхав десь…"</w:t>
      </w:r>
    </w:p>
    <w:p>
      <w:r>
        <w:br/>
        <w:t>— То ти був у мене в Бобрику?.. — забелькотав Лука. — То моя Марія була твоєю судженою?.. А я й не знав… а я й не відав…</w:t>
      </w:r>
    </w:p>
    <w:p>
      <w:r>
        <w:br/>
        <w:t>— Як?! — скочив Свирид. — То ти пан Гаєвський?..</w:t>
      </w:r>
    </w:p>
    <w:p>
      <w:r>
        <w:br/>
        <w:t>— Був колись… був колись, брате мій, поручик Лука Йванович Гаєвський, село мав, а тепер — його сіятельство господин матульняк, дідич міського ринштоку!.. Смірно-о!.. — заверещав він п’яним голосом і бовтнув ногою по воді, простягаючись на бік.</w:t>
      </w:r>
    </w:p>
    <w:p>
      <w:r>
        <w:br/>
        <w:t>Якась сила шарпонула Свиридом. Згадки колишнього, що вже чотири роки як проминуло, але колишнього гіркого, болючого, принесли з собою і відгомін тої жадоби помсти за знівечену долю, що колись владно запанувала над покривдженим. Якась сила шарпонула Свиридом. Але, глянувши на п’яного ворога, що, засипаючи, тільки тулубом лежав на суходолі, а ногами в воді, він з огидою відвернувся і сливе вибіг на прикрий берег.</w:t>
      </w:r>
    </w:p>
    <w:p>
      <w:r>
        <w:br/>
        <w:t>— Хай вода свята помститься за мою кривду!.. Хай вона забере тебе!.. — казав Свирид до себе, важко відсапуючи.</w:t>
      </w:r>
    </w:p>
    <w:p>
      <w:r>
        <w:br/>
        <w:t>Він хотів бігти, але зупинивсь. Сливе над самим вухом його розтявся пронизливий свист і, погрюкуючи та мигтячи осяяними вікнами, промчавсь потяг, перепиняючи Свиридові дорогу.</w:t>
      </w:r>
    </w:p>
    <w:p>
      <w:r>
        <w:br/>
        <w:t>За цю хвилину в душі Свиридовій зчинилась боротьба. Його серце то ґвалтом намагалось помсти, то страхалось запропастити життя людське, статись причиною смерті людини. Боротьба та тяглась одну йно хвилину; якесь почуття взяло, мабуть, гору, перемогло, бо Свирид вернувсь до Дунаю, де по коліна в воді лежав п’яний Лука, похрапуючи носом. Свирид на превелику силу витяг з води Луку, хоч той вовтузився з ним та белькотав щось крізь сон, звів його й сливе поніс вулицею. Проходячи повз одну хату, Свирид затремтів увесь та мало не впустив Луки на землю, на порозі, осяяна світлом з хати, стояла якась молодиця, й йому здалося, що то Марія. Свирид запровадив товариша до шинку. Лука наче опритомнів трохи, побачивши знайому обстановку. Він похитавсь трохи на нетвердих ногах, стукнув кулаком у стіл і гукнув на всю хату:</w:t>
      </w:r>
    </w:p>
    <w:p>
      <w:r>
        <w:br/>
        <w:t>— Око джіну для його сіятельства пана матульняка!.. Діграбе! [27] — і вилаявсь поганою молдуванською лайкою.</w:t>
      </w:r>
    </w:p>
    <w:p>
      <w:r>
        <w:br/>
        <w:t>Свирид вискочив з шинку, дуже зворушений, й подавсь назад, до тої хати, де на порозі бачив жінку. Жінка й досі стояла на тому ж місці. Свирид наблизився до неї, зазирнув їй в обличчя та й пізнав Марію.</w:t>
      </w:r>
    </w:p>
    <w:p>
      <w:r>
        <w:br/>
        <w:t>— Маріє!.. — сказав він тремтячим голосом і нервово скинув шапку з голови.</w:t>
      </w:r>
    </w:p>
    <w:p>
      <w:r>
        <w:br/>
        <w:t>Жінка жахнулась, підійшла до Свирида і пильно глянула на нього.</w:t>
      </w:r>
    </w:p>
    <w:p>
      <w:r>
        <w:br/>
        <w:t>— Свирид!.. — прошепотіла вона, подаючись назад.</w:t>
      </w:r>
    </w:p>
    <w:p>
      <w:r>
        <w:br/>
        <w:t>— Маріє… — І враз сильним рухом роздер він свою шапку надвоє й кинув її під ноги Марії.</w:t>
      </w:r>
    </w:p>
    <w:p>
      <w:r>
        <w:br/>
        <w:t>— Отак з моїм серцем!.. — додав.</w:t>
      </w:r>
    </w:p>
    <w:p>
      <w:r>
        <w:br/>
        <w:t>Хвилинку обоє стояли нерухомо: вона — з спущеними долі очима, він — блідий і тремтячий.</w:t>
      </w:r>
    </w:p>
    <w:p>
      <w:r>
        <w:br/>
        <w:t>— Маріє… — наблизився Свирид до неї й узяв за руку. — Скажи мені, що з тобою було?..</w:t>
      </w:r>
    </w:p>
    <w:p>
      <w:r>
        <w:br/>
        <w:t>Марія звела на нього очі, і, мов горох покотився, закапали з їх сльози. Вона заплакала, жалібно хлипаючи, мов дитина.</w:t>
      </w:r>
    </w:p>
    <w:p>
      <w:r>
        <w:br/>
        <w:t>Свирид відвів її набік, під баркан.</w:t>
      </w:r>
    </w:p>
    <w:p>
      <w:r>
        <w:br/>
        <w:t>Марія, обливаючись слізьми, оповідала йому про свій сором несвітський, про те, як вона з дитиною малою, боячись вернутись додому, тинялася по наймах, тяжко бідуючи, як, урешті, вмерла їй дитина, як якась пані завезла її до Рені, де вона стала за наймичку в грека, що держить шинк… А Свирид слухав, мовчазний, не обзиваючись і словом, не оповідаючи ні про свої муки, які вона завдала йому, ні про думку помститись на ній за зраду.</w:t>
      </w:r>
    </w:p>
    <w:p>
      <w:r>
        <w:br/>
        <w:t>— Прости мене, Свириде! — скінчила благанням Марія.</w:t>
      </w:r>
    </w:p>
    <w:p>
      <w:r>
        <w:br/>
        <w:t>— Най тобі Бог простить… Слухай, що скажу… Не маю я волів круторогих, нема в мене й червінців у чересі… Є в мене самі йно руки оці жилаві та роботящі, що не злякаються жодної праці… Годувавсь я з них досі, вигодую й родину… Як я тобі не гидкий, Маріє, не обридлий, то будь мені дружиною та помандруємо на Молдаву, щоб ніщо не пригадувало нам лиха нашого…</w:t>
      </w:r>
    </w:p>
    <w:p>
      <w:r>
        <w:br/>
        <w:t>Марія хотіла кинутись йому на шию, але не посміла і тільки відповіла ревним голосом:</w:t>
      </w:r>
    </w:p>
    <w:p>
      <w:r>
        <w:br/>
        <w:t>— Спасибі тобі…</w:t>
      </w:r>
    </w:p>
    <w:p>
      <w:r>
        <w:br/>
        <w:t>А другої днини рано-вранці, коли ще "дідич міського ринштоку" солодко спав десь на вулиці, загорнувшись небом, Свирид та Марія вирушили в дорогу. Вони подались на Джурджулешти, аж під Слободзею, де, як кажуть, легше перехопитись через вузький Прут, легше обминути кордонну варту… З плавнів знявся білий туман, сивими хмарами покотився по тихому Дунаю, закриваючи блакитні гори, заступаючи світло сонця… Мряка ця віщувала, однак, чудову днину… Так і в серці подорожніх зоріла надія на щасну долю, що розвіє колись й самі згадки сумного минулого…</w:t>
      </w:r>
    </w:p>
    <w:p>
      <w:r>
        <w:br/>
        <w:t>20 лютого 1893, Вінниця</w:t>
      </w:r>
    </w:p>
    <w:p>
      <w:r>
        <w:br/>
        <w:t>[23] — Доб­ре ви­но (літ.: бу­не вин; молд.)</w:t>
      </w:r>
    </w:p>
    <w:p>
      <w:r>
        <w:br/>
        <w:t>[24] — Ма­ту­ла — по-мол­ду­вансько­му здо­ро­вез­ний во­лок; ма­тульняк — ри­бал­ка на риб­но­му за­воді.</w:t>
      </w:r>
    </w:p>
    <w:p>
      <w:r>
        <w:br/>
        <w:t>[25] — Го­рець-ча­бан (молд.).</w:t>
      </w:r>
    </w:p>
    <w:p>
      <w:r>
        <w:br/>
        <w:t>[26] — Міцне доб­ре ви­но (молд.)</w:t>
      </w:r>
    </w:p>
    <w:p>
      <w:r>
        <w:br/>
        <w:t>[27] — Швид­ше (молд.)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Помстився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