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Помер рекрут в непривітній столиці...</w:t>
      </w:r>
    </w:p>
    <w:p>
      <w:r>
        <w:br/>
        <w:t xml:space="preserve"> Помер рекрут в непривітній столиці&lt;br /&gt;</w:t>
        <w:br/>
        <w:t>здалека від свого села,&lt;br /&gt;</w:t>
        <w:br/>
        <w:t>від матері, убогої вдовиці,&lt;br /&gt;</w:t>
        <w:br/>
        <w:t>від любки, що в селі жила.&lt;br /&gt;</w:t>
        <w:br/>
        <w:t>Помер, не бачивши у час конання&lt;br /&gt;</w:t>
        <w:br/>
        <w:t>ні слізки жалю, ні зітхання.</w:t>
      </w:r>
    </w:p>
    <w:p>
      <w:r>
        <w:br/>
        <w:t>І вже єго везуть на чорнім возі,&lt;br /&gt;</w:t>
        <w:br/>
        <w:t>в могилу піп єго веде,&lt;br /&gt;</w:t>
        <w:br/>
        <w:t>музика грає марша по дорозі,&lt;br /&gt;</w:t>
        <w:br/>
        <w:t>гурток вояків мовчки йде.&lt;br /&gt;</w:t>
        <w:br/>
        <w:t>Лише не видко біля домовини&lt;br /&gt;</w:t>
        <w:br/>
        <w:t>ні матері, ні любої дівчини.</w:t>
      </w:r>
    </w:p>
    <w:p>
      <w:r>
        <w:br/>
        <w:t>Помер рекрут, і труби грають смутно&lt;br /&gt;</w:t>
        <w:br/>
        <w:t>єму, байдужому в труні;&lt;br /&gt;</w:t>
        <w:br/>
        <w:t>під віком жалісної гри не чутно,&lt;br /&gt;</w:t>
        <w:br/>
        <w:t>бо він лежить у вічнім сні.&lt;br /&gt;</w:t>
        <w:br/>
        <w:t>Вже дзвонять дзвони на цвинтарній&lt;br /&gt;</w:t>
        <w:br/>
        <w:t>брамі —</w:t>
      </w:r>
    </w:p>
    <w:p>
      <w:r>
        <w:br/>
        <w:t>вітають гостя, що спочине в ямі.</w:t>
      </w:r>
    </w:p>
    <w:p>
      <w:r>
        <w:br/>
        <w:t>А там в селі єго убога мати&lt;br /&gt;</w:t>
        <w:br/>
        <w:t>до нього пише лист дрібний:</w:t>
      </w:r>
    </w:p>
    <w:p>
      <w:r>
        <w:br/>
        <w:t>"Мій сину иаймиліший, що чувати?&lt;br /&gt;</w:t>
        <w:br/>
        <w:t>Чому не пишеш, чи гнівний?&lt;br /&gt;</w:t>
        <w:br/>
        <w:t>Кланяєсь Настя Василеві свому...&lt;br /&gt;</w:t>
        <w:br/>
        <w:t>Чи ти приїдеш на різдво додому?.."</w:t>
      </w:r>
    </w:p>
    <w:p>
      <w:r>
        <w:br/>
        <w:t>1894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Помер рекрут в непривітній столиці...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