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Помаранчева дівчинка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Помаранчева дівчинка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