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Полоз</w:t>
      </w:r>
    </w:p>
    <w:p>
      <w:r>
        <w:br/>
        <w:t xml:space="preserve"> &lt;p&gt;Сталося це на Памірі, в найглухішому закуткові, куди навіть птахи потикатись боялися.</w:t>
      </w:r>
    </w:p>
    <w:p>
      <w:r>
        <w:br/>
        <w:t>Сталося це в одному з саїв найдикіших, назва якого, коли перекласти з таджицької на українську, звучатиме приблизно так:</w:t>
      </w:r>
    </w:p>
    <w:p>
      <w:r>
        <w:br/>
        <w:t>"Підеш — не вернешся". Бо смерть тут хапає за п'яти майже на кожному кроці.</w:t>
      </w:r>
    </w:p>
    <w:p>
      <w:r>
        <w:br/>
        <w:t>Сай цей, завдовжки з сотню кілометрів, розрубував навпіл шеститисячники, покриті вічними снігами. І вдень, під палючим сонцем, що ті сніги плавить, реве таким потоком шаленим, що холоне на серці. Не втримаєшся, скотишся — розмаже по валунах, водою облизаних. А вночі, посеред космічного холоду, ледь дзюрчить миролюбивим потічком — перебрідай, де захочеш.</w:t>
      </w:r>
    </w:p>
    <w:p>
      <w:r>
        <w:br/>
        <w:t>Сталося це рано-вранці, коли сніговики угорі палахкотіли такими вогнями, що хотілося на них помолитися, а тут, унизу, ще ворушилася темрява і кожен крок треба промацувати, щоб не звернути собі карк.</w:t>
      </w:r>
    </w:p>
    <w:p>
      <w:r>
        <w:br/>
        <w:t>Сталося це другого дня, після тривожного сну в альпіністській рукавичці — наметикові, що його ми ледь приліпили під скелею, на порівняно плескатому п'ятачкові: крок назад — головою в потік, крок уперед — грудьми об скелю... З брилою багатотонного граніту на маківці, що аж похитується, роздумуючи: упасти донизу та й розплескати двох божевільних, що не знайшли кращого місця для сну, чи потриматися ще трохи.</w:t>
      </w:r>
    </w:p>
    <w:p>
      <w:r>
        <w:br/>
        <w:t>Не знайшли.</w:t>
      </w:r>
    </w:p>
    <w:p>
      <w:r>
        <w:br/>
        <w:t>Хоч не одну годину шукали... Тут зупинитися?.. Тут?..</w:t>
      </w:r>
    </w:p>
    <w:p>
      <w:r>
        <w:br/>
        <w:t>Ми, двоє фанатиків, двоє пошукачів кольорового каміння, і подалися в цей сай негостинний, в цей найдикіший із саїв, куди й нога людська не ступала, бо таджики, яким ще не набридло життя, обходили його стороною. А ми, бач, подерлися: нас манило нестримно кольорове каміння, розсипане в кінці уже саю бічного, що впадав у цей, основний. Скарнове поле, піднесене на п'ять тисяч метрів до неба, в свій час розвідане Скригитілем (повість "Вершини"), і на полі тому — агатові мигдалини рідкісних кольорів та рисунків.</w:t>
      </w:r>
    </w:p>
    <w:p>
      <w:r>
        <w:br/>
        <w:t>Онікси, сардери, сапфірини.</w:t>
      </w:r>
    </w:p>
    <w:p>
      <w:r>
        <w:br/>
        <w:t>Заповітна мрія античних художників, що вирізьблювали камеї та геми.</w:t>
      </w:r>
    </w:p>
    <w:p>
      <w:r>
        <w:br/>
        <w:t>Одна камея Гонзага варта нині всіх скарбів світу!</w:t>
      </w:r>
    </w:p>
    <w:p>
      <w:r>
        <w:br/>
        <w:t>Дорога й насправді була вбивчою. Смерть і справді частенько хапала за п'яти.</w:t>
      </w:r>
    </w:p>
    <w:p>
      <w:r>
        <w:br/>
        <w:t>Величезний лобище, що на ньому поповисів, ледь не зірвавшись донизу. Видерся — тіло огидно тремтіло. Серце бухало так, що темніло в очах...</w:t>
      </w:r>
    </w:p>
    <w:p>
      <w:r>
        <w:br/>
        <w:t>Гори рухливого щебеню, що їх слід гірським цапом-кіїком долати. Заґавишся, стрибнеш не на той камінь — прощайся з життям!..</w:t>
      </w:r>
    </w:p>
    <w:p>
      <w:r>
        <w:br/>
        <w:t>Ниточкою поличка приліпилась до скелі над прірвою: альпініст маму попокличе, ступивши на неї!..</w:t>
      </w:r>
    </w:p>
    <w:p>
      <w:r>
        <w:br/>
        <w:t>Лютий вітрище, що налітає знанецька, коли ти балансуєш над урвищем...</w:t>
      </w:r>
    </w:p>
    <w:p>
      <w:r>
        <w:br/>
        <w:t>Скільки в той день подолали кілометрів, знали тільки ноги набряклі... Знали тільки треконі, розтоптані на камінні гострющому... Знало тіло, набубнявіле смертельною втомою. У синцях та подряпинах...</w:t>
      </w:r>
    </w:p>
    <w:p>
      <w:r>
        <w:br/>
        <w:t>Скригитіль іще мирно посапував, а я вже ящіркою вивільнився зі спальника. Гюрзою виповз із наметика. На чотирьох!.. На чотирьох!.. Подалі од урвища.</w:t>
      </w:r>
    </w:p>
    <w:p>
      <w:r>
        <w:br/>
        <w:t>І вже там, згадавши, що я все ж гомо сапієнс, звівся на ноги.</w:t>
      </w:r>
    </w:p>
    <w:p>
      <w:r>
        <w:br/>
        <w:t>Та й застиг, та й онімів перед вічністю. Перед урочистим дійством природи.</w:t>
      </w:r>
    </w:p>
    <w:p>
      <w:r>
        <w:br/>
        <w:t>Палахкотіли сніги на шеститисячниках, світло нестримно стікало донизу, на очах танула, здавалося, навіки застигла похмурість.</w:t>
      </w:r>
    </w:p>
    <w:p>
      <w:r>
        <w:br/>
        <w:t>Я, щоб хоч трохи зігрітись (холод ще хапав добряче за спину), вирішив, поки спить Скригитіль, пройтися до отого он вигину: а раптом за ним — бічний сай. Мета нашої мандрівки виснажливої.</w:t>
      </w:r>
    </w:p>
    <w:p>
      <w:r>
        <w:br/>
        <w:t>Пішов, обережно ступаючи (зламати ногу — раз плюнути), обігнув і застиг: за десяток метрів попереду чорнів двометровий полоз.</w:t>
      </w:r>
    </w:p>
    <w:p>
      <w:r>
        <w:br/>
        <w:t>Мисливець із сталевими м'язами, що обіймає на смерть всіх істот. На людину, розповідали таджики, і то нападе не вагаючись.</w:t>
      </w:r>
    </w:p>
    <w:p>
      <w:r>
        <w:br/>
        <w:t>Я аж здригнувся від огиди, від остраху. Що передалися мені на генному рівні від далеких пращурів, які тисячі, а то й мільйон років тому потерпали від отруйного гаддя.</w:t>
      </w:r>
    </w:p>
    <w:p>
      <w:r>
        <w:br/>
        <w:t>Тож до успадкованих огиди та страху додалася ще й ненависть: вирішив убити зміюку.</w:t>
      </w:r>
    </w:p>
    <w:p>
      <w:r>
        <w:br/>
        <w:t>Тим більше що вбити його можна було запросто: полоз лежав непорушно, полоз щойно виповз із схову, де протягом жорстокої памірської ночі його люто сковував холод. Виповз, мабуть, стрічати сонце, що мало повернути його до життя...</w:t>
      </w:r>
    </w:p>
    <w:p>
      <w:r>
        <w:br/>
        <w:t>Підібрав важку камінюку, затис у правиці. І став скрадатись до полоза.</w:t>
      </w:r>
    </w:p>
    <w:p>
      <w:r>
        <w:br/>
        <w:t>Крок за кроком... крок за кроком... прикипівши зором до плескатої голови.</w:t>
      </w:r>
    </w:p>
    <w:p>
      <w:r>
        <w:br/>
        <w:t>"Цілити в голову... Тільки у голову!.." — напружено дзвеніло в мені.</w:t>
      </w:r>
    </w:p>
    <w:p>
      <w:r>
        <w:br/>
        <w:t>І коли залишилося всього кілька кроків, коли я вже звів руку, голова ворухнулася раптом, з натугою, з шурхотом стала повертати до мене...</w:t>
      </w:r>
    </w:p>
    <w:p>
      <w:r>
        <w:br/>
        <w:t>Повернулась, обезсиліло впала. Лежала, застигла,— світилися тільки очі.</w:t>
      </w:r>
    </w:p>
    <w:p>
      <w:r>
        <w:br/>
        <w:t>Прикипіла до мене поглядом живих тих очей. Вони гіпнотизували мене, пропікаючи навскрізь, вони таким німим криком волали до мене, що голос той пронизував серце: "Не вбивай!.. Не вбивай!.. Дай мені перед смертю погрітись на сонці!.."</w:t>
      </w:r>
    </w:p>
    <w:p>
      <w:r>
        <w:br/>
        <w:t>І правиця моя мимоволі здригнулась... І камінь покотився донизу...</w:t>
      </w:r>
    </w:p>
    <w:p>
      <w:r>
        <w:br/>
        <w:t>Щезнув страх, зникла огида. Я наче заново глянув на досконале тіло, що оживало під ласкавим поглядом сонця. Щось підказало мені, що я можу без остраху до нього наблизитись... навіть поруч присісти... І я наблизився, і присів, і рука моя сама собою потягнулася до його голови...</w:t>
      </w:r>
    </w:p>
    <w:p>
      <w:r>
        <w:br/>
        <w:t>Він звів голову навстріч, притулився довірливо до моєї долоні...</w:t>
      </w:r>
    </w:p>
    <w:p>
      <w:r>
        <w:br/>
        <w:t>І ми вже були не людина й змія... Не змія і людина, одвічною ворожнечею роз'єднані, двоє найдорожчих одна одній істот, взаємною любов'ю побратаних.</w:t>
      </w:r>
    </w:p>
    <w:p>
      <w:r>
        <w:br/>
        <w:t>Одинокі... Навесь світ —одинокі. На всю землю, дощенту спустошену, без жодної ознаки життя...</w:t>
      </w:r>
    </w:p>
    <w:p>
      <w:r>
        <w:br/>
        <w:t>І для кожного з нас було б найбільшою трагедією одне одного втратити.</w:t>
      </w:r>
    </w:p>
    <w:p>
      <w:r>
        <w:br/>
        <w:t>Ми, породжені сонцем, злютовані сонцем.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