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Польоти у сні й наяву, а також через Велику Китайську стіну</w:t>
      </w:r>
    </w:p>
    <w:p>
      <w:r>
        <w:br/>
        <w:t xml:space="preserve"> &lt;p&gt;Далі вони летіли осібно: попереду велосипед, створений, звісно, не для такого кульбіту, позад нього — необачний чи безталанний велосипедист, який з пернатими теж не мав нічого спільного, хоча й летів у небі. А внизу під ними через відроги й хребти велетенським драконом на чотири тисячі кілометрів тяглася найвеличніша і найзнаменитіша у світі Стіна…</w:t>
      </w:r>
    </w:p>
    <w:p>
      <w:r>
        <w:br/>
        <w:t>А все тому, що була в того ханя (самоназва китайців) ще з дитинства рожева мрія — на велосипеді перемахнути через Велику Китайську стіну (В. к. с.). Тим більше, за всю її тисячолітню історію (споруджена в 4–3 ст. до н. е.) до такого вибрику ще ніхто з його співвітчизників не додумався, хоч китайці загалом розумний і винахідливий народ. А ось він ризикнув.</w:t>
      </w:r>
    </w:p>
    <w:p>
      <w:r>
        <w:br/>
        <w:t>Як розказуватимуть згодом ті, хто знав відчайдуху-романтика, Лі й раніше літав. І досить часто. В тім числі й через Велику свою (себто китайську) стіну. Але — в далекому дитинстві. Та ще й уві сні. І той переліт через Стіну (уві сні) був таким захоплюючим, що аж дух забивало: він летить у небі, а внизу під ним через гори й долини, хребти й крутосхили тягнеться Велика китайська стіна довжиною в чотири тисячі кілометрів… І врешті-решт Лі вирішив повторити свій задум і наяву. Та й сон ясно вказував: задуманий політ відбудеться без злих пригод. І ти — в Книзі рекордів Гіннесса. Перший у світі. Не лише серед співвітчизників, а й взагалі, землян. (Чому на велосипеді? Та хоча б тому, що ханя не уявити без велосипеда. Щоправда, літати на них вони чомусь ще досі не додумались — ось той дивак і вирішив реалізувати недодумане його співплемінниками). Ще малим затято мріяв Лі про велосипед, хоч вже й тоді його мав. Але — уві сні. І уві сні на ньому літав через Стіну. А вже коли став працювати вантажником-кулі в синій робі, почав відкладати юань до юаня — на велосипед. Тяжка робота в кулі — на самому дні престижу. Але він ніколи не киснув, не комплексував — жив мрією купити велосипед і перелетіти на ньому через Стіну.</w:t>
      </w:r>
    </w:p>
    <w:p>
      <w:r>
        <w:br/>
        <w:t>Швидко чи ні, наскладав він потрібну кількість юанів, купив давно вимріяний велосипед, уві сні вже випробуваний. Для задуманого біля стіни було збудовано (тут вже спонсори допомогли) трамплін високою в 32 метри (висота знаменитої Стіни — 6,6, а ширина — близько 5, сторожових веж — 12 метрів), з довжиною в 76 метрів.</w:t>
      </w:r>
    </w:p>
    <w:p>
      <w:r>
        <w:br/>
        <w:t>І ось настав день X. Все готове для історичного перельоту через Стіну. На самій Стіні та на її ближніх вежах, як водиться, зібралися зіваки-роззяви, але були й працівники ЗМІ. Вже спалахував магній фотоапаратів, застрекотіли теле— і кінокамери.</w:t>
      </w:r>
    </w:p>
    <w:p>
      <w:r>
        <w:br/>
        <w:t>Піднявся Лі на трамплін (для такого випадку зодягнув свої єдині празникові штани та куртку), осідлав велосипед, помахав рукою на прощання — як через мить виявиться, таки й справді на прощання! — відштовхнувся ногою і… І подався здійснювати свою рожеву дитячу мрію. Доки промчав ті 76 метрів трампліна, велосипед розвинув таку швидкість, що потік встрічного повітря миттєво вирвав його з сідла і далі штурмувати В. к. с. хань полетів осібно від свого двоколісного — той попереду, а він за ним, перевертаючись у повітрі і відчайдушно розмахуючи ногами й руками. Але давно відомо: сії частини тіла ще ніколи не ставали для хомо сапієнса рятівними крилами.</w:t>
      </w:r>
    </w:p>
    <w:p>
      <w:r>
        <w:br/>
        <w:t>Задумка, щоправда, частково вдалася. Претендент на рекорд перелетів через В. к. с. — вслід за своїм велосипедом, якому й дісталася першість, але приземлився, даруйте, гепнувся з висоти в тридцять з чимось метрів об твердь земну — далеко од заздалегідь приготовленого для приземлення спецмайданчика. Політ, що уві сні незмінно закінчувався встановленням всесвітнього рекорду, наяву закінчився для ханя вельми фатально…. Тільки й устиг Лі розпачливо вигукнути, як до нього підбігли:</w:t>
      </w:r>
    </w:p>
    <w:p>
      <w:r>
        <w:br/>
        <w:t>— Стіна мене вбила!.. А я ж її стільки разів долав без пригод.</w:t>
      </w:r>
    </w:p>
    <w:p>
      <w:r>
        <w:br/>
        <w:t>Але одного разу наяву виявилося досить, щоб підвести риску під власним життям.</w:t>
      </w:r>
    </w:p>
    <w:p>
      <w:r>
        <w:br/>
        <w:t>І прошепотів губами, що миттєво хололи:</w:t>
      </w:r>
    </w:p>
    <w:p>
      <w:r>
        <w:br/>
        <w:t>— Виявляється, краще літати уві сні…</w:t>
      </w:r>
    </w:p>
    <w:p>
      <w:r>
        <w:br/>
        <w:t>А й справді. І краще, ні, безпечніше. Аніякого ризику! Адже літання уві сні характерне тим, що воно, на відміну від авіапольотів, безпечніше на всі 100 відсотків! Навіть і через Велику китайську стіну. І на будь-якому літальному і нелітальному засобах: хоч на велосипеді, хоч на мітлі, хоч на паличці чи й соняшничині, хоч і просто так — за допомогою власних рук, які уві сні, звичайно ж стають чарівними крилами. І неодмінно щасливий фінал. Бо коли під час такого польоту ситуація раптом починає виходити з-під контролю й переростати в критичну, все одно можна запросто врятуватися — миттєво, перед самим ударом об землю, проснутися. І увесь фокус. І радій собі, що то був усього лише сон. Слава Богу!</w:t>
      </w:r>
    </w:p>
    <w:p>
      <w:r>
        <w:br/>
        <w:t>Зате ж відчуття піднебесного ширяння! Такого й у літаку не спізнаєш. Навіть тепер, вже за пенсійного віку, згадуючи ті далекі дитячі польоти, захоплено думаю: неймовірне свято! Ні з чим не зрівняне! Але ж і щасливий я, що колись спізнав їх. Бо й досі відчуваю в грудях солодкий страх висоти і себе на розпростертих руках і безодню під тобою, над якою ти наче на крилах зависаєш, а не на все тих же дитячих ручках. Над безоднею — страшною і манливою. Ні, таке буває лише уві сні!</w:t>
      </w:r>
    </w:p>
    <w:p>
      <w:r>
        <w:br/>
        <w:t>У дитинстві я літав часто й охоче (щоправда, через В. к. с. не доводилось — мабуть, тому, що останньої в нашому селі чомусь не було). І літав, мабуть, чи не до двадцяти з чимось років. А потім — як відрізало! І я з сумом подумав: все! Відлітав своє! На жаль, уже виріс і руки мої тепер уже ніколи не будуть пташиними крилами, а будуть просто руками для праці, наземної.</w:t>
      </w:r>
    </w:p>
    <w:p>
      <w:r>
        <w:br/>
        <w:t>А найчастіше снилося, що я піднімаюсь на якусь гору — і здалась вона мені! — височенну й круту. Дивно, я панічно боюся висоти, а на таку крутизну над прірвою чомусь деруся, і чим вище піднімаюсь, тим страшніше і тяжкіше. Кожна клітина тіла горить, задихається, ноги-руки тремтять та німіють — ногам ні об що обіпертися, рукам ні за що вгорі вхопитися і я вже між небом і землею переляканим вужиком тиснуся до прямовисної скелі. А ліворуч і праворуч мене, і піді мною світла безоднява. І вгору вже немає змоги дертися і назад спускатися ще страшніше й небезпечніше.</w:t>
      </w:r>
    </w:p>
    <w:p>
      <w:r>
        <w:br/>
        <w:t>І ось невмолимо настає та мить, коли ноги мої сковзаються, занімілі пальці рук вже не згинаються і я, зірвавшись, падаю. У провалля. Все! Кінець!</w:t>
      </w:r>
    </w:p>
    <w:p>
      <w:r>
        <w:br/>
        <w:t>Внизу — далеко-далеко, як в іншому, більш щасливому світі, куди я стрімголов падаю — широка долина, повна світла і зеленого братства рослин. Петляє голуба річечка з жовтими берегами й зажуреними купками верб, на луках пасуться череди корів, вдалині мріє село в тополях… І я, притом шугаючи вниз у розпачі — потопаючий хапається і за соломину — розкидаю руки і… І раптом відчуваю, що вже не каменюкою шугаю, а птахом ширяю в піднебессі. І в перелякане личко моє б’є туге повітря, радість вільного лету забиває мені дух, розпирає груди і я, задихаючись від захоплення, кричу:</w:t>
      </w:r>
    </w:p>
    <w:p>
      <w:r>
        <w:br/>
        <w:t>— Лечу-у-у-у!!!</w:t>
      </w:r>
    </w:p>
    <w:p>
      <w:r>
        <w:br/>
        <w:t>А сам думаю: "Ой, треба пошвидше прокидатися, бо ще розіб’юся, а завтра ж у школу… Все ж таки я не птах і замість крил у мене всього лише руки… А раптом везіння скінчиться?.."</w:t>
      </w:r>
    </w:p>
    <w:p>
      <w:r>
        <w:br/>
        <w:t>І прокидаюся. З криком на губах.</w:t>
      </w:r>
    </w:p>
    <w:p>
      <w:r>
        <w:br/>
        <w:t>У теплій постелі. Схоплююсь збуджений, захеканий і зляканий, як наче б за мною оце сто вовків гналося!</w:t>
      </w:r>
    </w:p>
    <w:p>
      <w:r>
        <w:br/>
        <w:t>— Чого це ти серед глупої ночі телесуєшся, Валько? — сполошено питає бабуся і пучками складених пальців осіняє мене дрібними хрестиками. — Свят, свят…</w:t>
      </w:r>
    </w:p>
    <w:p>
      <w:r>
        <w:br/>
        <w:t>— З гори падав у прірву…</w:t>
      </w:r>
    </w:p>
    <w:p>
      <w:r>
        <w:br/>
        <w:t>— Ой, Божечку ж! Ой лишенько ж! — сплескує бабуся сухенькими, геть виробленими ручками. — Так чого доброго і вбитися можна. Га? Якої трясці ти на ту гору поперся?</w:t>
      </w:r>
    </w:p>
    <w:p>
      <w:r>
        <w:br/>
        <w:t>— Якби ж я знав…</w:t>
      </w:r>
    </w:p>
    <w:p>
      <w:r>
        <w:br/>
        <w:t>— Гаразд, спи, розбиратися будемо, як Боже світло настане.</w:t>
      </w:r>
    </w:p>
    <w:p>
      <w:r>
        <w:br/>
        <w:t>Вранці бабуся й справді влаштовує розбір моїх нічних польотів.</w:t>
      </w:r>
    </w:p>
    <w:p>
      <w:r>
        <w:br/>
        <w:t>— Якщо літаєш уві сні, дитино моя, се добре. Се ти ростеш, мій рідний. Тож і рости великий. — І неодмінно додає: — Але виростаючи, не забудь, дитино моя, що й ума набиратися. Кажуть, як виростеш — знадобиться. Щоб бува у житті не поперся на яку дурну гору!</w:t>
      </w:r>
    </w:p>
    <w:p>
      <w:r>
        <w:br/>
        <w:t>Звідтоді я стараюся дотримуватися слушного бабусиного заповіту і, здається, хоч якогось розуму я таки набрався. Принаймні на дурну гору, од якої мене колись застерігала бабуся, я вже не пруся. А Великої китайської стіни, слава тобі Господи, у нас немає.</w:t>
      </w:r>
    </w:p>
    <w:p>
      <w:r>
        <w:br/>
        <w:t>… Тож далі вони вже летіли осібно: попереду велосипед, створений, звісно, не для такого кульбіту, позад нього необачний велосипедист, який з пернатими нічого спільного не мав, хоча й летів… А внизу, через гори й долини, крутосхили й урвища, через відроги й хребти тяглася на чотири тисячі кілометрів Велика китайська стіна. Та через яку так хотілося перелетіти тому симпатичному ханю Лі, який жив не стільки в Китаї, батьківщині своїй, як у Країні Свого Дитинства, а вона ж всюди однаковісінька — у всі часи, у всіх народів.</w:t>
      </w:r>
    </w:p>
    <w:p>
      <w:r>
        <w:br/>
        <w:t>Ні, щоб ви там не казали, а таки справді краще літати уві сні, коли ти можеш у будь-яку критичну мить своєчасно проснутися. І послухати мудру пораду бабусі на розборі польотів щодо дурної гори…</w:t>
      </w:r>
    </w:p>
    <w:p>
      <w:r>
        <w:br/>
        <w:t>І все ж… Незвичайніших і солодко-страшніших польотів ніде більше, як у вічній Країні Дитинства немає… І хай тобі вже носять пенсію додому, хай ти кахикаєш і скаржишся на болячки, але в душі тобі все ще стільки, як було тоді, коли ти літав… І — Господи ти Боже мій! — як же хочеться ще літати. Поки живеш! Й іноді я таки ширяю — над безоднею широкої зеленої долини голубою річечкою на дні, з жовтими піщаними берегами, купами верб і чередами корів… Літаю попри пенсійний вік. А втім, для польотів уві сні в Країну Дитинства вік не грає аніякої ролі. Там всі одинакові — без віку. А тому вічні.</w:t>
      </w:r>
    </w:p>
    <w:p>
      <w:r>
        <w:br/>
        <w:t>Там, літаючи уві сні, я й ханя зустрів, який хотів підкорити В. к. с. на велосипеді.</w:t>
      </w:r>
    </w:p>
    <w:p>
      <w:r>
        <w:br/>
        <w:t>— Як ти? — питаю. — Все літаєш?</w:t>
      </w:r>
    </w:p>
    <w:p>
      <w:r>
        <w:br/>
        <w:t>А сам подумав: так він же не знає моєї мови, а я його.</w:t>
      </w:r>
    </w:p>
    <w:p>
      <w:r>
        <w:br/>
        <w:t>Але уві сні свої закони і там один одного всі чудово розуміють, хоч вони й діти різних національностей.</w:t>
      </w:r>
    </w:p>
    <w:p>
      <w:r>
        <w:br/>
        <w:t>— Літаю, — відповів він, посміхаючись так, як посміхаються лише китайці — ввічливо і в той же час трохи церемонно.</w:t>
      </w:r>
    </w:p>
    <w:p>
      <w:r>
        <w:br/>
        <w:t>— І через Стіну?</w:t>
      </w:r>
    </w:p>
    <w:p>
      <w:r>
        <w:br/>
        <w:t>— І через Стіну, — одказує. — Солодко і страшно літати…</w:t>
      </w:r>
    </w:p>
    <w:p>
      <w:r>
        <w:br/>
        <w:t>І подивувався, чому це, мовляв, про його польоти на велосипеді через В. к. с. досі немає жодного рядка в Книзі рекордів Гіннесса?</w:t>
      </w:r>
    </w:p>
    <w:p>
      <w:r>
        <w:br/>
        <w:t>А тому, подумав я (вголос нічого не сказав, щоб його не засмучувати), що Книга Гіннессів чомусь не реєструє польоти уві сні.</w:t>
      </w:r>
    </w:p>
    <w:p>
      <w:r>
        <w:br/>
        <w:t>Який жаль! Які польоти досі залишаються невідомими людству! Яких літунів воно втрачає. А без них так нудно жити в світі білому, панове-товариство!</w:t>
      </w:r>
    </w:p>
    <w:p>
      <w:r>
        <w:br/>
        <w:t>Він помахав на прощання рукою і легко та красиво полетів на своєму велосипеді. І я ще, пригадую, подивувався: даж не розбився Лі, хто вам про те сказав? Он він, подивіться, подивіться, птахом летить на велосипеді.</w:t>
      </w:r>
    </w:p>
    <w:p>
      <w:r>
        <w:br/>
        <w:t>Над Великою, над Стіною…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Польоти у сні й наяву, а також через Велику Китайську стіну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