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Політ Пегаса</w:t>
      </w:r>
    </w:p>
    <w:p>
      <w:r>
        <w:br/>
        <w:t xml:space="preserve"> Летить Пегас крізь снігопади,&lt;br /&gt;</w:t>
        <w:br/>
        <w:t>Крізь буревії, бо ж зима!&lt;br /&gt;</w:t>
        <w:br/>
        <w:t>І я лечу! І в цім відраду&lt;br /&gt;</w:t>
        <w:br/>
        <w:t>Знаходжу серцем недарма.&lt;br /&gt;</w:t>
        <w:br/>
        <w:t>Ось бачу світ весь з високості,&lt;br /&gt;</w:t>
        <w:br/>
        <w:t>Шукаю необхідних слів,&lt;br /&gt;</w:t>
        <w:br/>
        <w:t>Щоб вірші написать не прості,&lt;br /&gt;</w:t>
        <w:br/>
        <w:t>А з поетичних вічних снів!&lt;br /&gt;</w:t>
        <w:br/>
        <w:t>Ми летимо! Пегаса крила&lt;br /&gt;</w:t>
        <w:br/>
        <w:t>Такі надійні неспроста –&lt;br /&gt;</w:t>
        <w:br/>
        <w:t>В поезії велика сила,&lt;br /&gt;</w:t>
        <w:br/>
        <w:t>Їй необхідна висота!&lt;br /&gt;</w:t>
        <w:br/>
        <w:t>Щоб світ ураз окинуть оком,&lt;br /&gt;</w:t>
        <w:br/>
        <w:t>До всього серцем прикипіть,&lt;br /&gt;</w:t>
        <w:br/>
        <w:t>Не оминути ненароком&lt;br /&gt;</w:t>
        <w:br/>
        <w:t>Шляхів розвихрених століть.&lt;br /&gt;</w:t>
        <w:br/>
        <w:t>Там, де Пегас літав щоднини,&lt;br /&gt;</w:t>
        <w:br/>
        <w:t>Здіймався в неба височінь,&lt;br /&gt;</w:t>
        <w:br/>
        <w:t>Віки минали, як хвилини!&lt;br /&gt;</w:t>
        <w:br/>
        <w:t>На них крилата світла тінь.&lt;br /&gt;</w:t>
        <w:br/>
        <w:t>А ми читаємо Петрарку,&lt;br /&gt;</w:t>
        <w:br/>
        <w:t>Шевченка вічний "Заповіт".&lt;br /&gt;</w:t>
        <w:br/>
        <w:t>Поезія безперестанку&lt;br /&gt;</w:t>
        <w:br/>
        <w:t>Чарує словом цілий світ!&lt;br /&gt;</w:t>
        <w:br/>
        <w:t>У ній велична таємниця,&lt;br /&gt;</w:t>
        <w:br/>
        <w:t>Яку всі прагнуть розгадать.&lt;br /&gt;</w:t>
        <w:br/>
        <w:t>Вона неначе віща птиця!&lt;br /&gt;</w:t>
        <w:br/>
        <w:t>Над нею неба благодать!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Політ Пегаса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