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Полетів би я на Україну</w:t>
      </w:r>
    </w:p>
    <w:p>
      <w:r>
        <w:br/>
        <w:t xml:space="preserve"> ПОЛЕТІВ БИ Я&lt;br /&gt;</w:t>
        <w:br/>
        <w:t>НА УКРАЇНУ</w:t>
      </w:r>
    </w:p>
    <w:p>
      <w:r>
        <w:br/>
        <w:t>Полетів би я на Україну&lt;br /&gt;</w:t>
        <w:br/>
        <w:t>не конем, а бистрим самоходом,&lt;br /&gt;</w:t>
        <w:br/>
        <w:t>щоб натішитись своїм народом,&lt;br /&gt;</w:t>
        <w:br/>
        <w:t>щоб поглянути на ту країну,&lt;br /&gt;</w:t>
        <w:br/>
        <w:t>що так довго у неволі&lt;br /&gt;</w:t>
        <w:br/>
        <w:t>дожидала щастя й долі&lt;br /&gt;</w:t>
        <w:br/>
        <w:t>і діждалася спасения,&lt;br /&gt;</w:t>
        <w:br/>
        <w:t>свого воскресения.</w:t>
      </w:r>
    </w:p>
    <w:p>
      <w:r>
        <w:br/>
        <w:t>Не пропустять чати самохода&lt;br /&gt;</w:t>
        <w:br/>
        <w:t>напоперек вченої Європи,&lt;br /&gt;</w:t>
        <w:br/>
        <w:t>скрізь плоти із дроту, і опоки,&lt;br /&gt;</w:t>
        <w:br/>
        <w:t>і жива з вояків загорода,—&lt;br /&gt;</w:t>
        <w:br/>
        <w:t>смерть пильнує всі поля й дороги,&lt;br /&gt;</w:t>
        <w:br/>
        <w:t>всюди повно смутку і тривоги...</w:t>
      </w:r>
    </w:p>
    <w:p>
      <w:r>
        <w:br/>
        <w:t>Сів би я на самолет крилатий&lt;br /&gt;</w:t>
        <w:br/>
        <w:t>і злетів би ген понад Карпати,&lt;br /&gt;</w:t>
        <w:br/>
        <w:t>як орел, буяв би у просторах&lt;br /&gt;</w:t>
        <w:br/>
        <w:t>і осів би на дніпрових горах&lt;br /&gt;</w:t>
        <w:br/>
        <w:t>між своїми, у старій столиці:</w:t>
      </w:r>
    </w:p>
    <w:p>
      <w:r>
        <w:br/>
        <w:t>"Ах, здорові, браття і сестриції&lt;br /&gt;</w:t>
        <w:br/>
        <w:t>Не гадав я і не сподівався,&lt;br /&gt;</w:t>
        <w:br/>
        <w:t>щоб такого свята дочекався..."</w:t>
      </w:r>
    </w:p>
    <w:p>
      <w:r>
        <w:br/>
        <w:t>Не дадуть!</w:t>
      </w:r>
    </w:p>
    <w:p>
      <w:r>
        <w:br/>
        <w:t>І там, під небом, зловлять,&lt;br /&gt;</w:t>
        <w:br/>
        <w:t>самолети наздогін затровлять,&lt;br /&gt;</w:t>
        <w:br/>
        <w:t>із землі гарматами підстрілять,&lt;br /&gt;</w:t>
        <w:br/>
        <w:t>із повітря кулями поцілять,&lt;br /&gt;</w:t>
        <w:br/>
        <w:t>і, як пташка, що летіла в вирій,&lt;br /&gt;</w:t>
        <w:br/>
        <w:t>за мою любов і намір щирий,&lt;br /&gt;</w:t>
        <w:br/>
        <w:t>поранений, впаду в долину&lt;br /&gt;</w:t>
        <w:br/>
        <w:t>і загину...</w:t>
      </w:r>
    </w:p>
    <w:p>
      <w:r>
        <w:br/>
        <w:t>Маю в полі іскрові станиці,—&lt;br /&gt;</w:t>
        <w:br/>
        <w:t>ні чим пташка, ні чим вітер скори&lt;br /&gt;</w:t>
        <w:br/>
        <w:t>понесли би вістку поза гори,&lt;br /&gt;</w:t>
        <w:br/>
        <w:t>за окопи, поза всі границі,&lt;br /&gt;</w:t>
        <w:br/>
        <w:t>і за хвильку мали би вже браття&lt;br /&gt;</w:t>
        <w:br/>
        <w:t>мій привіт із Закарпаття.</w:t>
      </w:r>
    </w:p>
    <w:p>
      <w:r>
        <w:br/>
        <w:t>Як же радо я б до них промовив&lt;br /&gt;</w:t>
        <w:br/>
        <w:t>і з великим святом поздоровив:&lt;br /&gt;</w:t>
        <w:br/>
        <w:t>"Помагай вам боже, земляченьки,&lt;br /&gt;</w:t>
        <w:br/>
        <w:t>у тяжких трудах для неньки,&lt;br /&gt;</w:t>
        <w:br/>
        <w:t>щоб до решти скинули кайдани,&lt;br /&gt;</w:t>
        <w:br/>
        <w:t>прогонили ворогів із дому&lt;br /&gt;</w:t>
        <w:br/>
        <w:t>і як вольні в світі громадяни&lt;br /&gt;</w:t>
        <w:br/>
        <w:t>раз зажили по-свойому".</w:t>
      </w:r>
    </w:p>
    <w:p>
      <w:r>
        <w:br/>
        <w:t>Годі! Всі станиці приготовлять,&lt;br /&gt;</w:t>
        <w:br/>
        <w:t>невидимого посланця зловлять,&lt;br /&gt;</w:t>
        <w:br/>
        <w:t>ще й мене, як зрадника, осудять&lt;br /&gt;</w:t>
        <w:br/>
        <w:t>та за щирість до братів огудять:</w:t>
      </w:r>
    </w:p>
    <w:p>
      <w:r>
        <w:br/>
        <w:t>"От найшов собі кого любити.&lt;br /&gt;</w:t>
        <w:br/>
        <w:t>Се наш ворог. Помагай нам бити".&lt;br /&gt;</w:t>
        <w:br/>
        <w:t>І нема мені потіхи, ні поради&lt;br /&gt;</w:t>
        <w:br/>
        <w:t>за Карпатами в чужині,&lt;br /&gt;</w:t>
        <w:br/>
        <w:t>без своєї щирої громади —&lt;br /&gt;</w:t>
        <w:br/>
        <w:t>наче на пустині.</w:t>
      </w:r>
    </w:p>
    <w:p>
      <w:r>
        <w:br/>
        <w:t>Тільки втіхи, що і ворог лютий&lt;br /&gt;</w:t>
        <w:br/>
        <w:t>не підслухає і не підгляне,&lt;br /&gt;</w:t>
        <w:br/>
        <w:t>як нетяга, на війні забутий,&lt;br /&gt;</w:t>
        <w:br/>
        <w:t>десь над Тисою у лузі стане&lt;br /&gt;</w:t>
        <w:br/>
        <w:t>і летить думками на свободу&lt;br /&gt;</w:t>
        <w:br/>
        <w:t>до воскреслого народу:&lt;br /&gt;</w:t>
        <w:br/>
        <w:t>"Полетіть, мої думки крилаті,&lt;br /&gt;</w:t>
        <w:br/>
        <w:t>поза гори наші за Карпати.</w:t>
      </w:r>
    </w:p>
    <w:p>
      <w:r>
        <w:br/>
        <w:t>Розстеліться цвітом за кордоном,&lt;br /&gt;</w:t>
        <w:br/>
        <w:t>поклоніться всім низьким поклоном,&lt;br /&gt;</w:t>
        <w:br/>
        <w:t>розкажіть, як ми вмивались кров'ю,&lt;br /&gt;</w:t>
        <w:br/>
        <w:t>як горіли до братів любов'ю,&lt;br /&gt;</w:t>
        <w:br/>
        <w:t>що її не спинять ні кордони,&lt;br /&gt;</w:t>
        <w:br/>
        <w:t>ні прокльони, ні всі заборони,&lt;br /&gt;</w:t>
        <w:br/>
        <w:t>що її не можуть побороти&lt;br /&gt;</w:t>
        <w:br/>
        <w:t>ні окопи, ні колючі дроти,&lt;br /&gt;</w:t>
        <w:br/>
        <w:t>що її не вб'ють і всі гармати,&lt;br /&gt;</w:t>
        <w:br/>
        <w:t>бо нам всім одна лиш рідна мати —&lt;br /&gt;</w:t>
        <w:br/>
        <w:t>Україна!"</w:t>
      </w:r>
    </w:p>
    <w:p>
      <w:r>
        <w:br/>
        <w:t>22 серпня 1917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Полетів би я на Україну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