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Поклич мене, люове</w:t>
      </w:r>
    </w:p>
    <w:p>
      <w:r>
        <w:br/>
        <w:t xml:space="preserve"> Поклич мене, любове, на межі&lt;br /&gt;</w:t>
        <w:br/>
        <w:t>Мого життя іще раз за собою,&lt;br /&gt;</w:t>
        <w:br/>
        <w:t>Нехай душа в крутому віражі&lt;br /&gt;</w:t>
        <w:br/>
        <w:t>Зайдеться неспокійною жагою.</w:t>
      </w:r>
    </w:p>
    <w:p>
      <w:r>
        <w:br/>
        <w:t>Я знаю, ще ніхто не спив до дна&lt;br /&gt;</w:t>
        <w:br/>
        <w:t>Той келих твій, що піниться нектаром.&lt;br /&gt;</w:t>
        <w:br/>
        <w:t>І ти одна, лишень-бо ти одна&lt;br /&gt;</w:t>
        <w:br/>
        <w:t>Цариця світу у п'янких примарах.</w:t>
      </w:r>
    </w:p>
    <w:p>
      <w:r>
        <w:br/>
        <w:t>Ти налітаєш, наче буревій,&lt;br /&gt;</w:t>
        <w:br/>
        <w:t>Як заклинання грізного пророка.&lt;br /&gt;</w:t>
        <w:br/>
        <w:t>Безсмертна ти і вічний образ твій&lt;br /&gt;</w:t>
        <w:br/>
        <w:t>У плині часу і безмежжі років.</w:t>
      </w:r>
    </w:p>
    <w:p>
      <w:r>
        <w:br/>
        <w:t>Поклич мене, любове, до снаги,&lt;br /&gt;</w:t>
        <w:br/>
        <w:t>Дай в полум'ї очиститись твоєму!&lt;br /&gt;</w:t>
        <w:br/>
        <w:t>Змете з душі тривоги і сніги,&lt;br /&gt;</w:t>
        <w:br/>
        <w:t>Переспівай печалі на поеми.</w:t>
      </w:r>
    </w:p>
    <w:p>
      <w:r>
        <w:br/>
        <w:t>Позич озону хоч один ковток,&lt;br /&gt;</w:t>
        <w:br/>
        <w:t>І я тоді в крилатому бажанні&lt;br /&gt;</w:t>
        <w:br/>
        <w:t>Ще раз злечу до золотих зірок&lt;br /&gt;</w:t>
        <w:br/>
        <w:t>Й сузір'я Діви принесу коханій.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Поклич мене, люове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