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ніч промине у краплях...</w:t>
      </w:r>
    </w:p>
    <w:p>
      <w:r>
        <w:br/>
        <w:t xml:space="preserve"> Поки ніч промине у краплях,&lt;br /&gt;</w:t>
        <w:br/>
        <w:t>ти до ранку забудеш мене.&lt;br /&gt;</w:t>
        <w:br/>
        <w:t>Але довго потому в часі&lt;br /&gt;</w:t>
        <w:br/>
        <w:t>дощ на шибах листи писатиме.&lt;br /&gt;</w:t>
        <w:br/>
        <w:t>Всі сліди на площі змиє...&lt;br /&gt;</w:t>
        <w:br/>
        <w:t>Вітер арку захоче знести,&lt;br /&gt;</w:t>
        <w:br/>
        <w:t>щоб ні слова з моєї мрії&lt;br /&gt;</w:t>
        <w:br/>
        <w:t>не зуміла ніде ти знайти.&lt;br /&gt;</w:t>
        <w:br/>
        <w:t>Але довго потому знатимеш,&lt;br /&gt;</w:t>
        <w:br/>
        <w:t>як печалюсь і як сміюся.&lt;br /&gt;</w:t>
        <w:br/>
        <w:t>Це тобі вибухаючі пульси&lt;br /&gt;</w:t>
        <w:br/>
        <w:t>я лишаю на вулицях пам'яті.&lt;br /&gt;</w:t>
        <w:br/>
        <w:t>Це в твоїх коридорах днів&lt;br /&gt;</w:t>
        <w:br/>
        <w:t>мої луни ще довго падатимуть.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ніч промине у краплях...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