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 віршам</w:t>
      </w:r>
    </w:p>
    <w:p>
      <w:r>
        <w:br/>
        <w:t xml:space="preserve"> Що вірш? Ума дзвінкоголоса птиця.&lt;br /&gt;</w:t>
        <w:br/>
        <w:t>Що вірш? Нетлінного добра скарбниця.</w:t>
      </w:r>
    </w:p>
    <w:p>
      <w:r>
        <w:br/>
        <w:t>По-різному ту пташку ми цінуєм&lt;br /&gt;</w:t>
        <w:br/>
        <w:t>В залежності від того, звідки чуєм.</w:t>
      </w:r>
    </w:p>
    <w:p>
      <w:r>
        <w:br/>
        <w:t>Коли з веселого почуєм саду,&lt;br /&gt;</w:t>
        <w:br/>
        <w:t>Вона дарує нам саму відраду.</w:t>
      </w:r>
    </w:p>
    <w:p>
      <w:r>
        <w:br/>
        <w:t>Коли ж із вогнища жадоби й хоті,&lt;br /&gt;</w:t>
        <w:br/>
        <w:t>Від неї тільки дим гірчить у роті.</w:t>
      </w:r>
    </w:p>
    <w:p>
      <w:r>
        <w:br/>
        <w:t>Бувають відчуття тоді найгірші,&lt;br /&gt;</w:t>
        <w:br/>
        <w:t>Коли корисливість бринить у вірші.</w:t>
      </w:r>
    </w:p>
    <w:p>
      <w:r>
        <w:br/>
        <w:t>Коли ж із думкою зрідниться мова,&lt;br /&gt;</w:t>
        <w:br/>
        <w:t>Коли міцна й легка її основа,</w:t>
      </w:r>
    </w:p>
    <w:p>
      <w:r>
        <w:br/>
        <w:t>Вона засяє, як нова планета,&lt;br /&gt;</w:t>
        <w:br/>
        <w:t>Й запам'ятає світ ім'я поета.</w:t>
      </w:r>
    </w:p>
    <w:p>
      <w:r>
        <w:br/>
        <w:t>Коли ж у віршеві самі темноти,&lt;br /&gt;</w:t>
        <w:br/>
        <w:t>Нікчемний зміст і залегкі звороти,</w:t>
      </w:r>
    </w:p>
    <w:p>
      <w:r>
        <w:br/>
        <w:t>Йому крізь вуса вгору не пробиться —&lt;br /&gt;</w:t>
        <w:br/>
        <w:t>I весь той скарб у бороді лишиться.</w:t>
      </w:r>
    </w:p>
    <w:p>
      <w:r>
        <w:br/>
        <w:t>Хай буде вірш як прозірна криниця,&lt;br /&gt;</w:t>
        <w:br/>
        <w:t>Що перлами коштовними іскриться,</w:t>
      </w:r>
    </w:p>
    <w:p>
      <w:r>
        <w:br/>
        <w:t>I де вода добра свого не криє,&lt;br /&gt;</w:t>
        <w:br/>
        <w:t>А до осяйності невтомно миє.</w:t>
      </w:r>
    </w:p>
    <w:p>
      <w:r>
        <w:br/>
        <w:t>Нехай не буде він як та ковбаня,&lt;br /&gt;</w:t>
        <w:br/>
        <w:t>Що в неяснім глибу своє надбання</w:t>
      </w:r>
    </w:p>
    <w:p>
      <w:r>
        <w:br/>
        <w:t>Ревниво від твого ховає ока,&lt;br /&gt;</w:t>
        <w:br/>
        <w:t>Нікому не потрібна, хоч глибока.</w:t>
      </w:r>
    </w:p>
    <w:p>
      <w:r>
        <w:br/>
        <w:t>Там слово темне й думка там убога,&lt;br /&gt;</w:t>
        <w:br/>
        <w:t>Й від слів до думки завузька дорога.</w:t>
      </w:r>
    </w:p>
    <w:p>
      <w:r>
        <w:br/>
        <w:t>Читцеві добре треба попітніти,&lt;br /&gt;</w:t>
        <w:br/>
        <w:t>Щоб значення нарешті зрозуміти.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 віршам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