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Похорон</w:t>
      </w:r>
    </w:p>
    <w:p>
      <w:r>
        <w:br/>
        <w:t xml:space="preserve"> Лєґенда про великого грішника, що навертаєть ся на праведний шлях візиєю свойого власного похорону, стрічаєть ся часто в житиях сьвятих, та пришпилила ся в Іспанії до оповідань про грішне житє Дон Жуана де Теноріо. Може закинуть менї, що я позбавив сю лєґенду аскетично-релїґійних мотивів і перенїс її на чисто сьвітський ґрунт, — але й се в значній мірі зроблено вже в оповіданю про Дон Жуана. На сїй старій основі я спробував виткати нові взірцї. Наш час великих клясових і національних антаґонїзмів має значно відмінне понятє про великого грішника, нїж час Филипа II. і Торквемади. В тім однїм пунктї я позволив собі троха змодернїзувати стару лєґенду, лишаючи зрештою її основу незмінену з усїми її аллєґориями і симболями. Може стріне мене закид, що все тут занадто темне і немотівоване. Щож, такий закид буде по троха і оправданий, та я думаю, що вглубивши ся троха і прочитавши поему другий раз, кождий побачить, що вона не так то дуже й темна. З рештою кому нелюбо, нехай і не читає.</w:t>
      </w:r>
    </w:p>
    <w:p>
      <w:r>
        <w:br/>
        <w:t>І.</w:t>
      </w:r>
    </w:p>
    <w:p>
      <w:r>
        <w:br/>
        <w:t>Велика заля сьвітлом вся залита.&lt;br /&gt;</w:t>
        <w:br/>
        <w:t>Горять лямпи й рясниї жірандолї,&lt;br /&gt;</w:t>
        <w:br/>
        <w:t>І повінь іскор наче стежка бита</w:t>
      </w:r>
    </w:p>
    <w:p>
      <w:r>
        <w:br/>
        <w:t>У зеркалах великих ллєть ся долї.&lt;br /&gt;</w:t>
        <w:br/>
        <w:t>Там на ґалєриї музика грає,&lt;br /&gt;</w:t>
        <w:br/>
        <w:t>Гримить, то плаче, мов дитина в полї.</w:t>
      </w:r>
    </w:p>
    <w:p>
      <w:r>
        <w:br/>
        <w:t>По серед залї стіл довжезний сяє&lt;br /&gt;</w:t>
        <w:br/>
        <w:t>Від срібла, скла й точеного кришталю,&lt;br /&gt;</w:t>
        <w:br/>
        <w:t>І довгий ряд букетів розділяє</w:t>
      </w:r>
    </w:p>
    <w:p>
      <w:r>
        <w:br/>
        <w:t>Мов скиба зі смараґдів і коралю&lt;br /&gt;</w:t>
        <w:br/>
        <w:t>В подовж його снїжисто-біле поле.&lt;br /&gt;</w:t>
        <w:br/>
        <w:t>Вельможне панство заповнило залю:</w:t>
      </w:r>
    </w:p>
    <w:p>
      <w:r>
        <w:br/>
        <w:t>Блиск туалет аж слїпить око кволе;&lt;br /&gt;</w:t>
        <w:br/>
        <w:t>Горять алмази, чути шелест шовку,&lt;br /&gt;</w:t>
        <w:br/>
        <w:t>А блиск очей красунь аж серце коле.</w:t>
      </w:r>
    </w:p>
    <w:p>
      <w:r>
        <w:br/>
        <w:t>Мов пяний зір блукає: тут головку&lt;br /&gt;</w:t>
        <w:br/>
        <w:t>Чудову схопить, там лице марсове,&lt;br /&gt;</w:t>
        <w:br/>
        <w:t>Там снїжно-білу шийку. Без умовку</w:t>
      </w:r>
    </w:p>
    <w:p>
      <w:r>
        <w:br/>
        <w:t>Розмова ллєть ся, клекотить чудове&lt;br /&gt;</w:t>
        <w:br/>
        <w:t>Гудїнє, де сотки шумних привитань,&lt;br /&gt;</w:t>
        <w:br/>
        <w:t>Солодкі шепти, срібний сьміх, перлове</w:t>
      </w:r>
    </w:p>
    <w:p>
      <w:r>
        <w:br/>
        <w:t>Признанє, град уриваних запитань&lt;br /&gt;</w:t>
        <w:br/>
        <w:t>Мішаєть ся, витворює вражінє&lt;br /&gt;</w:t>
        <w:br/>
        <w:t>Живої маси, де з турбот і скитань</w:t>
      </w:r>
    </w:p>
    <w:p>
      <w:r>
        <w:br/>
        <w:t>Втишаєть ся душа, щеза сумлїнє,&lt;br /&gt;</w:t>
        <w:br/>
        <w:t>Все одиничне тає, пропадає,&lt;br /&gt;</w:t>
        <w:br/>
        <w:t>Жиє лиш тлум, гуртове сотворінє.</w:t>
      </w:r>
    </w:p>
    <w:p>
      <w:r>
        <w:br/>
        <w:t>Ось панство звільна при столї сїдає.&lt;br /&gt;</w:t>
        <w:br/>
        <w:t>Довжезний ряд — по черзї, чорні фраки&lt;br /&gt;</w:t>
        <w:br/>
        <w:t>Й цьвітисті строї. Тихо доглядає</w:t>
      </w:r>
    </w:p>
    <w:p>
      <w:r>
        <w:br/>
        <w:t>Порядку служба; думав би, що таки&lt;br /&gt;</w:t>
        <w:br/>
        <w:t>Сам з себе кождий там сїв, де належить&lt;br /&gt;</w:t>
        <w:br/>
        <w:t>За честь, лїта й службовиї відзнаки.</w:t>
      </w:r>
    </w:p>
    <w:p>
      <w:r>
        <w:br/>
        <w:t>Почав ся бенкет. Шумно! Не бентежить&lt;br /&gt;</w:t>
        <w:br/>
        <w:t>Нїкого з тих шести соток ізбранних&lt;br /&gt;</w:t>
        <w:br/>
        <w:t>Нїяке горе, шляху їх не стежить</w:t>
      </w:r>
    </w:p>
    <w:p>
      <w:r>
        <w:br/>
        <w:t>Нїякий ворог, в ясних блисках ранних,&lt;br /&gt;</w:t>
        <w:br/>
        <w:t>У пурпуровім сяйві перед ними&lt;br /&gt;</w:t>
        <w:br/>
        <w:t>Весь сьвіт. Нема убогих, безталанних!</w:t>
      </w:r>
    </w:p>
    <w:p>
      <w:r>
        <w:br/>
        <w:t>Так дзвінко ті сьміють ся херувими&lt;br /&gt;</w:t>
        <w:br/>
        <w:t>У модних сукнях! Щиро так жартують&lt;br /&gt;</w:t>
        <w:br/>
        <w:t>Пани створіня! Мов солодкі рими</w:t>
      </w:r>
    </w:p>
    <w:p>
      <w:r>
        <w:br/>
        <w:t>Складають ся в гармонїю, римують&lt;br /&gt;</w:t>
        <w:br/>
        <w:t>Розмови й брязкіт срібної посуди&lt;br /&gt;</w:t>
        <w:br/>
        <w:t>І колїр вин, що в келїхах шумують.</w:t>
      </w:r>
    </w:p>
    <w:p>
      <w:r>
        <w:br/>
        <w:t>Свобода тут підносить кожді груди,&lt;br /&gt;</w:t>
        <w:br/>
        <w:t>І радістю палають кожді очи,&lt;br /&gt;</w:t>
        <w:br/>
        <w:t>І гордощами, що минули труди,</w:t>
      </w:r>
    </w:p>
    <w:p>
      <w:r>
        <w:br/>
        <w:t>Що день настав після страшної ночи!&lt;br /&gt;</w:t>
        <w:br/>
        <w:t>Здобута величезная побіда,&lt;br /&gt;</w:t>
        <w:br/>
        <w:t>Не зможе вже піднятись і не схоче</w:t>
      </w:r>
    </w:p>
    <w:p>
      <w:r>
        <w:br/>
        <w:t>Грізна рука розбитого сусїда.</w:t>
      </w:r>
    </w:p>
    <w:p>
      <w:r>
        <w:br/>
        <w:t>ІІ.</w:t>
      </w:r>
    </w:p>
    <w:p>
      <w:r>
        <w:br/>
        <w:t>І я сидїв на бенкеті між ними,&lt;br /&gt;</w:t>
        <w:br/>
        <w:t>Та не було в мойому серцї тону&lt;br /&gt;</w:t>
        <w:br/>
        <w:t>Веселости й свободи нї краплини.</w:t>
      </w:r>
    </w:p>
    <w:p>
      <w:r>
        <w:br/>
        <w:t>Мов Юда той серед синедріону,&lt;br /&gt;</w:t>
        <w:br/>
        <w:t>Котрому він Христа продав на муки,&lt;br /&gt;</w:t>
        <w:br/>
        <w:t>Так я сидїв на бенкетї отсьому.</w:t>
      </w:r>
    </w:p>
    <w:p>
      <w:r>
        <w:br/>
        <w:t>І я всьміхаючись стискав ті руки&lt;br /&gt;</w:t>
        <w:br/>
        <w:t>Що-йно з крови братів моїх обмиті,&lt;br /&gt;</w:t>
        <w:br/>
        <w:t>І ссали грудь мою їдкі гадюки.</w:t>
      </w:r>
    </w:p>
    <w:p>
      <w:r>
        <w:br/>
        <w:t>Блискучі дами, радощами ситі,&lt;br /&gt;</w:t>
        <w:br/>
        <w:t>Глядїли то цїкаво, то згірдливо&lt;br /&gt;</w:t>
        <w:br/>
        <w:t>На мене й усьміхи дусили скриті.</w:t>
      </w:r>
    </w:p>
    <w:p>
      <w:r>
        <w:br/>
        <w:t>А я, хоч серце рвало ся, лїниво,&lt;br /&gt;</w:t>
        <w:br/>
        <w:t>Спокійно поводив по них очима&lt;br /&gt;</w:t>
        <w:br/>
        <w:t>І усьміхавсь — щасливо чи сонливо.</w:t>
      </w:r>
    </w:p>
    <w:p>
      <w:r>
        <w:br/>
        <w:t>Музика грає.. В моїм мізку блима&lt;br /&gt;</w:t>
        <w:br/>
        <w:t>Якийсь там огник, спомин незабутий,&lt;br /&gt;</w:t>
        <w:br/>
        <w:t>І враз він різко заскрипів дверима,</w:t>
      </w:r>
    </w:p>
    <w:p>
      <w:r>
        <w:br/>
        <w:t>І рій якийсь вірвавсь кровавий, лютий,&lt;br /&gt;</w:t>
        <w:br/>
        <w:t>І крик підняв ся, плач і зубний скрегіт:&lt;br /&gt;</w:t>
        <w:br/>
        <w:t>"Ти зрадник! зрадник! Зрадив люд закутий."</w:t>
      </w:r>
    </w:p>
    <w:p>
      <w:r>
        <w:br/>
        <w:t>Музика грає, мов чортівський регіт,&lt;br /&gt;</w:t>
        <w:br/>
        <w:t>Менї-ж мороз подрав по за спиною,&lt;br /&gt;</w:t>
        <w:br/>
        <w:t>І тїлом затрусив смертельний дрегіт.</w:t>
      </w:r>
    </w:p>
    <w:p>
      <w:r>
        <w:br/>
        <w:t>Ох, та музика! По що там за мною&lt;br /&gt;</w:t>
        <w:br/>
        <w:t>Вона реве і душу всю термосить,&lt;br /&gt;</w:t>
        <w:br/>
        <w:t>Мов вітер пустку з ветхою стїною ?</w:t>
      </w:r>
    </w:p>
    <w:p>
      <w:r>
        <w:br/>
        <w:t>Чого та скрипка плаче і голосить,&lt;br /&gt;</w:t>
        <w:br/>
        <w:t>Мов сто мамів ридає за синами?&lt;br /&gt;</w:t>
        <w:br/>
        <w:t>Чого той бас реве і пімсти просить ?</w:t>
      </w:r>
    </w:p>
    <w:p>
      <w:r>
        <w:br/>
        <w:t>По що менї такими голосами&lt;br /&gt;</w:t>
        <w:br/>
        <w:t>Пригадувати те, чого й без того&lt;br /&gt;</w:t>
        <w:br/>
        <w:t>До гробової не забуду ями?</w:t>
      </w:r>
    </w:p>
    <w:p>
      <w:r>
        <w:br/>
        <w:t>Я-ж тямлю: Позавчора ще нас много&lt;br /&gt;</w:t>
        <w:br/>
        <w:t>Грізною армією йшло до бою,&lt;br /&gt;</w:t>
        <w:br/>
        <w:t>А кождий повен був огню сьвятого.</w:t>
      </w:r>
    </w:p>
    <w:p>
      <w:r>
        <w:br/>
        <w:t>Я-ж тямлю: За права людей, за волю&lt;br /&gt;</w:t>
        <w:br/>
        <w:t>Ми піднялись на кривдників відвічних,&lt;br /&gt;</w:t>
        <w:br/>
        <w:t>Своєю кровю всїм купити долю.</w:t>
      </w:r>
    </w:p>
    <w:p>
      <w:r>
        <w:br/>
        <w:t>Вже много військ їх ми розбили стрічних,&lt;br /&gt;</w:t>
        <w:br/>
        <w:t>З землею много їх твердинь зрівнали,&lt;br /&gt;</w:t>
        <w:br/>
        <w:t>І славою дїл своїх героічних</w:t>
      </w:r>
    </w:p>
    <w:p>
      <w:r>
        <w:br/>
        <w:t>Ми решту як зайців все далї гнали.&lt;br /&gt;</w:t>
        <w:br/>
        <w:t>Ті, що тепер так бучно бенкетують,&lt;br /&gt;</w:t>
        <w:br/>
        <w:t>Як цупко ще позавчора втїкали!</w:t>
      </w:r>
    </w:p>
    <w:p>
      <w:r>
        <w:br/>
        <w:t>Тепер вдають хоробрих і жартують,&lt;br /&gt;</w:t>
        <w:br/>
        <w:t>Та певно ще їм дрож по нервах ходить,&lt;br /&gt;</w:t>
        <w:br/>
        <w:t>Аж на побитих страх свій відкатують!</w:t>
      </w:r>
    </w:p>
    <w:p>
      <w:r>
        <w:br/>
        <w:t>О, страх найгіршую жорстокість родить!&lt;br /&gt;</w:t>
        <w:br/>
        <w:t>Я тямлю, як ми їх зігнали в купу,&lt;br /&gt;</w:t>
        <w:br/>
        <w:t>Як рибу в сак. Ось-ось перегородить</w:t>
      </w:r>
    </w:p>
    <w:p>
      <w:r>
        <w:br/>
        <w:t>Наш віддїл їм утеку в нічку глупу!&lt;br /&gt;</w:t>
        <w:br/>
        <w:t>Ось наш зелїзний перстїнь їх обхопить&lt;br /&gt;</w:t>
        <w:br/>
        <w:t>І впре в долину, мов пшоно у ступу,</w:t>
      </w:r>
    </w:p>
    <w:p>
      <w:r>
        <w:br/>
        <w:t>І всю їх міць в їх власній крови втопить.&lt;br /&gt;</w:t>
        <w:br/>
        <w:t>Вже все було на той удар готове,&lt;br /&gt;</w:t>
        <w:br/>
        <w:t>Вже руки ждали за мечі ухопить,</w:t>
      </w:r>
    </w:p>
    <w:p>
      <w:r>
        <w:br/>
        <w:t>Завзяте тлїли тисячоголове,&lt;br /&gt;</w:t>
        <w:br/>
        <w:t>І зуби сцїплені знаку чекали,&lt;br /&gt;</w:t>
        <w:br/>
        <w:t>І в грудях спертий дух, уста без мови...</w:t>
      </w:r>
    </w:p>
    <w:p>
      <w:r>
        <w:br/>
        <w:t>Вони-ж мов вівцї ті в кошарі спали;&lt;br /&gt;</w:t>
        <w:br/>
        <w:t>Безрадність і зневіра в власні сили&lt;br /&gt;</w:t>
        <w:br/>
        <w:t>Їм обережність навіть відібрали.</w:t>
      </w:r>
    </w:p>
    <w:p>
      <w:r>
        <w:br/>
        <w:t>Один лише не спав, один в тій хвили&lt;br /&gt;</w:t>
        <w:br/>
        <w:t>Про всїх їх думав — князь онтой, з лицем&lt;br /&gt;</w:t>
        <w:br/>
        <w:t>Блїдим мов труп, онтой дїдусь похилий!</w:t>
      </w:r>
    </w:p>
    <w:p>
      <w:r>
        <w:br/>
        <w:t>Він за старця перебраний тихцем&lt;br /&gt;</w:t>
        <w:br/>
        <w:t>Прийшов до мене і почав шептати...&lt;br /&gt;</w:t>
        <w:br/>
        <w:t>Прикинувсь моїм ангелом, вітцем!</w:t>
      </w:r>
    </w:p>
    <w:p>
      <w:r>
        <w:br/>
        <w:t>Він, Сатана, аж плакав, щоб налляти&lt;br /&gt;</w:t>
        <w:br/>
        <w:t>Менї крізь вухо в саму душу трути,&lt;br /&gt;</w:t>
        <w:br/>
        <w:t>Щоб свій язик гадючий підіпхати</w:t>
      </w:r>
    </w:p>
    <w:p>
      <w:r>
        <w:br/>
        <w:t>Менї під серце! Змию, змию лютий!&lt;br /&gt;</w:t>
        <w:br/>
        <w:t>Ти побідив ! В душі моїй дупло&lt;br /&gt;</w:t>
        <w:br/>
        <w:t>Знайшов і влїз. Я зрадив люд закутий!</w:t>
      </w:r>
    </w:p>
    <w:p>
      <w:r>
        <w:br/>
        <w:t>Я зрадив местників і вибрав зло.&lt;br /&gt;</w:t>
        <w:br/>
        <w:t>Братів покинув, видав на різницю!...&lt;br /&gt;</w:t>
        <w:br/>
        <w:t>Ще день минув, а сонце як зайшло,</w:t>
      </w:r>
    </w:p>
    <w:p>
      <w:r>
        <w:br/>
        <w:t>То нашу славу вклало у гробницю !&lt;br /&gt;</w:t>
        <w:br/>
        <w:t>Герої наші мов снопи купками&lt;br /&gt;</w:t>
        <w:br/>
        <w:t>В крови лежали; мов коса пшеницю.</w:t>
      </w:r>
    </w:p>
    <w:p>
      <w:r>
        <w:br/>
        <w:t>Стяла їх смерть зрадливими руками.&lt;br /&gt;</w:t>
        <w:br/>
        <w:t>Нїхто не втїк. Коли їм стало звісне&lt;br /&gt;</w:t>
        <w:br/>
        <w:t>Моє відступство, йшли на смерть без тями.</w:t>
      </w:r>
    </w:p>
    <w:p>
      <w:r>
        <w:br/>
        <w:t>Музико, цить! Бо в мене серце трісне!</w:t>
      </w:r>
    </w:p>
    <w:p>
      <w:r>
        <w:br/>
        <w:t>ІІІ.</w:t>
      </w:r>
    </w:p>
    <w:p>
      <w:r>
        <w:br/>
        <w:t>Музика стихла. Зо стола посуду&lt;br /&gt;</w:t>
        <w:br/>
        <w:t>Зняли, вина в чарки поналивали,&lt;br /&gt;</w:t>
        <w:br/>
        <w:t>Втишив ся гомін зібраного люду.</w:t>
      </w:r>
    </w:p>
    <w:p>
      <w:r>
        <w:br/>
        <w:t>Всї наперед порядок тостів знали&lt;br /&gt;</w:t>
        <w:br/>
        <w:t>І знали: перший князь промовить має,—&lt;br /&gt;</w:t>
        <w:br/>
        <w:t>С цїкавістю його промови ждали.</w:t>
      </w:r>
    </w:p>
    <w:p>
      <w:r>
        <w:br/>
        <w:t>Він встав і так з усьмішкою мовляє :</w:t>
      </w:r>
    </w:p>
    <w:p>
      <w:r>
        <w:br/>
        <w:t>"Господу дякувать,&lt;br /&gt;</w:t>
        <w:br/>
        <w:t>Панство моє,&lt;br /&gt;</w:t>
        <w:br/>
        <w:t>Що нам підскакувать&lt;br /&gt;</w:t>
        <w:br/>
        <w:t>Нинька дає.</w:t>
      </w:r>
    </w:p>
    <w:p>
      <w:r>
        <w:br/>
        <w:t>"Що ще нам дихати&lt;br /&gt;</w:t>
        <w:br/>
        <w:t>Нинька велїв,&lt;br /&gt;</w:t>
        <w:br/>
        <w:t>Не в траву пчихати,&lt;br /&gt;</w:t>
        <w:br/>
        <w:t>Слухать чмелїв.</w:t>
      </w:r>
    </w:p>
    <w:p>
      <w:r>
        <w:br/>
        <w:t>"Але-ж бо круто вже&lt;br /&gt;</w:t>
        <w:br/>
        <w:t>З нами було!&lt;br /&gt;</w:t>
        <w:br/>
        <w:t>Бачить ся, люто все&lt;br /&gt;</w:t>
        <w:br/>
        <w:t>Пекло гуло!</w:t>
      </w:r>
    </w:p>
    <w:p>
      <w:r>
        <w:br/>
        <w:t>"Бачить ся, уші вже&lt;br /&gt;</w:t>
        <w:br/>
        <w:t>Чорт наострив,&lt;br /&gt;</w:t>
        <w:br/>
        <w:t>На наші душі вже&lt;br /&gt;</w:t>
        <w:br/>
        <w:t>Міх свій розкрив.</w:t>
      </w:r>
    </w:p>
    <w:p>
      <w:r>
        <w:br/>
        <w:t>"Стерпла нам шкура вже,&lt;br /&gt;</w:t>
        <w:br/>
        <w:t>Кіс слїпив блиск,&lt;br /&gt;</w:t>
        <w:br/>
        <w:t>Хлопського шнура вже&lt;br /&gt;</w:t>
        <w:br/>
        <w:t>Чули ми стиск.</w:t>
      </w:r>
    </w:p>
    <w:p>
      <w:r>
        <w:br/>
        <w:t>"В костях зненацька щось&lt;br /&gt;</w:t>
        <w:br/>
        <w:t>Мерзло й пекло,&lt;br /&gt;</w:t>
        <w:br/>
        <w:t>Мов там богацько ось&lt;br /&gt;</w:t>
        <w:br/>
        <w:t>Цїпів пройшло.</w:t>
      </w:r>
    </w:p>
    <w:p>
      <w:r>
        <w:br/>
        <w:t>"Доси розмислити&lt;br /&gt;</w:t>
        <w:br/>
        <w:t>Я не зумів,&lt;br /&gt;</w:t>
        <w:br/>
        <w:t>Як се ми виштрикли&lt;br /&gt;</w:t>
        <w:br/>
        <w:t>Чорту з зубів ?</w:t>
      </w:r>
    </w:p>
    <w:p>
      <w:r>
        <w:br/>
        <w:t>"Чи обчисливши ся&lt;br /&gt;</w:t>
        <w:br/>
        <w:t>Сам зміркував,&lt;br /&gt;</w:t>
        <w:br/>
        <w:t>Що поспішивши ся&lt;br /&gt;</w:t>
        <w:br/>
        <w:t>Страту би мав?</w:t>
      </w:r>
    </w:p>
    <w:p>
      <w:r>
        <w:br/>
        <w:t>""В пеклї, в огнї? О нї,&lt;br /&gt;</w:t>
        <w:br/>
        <w:t>Розхід оден!&lt;br /&gt;</w:t>
        <w:br/>
        <w:t>З них на землї менї&lt;br /&gt;</w:t>
        <w:br/>
        <w:t>Лїпший хосен!</w:t>
      </w:r>
    </w:p>
    <w:p>
      <w:r>
        <w:br/>
        <w:t>""Хай ще побавлять ся&lt;br /&gt;</w:t>
        <w:br/>
        <w:t>Як чия хіть!&lt;br /&gt;</w:t>
        <w:br/>
        <w:t>Час прийде, ставлять ся&lt;br /&gt;</w:t>
        <w:br/>
        <w:t>Всї в мою сїть."</w:t>
      </w:r>
    </w:p>
    <w:p>
      <w:r>
        <w:br/>
        <w:t>"Що, не льоґічно-б він&lt;br /&gt;</w:t>
        <w:br/>
        <w:t>Се міркував ?&lt;br /&gt;</w:t>
        <w:br/>
        <w:t>В льоґіцї вічно він&lt;br /&gt;</w:t>
        <w:br/>
        <w:t>Сильний бував.</w:t>
      </w:r>
    </w:p>
    <w:p>
      <w:r>
        <w:br/>
        <w:t>"Фрази загальної&lt;br /&gt;</w:t>
        <w:br/>
        <w:t>Він не признасть,&lt;br /&gt;</w:t>
        <w:br/>
        <w:t>З стежки реальної&lt;br /&gt;</w:t>
        <w:br/>
        <w:t>Збить ся не дасть.</w:t>
      </w:r>
    </w:p>
    <w:p>
      <w:r>
        <w:br/>
        <w:t>"Всякі прінціпи&lt;br /&gt;</w:t>
        <w:br/>
        <w:t>Приймає на сьміх:&lt;br /&gt;</w:t>
        <w:br/>
        <w:t>Хай там дуріпи&lt;br /&gt;</w:t>
        <w:br/>
        <w:t>Тримають ся їх!</w:t>
      </w:r>
    </w:p>
    <w:p>
      <w:r>
        <w:br/>
        <w:t>"Всї ідеали —&lt;br /&gt;</w:t>
        <w:br/>
        <w:t>Брехня і бридня.&lt;br /&gt;</w:t>
        <w:br/>
        <w:t>Словом, панове, він&lt;br /&gt;</w:t>
        <w:br/>
        <w:t>Наша рідня.</w:t>
      </w:r>
    </w:p>
    <w:p>
      <w:r>
        <w:br/>
        <w:t>"Майстер в полїтицї,&lt;br /&gt;</w:t>
        <w:br/>
        <w:t>В штуцї житя.&lt;br /&gt;</w:t>
        <w:br/>
        <w:t>Всї наші сьвіточі —&lt;br /&gt;</w:t>
        <w:br/>
        <w:t>Його дитя.</w:t>
      </w:r>
    </w:p>
    <w:p>
      <w:r>
        <w:br/>
        <w:t>"Він наш учитель є&lt;br /&gt;</w:t>
        <w:br/>
        <w:t>З давнїх давен,&lt;br /&gt;</w:t>
        <w:br/>
        <w:t>Він наш спаситель є,&lt;br /&gt;</w:t>
        <w:br/>
        <w:t>Він джентельмен.</w:t>
      </w:r>
    </w:p>
    <w:p>
      <w:r>
        <w:br/>
        <w:t>"Честь йому перед всїм, —&lt;br /&gt;</w:t>
        <w:br/>
        <w:t>Се сьвіжий спорт.&lt;br /&gt;</w:t>
        <w:br/>
        <w:t>В гору чарки знесім:&lt;br /&gt;</w:t>
        <w:br/>
        <w:t>Хай жиє чорт!"</w:t>
      </w:r>
    </w:p>
    <w:p>
      <w:r>
        <w:br/>
        <w:t>Музики грім. Панове якось мляво&lt;br /&gt;</w:t>
        <w:br/>
        <w:t>Всьміхають ся, мабуть їм се не в смак,&lt;br /&gt;</w:t>
        <w:br/>
        <w:t>Лиш дехто рже: "Г-ге, браво, князю, браво!"</w:t>
      </w:r>
    </w:p>
    <w:p>
      <w:r>
        <w:br/>
        <w:t>Князь іронїчно глипнув, потім знак&lt;br /&gt;</w:t>
        <w:br/>
        <w:t>Рукою дав, музику притишив,&lt;br /&gt;</w:t>
        <w:br/>
        <w:t>А потім знов піднявшись, мовив так:</w:t>
      </w:r>
    </w:p>
    <w:p>
      <w:r>
        <w:br/>
        <w:t>"Даруйте, панство, я ще не скінчив.&lt;br /&gt;</w:t>
        <w:br/>
        <w:t>Три струни є на моїм інструментї, —&lt;br /&gt;</w:t>
        <w:br/>
        <w:t>Сю я мабуть за різко наточив.</w:t>
      </w:r>
    </w:p>
    <w:p>
      <w:r>
        <w:br/>
        <w:t>"Стрібуймо другу! Я скінчу в моментї."</w:t>
      </w:r>
    </w:p>
    <w:p>
      <w:r>
        <w:br/>
        <w:t>IV.</w:t>
      </w:r>
    </w:p>
    <w:p>
      <w:r>
        <w:br/>
        <w:t>"Панство даруєте,&lt;br /&gt;</w:t>
        <w:br/>
        <w:t>Що я наплів!&lt;br /&gt;</w:t>
        <w:br/>
        <w:t>Більше не вчуєте&lt;br /&gt;</w:t>
        <w:br/>
        <w:t>Безбожних слів.</w:t>
      </w:r>
    </w:p>
    <w:p>
      <w:r>
        <w:br/>
        <w:t>"Геть, мано! Спадь від нас!&lt;br /&gt;</w:t>
        <w:br/>
        <w:t>Є ще в нас честь.&lt;br /&gt;</w:t>
        <w:br/>
        <w:t>Apage, Satanas!&lt;br /&gt;</w:t>
        <w:br/>
        <w:t>Бий тебе хрест!</w:t>
      </w:r>
    </w:p>
    <w:p>
      <w:r>
        <w:br/>
        <w:t>"Ми не соколики,&lt;br /&gt;</w:t>
        <w:br/>
        <w:t>Дявольський рід,&lt;br /&gt;</w:t>
        <w:br/>
        <w:t>Ми є католики&lt;br /&gt;</w:t>
        <w:br/>
        <w:t>Вірні як дріт.</w:t>
      </w:r>
    </w:p>
    <w:p>
      <w:r>
        <w:br/>
        <w:t>"Ми не єретики,&lt;br /&gt;</w:t>
        <w:br/>
        <w:t>Не атеісти,&lt;br /&gt;</w:t>
        <w:br/>
        <w:t>Нам для естетики&lt;br /&gt;</w:t>
        <w:br/>
        <w:t>В пекло не лїзти.</w:t>
      </w:r>
    </w:p>
    <w:p>
      <w:r>
        <w:br/>
        <w:t>"Хоч часом свічечку&lt;br /&gt;</w:t>
        <w:br/>
        <w:t>Чорту ткнемо&amp;#769;,&lt;br /&gt;</w:t>
        <w:br/>
        <w:t>Богу-ж що нічечку&lt;br /&gt;</w:t>
        <w:br/>
        <w:t>По дві жжемо&amp;#769;.</w:t>
      </w:r>
    </w:p>
    <w:p>
      <w:r>
        <w:br/>
        <w:t>"Справи тїлесниї&lt;br /&gt;</w:t>
        <w:br/>
        <w:t>Дїдьчі в нас всї,&lt;br /&gt;</w:t>
        <w:br/>
        <w:t>Але небесниї&lt;br /&gt;</w:t>
        <w:br/>
        <w:t>Іскри в душі.</w:t>
      </w:r>
    </w:p>
    <w:p>
      <w:r>
        <w:br/>
        <w:t>"Тїло наплутає&lt;br /&gt;</w:t>
        <w:br/>
        <w:t>Тут на землї,&lt;br /&gt;</w:t>
        <w:br/>
        <w:t>Хай же спокутує&lt;br /&gt;</w:t>
        <w:br/>
        <w:t>Там у смолї.</w:t>
      </w:r>
    </w:p>
    <w:p>
      <w:r>
        <w:br/>
        <w:t>"Але щоб душу Бог&lt;br /&gt;</w:t>
        <w:br/>
        <w:t>Нашу прогнав&lt;br /&gt;</w:t>
        <w:br/>
        <w:t>В темний, пекельний льох,&lt;br /&gt;</w:t>
        <w:br/>
        <w:t>В затхлий канал,</w:t>
      </w:r>
    </w:p>
    <w:p>
      <w:r>
        <w:br/>
        <w:t>"Щоб між розбійників,&lt;br /&gt;</w:t>
        <w:br/>
        <w:t>Підлих Жидюг,&lt;br /&gt;</w:t>
        <w:br/>
        <w:t>Між свиногінників,&lt;br /&gt;</w:t>
        <w:br/>
        <w:t>Хлопів, злодюг,</w:t>
      </w:r>
    </w:p>
    <w:p>
      <w:r>
        <w:br/>
        <w:t>Між бидло те брудне&lt;br /&gt;</w:t>
        <w:br/>
        <w:t>Щоб там у ад&lt;br /&gt;</w:t>
        <w:br/>
        <w:t>Йшов за пусте-дурне,&lt;br /&gt;</w:t>
        <w:br/>
        <w:t>Арістократ, —</w:t>
      </w:r>
    </w:p>
    <w:p>
      <w:r>
        <w:br/>
        <w:t>"Щоб та блискучая,&lt;br /&gt;</w:t>
        <w:br/>
        <w:t>Нїжна душа,&lt;br /&gt;</w:t>
        <w:br/>
        <w:t>Квітка пахучая&lt;br /&gt;</w:t>
        <w:br/>
        <w:t>Йшла до коша, —</w:t>
      </w:r>
    </w:p>
    <w:p>
      <w:r>
        <w:br/>
        <w:t>"Щоб сей найкращий твір,&lt;br /&gt;</w:t>
        <w:br/>
        <w:t>Божий напій&lt;br /&gt;</w:t>
        <w:br/>
        <w:t>Пхать до пекельних дїр&lt;br /&gt;</w:t>
        <w:br/>
        <w:t>Чорту на гній, —</w:t>
      </w:r>
    </w:p>
    <w:p>
      <w:r>
        <w:br/>
        <w:t>"Нї, щось таке дзвонить&lt;br /&gt;</w:t>
        <w:br/>
        <w:t>Се просто сьміх!&lt;br /&gt;</w:t>
        <w:br/>
        <w:t>Щоб се міг Бог чинить, —&lt;br /&gt;</w:t>
        <w:br/>
        <w:t>Думати гріх.</w:t>
      </w:r>
    </w:p>
    <w:p>
      <w:r>
        <w:br/>
        <w:t>"Бог, найчільнїйший той&lt;br /&gt;</w:t>
        <w:br/>
        <w:t>Арістократ,&lt;br /&gt;</w:t>
        <w:br/>
        <w:t>Він би юрбі гидкій&lt;br /&gt;</w:t>
        <w:br/>
        <w:t>Мав бути брат ?</w:t>
      </w:r>
    </w:p>
    <w:p>
      <w:r>
        <w:br/>
        <w:t>"Нас би він мав судить&lt;br /&gt;</w:t>
        <w:br/>
        <w:t>Задля голоти?&lt;br /&gt;</w:t>
        <w:br/>
        <w:t>Нї! Можуть се твердить&lt;br /&gt;</w:t>
        <w:br/>
        <w:t>Лиш ідіоти.</w:t>
      </w:r>
    </w:p>
    <w:p>
      <w:r>
        <w:br/>
        <w:t>"Я, мої панство, сю&lt;br /&gt;</w:t>
        <w:br/>
        <w:t>Віру кохаю:&lt;br /&gt;</w:t>
        <w:br/>
        <w:t>Нас він готує для&lt;br /&gt;</w:t>
        <w:br/>
        <w:t>Роскошів раю</w:t>
      </w:r>
    </w:p>
    <w:p>
      <w:r>
        <w:br/>
        <w:t>"Щоб перейшовши сю&lt;br /&gt;</w:t>
        <w:br/>
        <w:t>Земную школу,&lt;br /&gt;</w:t>
        <w:br/>
        <w:t>Вміли з ним бавить ся&lt;br /&gt;</w:t>
        <w:br/>
        <w:t>Вічно посполу.</w:t>
      </w:r>
    </w:p>
    <w:p>
      <w:r>
        <w:br/>
        <w:t>"Він то тепер, коли&lt;br /&gt;</w:t>
        <w:br/>
        <w:t>Тисли нас хлопи,&lt;br /&gt;</w:t>
        <w:br/>
        <w:t>Спас нас чудесно, мов&lt;br /&gt;</w:t>
        <w:br/>
        <w:t>Ноя з потопи.</w:t>
      </w:r>
    </w:p>
    <w:p>
      <w:r>
        <w:br/>
        <w:t>"А що нас шарпати&lt;br /&gt;</w:t>
        <w:br/>
        <w:t>Сьміли ті хами,&lt;br /&gt;</w:t>
        <w:br/>
        <w:t>Поле великеє&lt;br /&gt;</w:t>
        <w:br/>
        <w:t>Вкрив їх кістками.</w:t>
      </w:r>
    </w:p>
    <w:p>
      <w:r>
        <w:br/>
        <w:t>"Щоб знали кпи дурні:&lt;br /&gt;</w:t>
        <w:br/>
        <w:t>Хлоп — то худоба,&lt;br /&gt;</w:t>
        <w:br/>
        <w:t>А тілько ми одні —&lt;br /&gt;</w:t>
        <w:br/>
        <w:t>Божа подоба.</w:t>
      </w:r>
    </w:p>
    <w:p>
      <w:r>
        <w:br/>
        <w:t>"Щоб знали: хлоп — то гній&lt;br /&gt;</w:t>
        <w:br/>
        <w:t>У огорожі,&lt;br /&gt;</w:t>
        <w:br/>
        <w:t>Тілько пани є в нїй&lt;br /&gt;</w:t>
        <w:br/>
        <w:t>Пишниї рожі.</w:t>
      </w:r>
    </w:p>
    <w:p>
      <w:r>
        <w:br/>
        <w:t>"Бог тілько нам отець,&lt;br /&gt;</w:t>
        <w:br/>
        <w:t>А їм вітчим;&lt;br /&gt;</w:t>
        <w:br/>
        <w:t>Нам тілько добрим є,&lt;br /&gt;</w:t>
        <w:br/>
        <w:t>А їм грізним.</w:t>
      </w:r>
    </w:p>
    <w:p>
      <w:r>
        <w:br/>
        <w:t>"Щоб нам розрадувать&lt;br /&gt;</w:t>
        <w:br/>
        <w:t>Хвильку бутя,&lt;br /&gt;</w:t>
        <w:br/>
        <w:t>Сотням їх знівечить&lt;br /&gt;</w:t>
        <w:br/>
        <w:t>Цїле житя.</w:t>
      </w:r>
    </w:p>
    <w:p>
      <w:r>
        <w:br/>
        <w:t>"Щоб на годину нам&lt;br /&gt;</w:t>
        <w:br/>
        <w:t>Гумор направить,&lt;br /&gt;</w:t>
        <w:br/>
        <w:t>Сто їх на цїлий вік&lt;br /&gt;</w:t>
        <w:br/>
        <w:t>Радости збавить.</w:t>
      </w:r>
    </w:p>
    <w:p>
      <w:r>
        <w:br/>
        <w:t>"А щоб знав люд той, як&lt;br /&gt;</w:t>
        <w:br/>
        <w:t>Чтити нас мусить,&lt;br /&gt;</w:t>
        <w:br/>
        <w:t>За один волос наш&lt;br /&gt;</w:t>
        <w:br/>
        <w:t>Сто їх роздусить.</w:t>
      </w:r>
    </w:p>
    <w:p>
      <w:r>
        <w:br/>
        <w:t>"Всюди і все така&lt;br /&gt;</w:t>
        <w:br/>
        <w:t>Божая міра!&lt;br /&gt;</w:t>
        <w:br/>
        <w:t>Се моя етика,&lt;br /&gt;</w:t>
        <w:br/>
        <w:t>Се моя віра!</w:t>
      </w:r>
    </w:p>
    <w:p>
      <w:r>
        <w:br/>
        <w:t>"Те, що нам стало ся&lt;br /&gt;</w:t>
        <w:br/>
        <w:t>Вчора й сьогоднї, —&lt;br /&gt;</w:t>
        <w:br/>
        <w:t>Доказ найкращий нам,&lt;br /&gt;</w:t>
        <w:br/>
        <w:t>Чого ми годні.</w:t>
      </w:r>
    </w:p>
    <w:p>
      <w:r>
        <w:br/>
        <w:t>"Доказ найкращий нам,&lt;br /&gt;</w:t>
        <w:br/>
        <w:t>Хто за нас дбав,&lt;br /&gt;</w:t>
        <w:br/>
        <w:t>Хто нас тим ящірам&lt;br /&gt;</w:t>
        <w:br/>
        <w:t>Зжерти не дав!</w:t>
      </w:r>
    </w:p>
    <w:p>
      <w:r>
        <w:br/>
        <w:t>"Хто своїх вибранцїв&lt;br /&gt;</w:t>
        <w:br/>
        <w:t>Вірно беріг,&lt;br /&gt;</w:t>
        <w:br/>
        <w:t>Щоб їх сей дикий тлум&lt;br /&gt;</w:t>
        <w:br/>
        <w:t>Стлумить не міг.</w:t>
      </w:r>
    </w:p>
    <w:p>
      <w:r>
        <w:br/>
        <w:t>"Щоб не втопила нас&lt;br /&gt;</w:t>
        <w:br/>
        <w:t>Темная дич,&lt;br /&gt;</w:t>
        <w:br/>
        <w:t>Сьвіт не зопхнула&lt;br /&gt;</w:t>
        <w:br/>
        <w:t>У варварства ніч.</w:t>
      </w:r>
    </w:p>
    <w:p>
      <w:r>
        <w:br/>
        <w:t>"Щоб під їх плахтищем&lt;br /&gt;</w:t>
        <w:br/>
        <w:t>Цьвіт наш не всох...&lt;br /&gt;</w:t>
        <w:br/>
        <w:t>Наш Бог є шляхтичем!&lt;br /&gt;</w:t>
        <w:br/>
        <w:t>Vivat наш Бог!"</w:t>
      </w:r>
    </w:p>
    <w:p>
      <w:r>
        <w:br/>
        <w:t>Музики грім. Панове якось мляво&lt;br /&gt;</w:t>
        <w:br/>
        <w:t>Всьміхають ся, мабуть їм се не в смак,&lt;br /&gt;</w:t>
        <w:br/>
        <w:t>Лиш дехто рже: "Г-ге, браво, князю, браво!"</w:t>
      </w:r>
    </w:p>
    <w:p>
      <w:r>
        <w:br/>
        <w:t>Князь іронїчно глипнув, потім знак&lt;br /&gt;</w:t>
        <w:br/>
        <w:t>Рукою дав, музику притишив,&lt;br /&gt;</w:t>
        <w:br/>
        <w:t>А потім знов піднявшись, мовив так:</w:t>
      </w:r>
    </w:p>
    <w:p>
      <w:r>
        <w:br/>
        <w:t>"Даруйте, панство, я ще не скінчив.&lt;br /&gt;</w:t>
        <w:br/>
        <w:t>Чи знов я переборщив в сакраменті?&lt;br /&gt;</w:t>
        <w:br/>
        <w:t>Га, годї! Так мій дух мене навчив.</w:t>
      </w:r>
    </w:p>
    <w:p>
      <w:r>
        <w:br/>
        <w:t>"Ще пару слів лише. Скінчу в моментї."</w:t>
      </w:r>
    </w:p>
    <w:p>
      <w:r>
        <w:br/>
        <w:t>V.</w:t>
      </w:r>
    </w:p>
    <w:p>
      <w:r>
        <w:br/>
        <w:t>"Панство любе, жарт на бік!&lt;br /&gt;</w:t>
        <w:br/>
        <w:t>Говорім про річ практично.&lt;br /&gt;</w:t>
        <w:br/>
        <w:t>На остатнїй наш успіх&lt;br /&gt;</w:t>
        <w:br/>
        <w:t>Я дивлюсь досить критично.</w:t>
      </w:r>
    </w:p>
    <w:p>
      <w:r>
        <w:br/>
        <w:t>"Чи там Бог, чи чорт нас спас,&lt;br /&gt;</w:t>
        <w:br/>
        <w:t>Се вже як собі хто віда;&lt;br /&gt;</w:t>
        <w:br/>
        <w:t>Ще одна така побіда,&lt;br /&gt;</w:t>
        <w:br/>
        <w:t>І могло би буть по нас.</w:t>
      </w:r>
    </w:p>
    <w:p>
      <w:r>
        <w:br/>
        <w:t>"Хоч то звісно, що наш рід&lt;br /&gt;</w:t>
        <w:br/>
        <w:t>Зріс не з солї і не з ролї,&lt;br /&gt;</w:t>
        <w:br/>
        <w:t>Але нинї иньший сьвіт,&lt;br /&gt;</w:t>
        <w:br/>
        <w:t>А як бють, то "bardzo boli".</w:t>
      </w:r>
    </w:p>
    <w:p>
      <w:r>
        <w:br/>
        <w:t>"А в тім — як чий смак! До ката!&lt;br /&gt;</w:t>
        <w:br/>
        <w:t>Може й доси є такі,&lt;br /&gt;</w:t>
        <w:br/>
        <w:t>Що по над вино й дївчата&lt;br /&gt;</w:t>
        <w:br/>
        <w:t>Люблять рани й синяки.</w:t>
      </w:r>
    </w:p>
    <w:p>
      <w:r>
        <w:br/>
        <w:t>"Я — в покорі признаю ся —&lt;br /&gt;</w:t>
        <w:br/>
        <w:t>Не числю себе до них,&lt;br /&gt;</w:t>
        <w:br/>
        <w:t>Без тих боїв, війн страшних&lt;br /&gt;</w:t>
        <w:br/>
        <w:t>І без слави обійду ся.</w:t>
      </w:r>
    </w:p>
    <w:p>
      <w:r>
        <w:br/>
        <w:t>"Я не буду величать&lt;br /&gt;</w:t>
        <w:br/>
        <w:t>Тих, що на вчорашнї бої&lt;br /&gt;</w:t>
        <w:br/>
        <w:t>Йшли відважно, так сказать,&lt;br /&gt;</w:t>
        <w:br/>
        <w:t>Як правдивиї герої."</w:t>
      </w:r>
    </w:p>
    <w:p>
      <w:r>
        <w:br/>
        <w:t>(На лицї князевім тут&lt;br /&gt;</w:t>
        <w:br/>
        <w:t>Іронїчний усьміх мигнув,&lt;br /&gt;</w:t>
        <w:br/>
        <w:t>І він зараз в иньший кут&lt;br /&gt;</w:t>
        <w:br/>
        <w:t>В своїй мові лука вигнув).</w:t>
      </w:r>
    </w:p>
    <w:p>
      <w:r>
        <w:br/>
        <w:t>"Я, панове, дипльомат,&lt;br /&gt;</w:t>
        <w:br/>
        <w:t>Що по бою лїчить страти,&lt;br /&gt;</w:t>
        <w:br/>
        <w:t>Лїчить зиски, щоб завдати&lt;br /&gt;</w:t>
        <w:br/>
        <w:t>Ворогови крайнїй мат.</w:t>
      </w:r>
    </w:p>
    <w:p>
      <w:r>
        <w:br/>
        <w:t>"Те, що ми здобули в бою,&lt;br /&gt;</w:t>
        <w:br/>
        <w:t>Се побіди перша часть;&lt;br /&gt;</w:t>
        <w:br/>
        <w:t>Тілько праця головою&lt;br /&gt;</w:t>
        <w:br/>
        <w:t>Перемогу всю нам дасть.</w:t>
      </w:r>
    </w:p>
    <w:p>
      <w:r>
        <w:br/>
        <w:t>"Трупи... кров... ну, слава — все&lt;br /&gt;</w:t>
        <w:br/>
        <w:t>Виглядає сїро, буро.&lt;br /&gt;</w:t>
        <w:br/>
        <w:t>Що за плід се принесе?&lt;br /&gt;</w:t>
        <w:br/>
        <w:t>Нумо думать pro futuro!</w:t>
      </w:r>
    </w:p>
    <w:p>
      <w:r>
        <w:br/>
        <w:t>"Хто нам вкаже ясний шлях,&lt;br /&gt;</w:t>
        <w:br/>
        <w:t>Як держать в руках здобуте&lt;br /&gt;</w:t>
        <w:br/>
        <w:t>І приборкать племя люте&lt;br /&gt;</w:t>
        <w:br/>
        <w:t>Не бючись з ним по полях,</w:t>
      </w:r>
    </w:p>
    <w:p>
      <w:r>
        <w:br/>
        <w:t>"Без пожежі, крови, сварів,&lt;br /&gt;</w:t>
        <w:br/>
        <w:t>А спокійно й певно, той&lt;br /&gt;</w:t>
        <w:br/>
        <w:t>Варт найвисших лаврів, дарів,&lt;br /&gt;</w:t>
        <w:br/>
        <w:t>Той найбільший з нас герой."</w:t>
      </w:r>
    </w:p>
    <w:p>
      <w:r>
        <w:br/>
        <w:t>Музики грім. І оплески і брава...&lt;br /&gt;</w:t>
        <w:br/>
        <w:t>Та князь на них уваги не звертав, —&lt;br /&gt;</w:t>
        <w:br/>
        <w:t>Він знав, що варта в тій громадї слава.</w:t>
      </w:r>
    </w:p>
    <w:p>
      <w:r>
        <w:br/>
        <w:t>По хвилї ґраф помалу з місця встав,&lt;br /&gt;</w:t>
        <w:br/>
        <w:t>О склянку брязнув і князю вклонив ся,&lt;br /&gt;</w:t>
        <w:br/>
        <w:t>Від него дозвіл річ держать дістав.</w:t>
      </w:r>
    </w:p>
    <w:p>
      <w:r>
        <w:br/>
        <w:t>Гладкий, здоровий, він відсторонив ся,&lt;br /&gt;</w:t>
        <w:br/>
        <w:t>Щоб рушитись свобідно, наче слон,&lt;br /&gt;</w:t>
        <w:br/>
        <w:t>Що серед сойму зьвірів опинив ся.</w:t>
      </w:r>
    </w:p>
    <w:p>
      <w:r>
        <w:br/>
        <w:t>Почав. Різкий, твердий його був тон.</w:t>
      </w:r>
    </w:p>
    <w:p>
      <w:r>
        <w:br/>
        <w:t>VI.</w:t>
      </w:r>
    </w:p>
    <w:p>
      <w:r>
        <w:br/>
        <w:t>"Що тут довго міркувати?&lt;br /&gt;</w:t>
        <w:br/>
        <w:t>Чи міркує той, хто мусить&lt;br /&gt;</w:t>
        <w:br/>
        <w:t>З диким зьвірем воювати?&lt;br /&gt;</w:t>
        <w:br/>
        <w:t>Бє і дусить.</w:t>
      </w:r>
    </w:p>
    <w:p>
      <w:r>
        <w:br/>
        <w:t>"Дав нам Бог минути смерти,&lt;br /&gt;</w:t>
        <w:br/>
        <w:t>Непокірних дав побити, —&lt;br /&gt;</w:t>
        <w:br/>
        <w:t>А що з рештою робити ?&lt;br /&gt;</w:t>
        <w:br/>
        <w:t>Тілько дерти.</w:t>
      </w:r>
    </w:p>
    <w:p>
      <w:r>
        <w:br/>
        <w:t>"Всякий спосіб тут придалий:&lt;br /&gt;</w:t>
        <w:br/>
        <w:t>Сила слова і жандарма,&lt;br /&gt;</w:t>
        <w:br/>
        <w:t>Щоби тлум отой зухвалий&lt;br /&gt;</w:t>
        <w:br/>
        <w:t>Гнути в ярма.</w:t>
      </w:r>
    </w:p>
    <w:p>
      <w:r>
        <w:br/>
        <w:t>"Перша річ, щоб був він голий!&lt;br /&gt;</w:t>
        <w:br/>
        <w:t>З бруду, голоду, хробацтва&lt;br /&gt;</w:t>
        <w:br/>
        <w:t>Щоб не вибив ся нїколи,&lt;br /&gt;</w:t>
        <w:br/>
        <w:t>І з жебрацтва.</w:t>
      </w:r>
    </w:p>
    <w:p>
      <w:r>
        <w:br/>
        <w:t>"Друга річ, щоб був він темний,&lt;br /&gt;</w:t>
        <w:br/>
        <w:t>Знав, що думать — сьмішно й підло,&lt;br /&gt;</w:t>
        <w:br/>
        <w:t>Що він раб, хробак той земний,&lt;br /&gt;</w:t>
        <w:br/>
        <w:t>Панське бидло.</w:t>
      </w:r>
    </w:p>
    <w:p>
      <w:r>
        <w:br/>
        <w:t>"Третя річ, щоб був безличний,&lt;br /&gt;</w:t>
        <w:br/>
        <w:t>Дав собі плювати в морду,&lt;br /&gt;</w:t>
        <w:br/>
        <w:t>Знав, що всї для него мають&lt;br /&gt;</w:t>
        <w:br/>
        <w:t>Лиш погорду.</w:t>
      </w:r>
    </w:p>
    <w:p>
      <w:r>
        <w:br/>
        <w:t>"Хлопську як зігнеш натуру?&lt;br /&gt;</w:t>
        <w:br/>
        <w:t>Гладь смирнїйших і біднїйших,&lt;br /&gt;</w:t>
        <w:br/>
        <w:t>Щоб з богатших і бутнїйших&lt;br /&gt;</w:t>
        <w:br/>
        <w:t>Дерти шкуру.</w:t>
      </w:r>
    </w:p>
    <w:p>
      <w:r>
        <w:br/>
        <w:t>"А тим псюкам, недоукам,&lt;br /&gt;</w:t>
        <w:br/>
        <w:t>Що хтять люд підняти к собі,&lt;br /&gt;</w:t>
        <w:br/>
        <w:t>Куку в руку, або буком&lt;br /&gt;</w:t>
        <w:br/>
        <w:t>Бух по лобі!</w:t>
      </w:r>
    </w:p>
    <w:p>
      <w:r>
        <w:br/>
        <w:t>"А ті школи, відки вийшла&lt;br /&gt;</w:t>
        <w:br/>
        <w:t>Лютих псів на нас когорта,&lt;br /&gt;</w:t>
        <w:br/>
        <w:t>Всїх докторів, професорів —&lt;br /&gt;</w:t>
        <w:br/>
        <w:t>Геть до чорта!</w:t>
      </w:r>
    </w:p>
    <w:p>
      <w:r>
        <w:br/>
        <w:t>"Ті ґазети, що до бунту&lt;br /&gt;</w:t>
        <w:br/>
        <w:t>Піднимали люд той клятий —&lt;br /&gt;</w:t>
        <w:br/>
        <w:t>Видусити, зруйнувати&lt;br /&gt;</w:t>
        <w:br/>
        <w:t>Всї до шпунту.</w:t>
      </w:r>
    </w:p>
    <w:p>
      <w:r>
        <w:br/>
        <w:t>"Ті спілки, крами і каси,&lt;br /&gt;</w:t>
        <w:br/>
        <w:t>Зсипи, читальнї громадські, —&lt;br /&gt;</w:t>
        <w:br/>
        <w:t>Все те — зборища лайдацькі,&lt;br /&gt;</w:t>
        <w:br/>
        <w:t>Без прикраси.</w:t>
      </w:r>
    </w:p>
    <w:p>
      <w:r>
        <w:br/>
        <w:t>"Виняти їх з під закона!&lt;br /&gt;</w:t>
        <w:br/>
        <w:t>Лиш один для них — до ката!&lt;br /&gt;</w:t>
        <w:br/>
        <w:t>Дать параґраф: заборона,&lt;br /&gt;</w:t>
        <w:br/>
        <w:t>Конфіската!</w:t>
      </w:r>
    </w:p>
    <w:p>
      <w:r>
        <w:br/>
        <w:t>"Або згинем по жебрацьки&lt;br /&gt;</w:t>
        <w:br/>
        <w:t>Або сильними руками&lt;br /&gt;</w:t>
        <w:br/>
        <w:t>Вибєм дух з них гайдамацький&lt;br /&gt;</w:t>
        <w:br/>
        <w:t>Канчуками.</w:t>
      </w:r>
    </w:p>
    <w:p>
      <w:r>
        <w:br/>
        <w:t>"Жадних прав! Нї навіть шепту&lt;br /&gt;</w:t>
        <w:br/>
        <w:t>Про якісь новії ери!&lt;br /&gt;</w:t>
        <w:br/>
        <w:t>А на бунт одну рецепту:&lt;br /&gt;</w:t>
        <w:br/>
        <w:t>Манлїхери.</w:t>
      </w:r>
    </w:p>
    <w:p>
      <w:r>
        <w:br/>
        <w:t>"Хлоп до працї, не до ради,&lt;br /&gt;</w:t>
        <w:br/>
        <w:t>До податків, не до складок,&lt;br /&gt;</w:t>
        <w:br/>
        <w:t>До грабель, а не до шпади —&lt;br /&gt;</w:t>
        <w:br/>
        <w:t>Се — порядок.</w:t>
      </w:r>
    </w:p>
    <w:p>
      <w:r>
        <w:br/>
        <w:t>"Його річ — покора й жертва,&lt;br /&gt;</w:t>
        <w:br/>
        <w:t>Як лиш бульбу, хлїб і борщ ма;&lt;br /&gt;</w:t>
        <w:br/>
        <w:t>Його сьвятощі, то церква,&lt;br /&gt;</w:t>
        <w:br/>
        <w:t>Двір і коршма.</w:t>
      </w:r>
    </w:p>
    <w:p>
      <w:r>
        <w:br/>
        <w:t>"Се наш ґрунт. Пожруть дракони&lt;br /&gt;</w:t>
        <w:br/>
        <w:t>Нас, коли зійдемо звідси&lt;br /&gt;</w:t>
        <w:br/>
        <w:t>Лиш держімо ті закони&lt;br /&gt;</w:t>
        <w:br/>
        <w:t>Твердо! Dixi."</w:t>
      </w:r>
    </w:p>
    <w:p>
      <w:r>
        <w:br/>
        <w:t>Музики грім. Панове плещуть браво,&lt;br /&gt;</w:t>
        <w:br/>
        <w:t>До ґрафа тиснуть ся і ґратулюють,&lt;br /&gt;</w:t>
        <w:br/>
        <w:t>З усїх боків стискають руки жваво.</w:t>
      </w:r>
    </w:p>
    <w:p>
      <w:r>
        <w:br/>
        <w:t>Лиш дами троха кривлять ся, вахлюють&lt;br /&gt;</w:t>
        <w:br/>
        <w:t>Горячі лиця. Чути десь: "Fi donc!&lt;br /&gt;</w:t>
        <w:br/>
        <w:t>"Брутально! Нас вони компромітують!</w:t>
      </w:r>
    </w:p>
    <w:p>
      <w:r>
        <w:br/>
        <w:t>"Які прінціпи! Що за грубий тон!"&lt;br /&gt;</w:t>
        <w:br/>
        <w:t>В тій хвилї князь потис за срібний дзвоник,&lt;br /&gt;</w:t>
        <w:br/>
        <w:t>Се знак тиші. І з місця встав барон,</w:t>
      </w:r>
    </w:p>
    <w:p>
      <w:r>
        <w:br/>
        <w:t>Щоб говорить. Він скочив наче коник&lt;br /&gt;</w:t>
        <w:br/>
        <w:t>І випрямив свою дрібну фіґурку&lt;br /&gt;</w:t>
        <w:br/>
        <w:t>(Його здрібніло й кликали бароник).</w:t>
      </w:r>
    </w:p>
    <w:p>
      <w:r>
        <w:br/>
        <w:t>Меткий, верткий, мов ляльочка на шнурку,&lt;br /&gt;</w:t>
        <w:br/>
        <w:t>Він славив ся між панством лібералом —&lt;br /&gt;</w:t>
        <w:br/>
        <w:t>(Не даром дїд його носив ярмурку!).</w:t>
      </w:r>
    </w:p>
    <w:p>
      <w:r>
        <w:br/>
        <w:t>Він говорив, мов кінь, що гонить чвалом,&lt;br /&gt;</w:t>
        <w:br/>
        <w:t>І фирка, рже, біжить, копитом гряне;&lt;br /&gt;</w:t>
        <w:br/>
        <w:t>Тут патосом сипнув, там комуналом,</w:t>
      </w:r>
    </w:p>
    <w:p>
      <w:r>
        <w:br/>
        <w:t>Вертівсь як вуж, коли на хвіст хто стане.</w:t>
      </w:r>
    </w:p>
    <w:p>
      <w:r>
        <w:br/>
        <w:t>VII.</w:t>
      </w:r>
    </w:p>
    <w:p>
      <w:r>
        <w:br/>
        <w:t>"То вже Монтескє сказав, панство моє,&lt;br /&gt;</w:t>
        <w:br/>
        <w:t>Що кождий народ в таких правах жиє,&lt;br /&gt;</w:t>
        <w:br/>
        <w:t>Які заслужив собі мати.&lt;br /&gt;</w:t>
        <w:br/>
        <w:t>І се також певне, що висловив Міль,&lt;br /&gt;</w:t>
        <w:br/>
        <w:t>Що тілько висока, величная цїль&lt;br /&gt;</w:t>
        <w:br/>
        <w:t>Упавшого може підняти.</w:t>
      </w:r>
    </w:p>
    <w:p>
      <w:r>
        <w:br/>
        <w:t>"Ми ниньки в упадку подвійно тяжкім;&lt;br /&gt;</w:t>
        <w:br/>
        <w:t>Нїхто нас не любить, не маєм на кім&lt;br /&gt;</w:t>
        <w:br/>
        <w:t>Оперти ся в хвилї негоди.&lt;br /&gt;</w:t>
        <w:br/>
        <w:t>Своєї держави не маєм давно,&lt;br /&gt;</w:t>
        <w:br/>
        <w:t>Лишилось нам предків надбанє одно:&lt;br /&gt;</w:t>
        <w:br/>
        <w:t>Здобутиї ними народи.</w:t>
      </w:r>
    </w:p>
    <w:p>
      <w:r>
        <w:br/>
        <w:t>"Лишились безсмертниї унії ті,&lt;br /&gt;</w:t>
        <w:br/>
        <w:t>Непорвані звязки і шлюби сьвяті,&lt;br /&gt;</w:t>
        <w:br/>
        <w:t>Заключені скрізь добровільне,&lt;br /&gt;</w:t>
        <w:br/>
        <w:t>Та сума симпатий покревних племен,&lt;br /&gt;</w:t>
        <w:br/>
        <w:t>Що нам запевняла від давнїх давен&lt;br /&gt;</w:t>
        <w:br/>
        <w:t>Панованє в них неподільне.</w:t>
      </w:r>
    </w:p>
    <w:p>
      <w:r>
        <w:br/>
        <w:t>"Підношу се з натиском, панство моє:&lt;br /&gt;</w:t>
        <w:br/>
        <w:t>Се плуга, не шаблї панованє є,&lt;br /&gt;</w:t>
        <w:br/>
        <w:t>Культурности а не розбою;&lt;br /&gt;</w:t>
        <w:br/>
        <w:t>Ми не для забору у край сей ішли,&lt;br /&gt;</w:t>
        <w:br/>
        <w:t>А в жертву себе ми йому принесли,&lt;br /&gt;</w:t>
        <w:br/>
        <w:t>Його захищали собою.</w:t>
      </w:r>
    </w:p>
    <w:p>
      <w:r>
        <w:br/>
        <w:t>"Ми сьвітло проґресу у варварства тьмі.&lt;br /&gt;</w:t>
        <w:br/>
        <w:t>Що гнув ся народ сей у панськім ярмі—&lt;br /&gt;</w:t>
        <w:br/>
        <w:t>Потрібно було й натурально:&lt;br /&gt;</w:t>
        <w:br/>
        <w:t>Ми висші ідеї плекали в той час,&lt;br /&gt;</w:t>
        <w:br/>
        <w:t>Він працї, порядку навчив ся від нас,&lt;br /&gt;</w:t>
        <w:br/>
        <w:t>Втягнув ся, піднїс ся морально.</w:t>
      </w:r>
    </w:p>
    <w:p>
      <w:r>
        <w:br/>
        <w:t>"Отсе, моє панство, є наш заповіт,&lt;br /&gt;</w:t>
        <w:br/>
        <w:t>Котрим живемо ми вже тисячу лїт,&lt;br /&gt;</w:t>
        <w:br/>
        <w:t>Його нам забути не вільно!&lt;br /&gt;</w:t>
        <w:br/>
        <w:t>Що хлоп збунтував ся, се сумно,— та нам&lt;br /&gt;</w:t>
        <w:br/>
        <w:t>Не мстить ся, а дбать, щоб він каяв ся сам,&lt;br /&gt;</w:t>
        <w:br/>
        <w:t>Піддав ся нам знов добровільно.</w:t>
      </w:r>
    </w:p>
    <w:p>
      <w:r>
        <w:br/>
        <w:t>"Що всїх непокірних ми витяли в пень,&lt;br /&gt;</w:t>
        <w:br/>
        <w:t>Се добре, та є се пів дїла лишень, —&lt;br /&gt;</w:t>
        <w:br/>
        <w:t>А друге почнімо в сїй хвили.&lt;br /&gt;</w:t>
        <w:br/>
        <w:t>Зробім, щоб пізнали безглуздий свій гнїв,&lt;br /&gt;</w:t>
        <w:br/>
        <w:t>В нас бачили своїх природних панів,&lt;br /&gt;</w:t>
        <w:br/>
        <w:t>Щоб нас шанували й любили.</w:t>
      </w:r>
    </w:p>
    <w:p>
      <w:r>
        <w:br/>
        <w:t>"Канчук, конфіската, відбиранє прав,&lt;br /&gt;</w:t>
        <w:br/>
        <w:t>Гнет, здирство, усе те, що раяв пан ґраф,&lt;br /&gt;</w:t>
        <w:br/>
        <w:t>Тепер се є анахронізми;&lt;br /&gt;</w:t>
        <w:br/>
        <w:t>Хосен з них непевний, а певний скандал.&lt;br /&gt;</w:t>
        <w:br/>
        <w:t>Що скаже Европа? Перед трибунал&lt;br /&gt;</w:t>
        <w:br/>
        <w:t>Істориї станем якіж ми?</w:t>
      </w:r>
    </w:p>
    <w:p>
      <w:r>
        <w:br/>
        <w:t>"Се, панство кохане, не фрази пусті:&lt;br /&gt;</w:t>
        <w:br/>
        <w:t>Усе для нас мусять лишить ся сьвяті&lt;br /&gt;</w:t>
        <w:br/>
        <w:t>Традициї нашого роду.&lt;br /&gt;</w:t>
        <w:br/>
        <w:t>Як згодять ся буки, жандарми, раби&lt;br /&gt;</w:t>
        <w:br/>
        <w:t>І той наш величнїй девіз боротьби&lt;br /&gt;</w:t>
        <w:br/>
        <w:t>"За нашу і вашу свободу"?</w:t>
      </w:r>
    </w:p>
    <w:p>
      <w:r>
        <w:br/>
        <w:t>"Тепер орґанїчної працї пора!&lt;br /&gt;</w:t>
        <w:br/>
        <w:t>Хай згине шляхетська натура стара,&lt;br /&gt;</w:t>
        <w:br/>
        <w:t>Шляхетське недбальство й неробство!&lt;br /&gt;</w:t>
        <w:br/>
        <w:t>Полїтика наша така має буть,&lt;br /&gt;</w:t>
        <w:br/>
        <w:t>Щоб землю і серце народа здобуть,&lt;br /&gt;</w:t>
        <w:br/>
        <w:t>Uobywateli&amp;#263; to ch&amp;#322;opstwo.</w:t>
      </w:r>
    </w:p>
    <w:p>
      <w:r>
        <w:br/>
        <w:t>"На економічному полї в сих днях,&lt;br /&gt;</w:t>
        <w:br/>
        <w:t>У банках, щадницях, спілках, копальнях&lt;br /&gt;</w:t>
        <w:br/>
        <w:t>Чекає нас праця подвійна;&lt;br /&gt;</w:t>
        <w:br/>
        <w:t>У моїм умі вже малюєть ся враз,&lt;br /&gt;</w:t>
        <w:br/>
        <w:t>Широка, богата, спасенна для нас&lt;br /&gt;</w:t>
        <w:br/>
        <w:t>Полїтика інвестицийна.</w:t>
      </w:r>
    </w:p>
    <w:p>
      <w:r>
        <w:br/>
        <w:t>"Кінчу. О коби було слово моє&lt;br /&gt;</w:t>
        <w:br/>
        <w:t>Мов дзвін, що заснути в ночи не дає&lt;br /&gt;</w:t>
        <w:br/>
        <w:t>І геть градові жене хмари!&lt;br /&gt;</w:t>
        <w:br/>
        <w:t>Щоб страх розігнало ще сьвіжий отсей&lt;br /&gt;</w:t>
        <w:br/>
        <w:t>І пристрасти більма зняло нам з очей,&lt;br /&gt;</w:t>
        <w:br/>
        <w:t>Прогнало минувшини мари!</w:t>
      </w:r>
    </w:p>
    <w:p>
      <w:r>
        <w:br/>
        <w:t>Вжеж певно, що&amp;#769; скаже громада, те й я&lt;br /&gt;</w:t>
        <w:br/>
        <w:t>Робити-му, хоч би розвага моя&lt;br /&gt;</w:t>
        <w:br/>
        <w:t>В тім бачила злочин і згубу, —&lt;br /&gt;</w:t>
        <w:br/>
        <w:t>Тож я піднимаю свій голос отсе :&lt;br /&gt;</w:t>
        <w:br/>
        <w:t>Вважайте, панове, на все, а над все&lt;br /&gt;</w:t>
        <w:br/>
        <w:t>На нашу батьківщину любу!"</w:t>
      </w:r>
    </w:p>
    <w:p>
      <w:r>
        <w:br/>
        <w:t>Музики грім. Лиш дехто кине бравом.&lt;br /&gt;</w:t>
        <w:br/>
        <w:t>Панове кривлять ся. В громадї тій&lt;br /&gt;</w:t>
        <w:br/>
        <w:t>Не в тонї якось бути лїбералом.&lt;br /&gt;</w:t>
        <w:br/>
        <w:t>Барон своє сказавши сїв як стій.&lt;br /&gt;</w:t>
        <w:br/>
        <w:t>Він змучив ся, зопрів, розчервонїв ся,&lt;br /&gt;</w:t>
        <w:br/>
        <w:t>Мов би пробіг через різковий стрій.</w:t>
      </w:r>
    </w:p>
    <w:p>
      <w:r>
        <w:br/>
        <w:t>Князь задзвонив і шум успокоїв ся,&lt;br /&gt;</w:t>
        <w:br/>
        <w:t>І промовлять підняв ся ґенерал,&lt;br /&gt;</w:t>
        <w:br/>
        <w:t>Що в бою чести й сорому наїв ся.</w:t>
      </w:r>
    </w:p>
    <w:p>
      <w:r>
        <w:br/>
        <w:t>Старий рубака. Боєвий сиґнал&lt;br /&gt;</w:t>
        <w:br/>
        <w:t>Для него був, мов для коня острога,&lt;br /&gt;</w:t>
        <w:br/>
        <w:t>Але стратеґії нї в зуб не знав.</w:t>
      </w:r>
    </w:p>
    <w:p>
      <w:r>
        <w:br/>
        <w:t>У небезпецї знав лиш шаблю й Бога,&lt;br /&gt;</w:t>
        <w:br/>
        <w:t>Страх смерти був зовсїм йому чужим.&lt;br /&gt;</w:t>
        <w:br/>
        <w:t>"Честь або смерть! Все простая дорога !"</w:t>
      </w:r>
    </w:p>
    <w:p>
      <w:r>
        <w:br/>
        <w:t>Се був девіз його. Крутих стежин,&lt;br /&gt;</w:t>
        <w:br/>
        <w:t>Побіди без найбільшого зусилля&lt;br /&gt;</w:t>
        <w:br/>
        <w:t>Не знав, дипльоматичних крутанин</w:t>
      </w:r>
    </w:p>
    <w:p>
      <w:r>
        <w:br/>
        <w:t>Ненавидїв. Бій був йому весїлля,&lt;br /&gt;</w:t>
        <w:br/>
        <w:t>Найвисша проба мужеських чеснот. —&lt;br /&gt;</w:t>
        <w:br/>
        <w:t>Житє й людей цїнив він лиш відсїля.</w:t>
      </w:r>
    </w:p>
    <w:p>
      <w:r>
        <w:br/>
        <w:t>Почав, вином прополоскавши рот.</w:t>
      </w:r>
    </w:p>
    <w:p>
      <w:r>
        <w:br/>
        <w:t>VIII.</w:t>
      </w:r>
    </w:p>
    <w:p>
      <w:r>
        <w:br/>
        <w:t>"Коли по битві коло Саляміни&lt;br /&gt;</w:t>
        <w:br/>
        <w:t>Щасливі Греки почали шукати,&lt;br /&gt;</w:t>
        <w:br/>
        <w:t>Хто з них найбільше заслуживсь Елладї,&lt;br /&gt;</w:t>
        <w:br/>
        <w:t>Кому би першу надгороду дати,</w:t>
      </w:r>
    </w:p>
    <w:p>
      <w:r>
        <w:br/>
        <w:t>"То по глубокій, мудрій застанові&lt;br /&gt;</w:t>
        <w:br/>
        <w:t>Рішили: Кождий так боров ся сьміло,&lt;br /&gt;</w:t>
        <w:br/>
        <w:t>Таким палав чутєм патріотичним,&lt;br /&gt;</w:t>
        <w:br/>
        <w:t>Всю силу й душу клав у спільне дїло,</w:t>
      </w:r>
    </w:p>
    <w:p>
      <w:r>
        <w:br/>
        <w:t>"Що надгороди першої нїкому&lt;br /&gt;</w:t>
        <w:br/>
        <w:t>Народ признать не може й не бажає.&lt;br /&gt;</w:t>
        <w:br/>
        <w:t>Бо надгороди тої справедливо&lt;br /&gt;</w:t>
        <w:br/>
        <w:t>Сам себе кождий гідним уважає.</w:t>
      </w:r>
    </w:p>
    <w:p>
      <w:r>
        <w:br/>
        <w:t>"От так і в нашім тім остатнїм бою,&lt;br /&gt;</w:t>
        <w:br/>
        <w:t>Коли вже ворог бив без застанови&lt;br /&gt;</w:t>
        <w:br/>
        <w:t>Не в армію, не в вежі, анї в мури,&lt;br /&gt;</w:t>
        <w:br/>
        <w:t>А в нашого істнованя основи,</w:t>
      </w:r>
    </w:p>
    <w:p>
      <w:r>
        <w:br/>
        <w:t>"Коли здавалось, що на нас повстали&lt;br /&gt;</w:t>
        <w:br/>
        <w:t>Не люде, але всї живла природи,&lt;br /&gt;</w:t>
        <w:br/>
        <w:t>Земля, повітрє і вода і скали,&lt;br /&gt;</w:t>
        <w:br/>
        <w:t>Що вже остатнїй нам конець приходить,—</w:t>
      </w:r>
    </w:p>
    <w:p>
      <w:r>
        <w:br/>
        <w:t>"В тім бою кождий з нас стояв так твердо,&lt;br /&gt;</w:t>
        <w:br/>
        <w:t>І сили й ум сплітав в одно огниво, —&lt;br /&gt;</w:t>
        <w:br/>
        <w:t>Що надгороду дать комусь одному&lt;br /&gt;</w:t>
        <w:br/>
        <w:t>Булоб несправедливо й неможливо.</w:t>
      </w:r>
    </w:p>
    <w:p>
      <w:r>
        <w:br/>
        <w:t>"Най кождий сам собі таку признає,&lt;br /&gt;</w:t>
        <w:br/>
        <w:t>Якої варт перед самим собою.&lt;br /&gt;</w:t>
        <w:br/>
        <w:t>А другу надгороду тим признаймо,&lt;br /&gt;</w:t>
        <w:br/>
        <w:t>Що головами полягли у бою.</w:t>
      </w:r>
    </w:p>
    <w:p>
      <w:r>
        <w:br/>
        <w:t>На третю надгороду, панство любе,&lt;br /&gt;</w:t>
        <w:br/>
        <w:t>Є тут аж два між нами кандидати:&lt;br /&gt;</w:t>
        <w:br/>
        <w:t>Заслуги їх усїм вам добре звісні,&lt;br /&gt;</w:t>
        <w:br/>
        <w:t>Тож розсудїть, кому її признати.</w:t>
      </w:r>
    </w:p>
    <w:p>
      <w:r>
        <w:br/>
        <w:t>"Один в момент найтяжшої зневіри,&lt;br /&gt;</w:t>
        <w:br/>
        <w:t>Коли топір уже блищав над нами,&lt;br /&gt;</w:t>
        <w:br/>
        <w:t>І бачилось, нема для нас ратунку,&lt;br /&gt;</w:t>
        <w:br/>
        <w:t>З біди нас вивів хитрими словами.</w:t>
      </w:r>
    </w:p>
    <w:p>
      <w:r>
        <w:br/>
        <w:t>"Не військовою штукою, не жаром&lt;br /&gt;</w:t>
        <w:br/>
        <w:t>Чутя на подвиг він підняв громаду,&lt;br /&gt;</w:t>
        <w:br/>
        <w:t>А ворогови труту влив у душу,&lt;br /&gt;</w:t>
        <w:br/>
        <w:t>Його спокусив на відступство й зраду.</w:t>
      </w:r>
    </w:p>
    <w:p>
      <w:r>
        <w:br/>
        <w:t>"Се правда, ворог сяк чи так побитий,&lt;br /&gt;</w:t>
        <w:br/>
        <w:t>Ми сяк чи так втекли від згуби й шкоди,—&lt;br /&gt;</w:t>
        <w:br/>
        <w:t>Та я міркую, що гнила побіда&lt;br /&gt;</w:t>
        <w:br/>
        <w:t>Хиба гнилої варта надгороди."</w:t>
      </w:r>
    </w:p>
    <w:p>
      <w:r>
        <w:br/>
        <w:t>Між панством шум. Всї лиця простягли ся.&lt;br /&gt;</w:t>
        <w:br/>
        <w:t>Князь кинув ся, мов голий у кропиві.&lt;br /&gt;</w:t>
        <w:br/>
        <w:t>Та ґенерал немов того й не бачив,&lt;br /&gt;</w:t>
        <w:br/>
        <w:t>І далї лив слова медоточиві.</w:t>
      </w:r>
    </w:p>
    <w:p>
      <w:r>
        <w:br/>
        <w:t>"А другий кандидат — той що недавно&lt;br /&gt;</w:t>
        <w:br/>
        <w:t>На нас провадив армію ворожу,&lt;br /&gt;</w:t>
        <w:br/>
        <w:t>Топтав і бив і гнав нас без пощади,&lt;br /&gt;</w:t>
        <w:br/>
        <w:t>І впер нас у зелїзну огорожу;</w:t>
      </w:r>
    </w:p>
    <w:p>
      <w:r>
        <w:br/>
        <w:t>"Той сам, що нас притис на край загуби,&lt;br /&gt;</w:t>
        <w:br/>
        <w:t>В остатнїй хвилї відмінив свій намір,&lt;br /&gt;</w:t>
        <w:br/>
        <w:t>До нас пристав, нам видав сили й пляни&lt;br /&gt;</w:t>
        <w:br/>
        <w:t>Противників і став для нас як шамір,</w:t>
      </w:r>
    </w:p>
    <w:p>
      <w:r>
        <w:br/>
        <w:t>"Як камінь той чудовий, що від нього&lt;br /&gt;</w:t>
        <w:br/>
        <w:t>Скляні й зелїзні прискають ся стїни,&lt;br /&gt;</w:t>
        <w:br/>
        <w:t>Додав нам духа, насталив нам руки&lt;br /&gt;</w:t>
        <w:br/>
        <w:t>І вивів нас із згуби і руїни.</w:t>
      </w:r>
    </w:p>
    <w:p>
      <w:r>
        <w:br/>
        <w:t>"На трупах тих, що вчора звав братами,&lt;br /&gt;</w:t>
        <w:br/>
        <w:t>Плєбей здвигнув тріумф арістокрациї;&lt;br /&gt;</w:t>
        <w:br/>
        <w:t>Свою вину змазав він морем крови, —&lt;br /&gt;</w:t>
        <w:br/>
        <w:t>Взір дивної, страшної абнеґациї.</w:t>
      </w:r>
    </w:p>
    <w:p>
      <w:r>
        <w:br/>
        <w:t>"Не вхожу в наміри його — хай судить&lt;br /&gt;</w:t>
        <w:br/>
        <w:t>Їх Бог! Його-ж страшне, велике дїло&lt;br /&gt;</w:t>
        <w:br/>
        <w:t>Придавлює мене своїм розміром, —&lt;br /&gt;</w:t>
        <w:br/>
        <w:t>Йому признаймо надгороду сьміло!"</w:t>
      </w:r>
    </w:p>
    <w:p>
      <w:r>
        <w:br/>
        <w:t>Грім оплесків. Гучні, скажені брава.&lt;br /&gt;</w:t>
        <w:br/>
        <w:t>Всї встали. Ґенерал пугар подвійний&lt;br /&gt;</w:t>
        <w:br/>
        <w:t>У руки взяв, до мене наближив ся&lt;br /&gt;</w:t>
        <w:br/>
        <w:t>І так сказав — блїдий, та супокійний:</w:t>
      </w:r>
    </w:p>
    <w:p>
      <w:r>
        <w:br/>
        <w:t>"Ну, пане Мирон, ви є наш спаситель,&lt;br /&gt;</w:t>
        <w:br/>
        <w:t>За те від нас вам слава і подяка.&lt;br /&gt;</w:t>
        <w:br/>
        <w:t>Ще хвилечку заждїть, хай щире слово&lt;br /&gt;</w:t>
        <w:br/>
        <w:t>Вам висловить старий, тупий рубака.</w:t>
      </w:r>
    </w:p>
    <w:p>
      <w:r>
        <w:br/>
        <w:t>"Ви демократ, плєбей і консеквентно&lt;br /&gt;</w:t>
        <w:br/>
        <w:t>Робили те, що мусїли, мій друже.&lt;br /&gt;</w:t>
        <w:br/>
        <w:t>Ви підняли на нас народ розжертий, —&lt;br /&gt;</w:t>
        <w:br/>
        <w:t>Як ворога я поважав вас дуже.</w:t>
      </w:r>
    </w:p>
    <w:p>
      <w:r>
        <w:br/>
        <w:t>"Як зрадили свою ви рідну справу,&lt;br /&gt;</w:t>
        <w:br/>
        <w:t>Як перейшли до тих, що хоч приймають&lt;br /&gt;</w:t>
        <w:br/>
        <w:t>Услугу вашу, але вам чужиї,&lt;br /&gt;</w:t>
        <w:br/>
        <w:t>І рівним вас нїколи не признають —</w:t>
      </w:r>
    </w:p>
    <w:p>
      <w:r>
        <w:br/>
        <w:t>"Тодї для мене вмерли ви, мій пане,&lt;br /&gt;</w:t>
        <w:br/>
        <w:t>Сплили мов гук нестрійного акорду,&lt;br /&gt;</w:t>
        <w:br/>
        <w:t>Ми визискали вас, та нинї маєм&lt;br /&gt;</w:t>
        <w:br/>
        <w:t>Для вас лишень обридженє й погорду.</w:t>
      </w:r>
    </w:p>
    <w:p>
      <w:r>
        <w:br/>
        <w:t>"Не вірте усьміхам і комплїментам!&lt;br /&gt;</w:t>
        <w:br/>
        <w:t>Для нас ви ворог, зрадник і простак.&lt;br /&gt;</w:t>
        <w:br/>
        <w:t>Не ждїть, щоб я свою подав вам руку!&lt;br /&gt;</w:t>
        <w:br/>
        <w:t>А се здоровлє ваше пю ось так!"</w:t>
      </w:r>
    </w:p>
    <w:p>
      <w:r>
        <w:br/>
        <w:t>І о поміст пугар з усеї сили&lt;br /&gt;</w:t>
        <w:br/>
        <w:t>Він кинув і пугар лиш бренькнув раз,&lt;br /&gt;</w:t>
        <w:br/>
        <w:t>І прис на тисячі дрібних відломків,&lt;br /&gt;</w:t>
        <w:br/>
        <w:t>Вино-ж, мов кров, оббризькало всїх нас.</w:t>
      </w:r>
    </w:p>
    <w:p>
      <w:r>
        <w:br/>
        <w:t>Мертва тиша. Нїхто з присутних там&lt;br /&gt;</w:t>
        <w:br/>
        <w:t>Такого, знать, не надіявсь фіналу.&lt;br /&gt;</w:t>
        <w:br/>
        <w:t>Трівожне "ах!" почулось з поміж дам.</w:t>
      </w:r>
    </w:p>
    <w:p>
      <w:r>
        <w:br/>
        <w:t>Забув ся й князь, музикам дать сиґналу&lt;br /&gt;</w:t>
        <w:br/>
        <w:t>Не зміг ся; клопітно панове в низ&lt;br /&gt;</w:t>
        <w:br/>
        <w:t>Схиляли очи, боячись скандалу.</w:t>
      </w:r>
    </w:p>
    <w:p>
      <w:r>
        <w:br/>
        <w:t>Лиш я стояв спокійний. Перун блис&lt;br /&gt;</w:t>
        <w:br/>
        <w:t>І вдарив, — більш чого менї боять ся?&lt;br /&gt;</w:t>
        <w:br/>
        <w:t>Безмірний холод мов клїщами стис</w:t>
      </w:r>
    </w:p>
    <w:p>
      <w:r>
        <w:br/>
        <w:t>У мене серце... Зрадця! Зрадця! Зрадця!&lt;br /&gt;</w:t>
        <w:br/>
        <w:t>Лунало десь — чи в мнї, чи то в округ?&lt;br /&gt;</w:t>
        <w:br/>
        <w:t>Уста-ж безстидно почали всьміхать ся.</w:t>
      </w:r>
    </w:p>
    <w:p>
      <w:r>
        <w:br/>
        <w:t>В тій хвилї князь шепнув одному з слуг,&lt;br /&gt;</w:t>
        <w:br/>
        <w:t>І сей підбіг до мене й нахилив ся.&lt;br /&gt;</w:t>
        <w:br/>
        <w:t>"Чи хочуть пан промовить дещо в слух?"</w:t>
      </w:r>
    </w:p>
    <w:p>
      <w:r>
        <w:br/>
        <w:t>Почувши се, князеви я вклонив ся.&lt;br /&gt;</w:t>
        <w:br/>
        <w:t>Сей задзвонив. "Пан Мирон промовля."&lt;br /&gt;</w:t>
        <w:br/>
        <w:t>Всїм важко стало, вид у всїх змінив ся —</w:t>
      </w:r>
    </w:p>
    <w:p>
      <w:r>
        <w:br/>
        <w:t>І скрізь тиша мертвая залягла.</w:t>
      </w:r>
    </w:p>
    <w:p>
      <w:r>
        <w:br/>
        <w:t>ІХ.</w:t>
      </w:r>
    </w:p>
    <w:p>
      <w:r>
        <w:br/>
        <w:t>І я почав: "Шановний ґенерале,&lt;br /&gt;</w:t>
        <w:br/>
        <w:t>Позволь, щоб я тобі сказав два слова.&lt;br /&gt;</w:t>
        <w:br/>
        <w:t>Твоя правиця — хай і так, зелїзна,&lt;br /&gt;</w:t>
        <w:br/>
        <w:t>Та думка в тебе, вибачай — дубова.</w:t>
      </w:r>
    </w:p>
    <w:p>
      <w:r>
        <w:br/>
        <w:t>"Нї премії від тебе нї догани&lt;br /&gt;</w:t>
        <w:br/>
        <w:t>Я не жадав і о твій суд не стою, —&lt;br /&gt;</w:t>
        <w:br/>
        <w:t>А те, що ти сказав ось тут, се доказ,&lt;br /&gt;</w:t>
        <w:br/>
        <w:t>Як мало ще знайомий ти зо мною.</w:t>
      </w:r>
    </w:p>
    <w:p>
      <w:r>
        <w:br/>
        <w:t>"Один мій вчинок своїм ліктем змірив&lt;br /&gt;</w:t>
        <w:br/>
        <w:t>І мовиш: "Зрадник! Всякий се розчовпа."&lt;br /&gt;</w:t>
        <w:br/>
        <w:t>От так слїпий в слона обмацав ноги&lt;br /&gt;</w:t>
        <w:br/>
        <w:t>І мовить: "Слон подібний є до стовпа."</w:t>
      </w:r>
    </w:p>
    <w:p>
      <w:r>
        <w:br/>
        <w:t>"Та не в докір тобі се я говорю,&lt;br /&gt;</w:t>
        <w:br/>
        <w:t>Ти висловив лиш те, що дума всякий;&lt;br /&gt;</w:t>
        <w:br/>
        <w:t>Ти лиш щирійший; те, що всї скривають,&lt;br /&gt;</w:t>
        <w:br/>
        <w:t>Ти виявив і варт за се подяки.</w:t>
      </w:r>
    </w:p>
    <w:p>
      <w:r>
        <w:br/>
        <w:t>"Тож не тобі одному — як на теє&lt;br /&gt;</w:t>
        <w:br/>
        <w:t>Пішло вже, що сказати правду мушу —&lt;br /&gt;</w:t>
        <w:br/>
        <w:t>А всему сему збору, всему сьвіту&lt;br /&gt;</w:t>
        <w:br/>
        <w:t>Правдиво я свою відслоню душу."</w:t>
      </w:r>
    </w:p>
    <w:p>
      <w:r>
        <w:br/>
        <w:t>(При тих словах душная атмосфера&lt;br /&gt;</w:t>
        <w:br/>
        <w:t>Проя&amp;#769;снилась, розтаяло студене&lt;br /&gt;</w:t>
        <w:br/>
        <w:t>Пригнобленє, повеселїли лиця,&lt;br /&gt;</w:t>
        <w:br/>
        <w:t>Цїкаво позвертали ся до мене).</w:t>
      </w:r>
    </w:p>
    <w:p>
      <w:r>
        <w:br/>
        <w:t>"Я є плєбей, — сказав наш ґенерал, —&lt;br /&gt;</w:t>
        <w:br/>
        <w:t>Що вів і зрадив хлопськеє повстанє,&lt;br /&gt;</w:t>
        <w:br/>
        <w:t>І на плєбейських костях допоміг&lt;br /&gt;</w:t>
        <w:br/>
        <w:t>Здвигнуть арістократів пануванє.</w:t>
      </w:r>
    </w:p>
    <w:p>
      <w:r>
        <w:br/>
        <w:t>"Чи справдї так? І чим же я плєбей?&lt;br /&gt;</w:t>
        <w:br/>
        <w:t>Тим, що родивсь у низькій, хлопській хатї?&lt;br /&gt;</w:t>
        <w:br/>
        <w:t>Немов і князь не міг родить ся там?&lt;br /&gt;</w:t>
        <w:br/>
        <w:t>Не родять ся плебеї і в палатї?</w:t>
      </w:r>
    </w:p>
    <w:p>
      <w:r>
        <w:br/>
        <w:t>"Чи є плєбейське що в моїм лицї,&lt;br /&gt;</w:t>
        <w:br/>
        <w:t>В моїх чутях і помислах і мові?&lt;br /&gt;</w:t>
        <w:br/>
        <w:t>Нї, з роду я плєбейства ворог, рад&lt;br /&gt;</w:t>
        <w:br/>
        <w:t>Його знївечить у самій основі.</w:t>
      </w:r>
    </w:p>
    <w:p>
      <w:r>
        <w:br/>
        <w:t>"Від перших лїт, коли в мнї тямка встала,&lt;br /&gt;</w:t>
        <w:br/>
        <w:t>З плєбейством я воюю без упину.&lt;br /&gt;</w:t>
        <w:br/>
        <w:t>І я плєбей ? Нї, я арістократ!&lt;br /&gt;</w:t>
        <w:br/>
        <w:t>Таким родив ся і таким загину.</w:t>
      </w:r>
    </w:p>
    <w:p>
      <w:r>
        <w:br/>
        <w:t>"Я з тої раси, що карку не гне,&lt;br /&gt;</w:t>
        <w:br/>
        <w:t>Глядить житю і смерти в очи сьміло,&lt;br /&gt;</w:t>
        <w:br/>
        <w:t>Що любить бій, що просто, грімко йде&lt;br /&gt;</w:t>
        <w:br/>
        <w:t>На визначене їй судьбою дїло.</w:t>
      </w:r>
    </w:p>
    <w:p>
      <w:r>
        <w:br/>
        <w:t>"Я з тих, що люд ведуть, мов стовп огнистий,&lt;br /&gt;</w:t>
        <w:br/>
        <w:t>Що вів Жидів з неволї фараона;&lt;br /&gt;</w:t>
        <w:br/>
        <w:t>З тих, що їм дана власть і цїль висока,—&lt;br /&gt;</w:t>
        <w:br/>
        <w:t>Житє чи смерть, все є для них корона.</w:t>
      </w:r>
    </w:p>
    <w:p>
      <w:r>
        <w:br/>
        <w:t>(На лицях моїх слухачів заблисне&lt;br /&gt;</w:t>
        <w:br/>
        <w:t>Де-де легенький усьміх іронїчний;&lt;br /&gt;</w:t>
        <w:br/>
        <w:t>Мене мов прутом він по серцї цьвіга,&lt;br /&gt;</w:t>
        <w:br/>
        <w:t>Та я спокій ще вдержую стоїчний).</w:t>
      </w:r>
    </w:p>
    <w:p>
      <w:r>
        <w:br/>
        <w:t>"Се правда, я сей хлопський бунт підняв,&lt;br /&gt;</w:t>
        <w:br/>
        <w:t>Щоб люд сей вирвать з вашої неволї,&lt;br /&gt;</w:t>
        <w:br/>
        <w:t>Щоб збуркати його з важкого сну,&lt;br /&gt;</w:t>
        <w:br/>
        <w:t>Зробити паном на свойому полї.</w:t>
      </w:r>
    </w:p>
    <w:p>
      <w:r>
        <w:br/>
        <w:t>"Я гнав його немов лїнивий скот,&lt;br /&gt;</w:t>
        <w:br/>
        <w:t>В огонь і в сїчу, в труди й небезпеки,&lt;br /&gt;</w:t>
        <w:br/>
        <w:t>Щоб знївечить плєбейські всї інстинкти,&lt;br /&gt;</w:t>
        <w:br/>
        <w:t>Щоб гартувались лицарі-запеки.</w:t>
      </w:r>
    </w:p>
    <w:p>
      <w:r>
        <w:br/>
        <w:t>"І близька вже була моя побіда,&lt;br /&gt;</w:t>
        <w:br/>
        <w:t>Та я пізнав, що се побіда мас,&lt;br /&gt;</w:t>
        <w:br/>
        <w:t>Брутальних сил, плєбейства і нетями,&lt;br /&gt;</w:t>
        <w:br/>
        <w:t>А так не хтїв я побідити вас.</w:t>
      </w:r>
    </w:p>
    <w:p>
      <w:r>
        <w:br/>
        <w:t>"О, я пізнав, що так вас побідивши&lt;br /&gt;</w:t>
        <w:br/>
        <w:t>Своєї місиї я не сповню,&lt;br /&gt;</w:t>
        <w:br/>
        <w:t>Що ворога я посаджу на тронї,&lt;br /&gt;</w:t>
        <w:br/>
        <w:t>Під власний дім підкину я вогню.</w:t>
      </w:r>
    </w:p>
    <w:p>
      <w:r>
        <w:br/>
        <w:t>"Я бачив, як ті лицарі завзяті,&lt;br /&gt;</w:t>
        <w:br/>
        <w:t>Що йшли в огонь, що бились як орли,&lt;br /&gt;</w:t>
        <w:br/>
        <w:t>В душі своїй були і темні й підлі,&lt;br /&gt;</w:t>
        <w:br/>
        <w:t>Такі-ж раби, як уперед були.</w:t>
      </w:r>
    </w:p>
    <w:p>
      <w:r>
        <w:br/>
        <w:t>"Я бачив, що якоїсь іскри треба,&lt;br /&gt;</w:t>
        <w:br/>
        <w:t>Щоб душі їх розжеврить, запалить,&lt;br /&gt;</w:t>
        <w:br/>
        <w:t>Щоб вуголь їх в алмаз перетопив ся, —&lt;br /&gt;</w:t>
        <w:br/>
        <w:t>З такими-б тілько міг я побідить.</w:t>
      </w:r>
    </w:p>
    <w:p>
      <w:r>
        <w:br/>
        <w:t>"І я зломав той знаряд непридалий,&lt;br /&gt;</w:t>
        <w:br/>
        <w:t>Спокусу дешевих побід відверг,&lt;br /&gt;</w:t>
        <w:br/>
        <w:t>Бо краща від плєбейської побіди&lt;br /&gt;</w:t>
        <w:br/>
        <w:t>Для них була геройська смерть тепер.</w:t>
      </w:r>
    </w:p>
    <w:p>
      <w:r>
        <w:br/>
        <w:t>(Всьміхались дами. Де в кого з панів&lt;br /&gt;</w:t>
        <w:br/>
        <w:t>Явились знуджені, квасниї міни, —&lt;br /&gt;</w:t>
        <w:br/>
        <w:t>Сказати-б то: "Бреши собі здоров!&lt;br /&gt;</w:t>
        <w:br/>
        <w:t>Ей, грубшим вас кінцем заїду для відміни!)</w:t>
      </w:r>
    </w:p>
    <w:p>
      <w:r>
        <w:br/>
        <w:t>"Народню справу мав я погубити,&lt;br /&gt;</w:t>
        <w:br/>
        <w:t>А вашу власть скріпить від того дня?&lt;br /&gt;</w:t>
        <w:br/>
        <w:t>Не вже-ж ви так слїпі, що власний розум&lt;br /&gt;</w:t>
        <w:br/>
        <w:t>Вам не кричить на се: брехня! брехня!</w:t>
      </w:r>
    </w:p>
    <w:p>
      <w:r>
        <w:br/>
        <w:t>"Чого не мав сей люд для повної побіди ?&lt;br /&gt;</w:t>
        <w:br/>
        <w:t>Фізичних сил? О нї, він мав їх тьму.&lt;br /&gt;</w:t>
        <w:br/>
        <w:t>Лиш ідеалу брак, високих змагань, віри,—&lt;br /&gt;</w:t>
        <w:br/>
        <w:t>І се, панове, се я дав йому.</w:t>
      </w:r>
    </w:p>
    <w:p>
      <w:r>
        <w:br/>
        <w:t>"Всї ті, що згибли у остатнїй сїчи,&lt;br /&gt;</w:t>
        <w:br/>
        <w:t>Ну, чим були-б вони в спокійний час?&lt;br /&gt;</w:t>
        <w:br/>
        <w:t>Раби, воли, що прожили-б весь вік свій&lt;br /&gt;</w:t>
        <w:br/>
        <w:t>Хиляючись, працюючи на вас.</w:t>
      </w:r>
    </w:p>
    <w:p>
      <w:r>
        <w:br/>
        <w:t>"Тепер вони погибли як герої&lt;br /&gt;</w:t>
        <w:br/>
        <w:t>І мученицький приняли вінець.&lt;br /&gt;</w:t>
        <w:br/>
        <w:t>Їх смерть — житє розбудить у народї.&lt;br /&gt;</w:t>
        <w:br/>
        <w:t>Се початок борнї, а не кінець.</w:t>
      </w:r>
    </w:p>
    <w:p>
      <w:r>
        <w:br/>
        <w:t>"Тепер народ в них має жертви взір&lt;br /&gt;</w:t>
        <w:br/>
        <w:t>І ненастанний до посьвят підпал;&lt;br /&gt;</w:t>
        <w:br/>
        <w:t>Їх смерть будущі роди переродить,&lt;br /&gt;</w:t>
        <w:br/>
        <w:t>Вщепить безсмертну силу — ідеал.</w:t>
      </w:r>
    </w:p>
    <w:p>
      <w:r>
        <w:br/>
        <w:t>"А ви — ну, що дала вам ся побіда?&lt;br /&gt;</w:t>
        <w:br/>
        <w:t>Зміцнила вас? О, нї! Зміцнила ваші пута!&lt;br /&gt;</w:t>
        <w:br/>
        <w:t>Для вас вона сим памятна одним,&lt;br /&gt;</w:t>
        <w:br/>
        <w:t>Що зрадою і підлістю здобута.</w:t>
      </w:r>
    </w:p>
    <w:p>
      <w:r>
        <w:br/>
        <w:t>"Для вас вона — пухкий, затрутий хлїб.&lt;br /&gt;</w:t>
        <w:br/>
        <w:t>Гнилі — ви гнити мете дальш від неї.&lt;br /&gt;</w:t>
        <w:br/>
        <w:t>Я — вас скріплять ? Я викопав вам гріб,&lt;br /&gt;</w:t>
        <w:br/>
        <w:t>Бо я — арістократ, а ви — плебеї.</w:t>
      </w:r>
    </w:p>
    <w:p>
      <w:r>
        <w:br/>
        <w:t>"О так, стискайте зуби й кулаки!&lt;br /&gt;</w:t>
        <w:br/>
        <w:t>Я гордо се говорю вам, без ляку:&lt;br /&gt;</w:t>
        <w:br/>
        <w:t>Ненавиджу вас всїх і бриджусь вами,&lt;br /&gt;</w:t>
        <w:br/>
        <w:t>Ви перфумовані плебеї в фраку!</w:t>
      </w:r>
    </w:p>
    <w:p>
      <w:r>
        <w:br/>
        <w:t>"Ви паразіти з водянистим мізком,&lt;br /&gt;</w:t>
        <w:br/>
        <w:t>Ви неробучі, загрібущі руки,&lt;br /&gt;</w:t>
        <w:br/>
        <w:t>Ви, у котрих з усїх прикмет зьвірячих&lt;br /&gt;</w:t>
        <w:br/>
        <w:t>Лишились тілько хитрощі гадюки!</w:t>
      </w:r>
    </w:p>
    <w:p>
      <w:r>
        <w:br/>
        <w:t>Тут гамір, крик скажений заглушив&lt;br /&gt;</w:t>
        <w:br/>
        <w:t>Мою промову. З місць усї зірвались&lt;br /&gt;</w:t>
        <w:br/>
        <w:t>І против мене тлум цїлий спішив.</w:t>
      </w:r>
    </w:p>
    <w:p>
      <w:r>
        <w:br/>
        <w:t>Сї за склянки, ті за шаблї хапались,&lt;br /&gt;</w:t>
        <w:br/>
        <w:t>Ревли : "Мовчать ! Розсічемо ! Проч з ним!"&lt;br /&gt;</w:t>
        <w:br/>
        <w:t>Блїдиї дами за мужчин ховались.</w:t>
      </w:r>
    </w:p>
    <w:p>
      <w:r>
        <w:br/>
        <w:t>Я не дрогнув між натовпом грізним.</w:t>
      </w:r>
    </w:p>
    <w:p>
      <w:r>
        <w:br/>
        <w:t>X.</w:t>
      </w:r>
    </w:p>
    <w:p>
      <w:r>
        <w:br/>
        <w:t>В тій хвилї залунало: Бам! Бам! Бам!&lt;br /&gt;</w:t>
        <w:br/>
        <w:t>Дванацята година! Чи година?&lt;br /&gt;</w:t>
        <w:br/>
        <w:t>Бам! Бам! Бам! Бам! лунає тут і там.</w:t>
      </w:r>
    </w:p>
    <w:p>
      <w:r>
        <w:br/>
        <w:t>Здаєть ся, в містї дзвонів половина&lt;br /&gt;</w:t>
        <w:br/>
        <w:t>Реве. Бам! Бам! Все дужше, все міцнїш!&lt;br /&gt;</w:t>
        <w:br/>
        <w:t>Немов якась могутня хуртовина</w:t>
      </w:r>
    </w:p>
    <w:p>
      <w:r>
        <w:br/>
        <w:t>Страшенні тони бють! Немов той спіж&lt;br /&gt;</w:t>
        <w:br/>
        <w:t>Росте, а з ним росте і тонів сила,&lt;br /&gt;</w:t>
        <w:br/>
        <w:t>А кождий душу прошиба, мов ніж.</w:t>
      </w:r>
    </w:p>
    <w:p>
      <w:r>
        <w:br/>
        <w:t>Бам! Бам! Бам! Бам! Мабуть заголосила&lt;br /&gt;</w:t>
        <w:br/>
        <w:t>Уся земля і з жаху вся тремтить&lt;br /&gt;</w:t>
        <w:br/>
        <w:t>І вся вона — розритая могила.</w:t>
      </w:r>
    </w:p>
    <w:p>
      <w:r>
        <w:br/>
        <w:t>А голос все міцнїє, бє блакить...&lt;br /&gt;</w:t>
        <w:br/>
        <w:t>Нї, се блакить є тим великим дзвоном,&lt;br /&gt;</w:t>
        <w:br/>
        <w:t>А велитень по ньому бє що мить!...</w:t>
      </w:r>
    </w:p>
    <w:p>
      <w:r>
        <w:br/>
        <w:t>Бам! Бам! Гримить погрозою, проклоном,&lt;br /&gt;</w:t>
        <w:br/>
        <w:t>Розпукою. І косу смерть взяла,&lt;br /&gt;</w:t>
        <w:br/>
        <w:t>Щоб все житє скосить одним розгоном.</w:t>
      </w:r>
    </w:p>
    <w:p>
      <w:r>
        <w:br/>
        <w:t>І в залї стала враз юрба цїла,&lt;br /&gt;</w:t>
        <w:br/>
        <w:t>Закаменїла. Почало мінить ся&lt;br /&gt;</w:t>
        <w:br/>
        <w:t>Яркеє сьвітло. Зразу поплила</w:t>
      </w:r>
    </w:p>
    <w:p>
      <w:r>
        <w:br/>
        <w:t>Пурпура, мов кровавая криниця;&lt;br /&gt;</w:t>
        <w:br/>
        <w:t>Вона пожовкла, — в жовтім блиску тім&lt;br /&gt;</w:t>
        <w:br/>
        <w:t>Вид трупів разом приняли всї лиця.</w:t>
      </w:r>
    </w:p>
    <w:p>
      <w:r>
        <w:br/>
        <w:t>Ось блиск посинїв, і страшенний грім&lt;br /&gt;</w:t>
        <w:br/>
        <w:t>Чи з неба? з пекла? все зглушив, основи&lt;br /&gt;</w:t>
        <w:br/>
        <w:t>Землї затряс, і похитнув ся дім.</w:t>
      </w:r>
    </w:p>
    <w:p>
      <w:r>
        <w:br/>
        <w:t>А сьвітла блиск зробивсь фіолєтовий,&lt;br /&gt;</w:t>
        <w:br/>
        <w:t>А там зелений. Всї пани й панї&lt;br /&gt;</w:t>
        <w:br/>
        <w:t>Були мов тїни, мов екран ґазовий:</w:t>
      </w:r>
    </w:p>
    <w:p>
      <w:r>
        <w:br/>
        <w:t>Крізь них було все видно на стїнї.&lt;br /&gt;</w:t>
        <w:br/>
        <w:t>Лиш князь сидїв, цинїчно усьміхав ся,&lt;br /&gt;</w:t>
        <w:br/>
        <w:t>Очима знак якийсь давав менї.</w:t>
      </w:r>
    </w:p>
    <w:p>
      <w:r>
        <w:br/>
        <w:t>І тих очей його я так злякав ся,&lt;br /&gt;</w:t>
        <w:br/>
        <w:t>Що скочив мов опечений. Де я?&lt;br /&gt;</w:t>
        <w:br/>
        <w:t>Чого я тут? В яку нору запхав ся?</w:t>
      </w:r>
    </w:p>
    <w:p>
      <w:r>
        <w:br/>
        <w:t>На сьвіт! На сьвіт! Уся душа моя&lt;br /&gt;</w:t>
        <w:br/>
        <w:t>Кричить: на сьвіт! Хай там землї основи&lt;br /&gt;</w:t>
        <w:br/>
        <w:t>Валять ся! Хай пекельная змия</w:t>
      </w:r>
    </w:p>
    <w:p>
      <w:r>
        <w:br/>
        <w:t>Роззявлює пащеку, хай окови&lt;br /&gt;</w:t>
        <w:br/>
        <w:t>Мене чекають — тілько відси пріч!&lt;br /&gt;</w:t>
        <w:br/>
        <w:t>З поміж сих трупів, що не ждуть обнови!</w:t>
      </w:r>
    </w:p>
    <w:p>
      <w:r>
        <w:br/>
        <w:t>І з залї вибіг я у ясну ніч.</w:t>
      </w:r>
    </w:p>
    <w:p>
      <w:r>
        <w:br/>
        <w:t>XI.</w:t>
      </w:r>
    </w:p>
    <w:p>
      <w:r>
        <w:br/>
        <w:t>Ясна ніч. Не чути грому. Не здрігаєть ся земля.&lt;br /&gt;</w:t>
        <w:br/>
        <w:t>Небо чисте, фіолєтом місяць землю осьвітля.&lt;br /&gt;</w:t>
        <w:br/>
        <w:t>Тихо скрізь, лиш дзвони стогнуть десь далеко, на полях;&lt;br /&gt;</w:t>
        <w:br/>
        <w:t>Вулиця безлюдна, довга, мов набитий сріблом шлях&lt;br /&gt;</w:t>
        <w:br/>
        <w:t>Простяглась кудись без краю просто-просто, мов стріла.&lt;br /&gt;</w:t>
        <w:br/>
        <w:t>Ряд домів високих в тїни, другий ряд — одна, цїла,&lt;br /&gt;</w:t>
        <w:br/>
        <w:t>Нерозривная фалянґа сотнями скляних вікон&lt;br /&gt;</w:t>
        <w:br/>
        <w:t>В низ поглипує трівожно: бач, надходить похорон.</w:t>
      </w:r>
    </w:p>
    <w:p>
      <w:r>
        <w:br/>
        <w:t>З разу військо йде в дві лави, сумно висять хоругви,&lt;br /&gt;</w:t>
        <w:br/>
        <w:t>Білі мундури кроваві і оружя всї в крови.&lt;br /&gt;</w:t>
        <w:br/>
        <w:t>Йде музика полковая, труби, сурми блискотять,&lt;br /&gt;</w:t>
        <w:br/>
        <w:t>Та не чути анї згука, хоч, здаєть ся, грать хотять.&lt;br /&gt;</w:t>
        <w:br/>
        <w:t>Далї конї ряд за рядом в такт копитами сїчуть,&lt;br /&gt;</w:t>
        <w:br/>
        <w:t>Та нї ржаня, нї коменди, анї стуку їх не чуть.&lt;br /&gt;</w:t>
        <w:br/>
        <w:t>Далї котять ся гармати, чорний ще від диму спіж,&lt;br /&gt;</w:t>
        <w:br/>
        <w:t>Та пливуть так тихо-тихо, тїни не плили-б тихійш.</w:t>
      </w:r>
    </w:p>
    <w:p>
      <w:r>
        <w:br/>
        <w:t>А за ними знов піхота, знов кіннота наче дим,&lt;br /&gt;</w:t>
        <w:br/>
        <w:t>Знов музика, ґенерали, офіцири, піп один;&lt;br /&gt;</w:t>
        <w:br/>
        <w:t>А за ним чотири конї, чорні, темний мов туман,&lt;br /&gt;</w:t>
        <w:br/>
        <w:t>Тягнуть тихо наче тїни величезний караван.&lt;br /&gt;</w:t>
        <w:br/>
        <w:t>Він укритий хоругвами, та вінцїв на нїм нема,&lt;br /&gt;</w:t>
        <w:br/>
        <w:t>А на верха домовина, таємниця мов нїма.&lt;br /&gt;</w:t>
        <w:br/>
        <w:t>Величезна, чорна — тілько металеві окутя&lt;br /&gt;</w:t>
        <w:br/>
        <w:t>Блискотять — остатнї іскри знівеченого житя.</w:t>
      </w:r>
    </w:p>
    <w:p>
      <w:r>
        <w:br/>
        <w:t>Анї жінка, анї мати, анї дїти, анї рід&lt;br /&gt;</w:t>
        <w:br/>
        <w:t>Не ступа за караваном, не рида мерцеви в слїд,&lt;br /&gt;</w:t>
        <w:br/>
        <w:t>Але йде юрба велика, що й кінця їй не видать:&lt;br /&gt;</w:t>
        <w:br/>
        <w:t>Ті волосє рвуть собі, сї мабуть хотять ридать,&lt;br /&gt;</w:t>
        <w:br/>
        <w:t>Руки ломлять, бють ся в груди, виски пястями товчуть;&lt;br /&gt;</w:t>
        <w:br/>
        <w:t>Але тихо! Нї риданя, анї шелесту не чуть.&lt;br /&gt;</w:t>
        <w:br/>
        <w:t>Наче мла пливе лугами, мов ріка з глибоких плес;&lt;br /&gt;</w:t>
        <w:br/>
        <w:t>Тілько дзвони все голосять, зорі глипають з небес.</w:t>
      </w:r>
    </w:p>
    <w:p>
      <w:r>
        <w:br/>
        <w:t>І почув я жаль великий за мерцем таємним тим,&lt;br /&gt;</w:t>
        <w:br/>
        <w:t>Що така народу сила тихо так іде за ним.&lt;br /&gt;</w:t>
        <w:br/>
        <w:t>І почув я, що чимсь близький він менї, що к тим юрбам,&lt;br /&gt;</w:t>
        <w:br/>
        <w:t>К похоронному походу прилучить ся мушу й сам.&lt;br /&gt;</w:t>
        <w:br/>
        <w:t>І почув я, що на серцї менї важко, тисне грудь,&lt;br /&gt;</w:t>
        <w:br/>
        <w:t>Наче в сьому похоронї винуватий я чим будь.&lt;br /&gt;</w:t>
        <w:br/>
        <w:t>"Хтож сей мрець?" — хтїв я спитати, та бояв ся, що згрішу,&lt;br /&gt;</w:t>
        <w:br/>
        <w:t>Що сповню великий злочин, перервавши сю тишу.</w:t>
      </w:r>
    </w:p>
    <w:p>
      <w:r>
        <w:br/>
        <w:t>Але в серцї те питанє все клубило ся, мов гадь:&lt;br /&gt;</w:t>
        <w:br/>
        <w:t>"Хто-ж сей мрець, кого такії маси вийшли провожать?&lt;br /&gt;</w:t>
        <w:br/>
        <w:t>Хто ті люде, що, здаєть ся, сотнї тисяч їх ідуть,&lt;br /&gt;</w:t>
        <w:br/>
        <w:t>А нї гомону, нї стуку, анї шелесту не чуть?"&lt;br /&gt;</w:t>
        <w:br/>
        <w:t>Дармо зиркаю в їх лиця: щось знайоме є у всїх,&lt;br /&gt;</w:t>
        <w:br/>
        <w:t>Та якийсь серпанок білий заслоняє риси їх.&lt;br /&gt;</w:t>
        <w:br/>
        <w:t>Де в кого отверті очи, та без блиску, мов скляні;&lt;br /&gt;</w:t>
        <w:br/>
        <w:t>Та затулені у иньших, мов ідуть в глубокім снї.</w:t>
      </w:r>
    </w:p>
    <w:p>
      <w:r>
        <w:br/>
        <w:t>Величезний хід той суне, суне тихо, наче мла;&lt;br /&gt;</w:t>
        <w:br/>
        <w:t>Вулиця глуха, безлюдна, проста-проста, мов стріла.&lt;br /&gt;</w:t>
        <w:br/>
        <w:t>Два ряди домів без прорви, наче ґвардия нїма,&lt;br /&gt;</w:t>
        <w:br/>
        <w:t>І здаєть ся, анї краю, нї кінця їм десь нема.&lt;br /&gt;</w:t>
        <w:br/>
        <w:t>"Хто сей мрець ?" клубить ся в серцї те питанє, наче гадь.&lt;br /&gt;</w:t>
        <w:br/>
        <w:t>"Хто сей мрець?" — свого&amp;#769; сусїди врештї зваживсь я спитать.&lt;br /&gt;</w:t>
        <w:br/>
        <w:t>Не підводячи обличя, не розплющивши очей&lt;br /&gt;</w:t>
        <w:br/>
        <w:t>Відповів сусїд мій глухо : "Мирон, Мирон мрець отсей."</w:t>
      </w:r>
    </w:p>
    <w:p>
      <w:r>
        <w:br/>
        <w:t>"Мирон! Мирон!" Що за Мирон ? Все сказати би волїв !&lt;br /&gt;</w:t>
        <w:br/>
        <w:t>Але чом же серце в мене похололо від тих слів ?&lt;br /&gt;</w:t>
        <w:br/>
        <w:t>Чом уста мої поблїдли і трясуть ся і мовчать,&lt;br /&gt;</w:t>
        <w:br/>
        <w:t>Мов отсе на них прибито вже смертельную печать?&lt;br /&gt;</w:t>
        <w:br/>
        <w:t>Я підводжу очи в гору: ось вже й вулицї кінець:&lt;br /&gt;</w:t>
        <w:br/>
        <w:t>Величезна чорна брама, а на нїй з огнїв вінець;&lt;br /&gt;</w:t>
        <w:br/>
        <w:t>Під вінцем огнистий напис блимає, немов ільща:&lt;br /&gt;</w:t>
        <w:br/>
        <w:t>"Хто сюди війде, надїю най на віки попроща."</w:t>
      </w:r>
    </w:p>
    <w:p>
      <w:r>
        <w:br/>
        <w:t>XII.</w:t>
      </w:r>
    </w:p>
    <w:p>
      <w:r>
        <w:br/>
        <w:t>Хрести, хрести, хрести в вінках тернових,&lt;br /&gt;</w:t>
        <w:br/>
        <w:t>Без написів, лиш огник, що горить&lt;br /&gt;</w:t>
        <w:br/>
        <w:t>На кождім гробі — знак, що там, в дубових</w:t>
      </w:r>
    </w:p>
    <w:p>
      <w:r>
        <w:br/>
        <w:t>Дошках, чиєсь горяче серце спить.&lt;br /&gt;</w:t>
        <w:br/>
        <w:t>Хрести й огнї довжезними рядами...&lt;br /&gt;</w:t>
        <w:br/>
        <w:t>Аж на кінцї, де на цїлець ступить,</w:t>
      </w:r>
    </w:p>
    <w:p>
      <w:r>
        <w:br/>
        <w:t>Зївають челюсти нової ями.&lt;br /&gt;</w:t>
        <w:br/>
        <w:t>Тут зупинив ся караван. Весь люд&lt;br /&gt;</w:t>
        <w:br/>
        <w:t>Розставив ся при гробі тім кругами.</w:t>
      </w:r>
    </w:p>
    <w:p>
      <w:r>
        <w:br/>
        <w:t>І не було жалібних сьпівів тут.&lt;br /&gt;</w:t>
        <w:br/>
        <w:t>Зняли із каравана домовину&lt;br /&gt;</w:t>
        <w:br/>
        <w:t>І вже край гробу на землї кладуть.</w:t>
      </w:r>
    </w:p>
    <w:p>
      <w:r>
        <w:br/>
        <w:t>Один із війська виступив на глину,&lt;br /&gt;</w:t>
        <w:br/>
        <w:t>На горб, щоб добре всїм його видать,&lt;br /&gt;</w:t>
        <w:br/>
        <w:t>І рік, схиливши голову в долину:</w:t>
      </w:r>
    </w:p>
    <w:p>
      <w:r>
        <w:br/>
        <w:t>"Позволите, панове, річ держать?"&lt;br /&gt;</w:t>
        <w:br/>
        <w:t>Немов від вітру колоски на полю,&lt;br /&gt;</w:t>
        <w:br/>
        <w:t>Схилились чола. Він почав казать:</w:t>
      </w:r>
    </w:p>
    <w:p>
      <w:r>
        <w:br/>
        <w:t>"Товариша у боротьбі за волю,&lt;br /&gt;</w:t>
        <w:br/>
        <w:t>Войовник, що був проводир нам,&lt;br /&gt;</w:t>
        <w:br/>
        <w:t>І сївача, що сїяв кращу долю,</w:t>
      </w:r>
    </w:p>
    <w:p>
      <w:r>
        <w:br/>
        <w:t>"Будівника, що клав величнїй храм&lt;br /&gt;</w:t>
        <w:br/>
        <w:t>Будущини, ось тут ховаєм нинї.&lt;br /&gt;</w:t>
        <w:br/>
        <w:t>Як жив, що вдїяв — відомо всїм вам.</w:t>
      </w:r>
    </w:p>
    <w:p>
      <w:r>
        <w:br/>
        <w:t>"Вмер нагло днесь о північній годинї."&lt;br /&gt;</w:t>
        <w:br/>
        <w:t>А в тім з низу озвав ся різко піп :&lt;br /&gt;</w:t>
        <w:br/>
        <w:t>"Вмер нагло, кажеш? По якій причинї?</w:t>
      </w:r>
    </w:p>
    <w:p>
      <w:r>
        <w:br/>
        <w:t>"Я самовбійцї не покроплю гріб."&lt;br /&gt;</w:t>
        <w:br/>
        <w:t>"Не самовбійця — мовив речник стиха. —&lt;br /&gt;</w:t>
        <w:br/>
        <w:t>Він впав, як зжатий острим серпом сніп</w:t>
      </w:r>
    </w:p>
    <w:p>
      <w:r>
        <w:br/>
        <w:t>"З рук зрадника, що й нам накоїв лиха.&lt;br /&gt;</w:t>
        <w:br/>
        <w:t>І не кінжалом вбитий, не мечем,&lt;br /&gt;</w:t>
        <w:br/>
        <w:t>А словом, що пихою злою диха."</w:t>
      </w:r>
    </w:p>
    <w:p>
      <w:r>
        <w:br/>
        <w:t>Тут голосним всї вибухли плачем,&lt;br /&gt;</w:t>
        <w:br/>
        <w:t>А речник з горба так сказав по хвили:&lt;br /&gt;</w:t>
        <w:br/>
        <w:t>"Прощай нам, брате! Ти своїм плечем</w:t>
      </w:r>
    </w:p>
    <w:p>
      <w:r>
        <w:br/>
        <w:t>"Нас захищав, коли злі бурі били,&lt;br /&gt;</w:t>
        <w:br/>
        <w:t>Твій ум показував нам шлях у тьмї,&lt;br /&gt;</w:t>
        <w:br/>
        <w:t>Твій приклад в працї додавав нам сили.</w:t>
      </w:r>
    </w:p>
    <w:p>
      <w:r>
        <w:br/>
        <w:t>"Та поки лишимось отут самі,&lt;br /&gt;</w:t>
        <w:br/>
        <w:t>Прийми від нас остатне цїлуванє,&lt;br /&gt;</w:t>
        <w:br/>
        <w:t>Остатнїй цьвіт в розста&amp;#769;ваня зимі."</w:t>
      </w:r>
    </w:p>
    <w:p>
      <w:r>
        <w:br/>
        <w:t>Знов розляглось великеє риданє.&lt;br /&gt;</w:t>
        <w:br/>
        <w:t>В трунї відбили віко гробарі&lt;br /&gt;</w:t>
        <w:br/>
        <w:t>І почалось остатнєє прощанє.</w:t>
      </w:r>
    </w:p>
    <w:p>
      <w:r>
        <w:br/>
        <w:t>До трупа тисли ся малі й старі,&lt;br /&gt;</w:t>
        <w:br/>
        <w:t>Устами уст мерцевих доторкались&lt;br /&gt;</w:t>
        <w:br/>
        <w:t>І кланялись потім землї сирій.</w:t>
      </w:r>
    </w:p>
    <w:p>
      <w:r>
        <w:br/>
        <w:t>"Чи всї вже з братом нашим попрощались?"&lt;br /&gt;</w:t>
        <w:br/>
        <w:t>Знов мовив речник. "Всї вже!" загуло.&lt;br /&gt;</w:t>
        <w:br/>
        <w:t>"Не всї ще!" иньші голоси озвались.</w:t>
      </w:r>
    </w:p>
    <w:p>
      <w:r>
        <w:br/>
        <w:t>"Одного при трунї ще не було!&lt;br /&gt;</w:t>
        <w:br/>
        <w:t>Онтам стоїть він за хрестом укритий.&lt;br /&gt;</w:t>
        <w:br/>
        <w:t>В очах його блищить ще земне зло."</w:t>
      </w:r>
    </w:p>
    <w:p>
      <w:r>
        <w:br/>
        <w:t>А я тремтїв, немов несамовитий&lt;br /&gt;</w:t>
        <w:br/>
        <w:t>При самій думцї — цілувать мерця,&lt;br /&gt;</w:t>
        <w:br/>
        <w:t>Хоч я не знав ще, хто се й ким убитий.</w:t>
      </w:r>
    </w:p>
    <w:p>
      <w:r>
        <w:br/>
        <w:t>Та ось юрба менї гукнула вся:&lt;br /&gt;</w:t>
        <w:br/>
        <w:t>"Виходь ! Виходь! Зближись до домовини!&lt;br /&gt;</w:t>
        <w:br/>
        <w:t>І доводи прощанє до кінця!"</w:t>
      </w:r>
    </w:p>
    <w:p>
      <w:r>
        <w:br/>
        <w:t>На крик той я з переляком дитини,&lt;br /&gt;</w:t>
        <w:br/>
        <w:t>Без сили й волї власної, ледви&lt;br /&gt;</w:t>
        <w:br/>
        <w:t>Ступаючи, війшов до середини.</w:t>
      </w:r>
    </w:p>
    <w:p>
      <w:r>
        <w:br/>
        <w:t>В труну зирнув — і стяв ся лїд в крови,&lt;br /&gt;</w:t>
        <w:br/>
        <w:t>Трівога очи виперла із лоба,&lt;br /&gt;</w:t>
        <w:br/>
        <w:t>Волосє дубом встало з голови.</w:t>
      </w:r>
    </w:p>
    <w:p>
      <w:r>
        <w:br/>
        <w:t>В трунї був я! Так, я, моя подоба,&lt;br /&gt;</w:t>
        <w:br/>
        <w:t>Моє лице, мій вираз, все, зовсїм...&lt;br /&gt;</w:t>
        <w:br/>
        <w:t>І скаменїла вся моя утроба.</w:t>
      </w:r>
    </w:p>
    <w:p>
      <w:r>
        <w:br/>
        <w:t>"Цїлуй! Цїлуй !" — реве народ мов грім.&lt;br /&gt;</w:t>
        <w:br/>
        <w:t>Та я і кроку вже не міг зробити&lt;br /&gt;</w:t>
        <w:br/>
        <w:t>І на колїна впав при гробі тім.</w:t>
      </w:r>
    </w:p>
    <w:p>
      <w:r>
        <w:br/>
        <w:t>"Цїлуй! Цїлуй!" — реве народ сердитий.&lt;br /&gt;</w:t>
        <w:br/>
        <w:t>"Піднять його! До трупа підвести!"&lt;br /&gt;</w:t>
        <w:br/>
        <w:t>І коло трупа впав я мов убитий.</w:t>
      </w:r>
    </w:p>
    <w:p>
      <w:r>
        <w:br/>
        <w:t>"Цїлуй! Цїлуй!" Не встиг я донести&lt;br /&gt;</w:t>
        <w:br/>
        <w:t>Поблідлих уст до трупа, аж у нього&lt;br /&gt;</w:t>
        <w:br/>
        <w:t>З очей і уст пустилась кров плисти.</w:t>
      </w:r>
    </w:p>
    <w:p>
      <w:r>
        <w:br/>
        <w:t>"Убійця!" крикнув піп край боку мого.&lt;br /&gt;</w:t>
        <w:br/>
        <w:t>"Убійця!" крикнув той, що річ держав.&lt;br /&gt;</w:t>
        <w:br/>
        <w:t>"Убійця!" люд увесь ревнув до того.</w:t>
      </w:r>
    </w:p>
    <w:p>
      <w:r>
        <w:br/>
        <w:t>"З ним суд у нас короткий, — проказав&lt;br /&gt;</w:t>
        <w:br/>
        <w:t>Помалу речник, — з трупом враз в могилу,&lt;br /&gt;</w:t>
        <w:br/>
        <w:t>Та так: на вбійцї вбитий щоб лежав."</w:t>
      </w:r>
    </w:p>
    <w:p>
      <w:r>
        <w:br/>
        <w:t>"В могилу з ним! Беріть його на силу! —&lt;br /&gt;</w:t>
        <w:br/>
        <w:t>Реве народ, — валїть його, кладїть&lt;br /&gt;</w:t>
        <w:br/>
        <w:t>Труну на него! Сипте глини, илу!"</w:t>
      </w:r>
    </w:p>
    <w:p>
      <w:r>
        <w:br/>
        <w:t>Я був живий. Ще темний небозвід&lt;br /&gt;</w:t>
        <w:br/>
        <w:t>До мене моргав зорями-очима,&lt;br /&gt;</w:t>
        <w:br/>
        <w:t>Земля ще пахла й яблоневий цьвіт.</w:t>
      </w:r>
    </w:p>
    <w:p>
      <w:r>
        <w:br/>
        <w:t>Та я був труп. Надїя вже не блима&lt;br /&gt;</w:t>
        <w:br/>
        <w:t>В душі, завмерла воля до житя...&lt;br /&gt;</w:t>
        <w:br/>
        <w:t>Конець іде, нїщо його не стрима!</w:t>
      </w:r>
    </w:p>
    <w:p>
      <w:r>
        <w:br/>
        <w:t>Простір і час і всякі почутя&lt;br /&gt;</w:t>
        <w:br/>
        <w:t>Загасли. Темне щось лягло на мене...&lt;br /&gt;</w:t>
        <w:br/>
        <w:t>Гуркоче глина... стихло... небутя</w:t>
      </w:r>
    </w:p>
    <w:p>
      <w:r>
        <w:br/>
        <w:t>Мене пожерло озеро студене.</w:t>
      </w:r>
    </w:p>
    <w:p>
      <w:r>
        <w:br/>
        <w:t>ЕПІЛЬОҐ.</w:t>
      </w:r>
    </w:p>
    <w:p>
      <w:r>
        <w:br/>
        <w:t>Другого дня знайшли мене на гробі&lt;br /&gt;</w:t>
        <w:br/>
        <w:t>Приятелї. Я сильно простудивсь,&lt;br /&gt;</w:t>
        <w:br/>
        <w:t>Бо лиш нічну сорочку мав на собі.</w:t>
      </w:r>
    </w:p>
    <w:p>
      <w:r>
        <w:br/>
        <w:t>Пройшло три тижнї, поки пробудивсь&lt;br /&gt;</w:t>
        <w:br/>
        <w:t>З горячки й цїлковитої нетями,&lt;br /&gt;</w:t>
        <w:br/>
        <w:t>І ледво що від смерти відходивсь.</w:t>
      </w:r>
    </w:p>
    <w:p>
      <w:r>
        <w:br/>
        <w:t>"Якими ти блукаєш манівцями?&lt;br /&gt;</w:t>
        <w:br/>
        <w:t>Чого на кладовище ти залїз?&lt;br /&gt;</w:t>
        <w:br/>
        <w:t>І хто в сорочцї ходить вулицями?"</w:t>
      </w:r>
    </w:p>
    <w:p>
      <w:r>
        <w:br/>
        <w:t>Приятелї питали. Що за біс?&lt;br /&gt;</w:t>
        <w:br/>
        <w:t>Я з початку не тямив нї крихітки,&lt;br /&gt;</w:t>
        <w:br/>
        <w:t>Хто, як, чого мене туди занїс ?</w:t>
      </w:r>
    </w:p>
    <w:p>
      <w:r>
        <w:br/>
        <w:t>Аж як одужав я, вернули сьвідки&lt;br /&gt;</w:t>
        <w:br/>
        <w:t>Тієї ночи — спомини ясні,&lt;br /&gt;</w:t>
        <w:br/>
        <w:t>Пізнав я, як прийшов той страх і звідки.</w:t>
      </w:r>
    </w:p>
    <w:p>
      <w:r>
        <w:br/>
        <w:t>В ту ніч в важкій задумі при вікнї&lt;br /&gt;</w:t>
        <w:br/>
        <w:t>Сидїв я, серце мучила трівога,&lt;br /&gt;</w:t>
        <w:br/>
        <w:t>Важкі питаня сунулись менї:</w:t>
      </w:r>
    </w:p>
    <w:p>
      <w:r>
        <w:br/>
        <w:t>"Чи вірна наша, чи хибна дорога?&lt;br /&gt;</w:t>
        <w:br/>
        <w:t>Чи праця наша підійме, двигне&lt;br /&gt;</w:t>
        <w:br/>
        <w:t>Наш люд, чи мов калїка та безнога</w:t>
      </w:r>
    </w:p>
    <w:p>
      <w:r>
        <w:br/>
        <w:t>"Він в тім калїцтві жити-ме й усхне?&lt;br /&gt;</w:t>
        <w:br/>
        <w:t>І чом відступників у нас так много ?&lt;br /&gt;</w:t>
        <w:br/>
        <w:t>І чом для них відступство не страшне?</w:t>
      </w:r>
    </w:p>
    <w:p>
      <w:r>
        <w:br/>
        <w:t>"Чом рідний стяг не тягне їх до свого?&lt;br /&gt;</w:t>
        <w:br/>
        <w:t>Чом працювать на власній ниві — стид,&lt;br /&gt;</w:t>
        <w:br/>
        <w:t>Але не стид у наймах у чужого?</w:t>
      </w:r>
    </w:p>
    <w:p>
      <w:r>
        <w:br/>
        <w:t>"І чом один на рідній ниві вид:&lt;br /&gt;</w:t>
        <w:br/>
        <w:t>Безладє, зависть і пиха пустая&lt;br /&gt;</w:t>
        <w:br/>
        <w:t>І служба ворогу, що з нас же й кпить?"</w:t>
      </w:r>
    </w:p>
    <w:p>
      <w:r>
        <w:br/>
        <w:t>І рій тих дум, неначе мла густая&lt;br /&gt;</w:t>
        <w:br/>
        <w:t>Наляг на душу і розради ждав,&lt;br /&gt;</w:t>
        <w:br/>
        <w:t>Та не являлась розрада тая.</w:t>
      </w:r>
    </w:p>
    <w:p>
      <w:r>
        <w:br/>
        <w:t>А з неба повний місяць заглядав&lt;br /&gt;</w:t>
        <w:br/>
        <w:t>На мене й усьміхав ся білолиций,&lt;br /&gt;</w:t>
        <w:br/>
        <w:t>Мене блискучим чаром обкидав.</w:t>
      </w:r>
    </w:p>
    <w:p>
      <w:r>
        <w:br/>
        <w:t>"Ходи за мною, може в снів скарбници&lt;br /&gt;</w:t>
        <w:br/>
        <w:t>Знайдеш для себе дещо, синку мій!&lt;br /&gt;</w:t>
        <w:br/>
        <w:t>Ходи, скупай ся в забутя криници!</w:t>
      </w:r>
    </w:p>
    <w:p>
      <w:r>
        <w:br/>
        <w:t>"І не дивуйсь, коли знайдеш у нїй&lt;br /&gt;</w:t>
        <w:br/>
        <w:t>Страхітя деякі та дивогляди, —&lt;br /&gt;</w:t>
        <w:br/>
        <w:t>Моя є форма, зміст усе є твій."</w:t>
      </w:r>
    </w:p>
    <w:p>
      <w:r>
        <w:br/>
        <w:t>Хтїв чи не хтїв, я мусїв сеї ради&lt;br /&gt;</w:t>
        <w:br/>
        <w:t>Послухать — сильний був старого чар,—&lt;br /&gt;</w:t>
        <w:br/>
        <w:t>І в сонне царство вплив я на огляди.</w:t>
      </w:r>
    </w:p>
    <w:p>
      <w:r>
        <w:br/>
        <w:t>Що бачив там, се вам приношу в дар.&lt;br /&gt;</w:t>
        <w:br/>
        <w:t>Не лайте, що не зміг ся на щось краще!&lt;br /&gt;</w:t>
        <w:br/>
        <w:t>Щож діять! Всї ми ще в тім царстві мар,</w:t>
      </w:r>
    </w:p>
    <w:p>
      <w:r>
        <w:br/>
        <w:t>Усї ми племя сонне і боляще&lt;br /&gt;</w:t>
        <w:br/>
        <w:t>І маловірне, і покус таких&lt;br /&gt;</w:t>
        <w:br/>
        <w:t>До нас підходять тисячі що дня ще.</w:t>
      </w:r>
    </w:p>
    <w:p>
      <w:r>
        <w:br/>
        <w:t>Прийміть сей дар! Крім дум моїх важких,&lt;br /&gt;</w:t>
        <w:br/>
        <w:t>Крім болю серця й сумнїву й розпуки,&lt;br /&gt;</w:t>
        <w:br/>
        <w:t>Усе в нїм байка, рої мрій палких.</w:t>
      </w:r>
    </w:p>
    <w:p>
      <w:r>
        <w:br/>
        <w:t>Ті битви і побіди й люті муки&lt;br /&gt;</w:t>
        <w:br/>
        <w:t>І кров і блиск, що тьмив у мене очи,&lt;br /&gt;</w:t>
        <w:br/>
        <w:t>І речі ті і духи ті і дуки —</w:t>
      </w:r>
    </w:p>
    <w:p>
      <w:r>
        <w:br/>
        <w:t>Усе те — чари місячної ночи.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Похорон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