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 учителя</w:t>
      </w:r>
    </w:p>
    <w:p>
      <w:r>
        <w:br/>
        <w:t xml:space="preserve"> &lt;blockquote&gt;Пам'яті Олексія Антоновича Вовнянка&lt;br /&gt;</w:t>
        <w:br/>
        <w:t>&lt;/blockquote&gt;&lt;br /&gt;</w:t>
        <w:br/>
        <w:t>Як несли його тихо в нове житло&lt;br /&gt;</w:t>
        <w:br/>
        <w:t>По бруку, по бруку, по бруку,-&lt;br /&gt;</w:t>
        <w:br/>
        <w:t>Був місяць май. Сонце пекло.&lt;br /&gt;</w:t>
        <w:br/>
        <w:t>...Мерзли руки.</w:t>
      </w:r>
    </w:p>
    <w:p>
      <w:r>
        <w:br/>
        <w:t>Сизий пил опадав на хрести перехресть.&lt;br /&gt;</w:t>
        <w:br/>
        <w:t>Зітхали старі: відмучивсь.&lt;br /&gt;</w:t>
        <w:br/>
        <w:t>Шепотіли тополі. Фальшивив оркестр:&lt;br /&gt;</w:t>
        <w:br/>
        <w:t>Грали учні.</w:t>
      </w:r>
    </w:p>
    <w:p>
      <w:r>
        <w:br/>
        <w:t>А коли проминали школу і сад,&lt;br /&gt;</w:t>
        <w:br/>
        <w:t>Молода... молоденька антонівка&lt;br /&gt;</w:t>
        <w:br/>
        <w:t>Підійшла до труни, сахнулась назад:&lt;br /&gt;</w:t>
        <w:br/>
        <w:t>— Олексію Антоновичу?!</w:t>
      </w:r>
    </w:p>
    <w:p>
      <w:r>
        <w:br/>
        <w:t>Та чи він не почув, чи удав, що спить,&lt;br /&gt;</w:t>
        <w:br/>
        <w:t>Бо несли його високо-високо,&lt;br /&gt;</w:t>
        <w:br/>
        <w:t>Тільки пальці, здавалось, ворухнулись на мить,&lt;br /&gt;</w:t>
        <w:br/>
        <w:t>Наче листя, на жовтні висохле.</w:t>
      </w:r>
    </w:p>
    <w:p>
      <w:r>
        <w:br/>
        <w:t>Обіч шляху тулилися скромно авто.&lt;br /&gt;</w:t>
        <w:br/>
        <w:t>Шоферюги, на слово колючі,&lt;br /&gt;</w:t>
        <w:br/>
        <w:t>Сигарети ховали в рукав. Бо то&lt;br /&gt;</w:t>
        <w:br/>
        <w:t>Були його учні.</w:t>
      </w:r>
    </w:p>
    <w:p>
      <w:r>
        <w:br/>
        <w:t>Затихали у хатах дрімучі сварки,&lt;br /&gt;</w:t>
        <w:br/>
        <w:t>Видихалися чвари ядучі.&lt;br /&gt;</w:t>
        <w:br/>
        <w:t>І стояли сумирно дебелі дядьки —&lt;br /&gt;</w:t>
        <w:br/>
        <w:t>Його перші учні.</w:t>
      </w:r>
    </w:p>
    <w:p>
      <w:r>
        <w:br/>
        <w:t>А один, що сивухою очі залив&lt;br /&gt;</w:t>
        <w:br/>
        <w:t>І таке — не при дітях — варнякав,&lt;br /&gt;</w:t>
        <w:br/>
        <w:t>Як побачив його, ураз прохмелів&lt;br /&gt;</w:t>
        <w:br/>
        <w:t>І по-людськи заплакав.</w:t>
      </w:r>
    </w:p>
    <w:p>
      <w:r>
        <w:br/>
        <w:t>А один генерал, увесь в орденах,&lt;br /&gt;</w:t>
        <w:br/>
        <w:t>Що звитягою смерть перевершив,&lt;br /&gt;</w:t>
        <w:br/>
        <w:t>Прочитав телеграму. Збілів, як стіна,&lt;br /&gt;</w:t>
        <w:br/>
        <w:t>Вперше...</w:t>
      </w:r>
    </w:p>
    <w:p>
      <w:r>
        <w:br/>
        <w:t>Я додому прийшов. Похиливсь, як верба.&lt;br /&gt;</w:t>
        <w:br/>
        <w:t>Триста лих мені дивляться в вічі.&lt;br /&gt;</w:t>
        <w:br/>
        <w:t>То за віщо ж до всього ще й ця журба?&lt;br /&gt;</w:t>
        <w:br/>
        <w:t>Ах, за віщо, за віщо, за віщо?!</w:t>
      </w:r>
    </w:p>
    <w:p>
      <w:r>
        <w:br/>
        <w:t>Як могли ви, учителю, вмерти, коли&lt;br /&gt;</w:t>
        <w:br/>
        <w:t>Мені й так до нестями прикро?&lt;br /&gt;</w:t>
        <w:br/>
        <w:t>Я ж вам вірив, як Богу.&lt;br /&gt;</w:t>
        <w:br/>
        <w:t>Мені ви були&lt;br /&gt;</w:t>
        <w:br/>
        <w:t>За Отця, і Духа, і... приклад.</w:t>
      </w:r>
    </w:p>
    <w:p>
      <w:r>
        <w:br/>
        <w:t>Та коли б хоч вітрища ламали кущі&lt;br /&gt;</w:t>
        <w:br/>
        <w:t>Чи осіння осмута висла,&lt;br /&gt;</w:t>
        <w:br/>
        <w:t>Та коли б хоч лили трафаретні дощі,-&lt;br /&gt;</w:t>
        <w:br/>
        <w:t>А то ж май зацвіта, як пісня!</w:t>
      </w:r>
    </w:p>
    <w:p>
      <w:r>
        <w:br/>
        <w:t>Він сказав:&lt;br /&gt;</w:t>
        <w:br/>
        <w:t>— Не вдавайся до самобиття.&lt;br /&gt;</w:t>
        <w:br/>
        <w:t>Не спіши головою з кручі.&lt;br /&gt;</w:t>
        <w:br/>
        <w:t>Я тому саме в травні лишаю життя,&lt;br /&gt;</w:t>
        <w:br/>
        <w:t>Щоб його цінували учні.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 учителя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