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офелії</w:t>
      </w:r>
    </w:p>
    <w:p>
      <w:r>
        <w:br/>
        <w:t xml:space="preserve"> Вулиця довга, немов життя моє.&lt;br /&gt;</w:t>
        <w:br/>
        <w:t>Ридання оркестру і рип чобіт.&lt;br /&gt;</w:t>
        <w:br/>
        <w:t>Попереду цвинтар хрести заламує,&lt;br /&gt;</w:t>
        <w:br/>
        <w:t>Обабіч городи, паркани, дріт.</w:t>
      </w:r>
    </w:p>
    <w:p>
      <w:r>
        <w:br/>
        <w:t>Зима, і вулиця снігом всипана,&lt;br /&gt;</w:t>
        <w:br/>
        <w:t>Провулки чорні на тлі снігів.&lt;br /&gt;</w:t>
        <w:br/>
        <w:t>І сині тіні дерев знесилених,&lt;br /&gt;</w:t>
        <w:br/>
        <w:t>І сині струмені з димарів.</w:t>
      </w:r>
    </w:p>
    <w:p>
      <w:r>
        <w:br/>
        <w:t>Завернути б у провулок&lt;br /&gt;</w:t>
        <w:br/>
        <w:t>До Марії в хату.&lt;br /&gt;</w:t>
        <w:br/>
        <w:t>Може, там знайти притулок&lt;br /&gt;</w:t>
        <w:br/>
        <w:t>Альбо смерть вблагати.</w:t>
      </w:r>
    </w:p>
    <w:p>
      <w:r>
        <w:br/>
        <w:t>Завернути б у провулок&lt;br /&gt;</w:t>
        <w:br/>
        <w:t>В хату до Варвари.&lt;br /&gt;</w:t>
        <w:br/>
        <w:t>Бо єдиний порятунок —&lt;br /&gt;</w:t>
        <w:br/>
        <w:t>В землю, їй до пари.</w:t>
      </w:r>
    </w:p>
    <w:p>
      <w:r>
        <w:br/>
        <w:t>Та вже не збочити, все заметено,&lt;br /&gt;</w:t>
        <w:br/>
        <w:t>І сніг рипить, і сурми ревуть.&lt;br /&gt;</w:t>
        <w:br/>
        <w:t>І довга вулиця, як доведення,&lt;br /&gt;</w:t>
        <w:br/>
        <w:t>Що є прямою остання путь.</w:t>
      </w:r>
    </w:p>
    <w:p>
      <w:r>
        <w:br/>
        <w:t>І вже лелекою, вже лілеєю,&lt;br /&gt;</w:t>
        <w:br/>
        <w:t>В сорочці білій — у білу путь…&lt;br /&gt;</w:t>
        <w:br/>
        <w:t>Шорсткі долоні твої, Офеліє,&lt;br /&gt;</w:t>
        <w:br/>
        <w:t>Притну до рота — не одірвуть.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офелії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