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Похід на Царгород</w:t>
      </w:r>
    </w:p>
    <w:p>
      <w:r>
        <w:br/>
        <w:t xml:space="preserve"> Геть за морем українським,&lt;br /&gt;</w:t>
        <w:br/>
        <w:t>Понад склом Босфорських вод&lt;br /&gt;</w:t>
        <w:br/>
        <w:t>Дивні вежі і палати&lt;br /&gt;</w:t>
        <w:br/>
        <w:t>Розкидає Царгород.</w:t>
      </w:r>
    </w:p>
    <w:p>
      <w:r>
        <w:br/>
        <w:t>Наче вир, кипить, торгує&lt;br /&gt;</w:t>
        <w:br/>
        <w:t>Крамом, зброєю, вином.&lt;br /&gt;</w:t>
        <w:br/>
        <w:t>Вдень він вуликом здається,&lt;br /&gt;</w:t>
        <w:br/>
        <w:t>А вночі — чудесним сном.</w:t>
      </w:r>
    </w:p>
    <w:p>
      <w:r>
        <w:br/>
        <w:t>І з усіх країн до його&lt;br /&gt;</w:t>
        <w:br/>
        <w:t>Ллється хвилями народ.&lt;br /&gt;</w:t>
        <w:br/>
        <w:t>Наші теж торгові люди&lt;br /&gt;</w:t>
        <w:br/>
        <w:t>Їздять в славний Царгород.</w:t>
      </w:r>
    </w:p>
    <w:p>
      <w:r>
        <w:br/>
        <w:t>Та не любить грек чужинців&lt;br /&gt;</w:t>
        <w:br/>
        <w:t>І тримає їх в руці.&lt;br /&gt;</w:t>
        <w:br/>
        <w:t>"Хоч не їдь! Одурить, скривдить!" —&lt;br /&gt;</w:t>
        <w:br/>
        <w:t>Наші скаржаться купці.</w:t>
      </w:r>
    </w:p>
    <w:p>
      <w:r>
        <w:br/>
        <w:t>І Олег, на греків лютий&lt;br /&gt;</w:t>
        <w:br/>
        <w:t>Став збиратися в поход:&lt;br /&gt;</w:t>
        <w:br/>
        <w:t>Хоче він до України&lt;br /&gt;</w:t>
        <w:br/>
        <w:t>Прилучати Царгород.</w:t>
      </w:r>
    </w:p>
    <w:p>
      <w:r>
        <w:br/>
        <w:t>І укрили Чорне море&lt;br /&gt;</w:t>
        <w:br/>
        <w:t>Українські байдаки,&lt;br /&gt;</w:t>
        <w:br/>
        <w:t>Розгорнулися вітрила,&lt;br /&gt;</w:t>
        <w:br/>
        <w:t>Заспівали вояки.</w:t>
      </w:r>
    </w:p>
    <w:p>
      <w:r>
        <w:br/>
        <w:t>Простір! Воля! Грають хвилі,&lt;br /&gt;</w:t>
        <w:br/>
        <w:t>Море диха, як живе,&lt;br /&gt;</w:t>
        <w:br/>
        <w:t>Мов лютує, що з піснями&lt;br /&gt;</w:t>
        <w:br/>
        <w:t>Легковажний хтось пливе.</w:t>
      </w:r>
    </w:p>
    <w:p>
      <w:r>
        <w:br/>
        <w:t>Небезпека? Вітер? Буря?&lt;br /&gt;</w:t>
        <w:br/>
        <w:t>Гнуться щогли кораблів?&lt;br /&gt;</w:t>
        <w:br/>
        <w:t>О, хіба згорнути крила&lt;br /&gt;</w:t>
        <w:br/>
        <w:t>Важко, довго для орлів?!</w:t>
      </w:r>
    </w:p>
    <w:p>
      <w:r>
        <w:br/>
        <w:t>І гуртом за весла взятись,&lt;br /&gt;</w:t>
        <w:br/>
        <w:t>Разом взятись і гребти&amp;hellip;&lt;br /&gt;</w:t>
        <w:br/>
        <w:t>Море, море! І в негоду&lt;br /&gt;</w:t>
        <w:br/>
        <w:t>Любе сміливому ти!</w:t>
      </w:r>
    </w:p>
    <w:p>
      <w:r>
        <w:br/>
        <w:t>Так три дні пливли по морю&lt;br /&gt;</w:t>
        <w:br/>
        <w:t>Без турботи, без нудьги.&lt;br /&gt;</w:t>
        <w:br/>
        <w:t>Ось і вежі Царгорода,&lt;br /&gt;</w:t>
        <w:br/>
        <w:t>Ось і грецькі береги.</w:t>
      </w:r>
    </w:p>
    <w:p>
      <w:r>
        <w:br/>
        <w:t>Але греки уже знали,&lt;br /&gt;</w:t>
        <w:br/>
        <w:t>Що летять до них орли,&lt;br /&gt;</w:t>
        <w:br/>
        <w:t>І, щоб в пристань не пустити,&lt;br /&gt;</w:t>
        <w:br/>
        <w:t>Ланцюги перетягли.</w:t>
      </w:r>
    </w:p>
    <w:p>
      <w:r>
        <w:br/>
        <w:t>І звелів Олег на беріг&lt;br /&gt;</w:t>
        <w:br/>
        <w:t>Витягати кораблі.&lt;br /&gt;</w:t>
        <w:br/>
        <w:t>"Що ж, мовляв, як не по морю,&lt;br /&gt;</w:t>
        <w:br/>
        <w:t>То поїдем по землі".</w:t>
      </w:r>
    </w:p>
    <w:p>
      <w:r>
        <w:br/>
        <w:t>І, колеса приробивши,&lt;br /&gt;</w:t>
        <w:br/>
        <w:t>Він вітрила розпустив.&lt;br /&gt;</w:t>
        <w:br/>
        <w:t>І невидане тут сталось,&lt;br /&gt;</w:t>
        <w:br/>
        <w:t>Найдивніше диво з див.</w:t>
      </w:r>
    </w:p>
    <w:p>
      <w:r>
        <w:br/>
        <w:t>"Ой, повій, повій ти, вітре!&lt;br /&gt;</w:t>
        <w:br/>
        <w:t>Швидше коней повези!!&lt;br /&gt;</w:t>
        <w:br/>
        <w:t>Зашумів — повіяв вітер,&lt;br /&gt;</w:t>
        <w:br/>
        <w:t>Покотилися вози.</w:t>
      </w:r>
    </w:p>
    <w:p>
      <w:r>
        <w:br/>
        <w:t>Вороги перелякались,&lt;br /&gt;</w:t>
        <w:br/>
        <w:t>До Олега шлють послів:&lt;br /&gt;</w:t>
        <w:br/>
        <w:t>"Не руйнуй нас, все дамо ми,&lt;br /&gt;</w:t>
        <w:br/>
        <w:t>Що б ти, князю, не схотів!"</w:t>
      </w:r>
    </w:p>
    <w:p>
      <w:r>
        <w:br/>
        <w:t>"Ну, гаразд. Покора ваша&lt;br /&gt;</w:t>
        <w:br/>
        <w:t>Погасила в серці гнів,&lt;br /&gt;</w:t>
        <w:br/>
        <w:t>І, здається, ми братами&lt;br /&gt;</w:t>
        <w:br/>
        <w:t>Станем з лютих ворогів.</w:t>
      </w:r>
    </w:p>
    <w:p>
      <w:r>
        <w:br/>
        <w:t>Царю, хай моє купецтво&lt;br /&gt;</w:t>
        <w:br/>
        <w:t>Вільно ходить в Царгород,&lt;br /&gt;</w:t>
        <w:br/>
        <w:t>Хай торгує і купує&lt;br /&gt;</w:t>
        <w:br/>
        <w:t>Вже без кривди і без шкод.</w:t>
      </w:r>
    </w:p>
    <w:p>
      <w:r>
        <w:br/>
        <w:t>У купців не буде зброї:&lt;br /&gt;</w:t>
        <w:br/>
        <w:t>Я обмежу їх число,&lt;br /&gt;</w:t>
        <w:br/>
        <w:t>Щоб не більше, як півсотні&lt;br /&gt;</w:t>
        <w:br/>
        <w:t>Їх нараз у місто йшло".</w:t>
      </w:r>
    </w:p>
    <w:p>
      <w:r>
        <w:br/>
        <w:t>Цар годився на умову,&lt;br /&gt;</w:t>
        <w:br/>
        <w:t>Хрест святочно цілував.&lt;br /&gt;</w:t>
        <w:br/>
        <w:t>Князь на Волоса, Перуна&lt;br /&gt;</w:t>
        <w:br/>
        <w:t>І на меч присягу склав.</w:t>
      </w:r>
    </w:p>
    <w:p>
      <w:r>
        <w:br/>
        <w:t>На воротах Царгорода&lt;br /&gt;</w:t>
        <w:br/>
        <w:t>Князь Олег свій щит прибив.&lt;br /&gt;</w:t>
        <w:br/>
        <w:t>На воротах Царгорода&lt;br /&gt;</w:t>
        <w:br/>
        <w:t>Український щит висів.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Похід на Царгород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