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Покаянні псалми (сонети)</w:t>
      </w:r>
    </w:p>
    <w:p>
      <w:r>
        <w:br/>
        <w:t xml:space="preserve"> СОНЕТИ З КНИЖКИ&lt;br /&gt;</w:t>
        <w:br/>
        <w:t>"ПОКАЯННІ ПСАЛМИ"&lt;br /&gt;</w:t>
        <w:br/>
        <w:t>* * *</w:t>
      </w:r>
    </w:p>
    <w:p>
      <w:r>
        <w:br/>
        <w:t>Ціну свободи знає тільки раб,&lt;br /&gt;</w:t>
        <w:br/>
        <w:t>Але не той, що виріс у темниці&lt;br /&gt;</w:t>
        <w:br/>
        <w:t>І не вбирав у душу та в зіниці&lt;br /&gt;</w:t>
        <w:br/>
        <w:t>Небес блакитних лоскотний єдваб,</w:t>
      </w:r>
    </w:p>
    <w:p>
      <w:r>
        <w:br/>
        <w:t>А тільки той, що виглядав з-за штаб&lt;br /&gt;</w:t>
        <w:br/>
        <w:t>Тюремних ґрат і зорі, як суниці,&lt;br /&gt;</w:t>
        <w:br/>
        <w:t>Спивав устами духу, світлолиці&lt;br /&gt;</w:t>
        <w:br/>
        <w:t>Думки плекав, не повзав, наче краб.</w:t>
      </w:r>
    </w:p>
    <w:p>
      <w:r>
        <w:br/>
        <w:t>Та хто мені покаже те створіння,&lt;br /&gt;</w:t>
        <w:br/>
        <w:t>Яке в живій матерії душі&lt;br /&gt;</w:t>
        <w:br/>
        <w:t>Не носить волі? Це мої моління</w:t>
      </w:r>
    </w:p>
    <w:p>
      <w:r>
        <w:br/>
        <w:t>До кожного раба! І всі клиші,&lt;br /&gt;</w:t>
        <w:br/>
        <w:t>Всі крабовидні мають теж сумління,&lt;br /&gt;</w:t>
        <w:br/>
        <w:t>Мов краплю крові на страшнім ножі!</w:t>
      </w:r>
    </w:p>
    <w:p>
      <w:r>
        <w:br/>
        <w:t>1992&lt;br /&gt;</w:t>
        <w:br/>
        <w:t>* * *</w:t>
      </w:r>
    </w:p>
    <w:p>
      <w:r>
        <w:br/>
        <w:t>Вмирає нація, а ви,&lt;br /&gt;</w:t>
        <w:br/>
        <w:t>Напівділки, напівпоети,&lt;br /&gt;</w:t>
        <w:br/>
        <w:t>Тихенько живете, мов кмети&lt;br /&gt;</w:t>
        <w:br/>
        <w:t>Комуністичної панви.</w:t>
      </w:r>
    </w:p>
    <w:p>
      <w:r>
        <w:br/>
        <w:t>Продажні, наче ті курви,&lt;br /&gt;</w:t>
        <w:br/>
        <w:t>Безликі, наче табурети,&lt;br /&gt;</w:t>
        <w:br/>
        <w:t>Лякливі, як душа трепети,&lt;br /&gt;</w:t>
        <w:br/>
        <w:t>Пильнуєте свої хліви.</w:t>
      </w:r>
    </w:p>
    <w:p>
      <w:r>
        <w:br/>
        <w:t>Пильнуйте й бережіться Руху,&lt;br /&gt;</w:t>
        <w:br/>
        <w:t>Своє сумліннячко любіть&lt;br /&gt;</w:t>
        <w:br/>
        <w:t>Гидливо, наче п'яну шлюху!</w:t>
      </w:r>
    </w:p>
    <w:p>
      <w:r>
        <w:br/>
        <w:t>Та жити ви мене не вчіть,&lt;br /&gt;</w:t>
        <w:br/>
        <w:t>Бо ваша повзаюча хіть&lt;br /&gt;</w:t>
        <w:br/>
        <w:t>Не для скресаючого духу!</w:t>
      </w:r>
    </w:p>
    <w:p>
      <w:r>
        <w:br/>
        <w:t>1991&lt;br /&gt;</w:t>
        <w:br/>
        <w:t>* * *</w:t>
      </w:r>
    </w:p>
    <w:p>
      <w:r>
        <w:br/>
        <w:t>Блаженний муж мовчить на пишнім вічі,&lt;br /&gt;</w:t>
        <w:br/>
        <w:t>Де нещодавнє рабство всі клянуть,&lt;br /&gt;</w:t>
        <w:br/>
        <w:t>В лакузах тих себе не впізнають,&lt;br /&gt;</w:t>
        <w:br/>
        <w:t>Що перед сильними згинались втричі.</w:t>
      </w:r>
    </w:p>
    <w:p>
      <w:r>
        <w:br/>
        <w:t>Він слухає: в згірдливому злоріччі&lt;br /&gt;</w:t>
        <w:br/>
        <w:t>Гуде й реве несправедлива лють.&lt;br /&gt;</w:t>
        <w:br/>
        <w:t>Він бачить: боязлива людська суть&lt;br /&gt;</w:t>
        <w:br/>
        <w:t>Сама від себе відвертає вічі.</w:t>
      </w:r>
    </w:p>
    <w:p>
      <w:r>
        <w:br/>
        <w:t>Він був рабом… Життя собі зберіг&lt;br /&gt;</w:t>
        <w:br/>
        <w:t>Покорою, та — палений ганьбою —&lt;br /&gt;</w:t>
        <w:br/>
        <w:t>На інших не кладе провин своїх.</w:t>
      </w:r>
    </w:p>
    <w:p>
      <w:r>
        <w:br/>
        <w:t>Мовчить, бо там, де з мстивою злобою&lt;br /&gt;</w:t>
        <w:br/>
        <w:t>Невільники вчорашні між собою&lt;br /&gt;</w:t>
        <w:br/>
        <w:t>Шукають винних, кожне слово — гріх!</w:t>
      </w:r>
    </w:p>
    <w:p>
      <w:r>
        <w:br/>
        <w:t>1993&lt;br /&gt;</w:t>
        <w:br/>
        <w:t>* * *</w:t>
      </w:r>
    </w:p>
    <w:p>
      <w:r>
        <w:br/>
        <w:t>Діяльний розум, Бог-Творець,&lt;br /&gt;</w:t>
        <w:br/>
        <w:t>Присутній в кожному началі,&lt;br /&gt;</w:t>
        <w:br/>
        <w:t>Не знає скорбності, печалі,&lt;br /&gt;</w:t>
        <w:br/>
        <w:t>Ні муки зболених сердець.</w:t>
      </w:r>
    </w:p>
    <w:p>
      <w:r>
        <w:br/>
        <w:t>То чом же людськості взірець&lt;br /&gt;</w:t>
        <w:br/>
        <w:t>Конає на хресті? Чом далі&lt;br /&gt;</w:t>
        <w:br/>
        <w:t>Ми несемо страждань скрижалі,&lt;br /&gt;</w:t>
        <w:br/>
        <w:t>Терновий славлячи вінець?</w:t>
      </w:r>
    </w:p>
    <w:p>
      <w:r>
        <w:br/>
        <w:t>Чому це в радощах не може&lt;br /&gt;</w:t>
        <w:br/>
        <w:t>Поєднуватись людське й Боже,&lt;br /&gt;</w:t>
        <w:br/>
        <w:t>Чому покора й каяття</w:t>
      </w:r>
    </w:p>
    <w:p>
      <w:r>
        <w:br/>
        <w:t>Нам повертають силу духу —&lt;br /&gt;</w:t>
        <w:br/>
        <w:t>Так, начебто в ядрі життя&lt;br /&gt;</w:t>
        <w:br/>
        <w:t>Є хтось, хто кличе в жаль і скруху?</w:t>
      </w:r>
    </w:p>
    <w:p>
      <w:r>
        <w:br/>
        <w:t>1990&lt;br /&gt;</w:t>
        <w:br/>
        <w:t>* * *</w:t>
      </w:r>
    </w:p>
    <w:p>
      <w:r>
        <w:br/>
        <w:t>Тяжкий мій шлях — гущавиною глоду,&lt;br /&gt;</w:t>
        <w:br/>
        <w:t>Над багновищем — опівнічна путь.&lt;br /&gt;</w:t>
        <w:br/>
        <w:t>Кров колючки, неначе кігті, рвуть,&lt;br /&gt;</w:t>
        <w:br/>
        <w:t>Трясовина затягує до споду.</w:t>
      </w:r>
    </w:p>
    <w:p>
      <w:r>
        <w:br/>
        <w:t>Куди я йду, покинувши господу&lt;br /&gt;</w:t>
        <w:br/>
        <w:t>Свойого батька? Де моя майбуть?&lt;br /&gt;</w:t>
        <w:br/>
        <w:t>Кому це я крізь ночі каламуть&lt;br /&gt;</w:t>
        <w:br/>
        <w:t>Несу вогонь негаснучого роду?</w:t>
      </w:r>
    </w:p>
    <w:p>
      <w:r>
        <w:br/>
        <w:t>О Господи, пошли мені навстріть&lt;br /&gt;</w:t>
        <w:br/>
        <w:t>Окроплений росою тихий ранок,&lt;br /&gt;</w:t>
        <w:br/>
        <w:t>Що грає, наче в золоті блакить.</w:t>
      </w:r>
    </w:p>
    <w:p>
      <w:r>
        <w:br/>
        <w:t>Я хочу вмити серце наостанок&lt;br /&gt;</w:t>
        <w:br/>
        <w:t>І твердо стати, мов на рідний ґанок,&lt;br /&gt;</w:t>
        <w:br/>
        <w:t>На той поріг, що зветься смертна мить.</w:t>
      </w:r>
    </w:p>
    <w:p>
      <w:r>
        <w:br/>
        <w:t>1993&lt;br /&gt;</w:t>
        <w:br/>
        <w:t>* * *</w:t>
      </w:r>
    </w:p>
    <w:p>
      <w:r>
        <w:br/>
        <w:t>Благослови, мій Боже, Україну,&lt;br /&gt;</w:t>
        <w:br/>
        <w:t>З'єднай водно всі київські церкви,&lt;br /&gt;</w:t>
        <w:br/>
        <w:t>Завмерлу нашу мову оживи,&lt;br /&gt;</w:t>
        <w:br/>
        <w:t>Козацьку славу підніми із тліну.</w:t>
      </w:r>
    </w:p>
    <w:p>
      <w:r>
        <w:br/>
        <w:t>Я смерть свою молитвою зустріну,&lt;br /&gt;</w:t>
        <w:br/>
        <w:t>Вклонюсь Тобі з-під каменя й трави,&lt;br /&gt;</w:t>
        <w:br/>
        <w:t>Але не дай, щоб служники Москви&lt;br /&gt;</w:t>
        <w:br/>
        <w:t>Знов обернули край мій на руїну!</w:t>
      </w:r>
    </w:p>
    <w:p>
      <w:r>
        <w:br/>
        <w:t>Не допусти на княжий трон хохла,&lt;br /&gt;</w:t>
        <w:br/>
        <w:t>Згаси в серцях патріотичні чвари&lt;br /&gt;</w:t>
        <w:br/>
        <w:t>І засвіти будущини світла!</w:t>
      </w:r>
    </w:p>
    <w:p>
      <w:r>
        <w:br/>
        <w:t>Але як ми достойні лиш покари —&lt;br /&gt;</w:t>
        <w:br/>
        <w:t>Не муч Сибірами, пошли пожари&lt;br /&gt;</w:t>
        <w:br/>
        <w:t>І немічних рабів спали дотла!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Покаянні псалми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