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(збірка)</w:t>
      </w:r>
    </w:p>
    <w:p>
      <w:r>
        <w:br/>
        <w:t xml:space="preserve"> &lt;p&gt;ПОЗА ЗБІРКАМИ</w:t>
      </w:r>
    </w:p>
    <w:p>
      <w:r>
        <w:br/>
        <w:t>Ніч ступає по руїнах — Інсбрук облягла,</w:t>
      </w:r>
    </w:p>
    <w:p>
      <w:r>
        <w:br/>
        <w:t>Щоби ти, моя єдина, часом не пройшла,</w:t>
      </w:r>
    </w:p>
    <w:p>
      <w:r>
        <w:br/>
        <w:t>Щоби ти цього межгір'я не знайшла ачей,</w:t>
      </w:r>
    </w:p>
    <w:p>
      <w:r>
        <w:br/>
        <w:t>Щоб не сяяв десь в сузірях блиск твоїх очей.</w:t>
      </w:r>
    </w:p>
    <w:p>
      <w:r>
        <w:br/>
        <w:t>Ніч іде...І ось на герці вимучене днем,</w:t>
      </w:r>
    </w:p>
    <w:p>
      <w:r>
        <w:br/>
        <w:t>Скам'яніле моє серце вибуха вогнем!</w:t>
      </w:r>
    </w:p>
    <w:p>
      <w:r>
        <w:br/>
        <w:t>Ворухнеться в нім відгомін, гомін степовий...</w:t>
      </w:r>
    </w:p>
    <w:p>
      <w:r>
        <w:br/>
        <w:t>І тремтить у нім, як промінь, дивний голос твій...</w:t>
      </w:r>
    </w:p>
    <w:p>
      <w:r>
        <w:br/>
        <w:t>Ніч вартує по руїнах — темна ніч стара...</w:t>
      </w:r>
    </w:p>
    <w:p>
      <w:r>
        <w:br/>
        <w:t>А к мені прийшла дівчина — юнка з-за Дніпра, —</w:t>
      </w:r>
    </w:p>
    <w:p>
      <w:r>
        <w:br/>
        <w:t>Принесла волошку синю й ніжно подає,</w:t>
      </w:r>
    </w:p>
    <w:p>
      <w:r>
        <w:br/>
        <w:t>І роняє з вій росину на чоло чоє.</w:t>
      </w:r>
    </w:p>
    <w:p>
      <w:r>
        <w:br/>
        <w:t>...Народився ти для бою. Вір же — все мине.</w:t>
      </w:r>
    </w:p>
    <w:p>
      <w:r>
        <w:br/>
        <w:t>Пам'ятай, що й я з тобою — не забудь мене...</w:t>
      </w:r>
    </w:p>
    <w:p>
      <w:r>
        <w:br/>
        <w:t>Пам'ятай, що й я ж з тобою, —</w:t>
      </w:r>
    </w:p>
    <w:p>
      <w:r>
        <w:br/>
        <w:t>Не забудь мене.</w:t>
      </w:r>
    </w:p>
    <w:p>
      <w:r>
        <w:br/>
        <w:t>1945 р.</w:t>
      </w:r>
    </w:p>
    <w:p>
      <w:r>
        <w:br/>
        <w:t>Над полем ключі журавлині,</w:t>
      </w:r>
    </w:p>
    <w:p>
      <w:r>
        <w:br/>
        <w:t>Над полем,</w:t>
      </w:r>
    </w:p>
    <w:p>
      <w:r>
        <w:br/>
        <w:t>над лісом,</w:t>
      </w:r>
    </w:p>
    <w:p>
      <w:r>
        <w:br/>
        <w:t>над гаєм, –</w:t>
      </w:r>
    </w:p>
    <w:p>
      <w:r>
        <w:br/>
        <w:t>Курличуть в осяяній сині –</w:t>
      </w:r>
    </w:p>
    <w:p>
      <w:r>
        <w:br/>
        <w:t>Летять із далекого краю.</w:t>
      </w:r>
    </w:p>
    <w:p>
      <w:r>
        <w:br/>
        <w:t>Летять</w:t>
      </w:r>
    </w:p>
    <w:p>
      <w:r>
        <w:br/>
        <w:t>і летять,</w:t>
      </w:r>
    </w:p>
    <w:p>
      <w:r>
        <w:br/>
        <w:t>і тріпочуть –</w:t>
      </w:r>
    </w:p>
    <w:p>
      <w:r>
        <w:br/>
        <w:t>Ген крильми чекають об зорі,</w:t>
      </w:r>
    </w:p>
    <w:p>
      <w:r>
        <w:br/>
        <w:t>Роняють, як оклик дівочий,</w:t>
      </w:r>
    </w:p>
    <w:p>
      <w:r>
        <w:br/>
        <w:t>Привіт із-над синього моря.</w:t>
      </w:r>
    </w:p>
    <w:p>
      <w:r>
        <w:br/>
        <w:t>Дзвінкий,</w:t>
      </w:r>
    </w:p>
    <w:p>
      <w:r>
        <w:br/>
        <w:t>переливний</w:t>
      </w:r>
    </w:p>
    <w:p>
      <w:r>
        <w:br/>
        <w:t>і юний,</w:t>
      </w:r>
    </w:p>
    <w:p>
      <w:r>
        <w:br/>
        <w:t>Жаданий,</w:t>
      </w:r>
    </w:p>
    <w:p>
      <w:r>
        <w:br/>
        <w:t>омріяний,</w:t>
      </w:r>
    </w:p>
    <w:p>
      <w:r>
        <w:br/>
        <w:t>дальній</w:t>
      </w:r>
    </w:p>
    <w:p>
      <w:r>
        <w:br/>
        <w:t>На радісний степ злоторунний,</w:t>
      </w:r>
    </w:p>
    <w:p>
      <w:r>
        <w:br/>
        <w:t>На селища вбогі, печальні…</w:t>
      </w:r>
    </w:p>
    <w:p>
      <w:r>
        <w:br/>
        <w:t>І падає радість на лиця,</w:t>
      </w:r>
    </w:p>
    <w:p>
      <w:r>
        <w:br/>
        <w:t>На злидні,</w:t>
      </w:r>
    </w:p>
    <w:p>
      <w:r>
        <w:br/>
        <w:t>на втому,</w:t>
      </w:r>
    </w:p>
    <w:p>
      <w:r>
        <w:br/>
        <w:t>на болі….</w:t>
      </w:r>
    </w:p>
    <w:p>
      <w:r>
        <w:br/>
        <w:t>Летять то омріяні птиці</w:t>
      </w:r>
    </w:p>
    <w:p>
      <w:r>
        <w:br/>
        <w:t>І сонце ведуть за собою.</w:t>
      </w:r>
    </w:p>
    <w:p>
      <w:r>
        <w:br/>
        <w:t>От крикнути б молодо, буйно!</w:t>
      </w:r>
    </w:p>
    <w:p>
      <w:r>
        <w:br/>
        <w:t>От дужу б, незнану ще ноту!</w:t>
      </w:r>
    </w:p>
    <w:p>
      <w:r>
        <w:br/>
        <w:t>В цю хвилю ясну,</w:t>
      </w:r>
    </w:p>
    <w:p>
      <w:r>
        <w:br/>
        <w:t>срібноструйну, –</w:t>
      </w:r>
    </w:p>
    <w:p>
      <w:r>
        <w:br/>
        <w:t>В цей радісний час повороту.</w:t>
      </w:r>
    </w:p>
    <w:p>
      <w:r>
        <w:br/>
        <w:t>…………………………………</w:t>
      </w:r>
    </w:p>
    <w:p>
      <w:r>
        <w:br/>
        <w:t>Над полем ключі журавлині,</w:t>
      </w:r>
    </w:p>
    <w:p>
      <w:r>
        <w:br/>
        <w:t>Над полем, над лісом, над гаєм, –</w:t>
      </w:r>
    </w:p>
    <w:p>
      <w:r>
        <w:br/>
        <w:t>курличуть в осяяній сині –</w:t>
      </w:r>
    </w:p>
    <w:p>
      <w:r>
        <w:br/>
        <w:t>Летять із далекого краю.</w:t>
      </w:r>
    </w:p>
    <w:p>
      <w:r>
        <w:br/>
        <w:t>1929</w:t>
      </w:r>
    </w:p>
    <w:p>
      <w:r>
        <w:br/>
        <w:t>ЗАБІЛІЛА НАША ХАТА</w:t>
      </w:r>
    </w:p>
    <w:p>
      <w:r>
        <w:br/>
        <w:t>Забіліла наша хата</w:t>
      </w:r>
    </w:p>
    <w:p>
      <w:r>
        <w:br/>
        <w:t>Забіліло все навкруг.</w:t>
      </w:r>
    </w:p>
    <w:p>
      <w:r>
        <w:br/>
        <w:t>Завірюха пелехата*</w:t>
      </w:r>
    </w:p>
    <w:p>
      <w:r>
        <w:br/>
        <w:t>Прилетіла із яруг.</w:t>
      </w:r>
    </w:p>
    <w:p>
      <w:r>
        <w:br/>
        <w:t>Прилетіла, насніжила</w:t>
      </w:r>
    </w:p>
    <w:p>
      <w:r>
        <w:br/>
        <w:t>На стежину лугову</w:t>
      </w:r>
    </w:p>
    <w:p>
      <w:r>
        <w:br/>
        <w:t>І на спомин залишила</w:t>
      </w:r>
    </w:p>
    <w:p>
      <w:r>
        <w:br/>
        <w:t>Білу бабу снігову.</w:t>
      </w:r>
    </w:p>
    <w:p>
      <w:r>
        <w:br/>
        <w:t>* * *</w:t>
      </w:r>
    </w:p>
    <w:p>
      <w:r>
        <w:br/>
        <w:t>НА СТЕРНЯХ</w:t>
      </w:r>
    </w:p>
    <w:p>
      <w:r>
        <w:br/>
        <w:t>Не котяться золоті хвилі ранком</w:t>
      </w:r>
    </w:p>
    <w:p>
      <w:r>
        <w:br/>
        <w:t>І не дзвенять.</w:t>
      </w:r>
    </w:p>
    <w:p>
      <w:r>
        <w:br/>
        <w:t>Мов вибита плащувата циганка,</w:t>
      </w:r>
    </w:p>
    <w:p>
      <w:r>
        <w:br/>
        <w:t>Лежить стерня.</w:t>
      </w:r>
    </w:p>
    <w:p>
      <w:r>
        <w:br/>
        <w:t>...Розлогий шум... голубий дзвін липня —</w:t>
      </w:r>
    </w:p>
    <w:p>
      <w:r>
        <w:br/>
        <w:t>згадавсь на мить.</w:t>
      </w:r>
    </w:p>
    <w:p>
      <w:r>
        <w:br/>
        <w:t>На ноги бліде павутиння липне,</w:t>
      </w:r>
    </w:p>
    <w:p>
      <w:r>
        <w:br/>
        <w:t>Немов щемить.</w:t>
      </w:r>
    </w:p>
    <w:p>
      <w:r>
        <w:br/>
        <w:t>И поколота на стерні нога боса</w:t>
      </w:r>
    </w:p>
    <w:p>
      <w:r>
        <w:br/>
        <w:t>Щемить, як гріх.</w:t>
      </w:r>
    </w:p>
    <w:p>
      <w:r>
        <w:br/>
        <w:t>А вітер падає на межі й голосить,</w:t>
      </w:r>
    </w:p>
    <w:p>
      <w:r>
        <w:br/>
        <w:t>Свистить вгорі.</w:t>
      </w:r>
    </w:p>
    <w:p>
      <w:r>
        <w:br/>
        <w:t>Все оддано, все взято, лише хмурість</w:t>
      </w:r>
    </w:p>
    <w:p>
      <w:r>
        <w:br/>
        <w:t>В межі лежить.</w:t>
      </w:r>
    </w:p>
    <w:p>
      <w:r>
        <w:br/>
        <w:t>Та зграї ріль сховали в собі мудрість,</w:t>
      </w:r>
    </w:p>
    <w:p>
      <w:r>
        <w:br/>
        <w:t>Щоб знов ожить.</w:t>
      </w:r>
    </w:p>
    <w:p>
      <w:r>
        <w:br/>
        <w:t>Годину день зміняє льотом скорим...</w:t>
      </w:r>
    </w:p>
    <w:p>
      <w:r>
        <w:br/>
        <w:t>Ідуть літа.</w:t>
      </w:r>
    </w:p>
    <w:p>
      <w:r>
        <w:br/>
        <w:t>На стернях цих наново буйна порость</w:t>
      </w:r>
    </w:p>
    <w:p>
      <w:r>
        <w:br/>
        <w:t>Повироста.</w:t>
      </w:r>
    </w:p>
    <w:p>
      <w:r>
        <w:br/>
        <w:t>Повернеться і ластів'ячий стрекіт,</w:t>
      </w:r>
    </w:p>
    <w:p>
      <w:r>
        <w:br/>
        <w:t>І злото хвиль...</w:t>
      </w:r>
    </w:p>
    <w:p>
      <w:r>
        <w:br/>
        <w:t>І закиває вам так радісно здалека</w:t>
      </w:r>
    </w:p>
    <w:p>
      <w:r>
        <w:br/>
        <w:t>Німий ковиль.</w:t>
      </w:r>
    </w:p>
    <w:p>
      <w:r>
        <w:br/>
        <w:t>Повториться учора пережите знову</w:t>
      </w:r>
    </w:p>
    <w:p>
      <w:r>
        <w:br/>
        <w:t>Як сотні літ.</w:t>
      </w:r>
    </w:p>
    <w:p>
      <w:r>
        <w:br/>
        <w:t>Лиш нам не повернутись (хіба крім в слові)</w:t>
      </w:r>
    </w:p>
    <w:p>
      <w:r>
        <w:br/>
        <w:t>Одквітлий квіт.</w:t>
      </w:r>
    </w:p>
    <w:p>
      <w:r>
        <w:br/>
        <w:t>Повториться... І буде славний липень</w:t>
      </w:r>
    </w:p>
    <w:p>
      <w:r>
        <w:br/>
        <w:t>Десь будемо й ми...</w:t>
      </w:r>
    </w:p>
    <w:p>
      <w:r>
        <w:br/>
        <w:t>На ноги бліде павутиння липне</w:t>
      </w:r>
    </w:p>
    <w:p>
      <w:r>
        <w:br/>
        <w:t>Немов шумить.</w:t>
      </w:r>
    </w:p>
    <w:p>
      <w:r>
        <w:br/>
        <w:t>Ніде ніхто.</w:t>
      </w:r>
    </w:p>
    <w:p>
      <w:r>
        <w:br/>
        <w:t>Розлито сірі фарби</w:t>
      </w:r>
    </w:p>
    <w:p>
      <w:r>
        <w:br/>
        <w:t>І німо так.</w:t>
      </w:r>
    </w:p>
    <w:p>
      <w:r>
        <w:br/>
        <w:t>Лиш вітер відбирає грубо скарби,</w:t>
      </w:r>
    </w:p>
    <w:p>
      <w:r>
        <w:br/>
        <w:t>Свистить в кулак.</w:t>
      </w:r>
    </w:p>
    <w:p>
      <w:r>
        <w:br/>
        <w:t>1927 р. журнал "Глобус"</w:t>
      </w:r>
    </w:p>
    <w:p>
      <w:r>
        <w:br/>
        <w:t>* * *</w:t>
      </w:r>
    </w:p>
    <w:p>
      <w:r>
        <w:br/>
        <w:t>ВЕЧОРИ</w:t>
      </w:r>
    </w:p>
    <w:p>
      <w:r>
        <w:br/>
        <w:t>І</w:t>
      </w:r>
    </w:p>
    <w:p>
      <w:r>
        <w:br/>
        <w:t>Рожеві вечори – час тихого смеркання,</w:t>
      </w:r>
    </w:p>
    <w:p>
      <w:r>
        <w:br/>
        <w:t>Пора роздУми над безоднею ночей,</w:t>
      </w:r>
    </w:p>
    <w:p>
      <w:r>
        <w:br/>
        <w:t>Глибокий світ притомлених очей,</w:t>
      </w:r>
    </w:p>
    <w:p>
      <w:r>
        <w:br/>
        <w:t>В диму махорки усмішка прощання.</w:t>
      </w:r>
    </w:p>
    <w:p>
      <w:r>
        <w:br/>
        <w:t>Настане мить – і в море тишини</w:t>
      </w:r>
    </w:p>
    <w:p>
      <w:r>
        <w:br/>
        <w:t>Пірне вселюдський лемент і клопОти.</w:t>
      </w:r>
    </w:p>
    <w:p>
      <w:r>
        <w:br/>
        <w:t>І завихрять світи…Тоді, брудний від поту,</w:t>
      </w:r>
    </w:p>
    <w:p>
      <w:r>
        <w:br/>
        <w:t>Ходою тихою приходить Він к мені –</w:t>
      </w:r>
    </w:p>
    <w:p>
      <w:r>
        <w:br/>
        <w:t>Моєї юності навчитель і товариш,</w:t>
      </w:r>
    </w:p>
    <w:p>
      <w:r>
        <w:br/>
        <w:t>Як камінь, мовчазний і тихий, як тарва,</w:t>
      </w:r>
    </w:p>
    <w:p>
      <w:r>
        <w:br/>
        <w:t>І, в люльці палячи несказані слова,</w:t>
      </w:r>
    </w:p>
    <w:p>
      <w:r>
        <w:br/>
        <w:t>Дивитиметься десь на блиск Волосожару.</w:t>
      </w:r>
    </w:p>
    <w:p>
      <w:r>
        <w:br/>
        <w:t>Сидітиме, як друг, як брат і як отець,</w:t>
      </w:r>
    </w:p>
    <w:p>
      <w:r>
        <w:br/>
        <w:t>Плечем плеча торкнувшись, мов підпори;</w:t>
      </w:r>
    </w:p>
    <w:p>
      <w:r>
        <w:br/>
        <w:t>В мовчанні витре піт і витрусить опорок ,</w:t>
      </w:r>
    </w:p>
    <w:p>
      <w:r>
        <w:br/>
        <w:t>Та не покличе й слова з двох сердець.</w:t>
      </w:r>
    </w:p>
    <w:p>
      <w:r>
        <w:br/>
        <w:t>Пливтиме вічність в віхолі сузір –</w:t>
      </w:r>
    </w:p>
    <w:p>
      <w:r>
        <w:br/>
        <w:t>Найбільший твір найбільшого Растреллі.</w:t>
      </w:r>
    </w:p>
    <w:p>
      <w:r>
        <w:br/>
        <w:t>Пливтиме дим й стинатиметься зір</w:t>
      </w:r>
    </w:p>
    <w:p>
      <w:r>
        <w:br/>
        <w:t>Над таємницею Великої Пустелі.</w:t>
      </w:r>
    </w:p>
    <w:p>
      <w:r>
        <w:br/>
        <w:t>Які ще книжники?..Й які ще богослови?</w:t>
      </w:r>
    </w:p>
    <w:p>
      <w:r>
        <w:br/>
        <w:t>Який талмуд?..І пощо звук пустий?</w:t>
      </w:r>
    </w:p>
    <w:p>
      <w:r>
        <w:br/>
        <w:t>Привіт Тобі, мовчальнику простий,</w:t>
      </w:r>
    </w:p>
    <w:p>
      <w:r>
        <w:br/>
        <w:t>Що ще й не рождене спалив у люльці</w:t>
      </w:r>
    </w:p>
    <w:p>
      <w:r>
        <w:br/>
        <w:t>слово.</w:t>
      </w:r>
    </w:p>
    <w:p>
      <w:r>
        <w:br/>
        <w:t>Мовчи і думай. Дихай і кури.</w:t>
      </w:r>
    </w:p>
    <w:p>
      <w:r>
        <w:br/>
        <w:t>О, вечори, глибокі вечори.</w:t>
      </w:r>
    </w:p>
    <w:p>
      <w:r>
        <w:br/>
        <w:t>Розрада зустрічі і усмішка прощання.</w:t>
      </w:r>
    </w:p>
    <w:p>
      <w:r>
        <w:br/>
        <w:t>Рожеві вечори – час тихого смеркання.</w:t>
      </w:r>
    </w:p>
    <w:p>
      <w:r>
        <w:br/>
        <w:t>ІІ</w:t>
      </w:r>
    </w:p>
    <w:p>
      <w:r>
        <w:br/>
        <w:t>Рожеві вечори – час тихого смеркання…</w:t>
      </w:r>
    </w:p>
    <w:p>
      <w:r>
        <w:br/>
        <w:t>Відібють мрійно зорю мулярі.</w:t>
      </w:r>
    </w:p>
    <w:p>
      <w:r>
        <w:br/>
        <w:t>Останній згайсне звук по тій зорі.</w:t>
      </w:r>
    </w:p>
    <w:p>
      <w:r>
        <w:br/>
        <w:t>І геній творчості зійде, як у нірвану,</w:t>
      </w:r>
    </w:p>
    <w:p>
      <w:r>
        <w:br/>
        <w:t>В блакитний сон…</w:t>
      </w:r>
    </w:p>
    <w:p>
      <w:r>
        <w:br/>
        <w:t>Тоді, у тій порі</w:t>
      </w:r>
    </w:p>
    <w:p>
      <w:r>
        <w:br/>
        <w:t>Забють умовні гасла дзиґарі,</w:t>
      </w:r>
    </w:p>
    <w:p>
      <w:r>
        <w:br/>
        <w:t>І оживають марева, немов сильвети</w:t>
      </w:r>
    </w:p>
    <w:p>
      <w:r>
        <w:br/>
        <w:t>на екрані:</w:t>
      </w:r>
    </w:p>
    <w:p>
      <w:r>
        <w:br/>
        <w:t>….По ринвах вулиць,</w:t>
      </w:r>
    </w:p>
    <w:p>
      <w:r>
        <w:br/>
        <w:t>по долонях площ,</w:t>
      </w:r>
    </w:p>
    <w:p>
      <w:r>
        <w:br/>
        <w:t>По лабіринтах зал, кімнат і коридорів –</w:t>
      </w:r>
    </w:p>
    <w:p>
      <w:r>
        <w:br/>
        <w:t>Елегія парфум…</w:t>
      </w:r>
    </w:p>
    <w:p>
      <w:r>
        <w:br/>
        <w:t>Атракціон уборів…</w:t>
      </w:r>
    </w:p>
    <w:p>
      <w:r>
        <w:br/>
        <w:t>Чад поту</w:t>
      </w:r>
    </w:p>
    <w:p>
      <w:r>
        <w:br/>
        <w:t>і дотепів дощ…</w:t>
      </w:r>
    </w:p>
    <w:p>
      <w:r>
        <w:br/>
        <w:t>Межи колон і статуй, і дріад ,</w:t>
      </w:r>
    </w:p>
    <w:p>
      <w:r>
        <w:br/>
        <w:t>Між фресок геніальних, дивних колонад,</w:t>
      </w:r>
    </w:p>
    <w:p>
      <w:r>
        <w:br/>
        <w:t>Над духом Генія, що знітився, як зеро , –</w:t>
      </w:r>
    </w:p>
    <w:p>
      <w:r>
        <w:br/>
        <w:t>Заб’є каскадом горда Суєта,</w:t>
      </w:r>
    </w:p>
    <w:p>
      <w:r>
        <w:br/>
        <w:t>Завіхолить над всім царівна та –</w:t>
      </w:r>
    </w:p>
    <w:p>
      <w:r>
        <w:br/>
        <w:t>Всевладна, всенехтУюча гетера …</w:t>
      </w:r>
    </w:p>
    <w:p>
      <w:r>
        <w:br/>
        <w:t>Й немов перед отрутою, геть зайвий тут</w:t>
      </w:r>
    </w:p>
    <w:p>
      <w:r>
        <w:br/>
        <w:t>тепера,</w:t>
      </w:r>
    </w:p>
    <w:p>
      <w:r>
        <w:br/>
        <w:t>Дух генія замкнув свої уста.</w:t>
      </w:r>
    </w:p>
    <w:p>
      <w:r>
        <w:br/>
        <w:t>У панцер смутку й гордості закутий,</w:t>
      </w:r>
    </w:p>
    <w:p>
      <w:r>
        <w:br/>
        <w:t>Принишклий за шедеврами творінь,</w:t>
      </w:r>
    </w:p>
    <w:p>
      <w:r>
        <w:br/>
        <w:t>Припав коліном перед Зевсом і, мов тінь,</w:t>
      </w:r>
    </w:p>
    <w:p>
      <w:r>
        <w:br/>
        <w:t>Стоїть,</w:t>
      </w:r>
    </w:p>
    <w:p>
      <w:r>
        <w:br/>
        <w:t>всіма гордуючи, всіма забутий.</w:t>
      </w:r>
    </w:p>
    <w:p>
      <w:r>
        <w:br/>
        <w:t>Безглузді марева вечірньої пори.</w:t>
      </w:r>
    </w:p>
    <w:p>
      <w:r>
        <w:br/>
        <w:t>О, вечори, бентежні вечори.</w:t>
      </w:r>
    </w:p>
    <w:p>
      <w:r>
        <w:br/>
        <w:t>Жадоба зустрічі. Утіха розставання. –</w:t>
      </w:r>
    </w:p>
    <w:p>
      <w:r>
        <w:br/>
        <w:t>Рожеві вечори – час тихого смеркання.</w:t>
      </w:r>
    </w:p>
    <w:p>
      <w:r>
        <w:br/>
        <w:t>***</w:t>
      </w:r>
    </w:p>
    <w:p>
      <w:r>
        <w:br/>
        <w:t>У весіннім – у синім мареві</w:t>
      </w:r>
    </w:p>
    <w:p>
      <w:r>
        <w:br/>
        <w:t>Грає вітер на соняшних струнах</w:t>
      </w:r>
    </w:p>
    <w:p>
      <w:r>
        <w:br/>
        <w:t>І біжать –</w:t>
      </w:r>
    </w:p>
    <w:p>
      <w:r>
        <w:br/>
        <w:t>голубіють отари</w:t>
      </w:r>
    </w:p>
    <w:p>
      <w:r>
        <w:br/>
        <w:t>По зеленім, озимім вруні …</w:t>
      </w:r>
    </w:p>
    <w:p>
      <w:r>
        <w:br/>
        <w:t>Мій хороший, між друже далекий,</w:t>
      </w:r>
    </w:p>
    <w:p>
      <w:r>
        <w:br/>
        <w:t>В мене радість сьогоні</w:t>
      </w:r>
    </w:p>
    <w:p>
      <w:r>
        <w:br/>
        <w:t>велика:</w:t>
      </w:r>
    </w:p>
    <w:p>
      <w:r>
        <w:br/>
        <w:t>Прилетіли сьогодні лелеки</w:t>
      </w:r>
    </w:p>
    <w:p>
      <w:r>
        <w:br/>
        <w:t>На старе своє селище з криком.</w:t>
      </w:r>
    </w:p>
    <w:p>
      <w:r>
        <w:br/>
        <w:t>Ні, не з криком, а з стукотом</w:t>
      </w:r>
    </w:p>
    <w:p>
      <w:r>
        <w:br/>
        <w:t>(чуєш?</w:t>
      </w:r>
    </w:p>
    <w:p>
      <w:r>
        <w:br/>
        <w:t>Ти ж прозвав отой стук</w:t>
      </w:r>
    </w:p>
    <w:p>
      <w:r>
        <w:br/>
        <w:t>кулеметом) –</w:t>
      </w:r>
    </w:p>
    <w:p>
      <w:r>
        <w:br/>
        <w:t>Хто збагне їній стук й занотує,</w:t>
      </w:r>
    </w:p>
    <w:p>
      <w:r>
        <w:br/>
        <w:t>не оспіванйи жодним поетом.</w:t>
      </w:r>
    </w:p>
    <w:p>
      <w:r>
        <w:br/>
        <w:t>Скільки б слів тут потратили люди</w:t>
      </w:r>
    </w:p>
    <w:p>
      <w:r>
        <w:br/>
        <w:t>Та не втнули б і частки малої, –</w:t>
      </w:r>
    </w:p>
    <w:p>
      <w:r>
        <w:br/>
        <w:t>То ж привіт,</w:t>
      </w:r>
    </w:p>
    <w:p>
      <w:r>
        <w:br/>
        <w:t>То ж привіт із усюди –</w:t>
      </w:r>
    </w:p>
    <w:p>
      <w:r>
        <w:br/>
        <w:t>То привіт від весни золотої…</w:t>
      </w:r>
    </w:p>
    <w:p>
      <w:r>
        <w:br/>
        <w:t>Довгі зими, сніги і хуртечі,</w:t>
      </w:r>
    </w:p>
    <w:p>
      <w:r>
        <w:br/>
        <w:t>І багно, і морози, і втома</w:t>
      </w:r>
    </w:p>
    <w:p>
      <w:r>
        <w:br/>
        <w:t>Одтягнули і душу і плечі,</w:t>
      </w:r>
    </w:p>
    <w:p>
      <w:r>
        <w:br/>
        <w:t>Обернули зацвіт на солому.</w:t>
      </w:r>
    </w:p>
    <w:p>
      <w:r>
        <w:br/>
        <w:t>Замели квітники і осики,</w:t>
      </w:r>
    </w:p>
    <w:p>
      <w:r>
        <w:br/>
        <w:t>Закували струмки срібно-</w:t>
      </w:r>
    </w:p>
    <w:p>
      <w:r>
        <w:br/>
        <w:t>струйні…</w:t>
      </w:r>
    </w:p>
    <w:p>
      <w:r>
        <w:br/>
        <w:t>Може, з того і хочеться</w:t>
      </w:r>
    </w:p>
    <w:p>
      <w:r>
        <w:br/>
        <w:t>крикнуть</w:t>
      </w:r>
    </w:p>
    <w:p>
      <w:r>
        <w:br/>
        <w:t>Переможно,</w:t>
      </w:r>
    </w:p>
    <w:p>
      <w:r>
        <w:br/>
        <w:t>нестримано, буйно,</w:t>
      </w:r>
    </w:p>
    <w:p>
      <w:r>
        <w:br/>
        <w:t>Що кінчилось, урвалось,</w:t>
      </w:r>
    </w:p>
    <w:p>
      <w:r>
        <w:br/>
        <w:t>розпалося,</w:t>
      </w:r>
    </w:p>
    <w:p>
      <w:r>
        <w:br/>
        <w:t>Розлетілось</w:t>
      </w:r>
    </w:p>
    <w:p>
      <w:r>
        <w:br/>
        <w:t>кудою потрапило, –</w:t>
      </w:r>
    </w:p>
    <w:p>
      <w:r>
        <w:br/>
        <w:t>Ніби камінь, огнЕнно опалений , –</w:t>
      </w:r>
    </w:p>
    <w:p>
      <w:r>
        <w:br/>
        <w:t>Обірвався</w:t>
      </w:r>
    </w:p>
    <w:p>
      <w:r>
        <w:br/>
        <w:t>й на бризки,</w:t>
      </w:r>
    </w:p>
    <w:p>
      <w:r>
        <w:br/>
        <w:t>на крАплини.</w:t>
      </w:r>
    </w:p>
    <w:p>
      <w:r>
        <w:br/>
        <w:t>Може, з того в маленькім</w:t>
      </w:r>
    </w:p>
    <w:p>
      <w:r>
        <w:br/>
        <w:t>віконці ось</w:t>
      </w:r>
    </w:p>
    <w:p>
      <w:r>
        <w:br/>
        <w:t>Білий пролісок став мов</w:t>
      </w:r>
    </w:p>
    <w:p>
      <w:r>
        <w:br/>
        <w:t>на чаті дня.</w:t>
      </w:r>
    </w:p>
    <w:p>
      <w:r>
        <w:br/>
        <w:t>Мабуть, з того й встаю рано</w:t>
      </w:r>
    </w:p>
    <w:p>
      <w:r>
        <w:br/>
        <w:t>з сонцем то</w:t>
      </w:r>
    </w:p>
    <w:p>
      <w:r>
        <w:br/>
        <w:t>І виходжу гостей зустірчати я….</w:t>
      </w:r>
    </w:p>
    <w:p>
      <w:r>
        <w:br/>
        <w:t>* * *</w:t>
      </w:r>
    </w:p>
    <w:p>
      <w:r>
        <w:br/>
        <w:t>У весіннім – у синім мареві</w:t>
      </w:r>
    </w:p>
    <w:p>
      <w:r>
        <w:br/>
        <w:t>Грає вітер на соняшних струнах,</w:t>
      </w:r>
    </w:p>
    <w:p>
      <w:r>
        <w:br/>
        <w:t>І біжать – голубіють отари</w:t>
      </w:r>
    </w:p>
    <w:p>
      <w:r>
        <w:br/>
        <w:t>По зеленім, озимім вруні.</w:t>
      </w:r>
    </w:p>
    <w:p>
      <w:r>
        <w:br/>
        <w:t>Мій хороший, мій друже далекий,</w:t>
      </w:r>
    </w:p>
    <w:p>
      <w:r>
        <w:br/>
        <w:t>Чи й у тебе та радість велика?</w:t>
      </w:r>
    </w:p>
    <w:p>
      <w:r>
        <w:br/>
        <w:t>Чи прилинуть жадані лелеки</w:t>
      </w:r>
    </w:p>
    <w:p>
      <w:r>
        <w:br/>
        <w:t>На засмічене селище з криком?..</w:t>
      </w:r>
    </w:p>
    <w:p>
      <w:r>
        <w:br/>
        <w:t>1929</w:t>
      </w:r>
    </w:p>
    <w:p>
      <w:r>
        <w:br/>
        <w:t>СЛОБОДА</w:t>
      </w:r>
    </w:p>
    <w:p>
      <w:r>
        <w:br/>
        <w:t>Ріммі Марчук.</w:t>
      </w:r>
    </w:p>
    <w:p>
      <w:r>
        <w:br/>
        <w:t>Сіренькі стріхи,</w:t>
      </w:r>
    </w:p>
    <w:p>
      <w:r>
        <w:br/>
        <w:t>Давні, як слова,</w:t>
      </w:r>
    </w:p>
    <w:p>
      <w:r>
        <w:br/>
        <w:t>Понурі, як відчай,</w:t>
      </w:r>
    </w:p>
    <w:p>
      <w:r>
        <w:br/>
        <w:t>В німих снігах зашиті…</w:t>
      </w:r>
    </w:p>
    <w:p>
      <w:r>
        <w:br/>
        <w:t>Їм журавель заморено кива –</w:t>
      </w:r>
    </w:p>
    <w:p>
      <w:r>
        <w:br/>
        <w:t>Вклоняється,</w:t>
      </w:r>
    </w:p>
    <w:p>
      <w:r>
        <w:br/>
        <w:t>Даючи другим пити.</w:t>
      </w:r>
    </w:p>
    <w:p>
      <w:r>
        <w:br/>
        <w:t>Скрипить, скрипить</w:t>
      </w:r>
    </w:p>
    <w:p>
      <w:r>
        <w:br/>
        <w:t>відколи знаю я, –</w:t>
      </w:r>
    </w:p>
    <w:p>
      <w:r>
        <w:br/>
        <w:t>Який-то скрип,</w:t>
      </w:r>
    </w:p>
    <w:p>
      <w:r>
        <w:br/>
        <w:t>Які-то скарги вічні…</w:t>
      </w:r>
    </w:p>
    <w:p>
      <w:r>
        <w:br/>
        <w:t>На вигоні</w:t>
      </w:r>
    </w:p>
    <w:p>
      <w:r>
        <w:br/>
        <w:t>Мій давній дург вітряк</w:t>
      </w:r>
    </w:p>
    <w:p>
      <w:r>
        <w:br/>
        <w:t>Стоїть розколений,</w:t>
      </w:r>
    </w:p>
    <w:p>
      <w:r>
        <w:br/>
        <w:t>Стоїть калічний.</w:t>
      </w:r>
    </w:p>
    <w:p>
      <w:r>
        <w:br/>
        <w:t>Лунає дзвін…</w:t>
      </w:r>
    </w:p>
    <w:p>
      <w:r>
        <w:br/>
        <w:t>Що день – то дневі брат…</w:t>
      </w:r>
    </w:p>
    <w:p>
      <w:r>
        <w:br/>
        <w:t>Хатки погорблені</w:t>
      </w:r>
    </w:p>
    <w:p>
      <w:r>
        <w:br/>
        <w:t>З підмоклими очима,</w:t>
      </w:r>
    </w:p>
    <w:p>
      <w:r>
        <w:br/>
        <w:t>Немов бабусі йдуть на прощу мимо,</w:t>
      </w:r>
    </w:p>
    <w:p>
      <w:r>
        <w:br/>
        <w:t>Чи то на поле</w:t>
      </w:r>
    </w:p>
    <w:p>
      <w:r>
        <w:br/>
        <w:t>Колоски збирать.</w:t>
      </w:r>
    </w:p>
    <w:p>
      <w:r>
        <w:br/>
        <w:t>Нехай ідуть…</w:t>
      </w:r>
    </w:p>
    <w:p>
      <w:r>
        <w:br/>
        <w:t>Нехай ідуть старі,</w:t>
      </w:r>
    </w:p>
    <w:p>
      <w:r>
        <w:br/>
        <w:t>Хай молитовно десь</w:t>
      </w:r>
    </w:p>
    <w:p>
      <w:r>
        <w:br/>
        <w:t>Несуть печаль на плечах.</w:t>
      </w:r>
    </w:p>
    <w:p>
      <w:r>
        <w:br/>
        <w:t>Куди?</w:t>
      </w:r>
    </w:p>
    <w:p>
      <w:r>
        <w:br/>
        <w:t>Куди ж їх виряжають дзвонарі?</w:t>
      </w:r>
    </w:p>
    <w:p>
      <w:r>
        <w:br/>
        <w:t>У землю вмерзли пелени старечі.</w:t>
      </w:r>
    </w:p>
    <w:p>
      <w:r>
        <w:br/>
        <w:t>Не зрушить їх…</w:t>
      </w:r>
    </w:p>
    <w:p>
      <w:r>
        <w:br/>
        <w:t>А стріхи, як слова,</w:t>
      </w:r>
    </w:p>
    <w:p>
      <w:r>
        <w:br/>
        <w:t>А стріхи, як відчай,</w:t>
      </w:r>
    </w:p>
    <w:p>
      <w:r>
        <w:br/>
        <w:t>В німих снігах чорніють…</w:t>
      </w:r>
    </w:p>
    <w:p>
      <w:r>
        <w:br/>
        <w:t>Надходить ніч,</w:t>
      </w:r>
    </w:p>
    <w:p>
      <w:r>
        <w:br/>
        <w:t>Хоронить, залива…</w:t>
      </w:r>
    </w:p>
    <w:p>
      <w:r>
        <w:br/>
        <w:t>Даремно там хтось вогником кива,</w:t>
      </w:r>
    </w:p>
    <w:p>
      <w:r>
        <w:br/>
        <w:t>Конає в передсмертній</w:t>
      </w:r>
    </w:p>
    <w:p>
      <w:r>
        <w:br/>
        <w:t>Агонії.</w:t>
      </w:r>
    </w:p>
    <w:p>
      <w:r>
        <w:br/>
        <w:t>Та інколи</w:t>
      </w:r>
    </w:p>
    <w:p>
      <w:r>
        <w:br/>
        <w:t>Здіймають стріхи крик</w:t>
      </w:r>
    </w:p>
    <w:p>
      <w:r>
        <w:br/>
        <w:t>(То крик по-їхньому:</w:t>
      </w:r>
    </w:p>
    <w:p>
      <w:r>
        <w:br/>
        <w:t>У ній погребно вити)</w:t>
      </w:r>
    </w:p>
    <w:p>
      <w:r>
        <w:br/>
        <w:t>І вишкіряться в мряку та вітри</w:t>
      </w:r>
    </w:p>
    <w:p>
      <w:r>
        <w:br/>
        <w:t>Жаданням вічним: –</w:t>
      </w:r>
    </w:p>
    <w:p>
      <w:r>
        <w:br/>
        <w:t>Мучитись, а жити.</w:t>
      </w:r>
    </w:p>
    <w:p>
      <w:r>
        <w:br/>
        <w:t>Нехай шпує ,</w:t>
      </w:r>
    </w:p>
    <w:p>
      <w:r>
        <w:br/>
        <w:t>Нехай сніги одні,</w:t>
      </w:r>
    </w:p>
    <w:p>
      <w:r>
        <w:br/>
        <w:t>Нехай і ніч, нехай і небезпека…</w:t>
      </w:r>
    </w:p>
    <w:p>
      <w:r>
        <w:br/>
        <w:t>Піють півні.</w:t>
      </w:r>
    </w:p>
    <w:p>
      <w:r>
        <w:br/>
        <w:t>Ти ж чуй:</w:t>
      </w:r>
    </w:p>
    <w:p>
      <w:r>
        <w:br/>
        <w:t>Піють півні!..</w:t>
      </w:r>
    </w:p>
    <w:p>
      <w:r>
        <w:br/>
        <w:t>Далеко десь,</w:t>
      </w:r>
    </w:p>
    <w:p>
      <w:r>
        <w:br/>
        <w:t>Далеко…</w:t>
      </w:r>
    </w:p>
    <w:p>
      <w:r>
        <w:br/>
        <w:t>І буде ранок…</w:t>
      </w:r>
    </w:p>
    <w:p>
      <w:r>
        <w:br/>
        <w:t>Так. І знову те ж.</w:t>
      </w:r>
    </w:p>
    <w:p>
      <w:r>
        <w:br/>
        <w:t>Лиш зрідка сонечко</w:t>
      </w:r>
    </w:p>
    <w:p>
      <w:r>
        <w:br/>
        <w:t>Зануду помережить,</w:t>
      </w:r>
    </w:p>
    <w:p>
      <w:r>
        <w:br/>
        <w:t>Збудує золота барвисту казку-вежу…</w:t>
      </w:r>
    </w:p>
    <w:p>
      <w:r>
        <w:br/>
        <w:t>Та тільки вежу ту</w:t>
      </w:r>
    </w:p>
    <w:p>
      <w:r>
        <w:br/>
        <w:t>Руками не візьмеш.</w:t>
      </w:r>
    </w:p>
    <w:p>
      <w:r>
        <w:br/>
        <w:t>І все скрипить той журавель старий.</w:t>
      </w:r>
    </w:p>
    <w:p>
      <w:r>
        <w:br/>
        <w:t>Для других вічно</w:t>
      </w:r>
    </w:p>
    <w:p>
      <w:r>
        <w:br/>
        <w:t>Сходить синім скрипом.</w:t>
      </w:r>
    </w:p>
    <w:p>
      <w:r>
        <w:br/>
        <w:t>А втім,</w:t>
      </w:r>
    </w:p>
    <w:p>
      <w:r>
        <w:br/>
        <w:t>краса і тут, повір, –</w:t>
      </w:r>
    </w:p>
    <w:p>
      <w:r>
        <w:br/>
        <w:t>Палаци…вежі…–</w:t>
      </w:r>
    </w:p>
    <w:p>
      <w:r>
        <w:br/>
        <w:t>То хребти борів,</w:t>
      </w:r>
    </w:p>
    <w:p>
      <w:r>
        <w:br/>
        <w:t>А журавель….– то ботики на рипах.</w:t>
      </w:r>
    </w:p>
    <w:p>
      <w:r>
        <w:br/>
        <w:t>Давно, давно,</w:t>
      </w:r>
    </w:p>
    <w:p>
      <w:r>
        <w:br/>
        <w:t>Відколи знаю я, –</w:t>
      </w:r>
    </w:p>
    <w:p>
      <w:r>
        <w:br/>
        <w:t>Тут більше розпачів,</w:t>
      </w:r>
    </w:p>
    <w:p>
      <w:r>
        <w:br/>
        <w:t>Аніж тепла і сміху.</w:t>
      </w:r>
    </w:p>
    <w:p>
      <w:r>
        <w:br/>
        <w:t>Які ж ви сірі…</w:t>
      </w:r>
    </w:p>
    <w:p>
      <w:r>
        <w:br/>
        <w:t>О, які то стріхи.</w:t>
      </w:r>
    </w:p>
    <w:p>
      <w:r>
        <w:br/>
        <w:t>Яка ти вбога,</w:t>
      </w:r>
    </w:p>
    <w:p>
      <w:r>
        <w:br/>
        <w:t>Слобода моя! –</w:t>
      </w:r>
    </w:p>
    <w:p>
      <w:r>
        <w:br/>
        <w:t>То тільки десь</w:t>
      </w:r>
    </w:p>
    <w:p>
      <w:r>
        <w:br/>
        <w:t>Чекає мить така,</w:t>
      </w:r>
    </w:p>
    <w:p>
      <w:r>
        <w:br/>
        <w:t>Коли і ти,</w:t>
      </w:r>
    </w:p>
    <w:p>
      <w:r>
        <w:br/>
        <w:t>Пошарпана без міри,</w:t>
      </w:r>
    </w:p>
    <w:p>
      <w:r>
        <w:br/>
        <w:t>Оновишся</w:t>
      </w:r>
    </w:p>
    <w:p>
      <w:r>
        <w:br/>
        <w:t>І за свою офіру</w:t>
      </w:r>
    </w:p>
    <w:p>
      <w:r>
        <w:br/>
        <w:t>Підеш новим шляхом в віках.</w:t>
      </w:r>
    </w:p>
    <w:p>
      <w:r>
        <w:br/>
        <w:t>1928</w:t>
      </w:r>
    </w:p>
    <w:p>
      <w:r>
        <w:br/>
        <w:t>журнал "Глобус"—1928—№5</w:t>
      </w:r>
    </w:p>
    <w:p>
      <w:r>
        <w:br/>
        <w:t>КЛЮЧЕМ, ЯК ЖУРАВЛІ...</w:t>
      </w:r>
    </w:p>
    <w:p>
      <w:r>
        <w:br/>
        <w:t>Ключем, як журавлі,</w:t>
      </w:r>
    </w:p>
    <w:p>
      <w:r>
        <w:br/>
        <w:t>пірвались рідні хати</w:t>
      </w:r>
    </w:p>
    <w:p>
      <w:r>
        <w:br/>
        <w:t>Туди,</w:t>
      </w:r>
    </w:p>
    <w:p>
      <w:r>
        <w:br/>
        <w:t>де на мечі багрянім</w:t>
      </w:r>
    </w:p>
    <w:p>
      <w:r>
        <w:br/>
        <w:t>стигне день...</w:t>
      </w:r>
    </w:p>
    <w:p>
      <w:r>
        <w:br/>
        <w:t>Виходить мряка з мли</w:t>
      </w:r>
    </w:p>
    <w:p>
      <w:r>
        <w:br/>
        <w:t>на чорні ріллі спати</w:t>
      </w:r>
    </w:p>
    <w:p>
      <w:r>
        <w:br/>
        <w:t>І по стерні</w:t>
      </w:r>
    </w:p>
    <w:p>
      <w:r>
        <w:br/>
        <w:t>зажурена</w:t>
      </w:r>
    </w:p>
    <w:p>
      <w:r>
        <w:br/>
        <w:t>бреде.</w:t>
      </w:r>
    </w:p>
    <w:p>
      <w:r>
        <w:br/>
        <w:t>Догнати ластівку...</w:t>
      </w:r>
    </w:p>
    <w:p>
      <w:r>
        <w:br/>
        <w:t>Догнати сонце славне...</w:t>
      </w:r>
    </w:p>
    <w:p>
      <w:r>
        <w:br/>
        <w:t>Спинити ніч,</w:t>
      </w:r>
    </w:p>
    <w:p>
      <w:r>
        <w:br/>
        <w:t>спинити мряку,</w:t>
      </w:r>
    </w:p>
    <w:p>
      <w:r>
        <w:br/>
        <w:t>сни...</w:t>
      </w:r>
    </w:p>
    <w:p>
      <w:r>
        <w:br/>
        <w:t>Яка важка рілля, —</w:t>
      </w:r>
    </w:p>
    <w:p>
      <w:r>
        <w:br/>
        <w:t>які липкі тумани.</w:t>
      </w:r>
    </w:p>
    <w:p>
      <w:r>
        <w:br/>
        <w:t>Які тупі,</w:t>
      </w:r>
    </w:p>
    <w:p>
      <w:r>
        <w:br/>
        <w:t>гнітючі ,</w:t>
      </w:r>
    </w:p>
    <w:p>
      <w:r>
        <w:br/>
        <w:t>очі далини.</w:t>
      </w:r>
    </w:p>
    <w:p>
      <w:r>
        <w:br/>
        <w:t>Верба похила</w:t>
      </w:r>
    </w:p>
    <w:p>
      <w:r>
        <w:br/>
        <w:t>ген</w:t>
      </w:r>
    </w:p>
    <w:p>
      <w:r>
        <w:br/>
        <w:t>межи шляхами</w:t>
      </w:r>
    </w:p>
    <w:p>
      <w:r>
        <w:br/>
        <w:t>З криницею жде гостя, —</w:t>
      </w:r>
    </w:p>
    <w:p>
      <w:r>
        <w:br/>
        <w:t>та дарма, —</w:t>
      </w:r>
    </w:p>
    <w:p>
      <w:r>
        <w:br/>
        <w:t>Ніде нікого...</w:t>
      </w:r>
    </w:p>
    <w:p>
      <w:r>
        <w:br/>
        <w:t>Там, за могилками</w:t>
      </w:r>
    </w:p>
    <w:p>
      <w:r>
        <w:br/>
        <w:t>Димар</w:t>
      </w:r>
    </w:p>
    <w:p>
      <w:r>
        <w:br/>
        <w:t>осінні хмари перейма.</w:t>
      </w:r>
    </w:p>
    <w:p>
      <w:r>
        <w:br/>
        <w:t>Як журавлі,</w:t>
      </w:r>
    </w:p>
    <w:p>
      <w:r>
        <w:br/>
        <w:t>далеко рідні хати...</w:t>
      </w:r>
    </w:p>
    <w:p>
      <w:r>
        <w:br/>
        <w:t>І ріллі слухають</w:t>
      </w:r>
    </w:p>
    <w:p>
      <w:r>
        <w:br/>
        <w:t>з імли далекі дзвони,</w:t>
      </w:r>
    </w:p>
    <w:p>
      <w:r>
        <w:br/>
        <w:t>А вечір</w:t>
      </w:r>
    </w:p>
    <w:p>
      <w:r>
        <w:br/>
        <w:t>тягне крила</w:t>
      </w:r>
    </w:p>
    <w:p>
      <w:r>
        <w:br/>
        <w:t>мокрі, кострубаті,</w:t>
      </w:r>
    </w:p>
    <w:p>
      <w:r>
        <w:br/>
        <w:t>А на полях</w:t>
      </w:r>
    </w:p>
    <w:p>
      <w:r>
        <w:br/>
        <w:t>ляга мутний</w:t>
      </w:r>
    </w:p>
    <w:p>
      <w:r>
        <w:br/>
        <w:t>осінній сон.</w:t>
      </w:r>
    </w:p>
    <w:p>
      <w:r>
        <w:br/>
        <w:t>1927 Р.</w:t>
      </w:r>
    </w:p>
    <w:p>
      <w:r>
        <w:br/>
        <w:t>***</w:t>
      </w:r>
    </w:p>
    <w:p>
      <w:r>
        <w:br/>
        <w:t>Як крик з могил Печори,</w:t>
      </w:r>
    </w:p>
    <w:p>
      <w:r>
        <w:br/>
        <w:t>Як зойки з Колими,</w:t>
      </w:r>
    </w:p>
    <w:p>
      <w:r>
        <w:br/>
        <w:t>Серед нужди і горя</w:t>
      </w:r>
    </w:p>
    <w:p>
      <w:r>
        <w:br/>
        <w:t>На світ родились ми.</w:t>
      </w:r>
    </w:p>
    <w:p>
      <w:r>
        <w:br/>
        <w:t>Відповідай!..</w:t>
      </w:r>
    </w:p>
    <w:p>
      <w:r>
        <w:br/>
        <w:t>Гартований ударом</w:t>
      </w:r>
    </w:p>
    <w:p>
      <w:r>
        <w:br/>
        <w:t>В сльозах душі й її пекельному вогні,-</w:t>
      </w:r>
    </w:p>
    <w:p>
      <w:r>
        <w:br/>
        <w:t>Всім Каїнам,</w:t>
      </w:r>
    </w:p>
    <w:p>
      <w:r>
        <w:br/>
        <w:t>Хамам,</w:t>
      </w:r>
    </w:p>
    <w:p>
      <w:r>
        <w:br/>
        <w:t>Всім Юдам і рідні,</w:t>
      </w:r>
    </w:p>
    <w:p>
      <w:r>
        <w:br/>
        <w:t>Всім ворогам твоїм й самому Сатані</w:t>
      </w:r>
    </w:p>
    <w:p>
      <w:r>
        <w:br/>
        <w:t>За честь Вітчизни, топтану в багні,</w:t>
      </w:r>
    </w:p>
    <w:p>
      <w:r>
        <w:br/>
        <w:t>Відповідай</w:t>
      </w:r>
    </w:p>
    <w:p>
      <w:r>
        <w:br/>
        <w:t>Своїм страшним ударом.</w:t>
      </w:r>
    </w:p>
    <w:p>
      <w:r>
        <w:br/>
        <w:t>ПІСЕНЬКА ДІ-ПІ</w:t>
      </w:r>
    </w:p>
    <w:p>
      <w:r>
        <w:br/>
        <w:t>Малесеньку горилу</w:t>
      </w:r>
    </w:p>
    <w:p>
      <w:r>
        <w:br/>
        <w:t>Піймали в Сомалі</w:t>
      </w:r>
    </w:p>
    <w:p>
      <w:r>
        <w:br/>
        <w:t>І привезли без стилю</w:t>
      </w:r>
    </w:p>
    <w:p>
      <w:r>
        <w:br/>
        <w:t>(Як возять взагалі</w:t>
      </w:r>
    </w:p>
    <w:p>
      <w:r>
        <w:br/>
        <w:t>Малесеньку горилу,</w:t>
      </w:r>
    </w:p>
    <w:p>
      <w:r>
        <w:br/>
        <w:t>Гей, родом з Сомалі).</w:t>
      </w:r>
    </w:p>
    <w:p>
      <w:r>
        <w:br/>
        <w:t>І привезли у Харків —</w:t>
      </w:r>
    </w:p>
    <w:p>
      <w:r>
        <w:br/>
        <w:t>Смішні говоруни —</w:t>
      </w:r>
    </w:p>
    <w:p>
      <w:r>
        <w:br/>
        <w:t>В найбільший з зоопарків</w:t>
      </w:r>
    </w:p>
    <w:p>
      <w:r>
        <w:br/>
        <w:t>Чужої сторони,</w:t>
      </w:r>
    </w:p>
    <w:p>
      <w:r>
        <w:br/>
        <w:t>В найкращий ніби Харків.</w:t>
      </w:r>
    </w:p>
    <w:p>
      <w:r>
        <w:br/>
        <w:t>Такі балакуни!</w:t>
      </w:r>
    </w:p>
    <w:p>
      <w:r>
        <w:br/>
        <w:t>А в Харкові й каміння,</w:t>
      </w:r>
    </w:p>
    <w:p>
      <w:r>
        <w:br/>
        <w:t>І вітер гомінкий,</w:t>
      </w:r>
    </w:p>
    <w:p>
      <w:r>
        <w:br/>
        <w:t>І сонячне проміння,</w:t>
      </w:r>
    </w:p>
    <w:p>
      <w:r>
        <w:br/>
        <w:t>І місяць не такий.</w:t>
      </w:r>
    </w:p>
    <w:p>
      <w:r>
        <w:br/>
        <w:t>І квіти, і дерева,</w:t>
      </w:r>
    </w:p>
    <w:p>
      <w:r>
        <w:br/>
        <w:t>І в Лопані* вода,</w:t>
      </w:r>
    </w:p>
    <w:p>
      <w:r>
        <w:br/>
        <w:t>І над водою мева —</w:t>
      </w:r>
    </w:p>
    <w:p>
      <w:r>
        <w:br/>
        <w:t>Не так все вигляда.</w:t>
      </w:r>
    </w:p>
    <w:p>
      <w:r>
        <w:br/>
        <w:t>Та вітер той немилий</w:t>
      </w:r>
    </w:p>
    <w:p>
      <w:r>
        <w:br/>
        <w:t>І сонечко чуже —</w:t>
      </w:r>
    </w:p>
    <w:p>
      <w:r>
        <w:br/>
        <w:t>Усе, усе горилу</w:t>
      </w:r>
    </w:p>
    <w:p>
      <w:r>
        <w:br/>
        <w:t>Маленьку береже.</w:t>
      </w:r>
    </w:p>
    <w:p>
      <w:r>
        <w:br/>
        <w:t>Горилі ж все байдуже —</w:t>
      </w:r>
    </w:p>
    <w:p>
      <w:r>
        <w:br/>
        <w:t>І ласка та вотще,</w:t>
      </w:r>
    </w:p>
    <w:p>
      <w:r>
        <w:br/>
        <w:t>І мева та не кружить,</w:t>
      </w:r>
    </w:p>
    <w:p>
      <w:r>
        <w:br/>
        <w:t>І Лопань не тече.</w:t>
      </w:r>
    </w:p>
    <w:p>
      <w:r>
        <w:br/>
        <w:t>Горила гірко плаче</w:t>
      </w:r>
    </w:p>
    <w:p>
      <w:r>
        <w:br/>
        <w:t>Та й тужить взагалі,</w:t>
      </w:r>
    </w:p>
    <w:p>
      <w:r>
        <w:br/>
        <w:t>І в снах тікає наче</w:t>
      </w:r>
    </w:p>
    <w:p>
      <w:r>
        <w:br/>
        <w:t>В далеке Сомалі...</w:t>
      </w:r>
    </w:p>
    <w:p>
      <w:r>
        <w:br/>
        <w:t>Так, як і ти, юначе,</w:t>
      </w:r>
    </w:p>
    <w:p>
      <w:r>
        <w:br/>
        <w:t>З чужої десь землі.</w:t>
      </w:r>
    </w:p>
    <w:p>
      <w:r>
        <w:br/>
        <w:t>ЧОГО РИДАЄШ?</w:t>
      </w:r>
    </w:p>
    <w:p>
      <w:r>
        <w:br/>
        <w:t>Чого ж ти ридаєш, такий бородатий,</w:t>
      </w:r>
    </w:p>
    <w:p>
      <w:r>
        <w:br/>
        <w:t>Такий от, такий бородатий?</w:t>
      </w:r>
    </w:p>
    <w:p>
      <w:r>
        <w:br/>
        <w:t>Такий от лисий, такий пихатий</w:t>
      </w:r>
    </w:p>
    <w:p>
      <w:r>
        <w:br/>
        <w:t>І такий от, такий горлатий?!</w:t>
      </w:r>
    </w:p>
    <w:p>
      <w:r>
        <w:br/>
        <w:t>Я знаю, ти плачеш, бо не можеш продати</w:t>
      </w:r>
    </w:p>
    <w:p>
      <w:r>
        <w:br/>
        <w:t>Того, що давно встиг продати.</w:t>
      </w:r>
    </w:p>
    <w:p>
      <w:r>
        <w:br/>
        <w:t>Чого ж ти ридаєш, такий героїчний,</w:t>
      </w:r>
    </w:p>
    <w:p>
      <w:r>
        <w:br/>
        <w:t>Такий от... Такий героїчний?!</w:t>
      </w:r>
    </w:p>
    <w:p>
      <w:r>
        <w:br/>
        <w:t>Такий хоробрий, такий величний,</w:t>
      </w:r>
    </w:p>
    <w:p>
      <w:r>
        <w:br/>
        <w:t>Ну словом, такий героїчний?!</w:t>
      </w:r>
    </w:p>
    <w:p>
      <w:r>
        <w:br/>
        <w:t>Я знаю! Ти плачеш, бо голий став нагло,</w:t>
      </w:r>
    </w:p>
    <w:p>
      <w:r>
        <w:br/>
        <w:t>А голий — ти є безличний.</w:t>
      </w:r>
    </w:p>
    <w:p>
      <w:r>
        <w:br/>
        <w:t>Чого ж ти ридаєш, такий от гожий,</w:t>
      </w:r>
    </w:p>
    <w:p>
      <w:r>
        <w:br/>
        <w:t>Такий от святий та Божий?!</w:t>
      </w:r>
    </w:p>
    <w:p>
      <w:r>
        <w:br/>
        <w:t>Такий найліпший, такий от найкращий,</w:t>
      </w:r>
    </w:p>
    <w:p>
      <w:r>
        <w:br/>
        <w:t>Такий ні на кого не схожий?!</w:t>
      </w:r>
    </w:p>
    <w:p>
      <w:r>
        <w:br/>
        <w:t>Я знаю,— ти плачеш, бо ти таки справді,</w:t>
      </w:r>
    </w:p>
    <w:p>
      <w:r>
        <w:br/>
        <w:t>Справді,— "святий та Божий".</w:t>
      </w:r>
    </w:p>
    <w:p>
      <w:r>
        <w:br/>
        <w:t>Чого ж ти ридаєш, такий непомітний,</w:t>
      </w:r>
    </w:p>
    <w:p>
      <w:r>
        <w:br/>
        <w:t>Такий от... такий непомітний?!</w:t>
      </w:r>
    </w:p>
    <w:p>
      <w:r>
        <w:br/>
        <w:t>Такий от сердечний, такий привітний</w:t>
      </w:r>
    </w:p>
    <w:p>
      <w:r>
        <w:br/>
        <w:t>І ніжний такий, тендітний?!</w:t>
      </w:r>
    </w:p>
    <w:p>
      <w:r>
        <w:br/>
        <w:t>Я знаю...</w:t>
      </w:r>
    </w:p>
    <w:p>
      <w:r>
        <w:br/>
        <w:t>Ти плачеш, що віру втратив,</w:t>
      </w:r>
    </w:p>
    <w:p>
      <w:r>
        <w:br/>
        <w:t>Що світ цей такий безпросвітний.</w:t>
      </w:r>
    </w:p>
    <w:p>
      <w:r>
        <w:br/>
        <w:t>ПЛАЧ ПО "НЕОКЛАСИКАХ"</w:t>
      </w:r>
    </w:p>
    <w:p>
      <w:r>
        <w:br/>
        <w:t>Ніяк не виберуть тему поети,</w:t>
      </w:r>
    </w:p>
    <w:p>
      <w:r>
        <w:br/>
        <w:t>А критики для них ім'я...</w:t>
      </w:r>
    </w:p>
    <w:p>
      <w:r>
        <w:br/>
        <w:t>Вітчизно ж моя, де ти?!</w:t>
      </w:r>
    </w:p>
    <w:p>
      <w:r>
        <w:br/>
        <w:t>Де ж ти, Вітчизно моя?!</w:t>
      </w:r>
    </w:p>
    <w:p>
      <w:r>
        <w:br/>
        <w:t>Ніяк не вгляджу тебе в обличчя</w:t>
      </w:r>
    </w:p>
    <w:p>
      <w:r>
        <w:br/>
        <w:t>За криком, за свистом, за слізьми, за лайкою.</w:t>
      </w:r>
    </w:p>
    <w:p>
      <w:r>
        <w:br/>
        <w:t>Пророки твої — то не розум сторіччя,</w:t>
      </w:r>
    </w:p>
    <w:p>
      <w:r>
        <w:br/>
        <w:t>А якийсь "Мартин з балабайкою".</w:t>
      </w:r>
    </w:p>
    <w:p>
      <w:r>
        <w:br/>
        <w:t>1948 р., Новий Ульм</w:t>
      </w:r>
    </w:p>
    <w:p>
      <w:r>
        <w:br/>
        <w:t>СУПЕРПАТРІОТИ</w:t>
      </w:r>
    </w:p>
    <w:p>
      <w:r>
        <w:br/>
        <w:t>Утікавши на край світу,</w:t>
      </w:r>
    </w:p>
    <w:p>
      <w:r>
        <w:br/>
        <w:t>Ми — герої немалі —</w:t>
      </w:r>
    </w:p>
    <w:p>
      <w:r>
        <w:br/>
        <w:t>Врятували Ярослава</w:t>
      </w:r>
    </w:p>
    <w:p>
      <w:r>
        <w:br/>
        <w:t>З української землі.</w:t>
      </w:r>
    </w:p>
    <w:p>
      <w:r>
        <w:br/>
        <w:t>Поуз Канів ішла траса,</w:t>
      </w:r>
    </w:p>
    <w:p>
      <w:r>
        <w:br/>
        <w:t>Ми журилися зело:</w:t>
      </w:r>
    </w:p>
    <w:p>
      <w:r>
        <w:br/>
        <w:t>Врятували б і Тараса,</w:t>
      </w:r>
    </w:p>
    <w:p>
      <w:r>
        <w:br/>
        <w:t>Так лопати не було.</w:t>
      </w:r>
    </w:p>
    <w:p>
      <w:r>
        <w:br/>
        <w:t>СОСНИ ШУМЛЯТЬ</w:t>
      </w:r>
    </w:p>
    <w:p>
      <w:r>
        <w:br/>
        <w:t>Сосни шумлять, і дроти гудуть,</w:t>
      </w:r>
    </w:p>
    <w:p>
      <w:r>
        <w:br/>
        <w:t>І дощ накрапає — так, ніби й вдома.</w:t>
      </w:r>
    </w:p>
    <w:p>
      <w:r>
        <w:br/>
        <w:t>Лиш серце щемить, мов на страту ведуть,</w:t>
      </w:r>
    </w:p>
    <w:p>
      <w:r>
        <w:br/>
        <w:t>І щелепи зводить страшна оскома.</w:t>
      </w:r>
    </w:p>
    <w:p>
      <w:r>
        <w:br/>
        <w:t>Оскома від лицарів, оскома від фраз,</w:t>
      </w:r>
    </w:p>
    <w:p>
      <w:r>
        <w:br/>
        <w:t>Оскома від буйного патріотизму.</w:t>
      </w:r>
    </w:p>
    <w:p>
      <w:r>
        <w:br/>
        <w:t>І хочеться нагло крикнуть не раз,</w:t>
      </w:r>
    </w:p>
    <w:p>
      <w:r>
        <w:br/>
        <w:t>Втрачаючи в громі безглуздих фраз</w:t>
      </w:r>
    </w:p>
    <w:p>
      <w:r>
        <w:br/>
        <w:t>Заткану димом Вітчизну:</w:t>
      </w:r>
    </w:p>
    <w:p>
      <w:r>
        <w:br/>
        <w:t>— Стійте, обманщики, мавпи й папуги!</w:t>
      </w:r>
    </w:p>
    <w:p>
      <w:r>
        <w:br/>
        <w:t>Тамтарарамщики і калатали!</w:t>
      </w:r>
    </w:p>
    <w:p>
      <w:r>
        <w:br/>
        <w:t>Щоб вам заціпило від тої осуги,</w:t>
      </w:r>
    </w:p>
    <w:p>
      <w:r>
        <w:br/>
        <w:t>Мо' б, ви нарешті брехать перестали?!</w:t>
      </w:r>
    </w:p>
    <w:p>
      <w:r>
        <w:br/>
        <w:t>Серцем подлі і розумом ниці,</w:t>
      </w:r>
    </w:p>
    <w:p>
      <w:r>
        <w:br/>
        <w:t>Братоубійники і словоблуди!</w:t>
      </w:r>
    </w:p>
    <w:p>
      <w:r>
        <w:br/>
        <w:t>Боже! Боже, який же вогонь загориться</w:t>
      </w:r>
    </w:p>
    <w:p>
      <w:r>
        <w:br/>
        <w:t>Від того Каїна і Іуди?!</w:t>
      </w:r>
    </w:p>
    <w:p>
      <w:r>
        <w:br/>
        <w:t>Він звик підглядати за вами ревно</w:t>
      </w:r>
    </w:p>
    <w:p>
      <w:r>
        <w:br/>
        <w:t>У дірочку у замочку,</w:t>
      </w:r>
    </w:p>
    <w:p>
      <w:r>
        <w:br/>
        <w:t>Він звик оклепати вас скрізь і напевно,</w:t>
      </w:r>
    </w:p>
    <w:p>
      <w:r>
        <w:br/>
        <w:t>Всім охранкам даючи "відомість точну".</w:t>
      </w:r>
    </w:p>
    <w:p>
      <w:r>
        <w:br/>
        <w:t>По Сі-ай-Сі, як колись по гестапах,</w:t>
      </w:r>
    </w:p>
    <w:p>
      <w:r>
        <w:br/>
        <w:t>Він влаштувався, не давши маху,</w:t>
      </w:r>
    </w:p>
    <w:p>
      <w:r>
        <w:br/>
        <w:t>І тепер там тягає по всіх етапах</w:t>
      </w:r>
    </w:p>
    <w:p>
      <w:r>
        <w:br/>
        <w:t>Ваше ім'я, немов костомаху.</w:t>
      </w:r>
    </w:p>
    <w:p>
      <w:r>
        <w:br/>
        <w:t>Це ж він, бруднющий, з ентузіазмом</w:t>
      </w:r>
    </w:p>
    <w:p>
      <w:r>
        <w:br/>
        <w:t>Хоче гортати вам душу й білизну,</w:t>
      </w:r>
    </w:p>
    <w:p>
      <w:r>
        <w:br/>
        <w:t>Це ж він при тому кричить до спазми</w:t>
      </w:r>
    </w:p>
    <w:p>
      <w:r>
        <w:br/>
        <w:t>Про Бога і про Вітчизну.</w:t>
      </w:r>
    </w:p>
    <w:p>
      <w:r>
        <w:br/>
        <w:t>Це ж він шукає завжди нагоди</w:t>
      </w:r>
    </w:p>
    <w:p>
      <w:r>
        <w:br/>
        <w:t>Цвісти крикливим таким розмаєм,</w:t>
      </w:r>
    </w:p>
    <w:p>
      <w:r>
        <w:br/>
        <w:t>У бубни б'є і в "сурму" виводить,</w:t>
      </w:r>
    </w:p>
    <w:p>
      <w:r>
        <w:br/>
        <w:t>І жовчю своєю ваш зір заливає.</w:t>
      </w:r>
    </w:p>
    <w:p>
      <w:r>
        <w:br/>
        <w:t>Господи Боже! Та скільки ж можна?!</w:t>
      </w:r>
    </w:p>
    <w:p>
      <w:r>
        <w:br/>
        <w:t>І де ж той грім, що пророчила мати?!</w:t>
      </w:r>
    </w:p>
    <w:p>
      <w:r>
        <w:br/>
        <w:t>Щоб змів, щоб знищив, щоб геть розгаратав</w:t>
      </w:r>
    </w:p>
    <w:p>
      <w:r>
        <w:br/>
        <w:t>Цей рід безумного Герострата?!</w:t>
      </w:r>
    </w:p>
    <w:p>
      <w:r>
        <w:br/>
        <w:t>Та підлих не сіють і не орють,</w:t>
      </w:r>
    </w:p>
    <w:p>
      <w:r>
        <w:br/>
        <w:t>І Юди родяться, річ відома...</w:t>
      </w:r>
    </w:p>
    <w:p>
      <w:r>
        <w:br/>
        <w:t>Сосни шумлять, і дроти гудуть,</w:t>
      </w:r>
    </w:p>
    <w:p>
      <w:r>
        <w:br/>
        <w:t>І дощ накрапає —</w:t>
      </w:r>
    </w:p>
    <w:p>
      <w:r>
        <w:br/>
        <w:t>так, ніби й вдома.</w:t>
      </w:r>
    </w:p>
    <w:p>
      <w:r>
        <w:br/>
        <w:t>Я БАЧИВ СВІТ...</w:t>
      </w:r>
    </w:p>
    <w:p>
      <w:r>
        <w:br/>
        <w:t>1</w:t>
      </w:r>
    </w:p>
    <w:p>
      <w:r>
        <w:br/>
        <w:t>Я бачив світ — як Великодній ранок:</w:t>
      </w:r>
    </w:p>
    <w:p>
      <w:r>
        <w:br/>
        <w:t>Велике сонце запалило небо</w:t>
      </w:r>
    </w:p>
    <w:p>
      <w:r>
        <w:br/>
        <w:t>І радісно кричить в тім сонці одуд;</w:t>
      </w:r>
    </w:p>
    <w:p>
      <w:r>
        <w:br/>
        <w:t>В свічадо вод вдивляються тополі</w:t>
      </w:r>
    </w:p>
    <w:p>
      <w:r>
        <w:br/>
        <w:t>Замріяно серед левад блакитних;</w:t>
      </w:r>
    </w:p>
    <w:p>
      <w:r>
        <w:br/>
        <w:t>По берегах пишаються кульбаби</w:t>
      </w:r>
    </w:p>
    <w:p>
      <w:r>
        <w:br/>
        <w:t>І ряст крізь лист торішній лиловіє</w:t>
      </w:r>
    </w:p>
    <w:p>
      <w:r>
        <w:br/>
        <w:t>Межи тернами, а терни димляться</w:t>
      </w:r>
    </w:p>
    <w:p>
      <w:r>
        <w:br/>
        <w:t>Невинно чистим, білим-білим квітом.</w:t>
      </w:r>
    </w:p>
    <w:p>
      <w:r>
        <w:br/>
        <w:t>Благословенний світ — неспізнаний, прекрасний,</w:t>
      </w:r>
    </w:p>
    <w:p>
      <w:r>
        <w:br/>
        <w:t>Казковий, таємничий Світ!</w:t>
      </w:r>
    </w:p>
    <w:p>
      <w:r>
        <w:br/>
        <w:t>До болю бажаний,</w:t>
      </w:r>
    </w:p>
    <w:p>
      <w:r>
        <w:br/>
        <w:t>хвилюючий до крику.</w:t>
      </w:r>
    </w:p>
    <w:p>
      <w:r>
        <w:br/>
        <w:t>II</w:t>
      </w:r>
    </w:p>
    <w:p>
      <w:r>
        <w:br/>
        <w:t>Я бачив світ за ґратами тюремними...</w:t>
      </w:r>
    </w:p>
    <w:p>
      <w:r>
        <w:br/>
        <w:t>(до божевілля любий).</w:t>
      </w:r>
    </w:p>
    <w:p>
      <w:r>
        <w:br/>
        <w:t>III</w:t>
      </w:r>
    </w:p>
    <w:p>
      <w:r>
        <w:br/>
        <w:t>Я бачив світ... Над мрійною Уссурі</w:t>
      </w:r>
    </w:p>
    <w:p>
      <w:r>
        <w:br/>
        <w:t>Чудесна райдуга підперла баню неба,</w:t>
      </w:r>
    </w:p>
    <w:p>
      <w:r>
        <w:br/>
        <w:t>Як міст вогненний... (закінчення немає).</w:t>
      </w:r>
    </w:p>
    <w:p>
      <w:r>
        <w:br/>
        <w:t>ВІТЕР</w:t>
      </w:r>
    </w:p>
    <w:p>
      <w:r>
        <w:br/>
        <w:t>До Франції вітер примчав з Колими —</w:t>
      </w:r>
    </w:p>
    <w:p>
      <w:r>
        <w:br/>
        <w:t>Чорний, забрьоханий вітер,</w:t>
      </w:r>
    </w:p>
    <w:p>
      <w:r>
        <w:br/>
        <w:t>Звідтіль, де з тобою прощалися ми,</w:t>
      </w:r>
    </w:p>
    <w:p>
      <w:r>
        <w:br/>
        <w:t>Звідтіль, де лиш ночі понурі самі,</w:t>
      </w:r>
    </w:p>
    <w:p>
      <w:r>
        <w:br/>
        <w:t>Неначе дереворити.</w:t>
      </w:r>
    </w:p>
    <w:p>
      <w:r>
        <w:br/>
        <w:t>Ночі такі, як полярна зима,</w:t>
      </w:r>
    </w:p>
    <w:p>
      <w:r>
        <w:br/>
        <w:t>Чорні такі, як сама Колима,</w:t>
      </w:r>
    </w:p>
    <w:p>
      <w:r>
        <w:br/>
        <w:t>Сині такі, як останнє "прощай",</w:t>
      </w:r>
    </w:p>
    <w:p>
      <w:r>
        <w:br/>
        <w:t>Мертві такі, як відчай.</w:t>
      </w:r>
    </w:p>
    <w:p>
      <w:r>
        <w:br/>
        <w:t>Ось звідти, від диких полярних заграв,</w:t>
      </w:r>
    </w:p>
    <w:p>
      <w:r>
        <w:br/>
        <w:t>До Франції вітер сьогодні примчав,—</w:t>
      </w:r>
    </w:p>
    <w:p>
      <w:r>
        <w:br/>
        <w:t>В країну Свободи, до Жанниних кіс</w:t>
      </w:r>
    </w:p>
    <w:p>
      <w:r>
        <w:br/>
        <w:t>Крик міліонів приніс.</w:t>
      </w:r>
    </w:p>
    <w:p>
      <w:r>
        <w:br/>
        <w:t>І ходить той вітер по площах і дачах;</w:t>
      </w:r>
    </w:p>
    <w:p>
      <w:r>
        <w:br/>
        <w:t>Об мури Сорбонни товчеться</w:t>
      </w:r>
    </w:p>
    <w:p>
      <w:r>
        <w:br/>
        <w:t>й неначе</w:t>
      </w:r>
    </w:p>
    <w:p>
      <w:r>
        <w:br/>
        <w:t>Хтось там заламує руки і плаче...</w:t>
      </w:r>
    </w:p>
    <w:p>
      <w:r>
        <w:br/>
        <w:t>Плаче,</w:t>
      </w:r>
    </w:p>
    <w:p>
      <w:r>
        <w:br/>
        <w:t>що вітер з країни рабів</w:t>
      </w:r>
    </w:p>
    <w:p>
      <w:r>
        <w:br/>
        <w:t>В країну Свободи даремно летів.</w:t>
      </w:r>
    </w:p>
    <w:p>
      <w:r>
        <w:br/>
        <w:t>Даремно, бо тут — теж своя Колима!</w:t>
      </w:r>
    </w:p>
    <w:p>
      <w:r>
        <w:br/>
        <w:t>Є тут "свобода",</w:t>
      </w:r>
    </w:p>
    <w:p>
      <w:r>
        <w:br/>
        <w:t>та гордих нема.</w:t>
      </w:r>
    </w:p>
    <w:p>
      <w:r>
        <w:br/>
        <w:t>БЛОКАДА</w:t>
      </w:r>
    </w:p>
    <w:p>
      <w:r>
        <w:br/>
        <w:t>(Розділи з поеми)</w:t>
      </w:r>
    </w:p>
    <w:p>
      <w:r>
        <w:br/>
        <w:t>ДЖУРА</w:t>
      </w:r>
    </w:p>
    <w:p>
      <w:r>
        <w:br/>
        <w:t>Вітри з Магадану грохочуть об ратушу,</w:t>
      </w:r>
    </w:p>
    <w:p>
      <w:r>
        <w:br/>
        <w:t>По вежах готичних звиваються юнгами...</w:t>
      </w:r>
    </w:p>
    <w:p>
      <w:r>
        <w:br/>
        <w:t>Дрімає мій джура, зіпершись на ратище ,</w:t>
      </w:r>
    </w:p>
    <w:p>
      <w:r>
        <w:br/>
        <w:t>В шинелі постріляній</w:t>
      </w:r>
    </w:p>
    <w:p>
      <w:r>
        <w:br/>
        <w:t>і снить Нібелунгами.</w:t>
      </w:r>
    </w:p>
    <w:p>
      <w:r>
        <w:br/>
        <w:t>Він вийшов з могили,</w:t>
      </w:r>
    </w:p>
    <w:p>
      <w:r>
        <w:br/>
        <w:t>прийшов із туману...</w:t>
      </w:r>
    </w:p>
    <w:p>
      <w:r>
        <w:br/>
        <w:t>Вітри з Магадану,</w:t>
      </w:r>
    </w:p>
    <w:p>
      <w:r>
        <w:br/>
        <w:t>вітри з Магадану...</w:t>
      </w:r>
    </w:p>
    <w:p>
      <w:r>
        <w:br/>
        <w:t>Звідтіль, де земля захлинулась в сльозах,</w:t>
      </w:r>
    </w:p>
    <w:p>
      <w:r>
        <w:br/>
        <w:t>Де вже більше не діє жах,</w:t>
      </w:r>
    </w:p>
    <w:p>
      <w:r>
        <w:br/>
        <w:t>Де душі людські все терплять до пори,—</w:t>
      </w:r>
    </w:p>
    <w:p>
      <w:r>
        <w:br/>
        <w:t>Звідтіль ці гудуть вітри.</w:t>
      </w:r>
    </w:p>
    <w:p>
      <w:r>
        <w:br/>
        <w:t>Свищуть на рурах над місцем пожарів,</w:t>
      </w:r>
    </w:p>
    <w:p>
      <w:r>
        <w:br/>
        <w:t>Біжать по скелетах мостів і ангарів,</w:t>
      </w:r>
    </w:p>
    <w:p>
      <w:r>
        <w:br/>
        <w:t>Гойдають обірвані троси з святинь</w:t>
      </w:r>
    </w:p>
    <w:p>
      <w:r>
        <w:br/>
        <w:t>На чорних торосах згромаджених стін,</w:t>
      </w:r>
    </w:p>
    <w:p>
      <w:r>
        <w:br/>
        <w:t>Над диким хаосом руїн.</w:t>
      </w:r>
    </w:p>
    <w:p>
      <w:r>
        <w:br/>
        <w:t>Скачуть по стрілках готичних шпилів,</w:t>
      </w:r>
    </w:p>
    <w:p>
      <w:r>
        <w:br/>
        <w:t>Немовби по щоглах</w:t>
      </w:r>
    </w:p>
    <w:p>
      <w:r>
        <w:br/>
        <w:t>потоплених кораблів.</w:t>
      </w:r>
    </w:p>
    <w:p>
      <w:r>
        <w:br/>
        <w:t>Над місцем румовиш, над місцем туману –</w:t>
      </w:r>
    </w:p>
    <w:p>
      <w:r>
        <w:br/>
        <w:t>Вітри з Магадану,</w:t>
      </w:r>
    </w:p>
    <w:p>
      <w:r>
        <w:br/>
        <w:t>вітри з Магадану.</w:t>
      </w:r>
    </w:p>
    <w:p>
      <w:r>
        <w:br/>
        <w:t>Гудуть, розгортаючи пам'ятники,</w:t>
      </w:r>
    </w:p>
    <w:p>
      <w:r>
        <w:br/>
        <w:t>Осипаючи зорь пелюстки.</w:t>
      </w:r>
    </w:p>
    <w:p>
      <w:r>
        <w:br/>
        <w:t>Над брухтом святинь і пожовклих кісток</w:t>
      </w:r>
    </w:p>
    <w:p>
      <w:r>
        <w:br/>
        <w:t>Просівають готичний пісок.</w:t>
      </w:r>
    </w:p>
    <w:p>
      <w:r>
        <w:br/>
        <w:t>І сплять паперові Гамлети і Фавсти,</w:t>
      </w:r>
    </w:p>
    <w:p>
      <w:r>
        <w:br/>
        <w:t>Сплять Нібелунги, і сплять Аргонавти,—</w:t>
      </w:r>
    </w:p>
    <w:p>
      <w:r>
        <w:br/>
        <w:t>Нишкнуть герої й богатирі,</w:t>
      </w:r>
    </w:p>
    <w:p>
      <w:r>
        <w:br/>
        <w:t>Лиш множаться в грузах руїн щурі...</w:t>
      </w:r>
    </w:p>
    <w:p>
      <w:r>
        <w:br/>
        <w:t>Світ розпістерся й лежить під блокадою,</w:t>
      </w:r>
    </w:p>
    <w:p>
      <w:r>
        <w:br/>
        <w:t>Обставлений руїн</w:t>
      </w:r>
    </w:p>
    <w:p>
      <w:r>
        <w:br/>
        <w:t>чорними барикадами.</w:t>
      </w:r>
    </w:p>
    <w:p>
      <w:r>
        <w:br/>
        <w:t>Нишкне в нім все в найчорнішу з годин.</w:t>
      </w:r>
    </w:p>
    <w:p>
      <w:r>
        <w:br/>
        <w:t>Тільки вартує мій джура один.</w:t>
      </w:r>
    </w:p>
    <w:p>
      <w:r>
        <w:br/>
        <w:t>Джура — не джура — сон, чи туман,</w:t>
      </w:r>
    </w:p>
    <w:p>
      <w:r>
        <w:br/>
        <w:t>Чи друг, що покинув страшний Магадан,</w:t>
      </w:r>
    </w:p>
    <w:p>
      <w:r>
        <w:br/>
        <w:t>Чи з бистрої Драви ця тінь, чи з Карпат,—</w:t>
      </w:r>
    </w:p>
    <w:p>
      <w:r>
        <w:br/>
        <w:t>Дум моїх вірний салдат.</w:t>
      </w:r>
    </w:p>
    <w:p>
      <w:r>
        <w:br/>
        <w:t>Мріє, дрімаючи в глупій порі:</w:t>
      </w:r>
    </w:p>
    <w:p>
      <w:r>
        <w:br/>
        <w:t>"Де ж ті герої й богатирі?!"</w:t>
      </w:r>
    </w:p>
    <w:p>
      <w:r>
        <w:br/>
        <w:t>Лиш щурі...</w:t>
      </w:r>
    </w:p>
    <w:p>
      <w:r>
        <w:br/>
        <w:t>Лиш вовтузяться в грузах щурі.</w:t>
      </w:r>
    </w:p>
    <w:p>
      <w:r>
        <w:br/>
        <w:t>Там он... І вже не вітри там гудуть,—</w:t>
      </w:r>
    </w:p>
    <w:p>
      <w:r>
        <w:br/>
        <w:t>Ой і що ж, ой і що ж за процесії йдуть?!</w:t>
      </w:r>
    </w:p>
    <w:p>
      <w:r>
        <w:br/>
        <w:t>Взяли от кадила, ряси й косинки,</w:t>
      </w:r>
    </w:p>
    <w:p>
      <w:r>
        <w:br/>
        <w:t>Взяли кропила, хрести і шмінки,</w:t>
      </w:r>
    </w:p>
    <w:p>
      <w:r>
        <w:br/>
        <w:t>Стяги й клярнети, гумки й таблетики</w:t>
      </w:r>
    </w:p>
    <w:p>
      <w:r>
        <w:br/>
        <w:t>Старенькі Фавсти й нові Гамлетики,</w:t>
      </w:r>
    </w:p>
    <w:p>
      <w:r>
        <w:br/>
        <w:t>Юні Крімгільди, патери й прісти,</w:t>
      </w:r>
    </w:p>
    <w:p>
      <w:r>
        <w:br/>
        <w:t>Ніби "пророки" й ніби "міністри",</w:t>
      </w:r>
    </w:p>
    <w:p>
      <w:r>
        <w:br/>
        <w:t>Тут і найбільші, тут і найменші,</w:t>
      </w:r>
    </w:p>
    <w:p>
      <w:r>
        <w:br/>
        <w:t>І вундеркінди, і юберменші,</w:t>
      </w:r>
    </w:p>
    <w:p>
      <w:r>
        <w:br/>
        <w:t>І стали лавами з реліквіями і чеснотами</w:t>
      </w:r>
    </w:p>
    <w:p>
      <w:r>
        <w:br/>
        <w:t>Перед чорнісінькими готтентотами.</w:t>
      </w:r>
    </w:p>
    <w:p>
      <w:r>
        <w:br/>
        <w:t>І закрутились черева, і затриндикали каруселі,</w:t>
      </w:r>
    </w:p>
    <w:p>
      <w:r>
        <w:br/>
        <w:t>Де чоколяда і де "Камелі",</w:t>
      </w:r>
    </w:p>
    <w:p>
      <w:r>
        <w:br/>
        <w:t>Вихляють джази, шумлять естради,</w:t>
      </w:r>
    </w:p>
    <w:p>
      <w:r>
        <w:br/>
        <w:t>І моденшау, й олімпіади...</w:t>
      </w:r>
    </w:p>
    <w:p>
      <w:r>
        <w:br/>
        <w:t>Тут мрійна усмішка й поза ласкава,</w:t>
      </w:r>
    </w:p>
    <w:p>
      <w:r>
        <w:br/>
        <w:t>Бо милий лицар чорний, як кава,—</w:t>
      </w:r>
    </w:p>
    <w:p>
      <w:r>
        <w:br/>
        <w:t>Брудні штиблети такому гостеві</w:t>
      </w:r>
    </w:p>
    <w:p>
      <w:r>
        <w:br/>
        <w:t>Чистять Гамлети разом з "хрестоностями".</w:t>
      </w:r>
    </w:p>
    <w:p>
      <w:r>
        <w:br/>
        <w:t>Ніч.</w:t>
      </w:r>
    </w:p>
    <w:p>
      <w:r>
        <w:br/>
        <w:t>Чорна ніч.</w:t>
      </w:r>
    </w:p>
    <w:p>
      <w:r>
        <w:br/>
        <w:t>Лиш вгорі — ліхтарі</w:t>
      </w:r>
    </w:p>
    <w:p>
      <w:r>
        <w:br/>
        <w:t>Та вовтузяться в грузах щурі...</w:t>
      </w:r>
    </w:p>
    <w:p>
      <w:r>
        <w:br/>
        <w:t>Гей, де ж ті герої й богатирі?!</w:t>
      </w:r>
    </w:p>
    <w:p>
      <w:r>
        <w:br/>
        <w:t>Ніч.</w:t>
      </w:r>
    </w:p>
    <w:p>
      <w:r>
        <w:br/>
        <w:t>Чорна ніч.</w:t>
      </w:r>
    </w:p>
    <w:p>
      <w:r>
        <w:br/>
        <w:t>А за нею безшильдою</w:t>
      </w:r>
    </w:p>
    <w:p>
      <w:r>
        <w:br/>
        <w:t>Десь тужить Зігфрід за своєю Крімгільдою.</w:t>
      </w:r>
    </w:p>
    <w:p>
      <w:r>
        <w:br/>
        <w:t>Гей, і тужить Зігфрід за своєю</w:t>
      </w:r>
    </w:p>
    <w:p>
      <w:r>
        <w:br/>
        <w:t>Крімгільдою,</w:t>
      </w:r>
    </w:p>
    <w:p>
      <w:r>
        <w:br/>
        <w:t>За ніччю сліпою, за ніччю безшильдою.</w:t>
      </w:r>
    </w:p>
    <w:p>
      <w:r>
        <w:br/>
        <w:t>Даремно. Все мліє з реліквіями й чеснотами</w:t>
      </w:r>
    </w:p>
    <w:p>
      <w:r>
        <w:br/>
        <w:t>Перед чорнісінькими готтентотами.</w:t>
      </w:r>
    </w:p>
    <w:p>
      <w:r>
        <w:br/>
        <w:t>І стогнуть під муринами Доротеї,</w:t>
      </w:r>
    </w:p>
    <w:p>
      <w:r>
        <w:br/>
        <w:t>І сохнуть Крімгільди від гонореї...</w:t>
      </w:r>
    </w:p>
    <w:p>
      <w:r>
        <w:br/>
        <w:t>Гей, там, де пишались "великі готи",</w:t>
      </w:r>
    </w:p>
    <w:p>
      <w:r>
        <w:br/>
        <w:t>Хтось ставить диявольську оперету:</w:t>
      </w:r>
    </w:p>
    <w:p>
      <w:r>
        <w:br/>
        <w:t>Беруть Крімгільду бушмени й готтентоти</w:t>
      </w:r>
    </w:p>
    <w:p>
      <w:r>
        <w:br/>
        <w:t>На брукові за сигарету.</w:t>
      </w:r>
    </w:p>
    <w:p>
      <w:r>
        <w:br/>
        <w:t>І вона тріумфує, хтиво й лукаво,</w:t>
      </w:r>
    </w:p>
    <w:p>
      <w:r>
        <w:br/>
        <w:t>Рекламно заломлює білі руки...</w:t>
      </w:r>
    </w:p>
    <w:p>
      <w:r>
        <w:br/>
        <w:t>І танцює в гаштете за порцію кави</w:t>
      </w:r>
    </w:p>
    <w:p>
      <w:r>
        <w:br/>
        <w:t>З сомалійцем танок "вукі-вукі".</w:t>
      </w:r>
    </w:p>
    <w:p>
      <w:r>
        <w:br/>
        <w:t>До неї ж — до слави "великих готів",—</w:t>
      </w:r>
    </w:p>
    <w:p>
      <w:r>
        <w:br/>
        <w:t>Вітчизни ім'я написавши на шильді,</w:t>
      </w:r>
    </w:p>
    <w:p>
      <w:r>
        <w:br/>
        <w:t>Вклякає побожно юрба ідіотів</w:t>
      </w:r>
    </w:p>
    <w:p>
      <w:r>
        <w:br/>
        <w:t>До стіп</w:t>
      </w:r>
    </w:p>
    <w:p>
      <w:r>
        <w:br/>
        <w:t>до "готичних"</w:t>
      </w:r>
    </w:p>
    <w:p>
      <w:r>
        <w:br/>
        <w:t>тій Крімгільді.</w:t>
      </w:r>
    </w:p>
    <w:p>
      <w:r>
        <w:br/>
        <w:t>Господи Боже! Юрба знайома</w:t>
      </w:r>
    </w:p>
    <w:p>
      <w:r>
        <w:br/>
        <w:t>Мужів державних і вельми вчених!</w:t>
      </w:r>
    </w:p>
    <w:p>
      <w:r>
        <w:br/>
        <w:t>Завжди безбатченків, завжди бездомних</w:t>
      </w:r>
    </w:p>
    <w:p>
      <w:r>
        <w:br/>
        <w:t>І слушно</w:t>
      </w:r>
    </w:p>
    <w:p>
      <w:r>
        <w:br/>
        <w:t>"унтерменшами" наречених.</w:t>
      </w:r>
    </w:p>
    <w:p>
      <w:r>
        <w:br/>
        <w:t>Ах, скільки правди у тому слові!</w:t>
      </w:r>
    </w:p>
    <w:p>
      <w:r>
        <w:br/>
        <w:t>Ліпше не скажеш про сім'я від Хама!</w:t>
      </w:r>
    </w:p>
    <w:p>
      <w:r>
        <w:br/>
        <w:t>Вклякають, вклякають, на все готові,</w:t>
      </w:r>
    </w:p>
    <w:p>
      <w:r>
        <w:br/>
        <w:t>І кожен з них важний, мов той Далай-Лама.</w:t>
      </w:r>
    </w:p>
    <w:p>
      <w:r>
        <w:br/>
        <w:t>І вона тріумфує,— в цноті ласкавій</w:t>
      </w:r>
    </w:p>
    <w:p>
      <w:r>
        <w:br/>
        <w:t>Побожно заломлює білі руки...</w:t>
      </w:r>
    </w:p>
    <w:p>
      <w:r>
        <w:br/>
        <w:t>І танцює в гаштете за порцію кави</w:t>
      </w:r>
    </w:p>
    <w:p>
      <w:r>
        <w:br/>
        <w:t>З готтентотом танок "вукі-вукі".</w:t>
      </w:r>
    </w:p>
    <w:p>
      <w:r>
        <w:br/>
        <w:t>А десь там зіходить слізьми Роксолана —</w:t>
      </w:r>
    </w:p>
    <w:p>
      <w:r>
        <w:br/>
        <w:t>Тиха й ніжна степова Беатріче,—</w:t>
      </w:r>
    </w:p>
    <w:p>
      <w:r>
        <w:br/>
        <w:t>За вірність, за чесність, за те, що "Уляна"</w:t>
      </w:r>
    </w:p>
    <w:p>
      <w:r>
        <w:br/>
        <w:t>Зраджена геть</w:t>
      </w:r>
    </w:p>
    <w:p>
      <w:r>
        <w:br/>
        <w:t>і ославлена тричі.</w:t>
      </w:r>
    </w:p>
    <w:p>
      <w:r>
        <w:br/>
        <w:t>Та ради немає на тих гелотів —</w:t>
      </w:r>
    </w:p>
    <w:p>
      <w:r>
        <w:br/>
        <w:t>На той,</w:t>
      </w:r>
    </w:p>
    <w:p>
      <w:r>
        <w:br/>
        <w:t>на нещасний орден ідіотів.</w:t>
      </w:r>
    </w:p>
    <w:p>
      <w:r>
        <w:br/>
        <w:t>Нишкнуть звитяжці й богатирі.</w:t>
      </w:r>
    </w:p>
    <w:p>
      <w:r>
        <w:br/>
        <w:t>Гаснуть в тумані зорі вгорі.</w:t>
      </w:r>
    </w:p>
    <w:p>
      <w:r>
        <w:br/>
        <w:t>Ніч. Чорна ніч без зорі.</w:t>
      </w:r>
    </w:p>
    <w:p>
      <w:r>
        <w:br/>
        <w:t>І тужать за млою, такою безшильдою,</w:t>
      </w:r>
    </w:p>
    <w:p>
      <w:r>
        <w:br/>
        <w:t>Юний Зігфрід за своєю Крімгільдою.</w:t>
      </w:r>
    </w:p>
    <w:p>
      <w:r>
        <w:br/>
        <w:t>Ніч. Чорна ніч без зорі.</w:t>
      </w:r>
    </w:p>
    <w:p>
      <w:r>
        <w:br/>
        <w:t>Вітри з Магадану грохочуть об ратушу,</w:t>
      </w:r>
    </w:p>
    <w:p>
      <w:r>
        <w:br/>
        <w:t>Б'ються об вежі, біжать по них юнгами.</w:t>
      </w:r>
    </w:p>
    <w:p>
      <w:r>
        <w:br/>
        <w:t>Мій джура дрімає, зіпершись на ратище,</w:t>
      </w:r>
    </w:p>
    <w:p>
      <w:r>
        <w:br/>
        <w:t>В шинелі постріляній</w:t>
      </w:r>
    </w:p>
    <w:p>
      <w:r>
        <w:br/>
        <w:t>і снить Нібелунгами.</w:t>
      </w:r>
    </w:p>
    <w:p>
      <w:r>
        <w:br/>
        <w:t>Снить Нібелунгами, снить Аргонавтами,</w:t>
      </w:r>
    </w:p>
    <w:p>
      <w:r>
        <w:br/>
        <w:t>Снить хрестоносцями...</w:t>
      </w:r>
    </w:p>
    <w:p>
      <w:r>
        <w:br/>
        <w:t>РОЗМОВА З СУЧАСНИКОМ</w:t>
      </w:r>
    </w:p>
    <w:p>
      <w:r>
        <w:br/>
        <w:t>Північ. Це Північ. Година з годин!..</w:t>
      </w:r>
    </w:p>
    <w:p>
      <w:r>
        <w:br/>
        <w:t>Ми з вами тепера один на один.</w:t>
      </w:r>
    </w:p>
    <w:p>
      <w:r>
        <w:br/>
        <w:t>Скидайте ж ви маску в чорнильній крові,</w:t>
      </w:r>
    </w:p>
    <w:p>
      <w:r>
        <w:br/>
        <w:t>Сідайте, будь ласка, отак, візаві,—</w:t>
      </w:r>
    </w:p>
    <w:p>
      <w:r>
        <w:br/>
        <w:t>Такий, як ви є от, і ваш геморой,</w:t>
      </w:r>
    </w:p>
    <w:p>
      <w:r>
        <w:br/>
        <w:t>Та щелепу стисніть! Бо ви ж є "герой"!</w:t>
      </w:r>
    </w:p>
    <w:p>
      <w:r>
        <w:br/>
        <w:t>Руки опростай!</w:t>
      </w:r>
    </w:p>
    <w:p>
      <w:r>
        <w:br/>
        <w:t>Ноги зігни!</w:t>
      </w:r>
    </w:p>
    <w:p>
      <w:r>
        <w:br/>
        <w:t>Не рюмай, не капай собі на штани!</w:t>
      </w:r>
    </w:p>
    <w:p>
      <w:r>
        <w:br/>
        <w:t>Будь як Кортез чи принаймні як син,</w:t>
      </w:r>
    </w:p>
    <w:p>
      <w:r>
        <w:br/>
        <w:t>Бо ми ж із тобою один на один.</w:t>
      </w:r>
    </w:p>
    <w:p>
      <w:r>
        <w:br/>
        <w:t>Тепер ми з тобою ось так сам на сам.</w:t>
      </w:r>
    </w:p>
    <w:p>
      <w:r>
        <w:br/>
        <w:t>Поговоримо ж "по душам".</w:t>
      </w:r>
    </w:p>
    <w:p>
      <w:r>
        <w:br/>
        <w:t>Ти вже не бійся, що хтось буде знати,</w:t>
      </w:r>
    </w:p>
    <w:p>
      <w:r>
        <w:br/>
        <w:t>Ти вже не бійся, що зможеш збрехати,</w:t>
      </w:r>
    </w:p>
    <w:p>
      <w:r>
        <w:br/>
        <w:t>Ти вже не пробуй туди і сюди,</w:t>
      </w:r>
    </w:p>
    <w:p>
      <w:r>
        <w:br/>
        <w:t>Немов перед Богом на Страшнім Суді!</w:t>
      </w:r>
    </w:p>
    <w:p>
      <w:r>
        <w:br/>
        <w:t>Бо ж ти й перед Богом навчився крутити,</w:t>
      </w:r>
    </w:p>
    <w:p>
      <w:r>
        <w:br/>
        <w:t>Бо ж ти й Страшний Суд сам хотів би рядити.</w:t>
      </w:r>
    </w:p>
    <w:p>
      <w:r>
        <w:br/>
        <w:t>Та тут ти не збрешеш, не схибиш й на крок,</w:t>
      </w:r>
    </w:p>
    <w:p>
      <w:r>
        <w:br/>
        <w:t>Бо я не є Бог твій, а ти — не пророк.</w:t>
      </w:r>
    </w:p>
    <w:p>
      <w:r>
        <w:br/>
        <w:t>Ти не пророк, хоч крути, хоч верти,</w:t>
      </w:r>
    </w:p>
    <w:p>
      <w:r>
        <w:br/>
        <w:t>Як і образ мій вигадав зовсім не ти.</w:t>
      </w:r>
    </w:p>
    <w:p>
      <w:r>
        <w:br/>
        <w:t>У серці моїм не чорнило, а кров.</w:t>
      </w:r>
    </w:p>
    <w:p>
      <w:r>
        <w:br/>
        <w:t>В тім серці моїм дикий гнів і любов</w:t>
      </w:r>
    </w:p>
    <w:p>
      <w:r>
        <w:br/>
        <w:t>Пломеніє, кипить і клекоче в крові...</w:t>
      </w:r>
    </w:p>
    <w:p>
      <w:r>
        <w:br/>
        <w:t>І те серце з тобою ось так візаві.</w:t>
      </w:r>
    </w:p>
    <w:p>
      <w:r>
        <w:br/>
        <w:t>А з ним — то мій джура, завмер байдуже.</w:t>
      </w:r>
    </w:p>
    <w:p>
      <w:r>
        <w:br/>
        <w:t>Він тайну про сповідь твою збереже.</w:t>
      </w:r>
    </w:p>
    <w:p>
      <w:r>
        <w:br/>
        <w:t>Ввійшов він тихенько і сів при столі,</w:t>
      </w:r>
    </w:p>
    <w:p>
      <w:r>
        <w:br/>
        <w:t>І пил Магадану — чужої землі —</w:t>
      </w:r>
    </w:p>
    <w:p>
      <w:r>
        <w:br/>
        <w:t>Струснув ненароком на кінчик стола</w:t>
      </w:r>
    </w:p>
    <w:p>
      <w:r>
        <w:br/>
        <w:t>Із зморщок глибоких смутного чола,</w:t>
      </w:r>
    </w:p>
    <w:p>
      <w:r>
        <w:br/>
        <w:t>І мріє про велич такої пори...</w:t>
      </w:r>
    </w:p>
    <w:p>
      <w:r>
        <w:br/>
        <w:t>Ось так...</w:t>
      </w:r>
    </w:p>
    <w:p>
      <w:r>
        <w:br/>
        <w:t>А тепер — говори.</w:t>
      </w:r>
    </w:p>
    <w:p>
      <w:r>
        <w:br/>
        <w:t>ХТО Є НАЙБІЛЬШИЙ ПОЕТ В УКРАЇНІ?</w:t>
      </w:r>
    </w:p>
    <w:p>
      <w:r>
        <w:br/>
        <w:t>Тяжко сказати, щоб не розгнівати когось з поетів і не нажити смертельного ворога.</w:t>
      </w:r>
    </w:p>
    <w:p>
      <w:r>
        <w:br/>
        <w:t>Але й не сказати — не можна.</w:t>
      </w:r>
    </w:p>
    <w:p>
      <w:r>
        <w:br/>
        <w:t>Тож підійдемо до справи чесно і уточнімо те поняття "найбільший" насамперед.</w:t>
      </w:r>
    </w:p>
    <w:p>
      <w:r>
        <w:br/>
        <w:t>ЧИМ НАЙБІЛЬШИЙ?</w:t>
      </w:r>
    </w:p>
    <w:p>
      <w:r>
        <w:br/>
        <w:t>Поставивши так питання, ми зможемо відповісти досить точно і для всіх приємно, бо кожен з поетів є чим-небудь та найбільший серед усіх. Отже:</w:t>
      </w:r>
    </w:p>
    <w:p>
      <w:r>
        <w:br/>
        <w:t>Якщо до геніальності — то найбільший ШЕВЧЕНКО.</w:t>
      </w:r>
    </w:p>
    <w:p>
      <w:r>
        <w:br/>
        <w:t>Якщо до зросту — то МАЛАНЮК.</w:t>
      </w:r>
    </w:p>
    <w:p>
      <w:r>
        <w:br/>
        <w:t>Якщо до розбещеності — то СОСЮРА.</w:t>
      </w:r>
    </w:p>
    <w:p>
      <w:r>
        <w:br/>
        <w:t>Якщо до ренегатства — то РИЛЬСЬКИЙ.</w:t>
      </w:r>
    </w:p>
    <w:p>
      <w:r>
        <w:br/>
        <w:t>Якщо до академічного боягузтва — то ТИЧИНА.</w:t>
      </w:r>
    </w:p>
    <w:p>
      <w:r>
        <w:br/>
        <w:t>Якщо до компартійності — то БАЖАН.</w:t>
      </w:r>
    </w:p>
    <w:p>
      <w:r>
        <w:br/>
        <w:t>Якщо до геніальної хаотичності — то ОСЬМАЧКА.</w:t>
      </w:r>
    </w:p>
    <w:p>
      <w:r>
        <w:br/>
        <w:t>Якщо до расової чистоти — то ЄНДИК.</w:t>
      </w:r>
    </w:p>
    <w:p>
      <w:r>
        <w:br/>
        <w:t>Якщо до грецької міфології — то ЗЕРОВ.</w:t>
      </w:r>
    </w:p>
    <w:p>
      <w:r>
        <w:br/>
        <w:t>І так далі. І нарешті:</w:t>
      </w:r>
    </w:p>
    <w:p>
      <w:r>
        <w:br/>
        <w:t>Якщо до невідомості — то БАГРЯНИЙ.</w:t>
      </w:r>
    </w:p>
    <w:p>
      <w:r>
        <w:br/>
        <w:t>КОМЕТА</w:t>
      </w:r>
    </w:p>
    <w:p>
      <w:r>
        <w:br/>
        <w:t>(уривки з епопеї)</w:t>
      </w:r>
    </w:p>
    <w:p>
      <w:r>
        <w:br/>
        <w:t>Обивателям моєї республіки присвячую</w:t>
      </w:r>
    </w:p>
    <w:p>
      <w:r>
        <w:br/>
        <w:t>Мотто:</w:t>
      </w:r>
    </w:p>
    <w:p>
      <w:r>
        <w:br/>
        <w:t>А ми вам про любов велику,</w:t>
      </w:r>
    </w:p>
    <w:p>
      <w:r>
        <w:br/>
        <w:t>Про ідеї крилаті...</w:t>
      </w:r>
    </w:p>
    <w:p>
      <w:r>
        <w:br/>
        <w:t>Коли з вас досить модного крику</w:t>
      </w:r>
    </w:p>
    <w:p>
      <w:r>
        <w:br/>
        <w:t>І звичайного ватера.</w:t>
      </w:r>
    </w:p>
    <w:p>
      <w:r>
        <w:br/>
        <w:t>І</w:t>
      </w:r>
    </w:p>
    <w:p>
      <w:r>
        <w:br/>
        <w:t>Наш час — то новий час емансипації,—</w:t>
      </w:r>
    </w:p>
    <w:p>
      <w:r>
        <w:br/>
        <w:t>Жіноцтво... Нації... Жиди... І темні гої...</w:t>
      </w:r>
    </w:p>
    <w:p>
      <w:r>
        <w:br/>
        <w:t>Та тільки серед цеї всеї "ації"</w:t>
      </w:r>
    </w:p>
    <w:p>
      <w:r>
        <w:br/>
        <w:t>(Мовляв поет, розігнаний на шпації*)</w:t>
      </w:r>
    </w:p>
    <w:p>
      <w:r>
        <w:br/>
        <w:t>Не бачу я емансипації одної.</w:t>
      </w:r>
    </w:p>
    <w:p>
      <w:r>
        <w:br/>
        <w:t>Передусім — простіть мені за слово,</w:t>
      </w:r>
    </w:p>
    <w:p>
      <w:r>
        <w:br/>
        <w:t>Мої "согражданє" — поборники ідей!</w:t>
      </w:r>
    </w:p>
    <w:p>
      <w:r>
        <w:br/>
        <w:t>Я не ловець і не мої то влови,</w:t>
      </w:r>
    </w:p>
    <w:p>
      <w:r>
        <w:br/>
        <w:t>Коли хто спить, куди іде.</w:t>
      </w:r>
    </w:p>
    <w:p>
      <w:r>
        <w:br/>
        <w:t>Скажіть, що ліпше,— пуга** чи батіг?</w:t>
      </w:r>
    </w:p>
    <w:p>
      <w:r>
        <w:br/>
        <w:t>Скажіть, що вище,— чижик чи канарка?</w:t>
      </w:r>
    </w:p>
    <w:p>
      <w:r>
        <w:br/>
        <w:t>Чи толока, а чи зарослий переліг?</w:t>
      </w:r>
    </w:p>
    <w:p>
      <w:r>
        <w:br/>
        <w:t>Чи реставрована ремарка?!!</w:t>
      </w:r>
    </w:p>
    <w:p>
      <w:r>
        <w:br/>
        <w:t>Коли літаврить хтось на огненній косі,</w:t>
      </w:r>
    </w:p>
    <w:p>
      <w:r>
        <w:br/>
        <w:t>Надривно, тоскно десь замукає корова...</w:t>
      </w:r>
    </w:p>
    <w:p>
      <w:r>
        <w:br/>
        <w:t>Ніяк не вбачу серед "вольностей" усіх</w:t>
      </w:r>
    </w:p>
    <w:p>
      <w:r>
        <w:br/>
        <w:t>Емансипації</w:t>
      </w:r>
    </w:p>
    <w:p>
      <w:r>
        <w:br/>
        <w:t>Простого слова!</w:t>
      </w:r>
    </w:p>
    <w:p>
      <w:r>
        <w:br/>
        <w:t>II</w:t>
      </w:r>
    </w:p>
    <w:p>
      <w:r>
        <w:br/>
        <w:t>Тріумф літавр римують барабани,</w:t>
      </w:r>
    </w:p>
    <w:p>
      <w:r>
        <w:br/>
        <w:t>Зіходить патосом верлібр і тріолет... *</w:t>
      </w:r>
    </w:p>
    <w:p>
      <w:r>
        <w:br/>
        <w:t>Чого ж ти хмуришся такий, в сіряк убраний?</w:t>
      </w:r>
    </w:p>
    <w:p>
      <w:r>
        <w:br/>
        <w:t>Ах... ти пак не поет.</w:t>
      </w:r>
    </w:p>
    <w:p>
      <w:r>
        <w:br/>
        <w:t>Ти не поет, щоб в пеклі барабанить,</w:t>
      </w:r>
    </w:p>
    <w:p>
      <w:r>
        <w:br/>
        <w:t>Своїм батькам укручувать хвоста,</w:t>
      </w:r>
    </w:p>
    <w:p>
      <w:r>
        <w:br/>
        <w:t>Ти не поет, щоб незагойні рани</w:t>
      </w:r>
    </w:p>
    <w:p>
      <w:r>
        <w:br/>
        <w:t>В поеми радости перевертать.</w:t>
      </w:r>
    </w:p>
    <w:p>
      <w:r>
        <w:br/>
        <w:t>То тільки ми — великі й невеликі,—</w:t>
      </w:r>
    </w:p>
    <w:p>
      <w:r>
        <w:br/>
        <w:t>Ну, що для нас якихсь сто тисяч слів?!.</w:t>
      </w:r>
    </w:p>
    <w:p>
      <w:r>
        <w:br/>
        <w:t>То все дарма, що ми такі безликі,</w:t>
      </w:r>
    </w:p>
    <w:p>
      <w:r>
        <w:br/>
        <w:t>Що потолочили чужий засів...</w:t>
      </w:r>
    </w:p>
    <w:p>
      <w:r>
        <w:br/>
        <w:t>І чую я у відповідь спокійно:</w:t>
      </w:r>
    </w:p>
    <w:p>
      <w:r>
        <w:br/>
        <w:t>Я — не поет, про це сказав ти сам,</w:t>
      </w:r>
    </w:p>
    <w:p>
      <w:r>
        <w:br/>
        <w:t>Ну, а коли</w:t>
      </w:r>
    </w:p>
    <w:p>
      <w:r>
        <w:br/>
        <w:t>я заговорю сміло,</w:t>
      </w:r>
    </w:p>
    <w:p>
      <w:r>
        <w:br/>
        <w:t>То що тоді робить балакунам?</w:t>
      </w:r>
    </w:p>
    <w:p>
      <w:r>
        <w:br/>
        <w:t>III</w:t>
      </w:r>
    </w:p>
    <w:p>
      <w:r>
        <w:br/>
        <w:t>Він опоров ікс тисяч і "не лисий",</w:t>
      </w:r>
    </w:p>
    <w:p>
      <w:r>
        <w:br/>
        <w:t>Сорренто... Рим... А може, просто Крим...</w:t>
      </w:r>
    </w:p>
    <w:p>
      <w:r>
        <w:br/>
        <w:t>А Ти, його об'єкт широколиций,</w:t>
      </w:r>
    </w:p>
    <w:p>
      <w:r>
        <w:br/>
        <w:t>Десь ідучи в жнива на косовицю,</w:t>
      </w:r>
    </w:p>
    <w:p>
      <w:r>
        <w:br/>
        <w:t>Обгорнеш цибулину ним.</w:t>
      </w:r>
    </w:p>
    <w:p>
      <w:r>
        <w:br/>
        <w:t>Коли б ти ж знав, чого отой писака</w:t>
      </w:r>
    </w:p>
    <w:p>
      <w:r>
        <w:br/>
        <w:t>Там настрочив за круглі тисячі!..</w:t>
      </w:r>
    </w:p>
    <w:p>
      <w:r>
        <w:br/>
        <w:t>О мій мовчальнику! Мій "всякий" і не "всякий"!</w:t>
      </w:r>
    </w:p>
    <w:p>
      <w:r>
        <w:br/>
        <w:t>Мовчиш?</w:t>
      </w:r>
    </w:p>
    <w:p>
      <w:r>
        <w:br/>
        <w:t>Мовчи!</w:t>
      </w:r>
    </w:p>
    <w:p>
      <w:r>
        <w:br/>
        <w:t>Та знаю я, що за мовчанням мудрість.</w:t>
      </w:r>
    </w:p>
    <w:p>
      <w:r>
        <w:br/>
        <w:t>Так, знаю я — за цим ідемо МИ,</w:t>
      </w:r>
    </w:p>
    <w:p>
      <w:r>
        <w:br/>
        <w:t>Що вийдемо до сонця з темних мурів</w:t>
      </w:r>
    </w:p>
    <w:p>
      <w:r>
        <w:br/>
        <w:t>С а м і!</w:t>
      </w:r>
    </w:p>
    <w:p>
      <w:r>
        <w:br/>
        <w:t>IV</w:t>
      </w:r>
    </w:p>
    <w:p>
      <w:r>
        <w:br/>
        <w:t>Поети — євнухи у наш двадцятий вік!</w:t>
      </w:r>
    </w:p>
    <w:p>
      <w:r>
        <w:br/>
        <w:t>Звичайно, не усі і не на всій планеті.</w:t>
      </w:r>
    </w:p>
    <w:p>
      <w:r>
        <w:br/>
        <w:t>Я лиш всього про земляків моїх —</w:t>
      </w:r>
    </w:p>
    <w:p>
      <w:r>
        <w:br/>
        <w:t>Лише про них — про євнухів поетів.</w:t>
      </w:r>
    </w:p>
    <w:p>
      <w:r>
        <w:br/>
        <w:t>Родившись з крилами, не вчилися літать,</w:t>
      </w:r>
    </w:p>
    <w:p>
      <w:r>
        <w:br/>
        <w:t>Родившись гордими, навчились плазувати..</w:t>
      </w:r>
    </w:p>
    <w:p>
      <w:r>
        <w:br/>
        <w:t>"Співочий грім батьків" вони таять!..</w:t>
      </w:r>
    </w:p>
    <w:p>
      <w:r>
        <w:br/>
        <w:t>І от тепер:</w:t>
      </w:r>
    </w:p>
    <w:p>
      <w:r>
        <w:br/>
        <w:t>вони в капелі состоять —</w:t>
      </w:r>
    </w:p>
    <w:p>
      <w:r>
        <w:br/>
        <w:t>В капелі євнухів при каті!</w:t>
      </w:r>
    </w:p>
    <w:p>
      <w:r>
        <w:br/>
        <w:t>"Ура — ура!!." — піють на сьомий глас.</w:t>
      </w:r>
    </w:p>
    <w:p>
      <w:r>
        <w:br/>
        <w:t>О, де ж він, геній, страдник той, Тарас?!</w:t>
      </w:r>
    </w:p>
    <w:p>
      <w:r>
        <w:br/>
        <w:t>Він возвеличив їх — отих "рабів німих",</w:t>
      </w:r>
    </w:p>
    <w:p>
      <w:r>
        <w:br/>
        <w:t>Він на сторожі слово коло них</w:t>
      </w:r>
    </w:p>
    <w:p>
      <w:r>
        <w:br/>
        <w:t>Поставив дивне....</w:t>
      </w:r>
    </w:p>
    <w:p>
      <w:r>
        <w:br/>
        <w:t>Правнуки ж взяли</w:t>
      </w:r>
    </w:p>
    <w:p>
      <w:r>
        <w:br/>
        <w:t>І на ґешефт те слово потягли.</w:t>
      </w:r>
    </w:p>
    <w:p>
      <w:r>
        <w:br/>
        <w:t>Що бачу я! —</w:t>
      </w:r>
    </w:p>
    <w:p>
      <w:r>
        <w:br/>
        <w:t>Червінці за рядок,</w:t>
      </w:r>
    </w:p>
    <w:p>
      <w:r>
        <w:br/>
        <w:t>Монети за слова, за серце і за мозок!..</w:t>
      </w:r>
    </w:p>
    <w:p>
      <w:r>
        <w:br/>
        <w:t>А ті "німі",— немов карасі на брідок:</w:t>
      </w:r>
    </w:p>
    <w:p>
      <w:r>
        <w:br/>
        <w:t>"Д и х н у т ь!!." —</w:t>
      </w:r>
    </w:p>
    <w:p>
      <w:r>
        <w:br/>
        <w:t>А день, а обрії — на грози.</w:t>
      </w:r>
    </w:p>
    <w:p>
      <w:r>
        <w:br/>
        <w:t>V</w:t>
      </w:r>
    </w:p>
    <w:p>
      <w:r>
        <w:br/>
        <w:t>Поети — євнухи у наш двадцятий вік.</w:t>
      </w:r>
    </w:p>
    <w:p>
      <w:r>
        <w:br/>
        <w:t>Ось через те я у таких в опалі,</w:t>
      </w:r>
    </w:p>
    <w:p>
      <w:r>
        <w:br/>
        <w:t>Що я найперше — просто чоловік,</w:t>
      </w:r>
    </w:p>
    <w:p>
      <w:r>
        <w:br/>
        <w:t>Того і серце в них моє стримить на палі.</w:t>
      </w:r>
    </w:p>
    <w:p>
      <w:r>
        <w:br/>
        <w:t>Що стогони — для мене не сонет,</w:t>
      </w:r>
    </w:p>
    <w:p>
      <w:r>
        <w:br/>
        <w:t>А сірі стріхи — не буржуазія!</w:t>
      </w:r>
    </w:p>
    <w:p>
      <w:r>
        <w:br/>
        <w:t>Я — "раб рабів" і навіть не поет —</w:t>
      </w:r>
    </w:p>
    <w:p>
      <w:r>
        <w:br/>
        <w:t>Не каламар* продажний, не "вітія"...</w:t>
      </w:r>
    </w:p>
    <w:p>
      <w:r>
        <w:br/>
        <w:t>Що бачу я!!.—</w:t>
      </w:r>
    </w:p>
    <w:p>
      <w:r>
        <w:br/>
        <w:t>Під славний руський мат —</w:t>
      </w:r>
    </w:p>
    <w:p>
      <w:r>
        <w:br/>
        <w:t>Догмати. Істини... Закони... І пенати...**</w:t>
      </w:r>
    </w:p>
    <w:p>
      <w:r>
        <w:br/>
        <w:t>Ну, а для нас — лише один догмат:</w:t>
      </w:r>
    </w:p>
    <w:p>
      <w:r>
        <w:br/>
        <w:t>Ти будь таким,</w:t>
      </w:r>
    </w:p>
    <w:p>
      <w:r>
        <w:br/>
        <w:t>яким родила мати!</w:t>
      </w:r>
    </w:p>
    <w:p>
      <w:r>
        <w:br/>
        <w:t>VI</w:t>
      </w:r>
    </w:p>
    <w:p>
      <w:r>
        <w:br/>
        <w:t>Шукаєм настроїв, матафор, асонації.</w:t>
      </w:r>
    </w:p>
    <w:p>
      <w:r>
        <w:br/>
        <w:t>За влучну риму проміняли розум.</w:t>
      </w:r>
    </w:p>
    <w:p>
      <w:r>
        <w:br/>
        <w:t>Поетики сплюндрованої нації</w:t>
      </w:r>
    </w:p>
    <w:p>
      <w:r>
        <w:br/>
        <w:t>Пережили</w:t>
      </w:r>
    </w:p>
    <w:p>
      <w:r>
        <w:br/>
        <w:t>Чудну метаморфозу.</w:t>
      </w:r>
    </w:p>
    <w:p>
      <w:r>
        <w:br/>
        <w:t>Одні сюсюкають та марять галатеями***,</w:t>
      </w:r>
    </w:p>
    <w:p>
      <w:r>
        <w:br/>
        <w:t>Другі над римою товчуться геніальною,</w:t>
      </w:r>
    </w:p>
    <w:p>
      <w:r>
        <w:br/>
        <w:t>А треті музу українську Прометеєву</w:t>
      </w:r>
    </w:p>
    <w:p>
      <w:r>
        <w:br/>
        <w:t>Зробили дівкою інтернаціональною —</w:t>
      </w:r>
    </w:p>
    <w:p>
      <w:r>
        <w:br/>
        <w:t>Повією! Такі мистці призовані!</w:t>
      </w:r>
    </w:p>
    <w:p>
      <w:r>
        <w:br/>
        <w:t>Так геніально блискають обцасами****!—</w:t>
      </w:r>
    </w:p>
    <w:p>
      <w:r>
        <w:br/>
        <w:t>Разом з кагалом***** українізованим</w:t>
      </w:r>
    </w:p>
    <w:p>
      <w:r>
        <w:br/>
        <w:t>Гуляють в кеглі іменем Тарасовим,</w:t>
      </w:r>
    </w:p>
    <w:p>
      <w:r>
        <w:br/>
        <w:t>Чи то пак — в ленінський веселий нацфутбол,—</w:t>
      </w:r>
    </w:p>
    <w:p>
      <w:r>
        <w:br/>
        <w:t>Ім'ям титана</w:t>
      </w:r>
    </w:p>
    <w:p>
      <w:r>
        <w:br/>
        <w:t>забивають гол...</w:t>
      </w:r>
    </w:p>
    <w:p>
      <w:r>
        <w:br/>
        <w:t>Та все шукають рим і асонації,</w:t>
      </w:r>
    </w:p>
    <w:p>
      <w:r>
        <w:br/>
        <w:t>Та все сюсюкають, за риму давши розум...</w:t>
      </w:r>
    </w:p>
    <w:p>
      <w:r>
        <w:br/>
        <w:t>Поетики сплюндрованої нації</w:t>
      </w:r>
    </w:p>
    <w:p>
      <w:r>
        <w:br/>
        <w:t>Пережили</w:t>
      </w:r>
    </w:p>
    <w:p>
      <w:r>
        <w:br/>
        <w:t>чудну метаморфозу.</w:t>
      </w:r>
    </w:p>
    <w:p>
      <w:r>
        <w:br/>
        <w:t>VII</w:t>
      </w:r>
    </w:p>
    <w:p>
      <w:r>
        <w:br/>
        <w:t>Один узяв (Ну й спритний! постривай!)</w:t>
      </w:r>
    </w:p>
    <w:p>
      <w:r>
        <w:br/>
        <w:t>Постриг притьмом Тараса на чекіста...*</w:t>
      </w:r>
    </w:p>
    <w:p>
      <w:r>
        <w:br/>
        <w:t>Ти ж хоч кісток потрухлих не чіпай!</w:t>
      </w:r>
    </w:p>
    <w:p>
      <w:r>
        <w:br/>
        <w:t>Чи з тебе мало "криці", "димаря" і "міста"?</w:t>
      </w:r>
    </w:p>
    <w:p>
      <w:r>
        <w:br/>
        <w:t>Другий віддав Тараса в ВКП...**</w:t>
      </w:r>
    </w:p>
    <w:p>
      <w:r>
        <w:br/>
        <w:t>Ах, як шкода! Яка печаль, поете!</w:t>
      </w:r>
    </w:p>
    <w:p>
      <w:r>
        <w:br/>
        <w:t>Поки намоськавсь ти поставить букву "Пе",</w:t>
      </w:r>
    </w:p>
    <w:p>
      <w:r>
        <w:br/>
        <w:t>Спізнилася</w:t>
      </w:r>
    </w:p>
    <w:p>
      <w:r>
        <w:br/>
        <w:t>Твоя дурна анкета.</w:t>
      </w:r>
    </w:p>
    <w:p>
      <w:r>
        <w:br/>
        <w:t>Та тільки ти не падай "мордой в грязь"</w:t>
      </w:r>
    </w:p>
    <w:p>
      <w:r>
        <w:br/>
        <w:t>Тягни за чуб, тягни його за ноги</w:t>
      </w:r>
    </w:p>
    <w:p>
      <w:r>
        <w:br/>
        <w:t>В ЧеКа...</w:t>
      </w:r>
    </w:p>
    <w:p>
      <w:r>
        <w:br/>
        <w:t>У Бупр доглядачем...</w:t>
      </w:r>
    </w:p>
    <w:p>
      <w:r>
        <w:br/>
        <w:t>В КаКа***.</w:t>
      </w:r>
    </w:p>
    <w:p>
      <w:r>
        <w:br/>
        <w:t>Коли ж у тебе манія така,</w:t>
      </w:r>
    </w:p>
    <w:p>
      <w:r>
        <w:br/>
        <w:t>Так ти "паняй"</w:t>
      </w:r>
    </w:p>
    <w:p>
      <w:r>
        <w:br/>
        <w:t>разом й до синагоги.</w:t>
      </w:r>
    </w:p>
    <w:p>
      <w:r>
        <w:br/>
        <w:t>А той!.. А той!.. Чи варто лічить їх?!</w:t>
      </w:r>
    </w:p>
    <w:p>
      <w:r>
        <w:br/>
        <w:t>Завжди знаходивсь виродок в родині.</w:t>
      </w:r>
    </w:p>
    <w:p>
      <w:r>
        <w:br/>
        <w:t>Шкода тільки, що в Матері таких</w:t>
      </w:r>
    </w:p>
    <w:p>
      <w:r>
        <w:br/>
        <w:t>Багацько</w:t>
      </w:r>
    </w:p>
    <w:p>
      <w:r>
        <w:br/>
        <w:t>розплодилось нині.</w:t>
      </w:r>
    </w:p>
    <w:p>
      <w:r>
        <w:br/>
        <w:t>VIII</w:t>
      </w:r>
    </w:p>
    <w:p>
      <w:r>
        <w:br/>
        <w:t>Стягли спідницю й — марш у "нову путь".</w:t>
      </w:r>
    </w:p>
    <w:p>
      <w:r>
        <w:br/>
        <w:t>Ворожать все, крізь сито цідять воду,</w:t>
      </w:r>
    </w:p>
    <w:p>
      <w:r>
        <w:br/>
        <w:t>Звідкіль "вітри історії гудуть" —</w:t>
      </w:r>
    </w:p>
    <w:p>
      <w:r>
        <w:br/>
        <w:t>Чи то із Заходу, чи просто десь зі Сходу.</w:t>
      </w:r>
    </w:p>
    <w:p>
      <w:r>
        <w:br/>
        <w:t>Із Кобеляк гудуть, мій друже Паперов!</w:t>
      </w:r>
    </w:p>
    <w:p>
      <w:r>
        <w:br/>
        <w:t>Із Кобеляк гуде той вітер неспокійний****.</w:t>
      </w:r>
    </w:p>
    <w:p>
      <w:r>
        <w:br/>
        <w:t>Колись він сам за вас промовить слово,</w:t>
      </w:r>
    </w:p>
    <w:p>
      <w:r>
        <w:br/>
        <w:t>Колючий, неминучий і постійний.</w:t>
      </w:r>
    </w:p>
    <w:p>
      <w:r>
        <w:br/>
        <w:t>І заката "історію", стривай!..</w:t>
      </w:r>
    </w:p>
    <w:p>
      <w:r>
        <w:br/>
        <w:t>А діти та й безбатченки онуки</w:t>
      </w:r>
    </w:p>
    <w:p>
      <w:r>
        <w:br/>
        <w:t>Візьмуть —</w:t>
      </w:r>
    </w:p>
    <w:p>
      <w:r>
        <w:br/>
        <w:t>і таки просто на одчай</w:t>
      </w:r>
    </w:p>
    <w:p>
      <w:r>
        <w:br/>
        <w:t>Пропишуть іжицю</w:t>
      </w:r>
    </w:p>
    <w:p>
      <w:r>
        <w:br/>
        <w:t>батькам по сьомій букві*.</w:t>
      </w:r>
    </w:p>
    <w:p>
      <w:r>
        <w:br/>
        <w:t>ІХ</w:t>
      </w:r>
    </w:p>
    <w:p>
      <w:r>
        <w:br/>
        <w:t>Не з Заходу і не зі Сходу</w:t>
      </w:r>
    </w:p>
    <w:p>
      <w:r>
        <w:br/>
        <w:t>Вітри історії гудуть,—</w:t>
      </w:r>
    </w:p>
    <w:p>
      <w:r>
        <w:br/>
        <w:t>То знову тінь цього народу...</w:t>
      </w:r>
    </w:p>
    <w:p>
      <w:r>
        <w:br/>
        <w:t>То знов замучені підуть</w:t>
      </w:r>
    </w:p>
    <w:p>
      <w:r>
        <w:br/>
        <w:t>За Рубікон ламать закони,</w:t>
      </w:r>
    </w:p>
    <w:p>
      <w:r>
        <w:br/>
        <w:t>Трощить, розхитувать стовпи,</w:t>
      </w:r>
    </w:p>
    <w:p>
      <w:r>
        <w:br/>
        <w:t>Нову династію і "трони"</w:t>
      </w:r>
    </w:p>
    <w:p>
      <w:r>
        <w:br/>
        <w:t>В крові і вогнищі топить!</w:t>
      </w:r>
    </w:p>
    <w:p>
      <w:r>
        <w:br/>
        <w:t>Вони мовчать... Мовчать у гніві,</w:t>
      </w:r>
    </w:p>
    <w:p>
      <w:r>
        <w:br/>
        <w:t>Як ніч, дивізії... полки...</w:t>
      </w:r>
    </w:p>
    <w:p>
      <w:r>
        <w:br/>
        <w:t>Готують стріли, в'ють тятиви</w:t>
      </w:r>
    </w:p>
    <w:p>
      <w:r>
        <w:br/>
        <w:t>І нишком точать тесаки.</w:t>
      </w:r>
    </w:p>
    <w:p>
      <w:r>
        <w:br/>
        <w:t>Підводиться! Підводить крила,</w:t>
      </w:r>
    </w:p>
    <w:p>
      <w:r>
        <w:br/>
        <w:t>Як недобитий Прометей!</w:t>
      </w:r>
    </w:p>
    <w:p>
      <w:r>
        <w:br/>
        <w:t>І постать грізного Трясила</w:t>
      </w:r>
    </w:p>
    <w:p>
      <w:r>
        <w:br/>
        <w:t>Росте із стогону дітей.</w:t>
      </w:r>
    </w:p>
    <w:p>
      <w:r>
        <w:br/>
        <w:t>X</w:t>
      </w:r>
    </w:p>
    <w:p>
      <w:r>
        <w:br/>
        <w:t>Ані Мойсей, ні Ленін, ані Юда,</w:t>
      </w:r>
    </w:p>
    <w:p>
      <w:r>
        <w:br/>
        <w:t>Ані кретин — продажний каламар,</w:t>
      </w:r>
    </w:p>
    <w:p>
      <w:r>
        <w:br/>
        <w:t>Ані лаковані — такі блискучі люди,</w:t>
      </w:r>
    </w:p>
    <w:p>
      <w:r>
        <w:br/>
        <w:t>Ні всеросійський паламар,—</w:t>
      </w:r>
    </w:p>
    <w:p>
      <w:r>
        <w:br/>
        <w:t>Ніхто-ніхто!..</w:t>
      </w:r>
    </w:p>
    <w:p>
      <w:r>
        <w:br/>
        <w:t>Лише вони одні —</w:t>
      </w:r>
    </w:p>
    <w:p>
      <w:r>
        <w:br/>
        <w:t>Ці підпанки, ці одщепи від Юди,</w:t>
      </w:r>
    </w:p>
    <w:p>
      <w:r>
        <w:br/>
        <w:t>Ці здирщики,— вони то знов в вогні</w:t>
      </w:r>
    </w:p>
    <w:p>
      <w:r>
        <w:br/>
        <w:t>Тебе "обкраденого збудять"!</w:t>
      </w:r>
    </w:p>
    <w:p>
      <w:r>
        <w:br/>
        <w:t>А ці поможуть...</w:t>
      </w:r>
    </w:p>
    <w:p>
      <w:r>
        <w:br/>
        <w:t>Тільки не будить.</w:t>
      </w:r>
    </w:p>
    <w:p>
      <w:r>
        <w:br/>
        <w:t>Вони присплять. Наб'ють зажерне чрево.</w:t>
      </w:r>
    </w:p>
    <w:p>
      <w:r>
        <w:br/>
        <w:t>Наловлять рибки з темної води...</w:t>
      </w:r>
    </w:p>
    <w:p>
      <w:r>
        <w:br/>
        <w:t>А вже як тобі добре занудить</w:t>
      </w:r>
    </w:p>
    <w:p>
      <w:r>
        <w:br/>
        <w:t>І п'ястуком махнеш з звірячим ревом,—</w:t>
      </w:r>
    </w:p>
    <w:p>
      <w:r>
        <w:br/>
        <w:t>Вони піднімуть прапори і в крик:</w:t>
      </w:r>
    </w:p>
    <w:p>
      <w:r>
        <w:br/>
        <w:t>"Бандити!!!</w:t>
      </w:r>
    </w:p>
    <w:p>
      <w:r>
        <w:br/>
        <w:t>Варвари!!!</w:t>
      </w:r>
    </w:p>
    <w:p>
      <w:r>
        <w:br/>
        <w:t>Противники нового!!!</w:t>
      </w:r>
    </w:p>
    <w:p>
      <w:r>
        <w:br/>
        <w:t>Проти братерства заколот?!?</w:t>
      </w:r>
    </w:p>
    <w:p>
      <w:r>
        <w:br/>
        <w:t>Під м у р р!!!"</w:t>
      </w:r>
    </w:p>
    <w:p>
      <w:r>
        <w:br/>
        <w:t>І забряжчиш, закутий і понурий,</w:t>
      </w:r>
    </w:p>
    <w:p>
      <w:r>
        <w:br/>
        <w:t>Кайданами з острогу до острогу.</w:t>
      </w:r>
    </w:p>
    <w:p>
      <w:r>
        <w:br/>
        <w:t>Було так завжди.</w:t>
      </w:r>
    </w:p>
    <w:p>
      <w:r>
        <w:br/>
        <w:t>Та не буде так!</w:t>
      </w:r>
    </w:p>
    <w:p>
      <w:r>
        <w:br/>
        <w:t>Колись же "будуть людьми люди!"</w:t>
      </w:r>
    </w:p>
    <w:p>
      <w:r>
        <w:br/>
        <w:t>На обрії запалить хтось маяк —</w:t>
      </w:r>
    </w:p>
    <w:p>
      <w:r>
        <w:br/>
        <w:t>І не затрима вітру з Кобеляк</w:t>
      </w:r>
    </w:p>
    <w:p>
      <w:r>
        <w:br/>
        <w:t>Ані Мойсей,</w:t>
      </w:r>
    </w:p>
    <w:p>
      <w:r>
        <w:br/>
        <w:t>ні Ленін,</w:t>
      </w:r>
    </w:p>
    <w:p>
      <w:r>
        <w:br/>
        <w:t>ані Юда.</w:t>
      </w:r>
    </w:p>
    <w:p>
      <w:r>
        <w:br/>
        <w:t>1926 р.</w:t>
      </w:r>
    </w:p>
    <w:p>
      <w:r>
        <w:br/>
        <w:t>ОДА ДО СТАЛІНА</w:t>
      </w:r>
    </w:p>
    <w:p>
      <w:r>
        <w:br/>
        <w:t>Эти украинцы мечутся как бездомные</w:t>
      </w:r>
    </w:p>
    <w:p>
      <w:r>
        <w:br/>
        <w:t>собаки по всему свету, но карающая рука</w:t>
      </w:r>
    </w:p>
    <w:p>
      <w:r>
        <w:br/>
        <w:t>пролетариата всюду настигнет их...</w:t>
      </w:r>
    </w:p>
    <w:p>
      <w:r>
        <w:br/>
        <w:t>З промови Сталіна</w:t>
      </w:r>
    </w:p>
    <w:p>
      <w:r>
        <w:br/>
        <w:t>Писали всі тобі і не жаліли рим,</w:t>
      </w:r>
    </w:p>
    <w:p>
      <w:r>
        <w:br/>
        <w:t>То й ми напишемо, як Рильський той Максим,</w:t>
      </w:r>
    </w:p>
    <w:p>
      <w:r>
        <w:br/>
        <w:t>І розквитаємось за давню нагороду —</w:t>
      </w:r>
    </w:p>
    <w:p>
      <w:r>
        <w:br/>
        <w:t>За "баланду" тюремну...</w:t>
      </w:r>
    </w:p>
    <w:p>
      <w:r>
        <w:br/>
        <w:t>Отже, пишем оду!..</w:t>
      </w:r>
    </w:p>
    <w:p>
      <w:r>
        <w:br/>
        <w:t>О Йосипе! — не так,</w:t>
      </w:r>
    </w:p>
    <w:p>
      <w:r>
        <w:br/>
        <w:t>О Йосипе кривавий!!</w:t>
      </w:r>
    </w:p>
    <w:p>
      <w:r>
        <w:br/>
        <w:t>І ще не так. Ах, Боже мій,— словник!..</w:t>
      </w:r>
    </w:p>
    <w:p>
      <w:r>
        <w:br/>
        <w:t>Гай-гай, нема епітета,— один десь був і зник,</w:t>
      </w:r>
    </w:p>
    <w:p>
      <w:r>
        <w:br/>
        <w:t>Перевела одописальників орава,—</w:t>
      </w:r>
    </w:p>
    <w:p>
      <w:r>
        <w:br/>
        <w:t>В запамороченні взяла</w:t>
      </w:r>
    </w:p>
    <w:p>
      <w:r>
        <w:br/>
        <w:t>І перевела</w:t>
      </w:r>
    </w:p>
    <w:p>
      <w:r>
        <w:br/>
        <w:t>Стерв'ятника в "орла".</w:t>
      </w:r>
    </w:p>
    <w:p>
      <w:r>
        <w:br/>
        <w:t>І от тепер не знаю,— як почати?</w:t>
      </w:r>
    </w:p>
    <w:p>
      <w:r>
        <w:br/>
        <w:t>Ах, як тебе, найбільший, звеличати?</w:t>
      </w:r>
    </w:p>
    <w:p>
      <w:r>
        <w:br/>
        <w:t>Як найгідніше розпочати оду —</w:t>
      </w:r>
    </w:p>
    <w:p>
      <w:r>
        <w:br/>
        <w:t>Цю оду — ось цю відповідь народу</w:t>
      </w:r>
    </w:p>
    <w:p>
      <w:r>
        <w:br/>
        <w:t>Того, що "мечеться, бездомний..." — і так далі,</w:t>
      </w:r>
    </w:p>
    <w:p>
      <w:r>
        <w:br/>
        <w:t>Чи в шалі, чи в запалі, а чи в сказі...</w:t>
      </w:r>
    </w:p>
    <w:p>
      <w:r>
        <w:br/>
        <w:t>Ну, словом,— історично бовкнув</w:t>
      </w:r>
    </w:p>
    <w:p>
      <w:r>
        <w:br/>
        <w:t>в істеричнім шалі.</w:t>
      </w:r>
    </w:p>
    <w:p>
      <w:r>
        <w:br/>
        <w:t>О Музо бідная моя! Ти все перенесла,</w:t>
      </w:r>
    </w:p>
    <w:p>
      <w:r>
        <w:br/>
        <w:t>Босенька мрійнице, дикунко непокірна!</w:t>
      </w:r>
    </w:p>
    <w:p>
      <w:r>
        <w:br/>
        <w:t>Марудна штука то — писати про "орла",</w:t>
      </w:r>
    </w:p>
    <w:p>
      <w:r>
        <w:br/>
        <w:t>Але всміхнися й будь до краю вірна,</w:t>
      </w:r>
    </w:p>
    <w:p>
      <w:r>
        <w:br/>
        <w:t>Як вірною була в розвагах і в бою,</w:t>
      </w:r>
    </w:p>
    <w:p>
      <w:r>
        <w:br/>
        <w:t>В чекістськім пеклі і у "соцраю";</w:t>
      </w:r>
    </w:p>
    <w:p>
      <w:r>
        <w:br/>
        <w:t>Скажений той "орел" занадто щось реве —</w:t>
      </w:r>
    </w:p>
    <w:p>
      <w:r>
        <w:br/>
        <w:t>Він все життя нам не дає спокою:</w:t>
      </w:r>
    </w:p>
    <w:p>
      <w:r>
        <w:br/>
        <w:t>Женеться</w:t>
      </w:r>
    </w:p>
    <w:p>
      <w:r>
        <w:br/>
        <w:t>за тобою,</w:t>
      </w:r>
    </w:p>
    <w:p>
      <w:r>
        <w:br/>
        <w:t>за босенькою</w:t>
      </w:r>
    </w:p>
    <w:p>
      <w:r>
        <w:br/>
        <w:t>такою...</w:t>
      </w:r>
    </w:p>
    <w:p>
      <w:r>
        <w:br/>
        <w:t>Як дожене — напевно розірве.</w:t>
      </w:r>
    </w:p>
    <w:p>
      <w:r>
        <w:br/>
        <w:t>Та ти смієшся дзвінко, як мала.</w:t>
      </w:r>
    </w:p>
    <w:p>
      <w:r>
        <w:br/>
        <w:t>От так? — І не лякаєшся "орла"?</w:t>
      </w:r>
    </w:p>
    <w:p>
      <w:r>
        <w:br/>
        <w:t>Безжурна ти і непоправна зроду!</w:t>
      </w:r>
    </w:p>
    <w:p>
      <w:r>
        <w:br/>
        <w:t>Пройшла Сибір, пройшла "вогонь і воду",</w:t>
      </w:r>
    </w:p>
    <w:p>
      <w:r>
        <w:br/>
        <w:t>І ще збираєшся пройти...</w:t>
      </w:r>
    </w:p>
    <w:p>
      <w:r>
        <w:br/>
        <w:t>Та він це добре зна,</w:t>
      </w:r>
    </w:p>
    <w:p>
      <w:r>
        <w:br/>
        <w:t>Того й реве, аж світом йде луна,</w:t>
      </w:r>
    </w:p>
    <w:p>
      <w:r>
        <w:br/>
        <w:t>Що не спитали в нього й не спитаєм броду.</w:t>
      </w:r>
    </w:p>
    <w:p>
      <w:r>
        <w:br/>
        <w:t>Але...</w:t>
      </w:r>
    </w:p>
    <w:p>
      <w:r>
        <w:br/>
        <w:t>Тут крапка.</w:t>
      </w:r>
    </w:p>
    <w:p>
      <w:r>
        <w:br/>
        <w:t>Отже — пишем оду.</w:t>
      </w:r>
    </w:p>
    <w:p>
      <w:r>
        <w:br/>
        <w:t>О Йосипе... Усі епітети юрбою</w:t>
      </w:r>
    </w:p>
    <w:p>
      <w:r>
        <w:br/>
        <w:t>Зійшлись і товпляться, та гідного нема.</w:t>
      </w:r>
    </w:p>
    <w:p>
      <w:r>
        <w:br/>
        <w:t>Нема. У людській мові їх нема,</w:t>
      </w:r>
    </w:p>
    <w:p>
      <w:r>
        <w:br/>
        <w:t>Геть бліднуть всі слова перед тобою.</w:t>
      </w:r>
    </w:p>
    <w:p>
      <w:r>
        <w:br/>
        <w:t>Ти все перевершив,</w:t>
      </w:r>
    </w:p>
    <w:p>
      <w:r>
        <w:br/>
        <w:t>і всіх ти перегнав,</w:t>
      </w:r>
    </w:p>
    <w:p>
      <w:r>
        <w:br/>
        <w:t>І все переступив,</w:t>
      </w:r>
    </w:p>
    <w:p>
      <w:r>
        <w:br/>
        <w:t>і всіх переплював,</w:t>
      </w:r>
    </w:p>
    <w:p>
      <w:r>
        <w:br/>
        <w:t>О дум володарю!!. Як той чиряк на тілі.</w:t>
      </w:r>
    </w:p>
    <w:p>
      <w:r>
        <w:br/>
        <w:t>О Цезарю — Отреп'єв — Джугашвілі!</w:t>
      </w:r>
    </w:p>
    <w:p>
      <w:r>
        <w:br/>
        <w:t>Але — стривай. Це хто там так волає?</w:t>
      </w:r>
    </w:p>
    <w:p>
      <w:r>
        <w:br/>
        <w:t>Ага, династія "Второво Ніколая!"</w:t>
      </w:r>
    </w:p>
    <w:p>
      <w:r>
        <w:br/>
        <w:t>Династія "К р и в а в о г о". Чого він там ячить?</w:t>
      </w:r>
    </w:p>
    <w:p>
      <w:r>
        <w:br/>
        <w:t>Чого лепече, мов дитя, той Ніколай? А цить...</w:t>
      </w:r>
    </w:p>
    <w:p>
      <w:r>
        <w:br/>
        <w:t>Резон! Ура! Диктаторе, приймай:</w:t>
      </w:r>
    </w:p>
    <w:p>
      <w:r>
        <w:br/>
        <w:t>Чоло схиляє імператор Ніколай</w:t>
      </w:r>
    </w:p>
    <w:p>
      <w:r>
        <w:br/>
        <w:t>Перед тобою. Він навколюшки стає</w:t>
      </w:r>
    </w:p>
    <w:p>
      <w:r>
        <w:br/>
        <w:t>І титул свій тобі передає.</w:t>
      </w:r>
    </w:p>
    <w:p>
      <w:r>
        <w:br/>
        <w:t>Осанна, о істото злая!</w:t>
      </w:r>
    </w:p>
    <w:p>
      <w:r>
        <w:br/>
        <w:t>О перший лицарю Второво Ніколая!</w:t>
      </w:r>
    </w:p>
    <w:p>
      <w:r>
        <w:br/>
        <w:t>О генію! О самодержцю величавий!</w:t>
      </w:r>
    </w:p>
    <w:p>
      <w:r>
        <w:br/>
        <w:t>О Йосипе КРИВАВИЙ — плюс — КРИВАВИЙ!</w:t>
      </w:r>
    </w:p>
    <w:p>
      <w:r>
        <w:br/>
        <w:t>Микілка був лиш немовля перед тобою,</w:t>
      </w:r>
    </w:p>
    <w:p>
      <w:r>
        <w:br/>
        <w:t>ТИ велетень, ТИ все в крові втопив.</w:t>
      </w:r>
    </w:p>
    <w:p>
      <w:r>
        <w:br/>
        <w:t>ТИ сотворив добу, відкрив її й закрив,</w:t>
      </w:r>
    </w:p>
    <w:p>
      <w:r>
        <w:br/>
        <w:t>І зватимуть її кривавою добою,</w:t>
      </w:r>
    </w:p>
    <w:p>
      <w:r>
        <w:br/>
        <w:t>Твоєю тобто.</w:t>
      </w:r>
    </w:p>
    <w:p>
      <w:r>
        <w:br/>
        <w:t>Прогримиш на всі віки й держави,</w:t>
      </w:r>
    </w:p>
    <w:p>
      <w:r>
        <w:br/>
        <w:t>О Йосипе КРИВАВИЙ — плюс — КРИВАВИЙ,</w:t>
      </w:r>
    </w:p>
    <w:p>
      <w:r>
        <w:br/>
        <w:t>Але не думай, шо ми "злі, як пси" —</w:t>
      </w:r>
    </w:p>
    <w:p>
      <w:r>
        <w:br/>
        <w:t>Ти любиш ордени,— будь ласка, НА Й НОСИ:</w:t>
      </w:r>
    </w:p>
    <w:p>
      <w:r>
        <w:br/>
        <w:t>Я хочу придобритися, щоби не був ти лютий,</w:t>
      </w:r>
    </w:p>
    <w:p>
      <w:r>
        <w:br/>
        <w:t>І орден видаю</w:t>
      </w:r>
    </w:p>
    <w:p>
      <w:r>
        <w:br/>
        <w:t>"С К У Р А Т О В А М А Л Ю Т И".</w:t>
      </w:r>
    </w:p>
    <w:p>
      <w:r>
        <w:br/>
        <w:t>Носи його на втіху і на славу,</w:t>
      </w:r>
    </w:p>
    <w:p>
      <w:r>
        <w:br/>
        <w:t>О Йосипе КРИВАВИЙ — плюс — КРИВАВИЙ.</w:t>
      </w:r>
    </w:p>
    <w:p>
      <w:r>
        <w:br/>
        <w:t>Карпати 1944 р.</w:t>
      </w:r>
    </w:p>
    <w:p>
      <w:r>
        <w:br/>
        <w:t>БАТІГ</w:t>
      </w:r>
    </w:p>
    <w:p>
      <w:r>
        <w:br/>
        <w:t>І</w:t>
      </w:r>
    </w:p>
    <w:p>
      <w:r>
        <w:br/>
        <w:t>Його із шкіри зроблено простої</w:t>
      </w:r>
    </w:p>
    <w:p>
      <w:r>
        <w:br/>
        <w:t>Руками людськими. Давно. В старі часи.</w:t>
      </w:r>
    </w:p>
    <w:p>
      <w:r>
        <w:br/>
        <w:t>О майстре перший з ери кам'яної!</w:t>
      </w:r>
    </w:p>
    <w:p>
      <w:r>
        <w:br/>
        <w:t>Чолом тобі, найбільшому з усіх!</w:t>
      </w:r>
    </w:p>
    <w:p>
      <w:r>
        <w:br/>
        <w:t>Чолом! Чолом!!.— кричить це твій нащадок</w:t>
      </w:r>
    </w:p>
    <w:p>
      <w:r>
        <w:br/>
        <w:t>Через мільйони літ, вклоняючись до ніг,</w:t>
      </w:r>
    </w:p>
    <w:p>
      <w:r>
        <w:br/>
        <w:t>За вічне те, що залишилось в спадок,—</w:t>
      </w:r>
    </w:p>
    <w:p>
      <w:r>
        <w:br/>
        <w:t>За те єдине, що тримає ладу,—</w:t>
      </w:r>
    </w:p>
    <w:p>
      <w:r>
        <w:br/>
        <w:t>За цей шедевр —</w:t>
      </w:r>
    </w:p>
    <w:p>
      <w:r>
        <w:br/>
        <w:t>батіг!</w:t>
      </w:r>
    </w:p>
    <w:p>
      <w:r>
        <w:br/>
        <w:t>Пройшли віки — геть-чисто все змінилось,</w:t>
      </w:r>
    </w:p>
    <w:p>
      <w:r>
        <w:br/>
        <w:t>Ти чуєш? — все! І сонце вже не те.</w:t>
      </w:r>
    </w:p>
    <w:p>
      <w:r>
        <w:br/>
        <w:t>А твій батіг ні тлінь, ні смерть не з'їли.</w:t>
      </w:r>
    </w:p>
    <w:p>
      <w:r>
        <w:br/>
        <w:t>Ба, ні! Його ще навіть доточили,</w:t>
      </w:r>
    </w:p>
    <w:p>
      <w:r>
        <w:br/>
        <w:t>І руків'я у ньому золоте.</w:t>
      </w:r>
    </w:p>
    <w:p>
      <w:r>
        <w:br/>
        <w:t>Збагнув? Ге-ге! — Ти ж геній геніальний!</w:t>
      </w:r>
    </w:p>
    <w:p>
      <w:r>
        <w:br/>
        <w:t>Та проти тебе лялька Стефенсон!</w:t>
      </w:r>
    </w:p>
    <w:p>
      <w:r>
        <w:br/>
        <w:t>Тобі б от пам'ятник, єдиний і останній,</w:t>
      </w:r>
    </w:p>
    <w:p>
      <w:r>
        <w:br/>
        <w:t>У нас!.. Не тут, а, скажем, десь в Лозанні..</w:t>
      </w:r>
    </w:p>
    <w:p>
      <w:r>
        <w:br/>
        <w:t>Чи снивсь тобі цей сон?!.</w:t>
      </w:r>
    </w:p>
    <w:p>
      <w:r>
        <w:br/>
        <w:t>Чи думав ти, що прилад твій для муки</w:t>
      </w:r>
    </w:p>
    <w:p>
      <w:r>
        <w:br/>
        <w:t>Переживе геть ряд мільйоноліть?!</w:t>
      </w:r>
    </w:p>
    <w:p>
      <w:r>
        <w:br/>
        <w:t>Чи думав ти, що ним твої правнуки</w:t>
      </w:r>
    </w:p>
    <w:p>
      <w:r>
        <w:br/>
        <w:t>Так геніально будуть володіть?!</w:t>
      </w:r>
    </w:p>
    <w:p>
      <w:r>
        <w:br/>
        <w:t>Це вже не те, що мотуз біля палки.</w:t>
      </w:r>
    </w:p>
    <w:p>
      <w:r>
        <w:br/>
        <w:t>У нас він тут і там, етцетера...</w:t>
      </w:r>
    </w:p>
    <w:p>
      <w:r>
        <w:br/>
        <w:t>І того пужална, чи то простої сталки,</w:t>
      </w:r>
    </w:p>
    <w:p>
      <w:r>
        <w:br/>
        <w:t>Не відрізнити часом від пера.</w:t>
      </w:r>
    </w:p>
    <w:p>
      <w:r>
        <w:br/>
        <w:t>Ні, не збагнеш ти, пращуре немудрий,</w:t>
      </w:r>
    </w:p>
    <w:p>
      <w:r>
        <w:br/>
        <w:t>Куди тобі? Куди?!. Ти в небутті.</w:t>
      </w:r>
    </w:p>
    <w:p>
      <w:r>
        <w:br/>
        <w:t>Ти варвар був, а ми боги — не люди,—</w:t>
      </w:r>
    </w:p>
    <w:p>
      <w:r>
        <w:br/>
        <w:t>Нам коней мучити ганебно на батіг.</w:t>
      </w:r>
    </w:p>
    <w:p>
      <w:r>
        <w:br/>
        <w:t>Тепер не те, тепер у нас "культура",</w:t>
      </w:r>
    </w:p>
    <w:p>
      <w:r>
        <w:br/>
        <w:t>"Цивілізація" і тисячі ідей!</w:t>
      </w:r>
    </w:p>
    <w:p>
      <w:r>
        <w:br/>
        <w:t>Тепер у нас...</w:t>
      </w:r>
    </w:p>
    <w:p>
      <w:r>
        <w:br/>
        <w:t>Та що ти тямиш, мурий!</w:t>
      </w:r>
    </w:p>
    <w:p>
      <w:r>
        <w:br/>
        <w:t>Тому й батіг у нас із дроту, а не з шкури,</w:t>
      </w:r>
    </w:p>
    <w:p>
      <w:r>
        <w:br/>
        <w:t>Що спеціально для людей!</w:t>
      </w:r>
    </w:p>
    <w:p>
      <w:r>
        <w:br/>
        <w:t>О, як він б'є!.. Я знаю, як він б'є...</w:t>
      </w:r>
    </w:p>
    <w:p>
      <w:r>
        <w:br/>
        <w:t>Проклятий день! Гей, предку огрубілий!</w:t>
      </w:r>
    </w:p>
    <w:p>
      <w:r>
        <w:br/>
        <w:t>Чи тямиш ти, як ніжних він жує? —</w:t>
      </w:r>
    </w:p>
    <w:p>
      <w:r>
        <w:br/>
        <w:t>Так елегантно,</w:t>
      </w:r>
    </w:p>
    <w:p>
      <w:r>
        <w:br/>
        <w:t>з свистом б'є!</w:t>
      </w:r>
    </w:p>
    <w:p>
      <w:r>
        <w:br/>
        <w:t>Здирає пас</w:t>
      </w:r>
    </w:p>
    <w:p>
      <w:r>
        <w:br/>
        <w:t>На серці і на тілі.</w:t>
      </w:r>
    </w:p>
    <w:p>
      <w:r>
        <w:br/>
        <w:t>II</w:t>
      </w:r>
    </w:p>
    <w:p>
      <w:r>
        <w:br/>
        <w:t>І знову день, як безліч, догорає...</w:t>
      </w:r>
    </w:p>
    <w:p>
      <w:r>
        <w:br/>
        <w:t>З газетних шпальт мільйони рук і ніг</w:t>
      </w:r>
    </w:p>
    <w:p>
      <w:r>
        <w:br/>
        <w:t>В нестямі корчаться від краю і до краю...</w:t>
      </w:r>
    </w:p>
    <w:p>
      <w:r>
        <w:br/>
        <w:t>І чую я, як тут (чи то пак над Китаєм!)</w:t>
      </w:r>
    </w:p>
    <w:p>
      <w:r>
        <w:br/>
        <w:t>Свистить батіг!</w:t>
      </w:r>
    </w:p>
    <w:p>
      <w:r>
        <w:br/>
        <w:t>Свистить... Свистить...— Десь сильний слабших доїть.</w:t>
      </w:r>
    </w:p>
    <w:p>
      <w:r>
        <w:br/>
        <w:t>Там негр, індус, китаєць... і наш брат...</w:t>
      </w:r>
    </w:p>
    <w:p>
      <w:r>
        <w:br/>
        <w:t>Із шкіри білої, із чорної, з рудої</w:t>
      </w:r>
    </w:p>
    <w:p>
      <w:r>
        <w:br/>
        <w:t>Мундир барвистий шиє дипломат.</w:t>
      </w:r>
    </w:p>
    <w:p>
      <w:r>
        <w:br/>
        <w:t>Тож він звідтіль, з країни казки й волі,</w:t>
      </w:r>
    </w:p>
    <w:p>
      <w:r>
        <w:br/>
        <w:t>Де Конституція —</w:t>
      </w:r>
    </w:p>
    <w:p>
      <w:r>
        <w:br/>
        <w:t>святиня над усе,</w:t>
      </w:r>
    </w:p>
    <w:p>
      <w:r>
        <w:br/>
        <w:t>Тож він туди, де люди ходять голі,</w:t>
      </w:r>
    </w:p>
    <w:p>
      <w:r>
        <w:br/>
        <w:t>Туди</w:t>
      </w:r>
    </w:p>
    <w:p>
      <w:r>
        <w:br/>
        <w:t>цивілізацію несе.</w:t>
      </w:r>
    </w:p>
    <w:p>
      <w:r>
        <w:br/>
        <w:t>Гримлять ротації... І котяться луною</w:t>
      </w:r>
    </w:p>
    <w:p>
      <w:r>
        <w:br/>
        <w:t>Про "Правду" і "Любов" усі слова святі...</w:t>
      </w:r>
    </w:p>
    <w:p>
      <w:r>
        <w:br/>
        <w:t>Мораль "пороки" розпинає на хресті...</w:t>
      </w:r>
    </w:p>
    <w:p>
      <w:r>
        <w:br/>
        <w:t>А над спиною — голою спиною</w:t>
      </w:r>
    </w:p>
    <w:p>
      <w:r>
        <w:br/>
        <w:t>Свистить</w:t>
      </w:r>
    </w:p>
    <w:p>
      <w:r>
        <w:br/>
        <w:t>батіг.</w:t>
      </w:r>
    </w:p>
    <w:p>
      <w:r>
        <w:br/>
        <w:t>Батіг! Батіг! Він бог на цій планеті.</w:t>
      </w:r>
    </w:p>
    <w:p>
      <w:r>
        <w:br/>
        <w:t>Стриба в віччю і корпус, і петит.</w:t>
      </w:r>
    </w:p>
    <w:p>
      <w:r>
        <w:br/>
        <w:t>Зате ж "за м и р" гармати і газети!..</w:t>
      </w:r>
    </w:p>
    <w:p>
      <w:r>
        <w:br/>
        <w:t>І славлять-славлять різьбярі й поети,</w:t>
      </w:r>
    </w:p>
    <w:p>
      <w:r>
        <w:br/>
        <w:t>І грають, грають арфи золоті.</w:t>
      </w:r>
    </w:p>
    <w:p>
      <w:r>
        <w:br/>
        <w:t>Спина, як тік. Взялися кров'ю шруби.</w:t>
      </w:r>
    </w:p>
    <w:p>
      <w:r>
        <w:br/>
        <w:t>Та не кричи,</w:t>
      </w:r>
    </w:p>
    <w:p>
      <w:r>
        <w:br/>
        <w:t>бо буде ж все твоє!</w:t>
      </w:r>
    </w:p>
    <w:p>
      <w:r>
        <w:br/>
        <w:t>Кусай!</w:t>
      </w:r>
    </w:p>
    <w:p>
      <w:r>
        <w:br/>
        <w:t>Кусай, коли дають ще, сині губи!</w:t>
      </w:r>
    </w:p>
    <w:p>
      <w:r>
        <w:br/>
        <w:t>Кусай до крови їх, як стане серце руба!..</w:t>
      </w:r>
    </w:p>
    <w:p>
      <w:r>
        <w:br/>
        <w:t>О, як він б 'є!!!</w:t>
      </w:r>
    </w:p>
    <w:p>
      <w:r>
        <w:br/>
        <w:t>Тож він звідсіль, з країни казки й волі,</w:t>
      </w:r>
    </w:p>
    <w:p>
      <w:r>
        <w:br/>
        <w:t>Де Конституція —</w:t>
      </w:r>
    </w:p>
    <w:p>
      <w:r>
        <w:br/>
        <w:t>святиня над усе,</w:t>
      </w:r>
    </w:p>
    <w:p>
      <w:r>
        <w:br/>
        <w:t>Тож він туди, де люди ходять голі,</w:t>
      </w:r>
    </w:p>
    <w:p>
      <w:r>
        <w:br/>
        <w:t>Туди</w:t>
      </w:r>
    </w:p>
    <w:p>
      <w:r>
        <w:br/>
        <w:t>цивілізацію несе!</w:t>
      </w:r>
    </w:p>
    <w:p>
      <w:r>
        <w:br/>
        <w:t>журнал "Червоний клич",, 1926</w:t>
      </w:r>
    </w:p>
    <w:p>
      <w:r>
        <w:br/>
        <w:t>БАТІГ</w:t>
      </w:r>
    </w:p>
    <w:p>
      <w:r>
        <w:br/>
        <w:t>(інша редакція)</w:t>
      </w:r>
    </w:p>
    <w:p>
      <w:r>
        <w:br/>
        <w:t>І</w:t>
      </w:r>
    </w:p>
    <w:p>
      <w:r>
        <w:br/>
        <w:t>Його із шкіри зроблено простої</w:t>
      </w:r>
    </w:p>
    <w:p>
      <w:r>
        <w:br/>
        <w:t>Руками людськими давно…в старі часи…</w:t>
      </w:r>
    </w:p>
    <w:p>
      <w:r>
        <w:br/>
        <w:t>О майстре перший з ери кам'яної!</w:t>
      </w:r>
    </w:p>
    <w:p>
      <w:r>
        <w:br/>
        <w:t>Чолом тобі — найбільшому з усіх.</w:t>
      </w:r>
    </w:p>
    <w:p>
      <w:r>
        <w:br/>
        <w:t>Чолом! Чолом!!.— кричить це твій нащадок</w:t>
      </w:r>
    </w:p>
    <w:p>
      <w:r>
        <w:br/>
        <w:t>Через мільйони літ, вклоняючись до ніг,</w:t>
      </w:r>
    </w:p>
    <w:p>
      <w:r>
        <w:br/>
        <w:t>За вічне те, що залишилось в спадок,—</w:t>
      </w:r>
    </w:p>
    <w:p>
      <w:r>
        <w:br/>
        <w:t>За те єдине, що тримає "ладу",—</w:t>
      </w:r>
    </w:p>
    <w:p>
      <w:r>
        <w:br/>
        <w:t>За цей шедевр —</w:t>
      </w:r>
    </w:p>
    <w:p>
      <w:r>
        <w:br/>
        <w:t>Батіг!</w:t>
      </w:r>
    </w:p>
    <w:p>
      <w:r>
        <w:br/>
        <w:t>Пройшли віки — геть-чисто все змінилось,</w:t>
      </w:r>
    </w:p>
    <w:p>
      <w:r>
        <w:br/>
        <w:t>Ти чуєш? Все! І сонце вже не те,</w:t>
      </w:r>
    </w:p>
    <w:p>
      <w:r>
        <w:br/>
        <w:t>А твій батіг ні тлінь, ні смерть не ззіли.</w:t>
      </w:r>
    </w:p>
    <w:p>
      <w:r>
        <w:br/>
        <w:t>Ба, ні, його ще навіть доточили,</w:t>
      </w:r>
    </w:p>
    <w:p>
      <w:r>
        <w:br/>
        <w:t>І руків'я у ньому золоте.</w:t>
      </w:r>
    </w:p>
    <w:p>
      <w:r>
        <w:br/>
        <w:t>Збагнув? Ге-ге…</w:t>
      </w:r>
    </w:p>
    <w:p>
      <w:r>
        <w:br/>
        <w:t>Ти ж геній геніальний!</w:t>
      </w:r>
    </w:p>
    <w:p>
      <w:r>
        <w:br/>
        <w:t>Та проти тебе лялька Стефенсон!</w:t>
      </w:r>
    </w:p>
    <w:p>
      <w:r>
        <w:br/>
        <w:t>Тобі б от пам'ятник, єдиний і останній,</w:t>
      </w:r>
    </w:p>
    <w:p>
      <w:r>
        <w:br/>
        <w:t>В Женеві,</w:t>
      </w:r>
    </w:p>
    <w:p>
      <w:r>
        <w:br/>
        <w:t>В Лондоні,</w:t>
      </w:r>
    </w:p>
    <w:p>
      <w:r>
        <w:br/>
        <w:t>В Парижі</w:t>
      </w:r>
    </w:p>
    <w:p>
      <w:r>
        <w:br/>
        <w:t>і в Лозанні..!</w:t>
      </w:r>
    </w:p>
    <w:p>
      <w:r>
        <w:br/>
        <w:t>Чи снивсь тобі цей сон?</w:t>
      </w:r>
    </w:p>
    <w:p>
      <w:r>
        <w:br/>
        <w:t>Буває, друже…От. Контсрукція та ж сама,</w:t>
      </w:r>
    </w:p>
    <w:p>
      <w:r>
        <w:br/>
        <w:t>І коли хочеш, відсуди патент.</w:t>
      </w:r>
    </w:p>
    <w:p>
      <w:r>
        <w:br/>
        <w:t>На нього попит в нас. Ну от "Сагіб і Самі",</w:t>
      </w:r>
    </w:p>
    <w:p>
      <w:r>
        <w:br/>
        <w:t>Припустім, ти читав?</w:t>
      </w:r>
    </w:p>
    <w:p>
      <w:r>
        <w:br/>
        <w:t>Але Сагіб – пусте.</w:t>
      </w:r>
    </w:p>
    <w:p>
      <w:r>
        <w:br/>
        <w:t>Гей, друже мій, коли б умів ти плакать,</w:t>
      </w:r>
    </w:p>
    <w:p>
      <w:r>
        <w:br/>
        <w:t>Ти б поламав його, сподвижника хреста.</w:t>
      </w:r>
    </w:p>
    <w:p>
      <w:r>
        <w:br/>
        <w:t>ТИ ж глянь!</w:t>
      </w:r>
    </w:p>
    <w:p>
      <w:r>
        <w:br/>
        <w:t>Ти глянь як стогне…Думаєш – коняка?</w:t>
      </w:r>
    </w:p>
    <w:p>
      <w:r>
        <w:br/>
        <w:t>Коняка – думаєш? Ой як же ти відстав.</w:t>
      </w:r>
    </w:p>
    <w:p>
      <w:r>
        <w:br/>
        <w:t>Тепер не те, тепер у нас культура,</w:t>
      </w:r>
    </w:p>
    <w:p>
      <w:r>
        <w:br/>
        <w:t>Цивілізація і тисячі ідей, —-</w:t>
      </w:r>
    </w:p>
    <w:p>
      <w:r>
        <w:br/>
        <w:t>Тепер батіг твій не якась там шкура,</w:t>
      </w:r>
    </w:p>
    <w:p>
      <w:r>
        <w:br/>
        <w:t>Го-го! То дріт!! Бо порють ним людей.</w:t>
      </w:r>
    </w:p>
    <w:p>
      <w:r>
        <w:br/>
        <w:t>Не даром же мільйони літ прожито,</w:t>
      </w:r>
    </w:p>
    <w:p>
      <w:r>
        <w:br/>
        <w:t>І ми – не ви, тепер у нас зеніт.</w:t>
      </w:r>
    </w:p>
    <w:p>
      <w:r>
        <w:br/>
        <w:t>Нещасний прадіду, сіренький троглодите,</w:t>
      </w:r>
    </w:p>
    <w:p>
      <w:r>
        <w:br/>
        <w:t>Тобі цього повік не зрозуміть.</w:t>
      </w:r>
    </w:p>
    <w:p>
      <w:r>
        <w:br/>
        <w:t>То дріт! То гума!</w:t>
      </w:r>
    </w:p>
    <w:p>
      <w:r>
        <w:br/>
        <w:t>Знаєш, що то буде?</w:t>
      </w:r>
    </w:p>
    <w:p>
      <w:r>
        <w:br/>
        <w:t>Куди тобі? Куди?..Ти в небутті.</w:t>
      </w:r>
    </w:p>
    <w:p>
      <w:r>
        <w:br/>
        <w:t>Ти варвар був, а в нас боги, не люди –</w:t>
      </w:r>
    </w:p>
    <w:p>
      <w:r>
        <w:br/>
        <w:t>Їм коней мучити ганебно на батіг.</w:t>
      </w:r>
    </w:p>
    <w:p>
      <w:r>
        <w:br/>
        <w:t>Та й соромно, яка ж бо то культура.</w:t>
      </w:r>
    </w:p>
    <w:p>
      <w:r>
        <w:br/>
        <w:t>У нас був Шуберт, Данте й Галілей,</w:t>
      </w:r>
    </w:p>
    <w:p>
      <w:r>
        <w:br/>
        <w:t>Був Рафаель…Та що ти тямиш, мурий?</w:t>
      </w:r>
    </w:p>
    <w:p>
      <w:r>
        <w:br/>
        <w:t>Тому й батіг у нас із дроту, а не шкури,</w:t>
      </w:r>
    </w:p>
    <w:p>
      <w:r>
        <w:br/>
        <w:t>Що спеціально</w:t>
      </w:r>
    </w:p>
    <w:p>
      <w:r>
        <w:br/>
        <w:t>для людей!</w:t>
      </w:r>
    </w:p>
    <w:p>
      <w:r>
        <w:br/>
        <w:t>О, як він б’є!</w:t>
      </w:r>
    </w:p>
    <w:p>
      <w:r>
        <w:br/>
        <w:t>Я знаю як він бє.</w:t>
      </w:r>
    </w:p>
    <w:p>
      <w:r>
        <w:br/>
        <w:t>Проклятий день. Гей, предку огрубілий,</w:t>
      </w:r>
    </w:p>
    <w:p>
      <w:r>
        <w:br/>
        <w:t>Чт тямиш ти, як ніжних він жує?</w:t>
      </w:r>
    </w:p>
    <w:p>
      <w:r>
        <w:br/>
        <w:t>Так елегантно б’є, з свистом б’є,</w:t>
      </w:r>
    </w:p>
    <w:p>
      <w:r>
        <w:br/>
        <w:t>Здирає пас</w:t>
      </w:r>
    </w:p>
    <w:p>
      <w:r>
        <w:br/>
        <w:t>На серці і на тілі.</w:t>
      </w:r>
    </w:p>
    <w:p>
      <w:r>
        <w:br/>
        <w:t>ІІ</w:t>
      </w:r>
    </w:p>
    <w:p>
      <w:r>
        <w:br/>
        <w:t>І знову день, як безліч, догоряє…</w:t>
      </w:r>
    </w:p>
    <w:p>
      <w:r>
        <w:br/>
        <w:t>З газетних шпальт мільйони рук і ніг.</w:t>
      </w:r>
    </w:p>
    <w:p>
      <w:r>
        <w:br/>
        <w:t>У спазмах корчаться од краю і до краю….</w:t>
      </w:r>
    </w:p>
    <w:p>
      <w:r>
        <w:br/>
        <w:t>І чую я, як з реготом (десь там чи над Китаєм)</w:t>
      </w:r>
    </w:p>
    <w:p>
      <w:r>
        <w:br/>
        <w:t>Свистить батіг!</w:t>
      </w:r>
    </w:p>
    <w:p>
      <w:r>
        <w:br/>
        <w:t>Свистить. Свистить….</w:t>
      </w:r>
    </w:p>
    <w:p>
      <w:r>
        <w:br/>
        <w:t>Десь сильний слабших доїть.</w:t>
      </w:r>
    </w:p>
    <w:p>
      <w:r>
        <w:br/>
        <w:t>Там негр, індус, китаєць... і далмат…</w:t>
      </w:r>
    </w:p>
    <w:p>
      <w:r>
        <w:br/>
        <w:t>Із шкіри чорної, із білої, з рудої</w:t>
      </w:r>
    </w:p>
    <w:p>
      <w:r>
        <w:br/>
        <w:t>Мундир барвистий шиє дипломат.</w:t>
      </w:r>
    </w:p>
    <w:p>
      <w:r>
        <w:br/>
        <w:t>Тож він звідтіль, з країни казки й волі,</w:t>
      </w:r>
    </w:p>
    <w:p>
      <w:r>
        <w:br/>
        <w:t>Де Конституція — святиня над усе, —</w:t>
      </w:r>
    </w:p>
    <w:p>
      <w:r>
        <w:br/>
        <w:t>Тож він туди, де люди ходять голі,</w:t>
      </w:r>
    </w:p>
    <w:p>
      <w:r>
        <w:br/>
        <w:t>Туди цивілізацію несе.</w:t>
      </w:r>
    </w:p>
    <w:p>
      <w:r>
        <w:br/>
        <w:t>Яка краса! Філософи, герої,</w:t>
      </w:r>
    </w:p>
    <w:p>
      <w:r>
        <w:br/>
        <w:t>Митці, любов, десь арфи золоті,</w:t>
      </w:r>
    </w:p>
    <w:p>
      <w:r>
        <w:br/>
        <w:t>Мораль пороки розпинає на хресті,</w:t>
      </w:r>
    </w:p>
    <w:p>
      <w:r>
        <w:br/>
        <w:t>А там…То ж ангел миру над тобою,</w:t>
      </w:r>
    </w:p>
    <w:p>
      <w:r>
        <w:br/>
        <w:t>То над спиною — голою спиною —</w:t>
      </w:r>
    </w:p>
    <w:p>
      <w:r>
        <w:br/>
        <w:t>Сви-</w:t>
      </w:r>
    </w:p>
    <w:p>
      <w:r>
        <w:br/>
        <w:t>стить</w:t>
      </w:r>
    </w:p>
    <w:p>
      <w:r>
        <w:br/>
        <w:t>Батіг!</w:t>
      </w:r>
    </w:p>
    <w:p>
      <w:r>
        <w:br/>
        <w:t>Батіг! Батіг! Він бог на цій планеті.</w:t>
      </w:r>
    </w:p>
    <w:p>
      <w:r>
        <w:br/>
        <w:t>Стриба в віччю і корпус, і петит.</w:t>
      </w:r>
    </w:p>
    <w:p>
      <w:r>
        <w:br/>
        <w:t>Зате ж "за м и р" і пушки, і газети!..</w:t>
      </w:r>
    </w:p>
    <w:p>
      <w:r>
        <w:br/>
        <w:t>І славлять, славлять різьбярі й поети,</w:t>
      </w:r>
    </w:p>
    <w:p>
      <w:r>
        <w:br/>
        <w:t>І грають, грають арфи золоті…</w:t>
      </w:r>
    </w:p>
    <w:p>
      <w:r>
        <w:br/>
        <w:t>Спина як тік. Взялися кров’ю шруби.</w:t>
      </w:r>
    </w:p>
    <w:p>
      <w:r>
        <w:br/>
        <w:t>Та не кричи, бо буде ж все твоє.</w:t>
      </w:r>
    </w:p>
    <w:p>
      <w:r>
        <w:br/>
        <w:t>Кусай!</w:t>
      </w:r>
    </w:p>
    <w:p>
      <w:r>
        <w:br/>
        <w:t>Кусай, коли дають це, сині губи,</w:t>
      </w:r>
    </w:p>
    <w:p>
      <w:r>
        <w:br/>
        <w:t>Кусай до крові їх, як стане серце руба.</w:t>
      </w:r>
    </w:p>
    <w:p>
      <w:r>
        <w:br/>
        <w:t>О, як він б’є!</w:t>
      </w:r>
    </w:p>
    <w:p>
      <w:r>
        <w:br/>
        <w:t>Тож він звідтіль, з країни казки й волі,</w:t>
      </w:r>
    </w:p>
    <w:p>
      <w:r>
        <w:br/>
        <w:t>Де Конституція —святиня над усе, —</w:t>
      </w:r>
    </w:p>
    <w:p>
      <w:r>
        <w:br/>
        <w:t>Тож він туди, де люди ходять голі,</w:t>
      </w:r>
    </w:p>
    <w:p>
      <w:r>
        <w:br/>
        <w:t>Туди</w:t>
      </w:r>
    </w:p>
    <w:p>
      <w:r>
        <w:br/>
        <w:t>цивілізацію несе!</w:t>
      </w:r>
    </w:p>
    <w:p>
      <w:r>
        <w:br/>
        <w:t>ВІНОК СОНЕТІВ</w:t>
      </w:r>
    </w:p>
    <w:p>
      <w:r>
        <w:br/>
        <w:t>(памфлет)</w:t>
      </w:r>
    </w:p>
    <w:p>
      <w:r>
        <w:br/>
        <w:t>...Голод сурмить, як осел.</w:t>
      </w:r>
    </w:p>
    <w:p>
      <w:r>
        <w:br/>
        <w:t>Наче великі клоаки —</w:t>
      </w:r>
    </w:p>
    <w:p>
      <w:r>
        <w:br/>
        <w:t>Київ, Одеса, Полтава і Харків</w:t>
      </w:r>
    </w:p>
    <w:p>
      <w:r>
        <w:br/>
        <w:t>Приймають в себе</w:t>
      </w:r>
    </w:p>
    <w:p>
      <w:r>
        <w:br/>
        <w:t>Буру блювотину сел.</w:t>
      </w:r>
    </w:p>
    <w:p>
      <w:r>
        <w:br/>
        <w:t>Юрій Клен, "Каравели"</w:t>
      </w:r>
    </w:p>
    <w:p>
      <w:r>
        <w:br/>
        <w:t>1</w:t>
      </w:r>
    </w:p>
    <w:p>
      <w:r>
        <w:br/>
        <w:t>О віршомази! заздрі на слова!</w:t>
      </w:r>
    </w:p>
    <w:p>
      <w:r>
        <w:br/>
        <w:t>О "імператори" римованого зера!</w:t>
      </w:r>
    </w:p>
    <w:p>
      <w:r>
        <w:br/>
        <w:t>Та то ж про вас сказав Микола Зеров:</w:t>
      </w:r>
    </w:p>
    <w:p>
      <w:r>
        <w:br/>
        <w:t>"Чутливість наша вбога і чорства..."</w:t>
      </w:r>
    </w:p>
    <w:p>
      <w:r>
        <w:br/>
        <w:t>Так, вбога, і чорства, і квола, і крива,</w:t>
      </w:r>
    </w:p>
    <w:p>
      <w:r>
        <w:br/>
        <w:t>"Жерці і маги" *. Клякси на папері!</w:t>
      </w:r>
    </w:p>
    <w:p>
      <w:r>
        <w:br/>
        <w:t>Класичні крадії із Алігієрі!</w:t>
      </w:r>
    </w:p>
    <w:p>
      <w:r>
        <w:br/>
        <w:t>Де ж ваша Муза власна?!</w:t>
      </w:r>
    </w:p>
    <w:p>
      <w:r>
        <w:br/>
        <w:t>Нежива.</w:t>
      </w:r>
    </w:p>
    <w:p>
      <w:r>
        <w:br/>
        <w:t>Втопилася в атраментній** імлі,</w:t>
      </w:r>
    </w:p>
    <w:p>
      <w:r>
        <w:br/>
        <w:t>Відірвана від рідної землі.</w:t>
      </w:r>
    </w:p>
    <w:p>
      <w:r>
        <w:br/>
        <w:t>Бо ж ви — лиш євнухи з екстазом на лиці</w:t>
      </w:r>
    </w:p>
    <w:p>
      <w:r>
        <w:br/>
        <w:t>Чужих коханок немічні співці.</w:t>
      </w:r>
    </w:p>
    <w:p>
      <w:r>
        <w:br/>
        <w:t>Своєї Беатріче не було у вас,—</w:t>
      </w:r>
    </w:p>
    <w:p>
      <w:r>
        <w:br/>
        <w:t>Чужу обслинили ви пильно... І тепера</w:t>
      </w:r>
    </w:p>
    <w:p>
      <w:r>
        <w:br/>
        <w:t>Вже не впізнать її ні в профіль, ні в анфас</w:t>
      </w:r>
    </w:p>
    <w:p>
      <w:r>
        <w:br/>
        <w:t>О "імператори" римованого зера!</w:t>
      </w:r>
    </w:p>
    <w:p>
      <w:r>
        <w:br/>
        <w:t>2</w:t>
      </w:r>
    </w:p>
    <w:p>
      <w:r>
        <w:br/>
        <w:t>О "імператори" римованого зера!</w:t>
      </w:r>
    </w:p>
    <w:p>
      <w:r>
        <w:br/>
        <w:t>Естети рафіновані й святі,</w:t>
      </w:r>
    </w:p>
    <w:p>
      <w:r>
        <w:br/>
        <w:t>Конкістадори й відкривателі світів</w:t>
      </w:r>
    </w:p>
    <w:p>
      <w:r>
        <w:br/>
        <w:t>В чорнильних океанах на папері!</w:t>
      </w:r>
    </w:p>
    <w:p>
      <w:r>
        <w:br/>
        <w:t>Я знаю вас, педанти від химери!</w:t>
      </w:r>
    </w:p>
    <w:p>
      <w:r>
        <w:br/>
        <w:t>От я порушив ваш канон з вінків —</w:t>
      </w:r>
    </w:p>
    <w:p>
      <w:r>
        <w:br/>
        <w:t>Зробив сонет з шістнадцяти рядків</w:t>
      </w:r>
    </w:p>
    <w:p>
      <w:r>
        <w:br/>
        <w:t>І чую ґвалт... Ах-ах! і що ж робить тепера?</w:t>
      </w:r>
    </w:p>
    <w:p>
      <w:r>
        <w:br/>
        <w:t>Але нехай! Це ж— ніде правди діти —</w:t>
      </w:r>
    </w:p>
    <w:p>
      <w:r>
        <w:br/>
        <w:t>На сміх, на глум, це вам на зло, піїти!</w:t>
      </w:r>
    </w:p>
    <w:p>
      <w:r>
        <w:br/>
        <w:t>Те коло зачароване — сонетний той вінок</w:t>
      </w:r>
    </w:p>
    <w:p>
      <w:r>
        <w:br/>
        <w:t>Нехай порушує шістнадцятий рядок.</w:t>
      </w:r>
    </w:p>
    <w:p>
      <w:r>
        <w:br/>
        <w:t>О маги! О жерці! О лицарі етеру!..</w:t>
      </w:r>
    </w:p>
    <w:p>
      <w:r>
        <w:br/>
        <w:t>Ні, не дошкулять вас хоч би які слова.—</w:t>
      </w:r>
    </w:p>
    <w:p>
      <w:r>
        <w:br/>
        <w:t>Чутливість ваша вбога і чорства,</w:t>
      </w:r>
    </w:p>
    <w:p>
      <w:r>
        <w:br/>
        <w:t>Мовляв ваш метр, мовляв Микола Зеров.</w:t>
      </w:r>
    </w:p>
    <w:p>
      <w:r>
        <w:br/>
        <w:t>3</w:t>
      </w:r>
    </w:p>
    <w:p>
      <w:r>
        <w:br/>
        <w:t>Тож так про вас сказав Микола Зеров.</w:t>
      </w:r>
    </w:p>
    <w:p>
      <w:r>
        <w:br/>
        <w:t>Він все життя трудився для чужих богинь,</w:t>
      </w:r>
    </w:p>
    <w:p>
      <w:r>
        <w:br/>
        <w:t>Щоб цеї істини, гіркої, мов полинь,</w:t>
      </w:r>
    </w:p>
    <w:p>
      <w:r>
        <w:br/>
        <w:t>Дійти в кінці, кінчаючи кар'єру.</w:t>
      </w:r>
    </w:p>
    <w:p>
      <w:r>
        <w:br/>
        <w:t>Химер і візій опустивши сферу,</w:t>
      </w:r>
    </w:p>
    <w:p>
      <w:r>
        <w:br/>
        <w:t>На землю грішну став нарешті він</w:t>
      </w:r>
    </w:p>
    <w:p>
      <w:r>
        <w:br/>
        <w:t>І рідну Беатріче вглядів між руїн,</w:t>
      </w:r>
    </w:p>
    <w:p>
      <w:r>
        <w:br/>
        <w:t>Що, як Катліна в Шарля де Костера,</w:t>
      </w:r>
    </w:p>
    <w:p>
      <w:r>
        <w:br/>
        <w:t>В розпуці і сльозах, брудна й простоволоса,</w:t>
      </w:r>
    </w:p>
    <w:p>
      <w:r>
        <w:br/>
        <w:t>Всіма покинута, про смерть у Бога просить...</w:t>
      </w:r>
    </w:p>
    <w:p>
      <w:r>
        <w:br/>
        <w:t>І вирішив співець абстрактної краси,</w:t>
      </w:r>
    </w:p>
    <w:p>
      <w:r>
        <w:br/>
        <w:t>Що перевів своє життя на пси,</w:t>
      </w:r>
    </w:p>
    <w:p>
      <w:r>
        <w:br/>
        <w:t>Що марно римував... О, де блукав той розум?!</w:t>
      </w:r>
    </w:p>
    <w:p>
      <w:r>
        <w:br/>
        <w:t>Кому потрібна пісня нежива?..</w:t>
      </w:r>
    </w:p>
    <w:p>
      <w:r>
        <w:br/>
        <w:t>Й схиливши голову, прошепотів крізь сльози:</w:t>
      </w:r>
    </w:p>
    <w:p>
      <w:r>
        <w:br/>
        <w:t>"Чутливість наша вбога і чорства..."</w:t>
      </w:r>
    </w:p>
    <w:p>
      <w:r>
        <w:br/>
        <w:t>4</w:t>
      </w:r>
    </w:p>
    <w:p>
      <w:r>
        <w:br/>
        <w:t>"Чутливість наша вбога і чорства</w:t>
      </w:r>
    </w:p>
    <w:p>
      <w:r>
        <w:br/>
        <w:t>І не вгамує спраги молодої"* ,</w:t>
      </w:r>
    </w:p>
    <w:p>
      <w:r>
        <w:br/>
        <w:t>І не привабить Беатріче тої,</w:t>
      </w:r>
    </w:p>
    <w:p>
      <w:r>
        <w:br/>
        <w:t>І не зачепить серця...</w:t>
      </w:r>
    </w:p>
    <w:p>
      <w:r>
        <w:br/>
        <w:t>Юнка степова.</w:t>
      </w:r>
    </w:p>
    <w:p>
      <w:r>
        <w:br/>
        <w:t>У полі дикім десь сама собі співає.</w:t>
      </w:r>
    </w:p>
    <w:p>
      <w:r>
        <w:br/>
        <w:t>Свавільна й горда (хоч заручена з бідою),</w:t>
      </w:r>
    </w:p>
    <w:p>
      <w:r>
        <w:br/>
        <w:t>Як тая ластівка крилата над водою,</w:t>
      </w:r>
    </w:p>
    <w:p>
      <w:r>
        <w:br/>
        <w:t>Дивніша над усі ваші "дива"*,—</w:t>
      </w:r>
    </w:p>
    <w:p>
      <w:r>
        <w:br/>
        <w:t>Вона гордує вами, дивлячись у вічі...</w:t>
      </w:r>
    </w:p>
    <w:p>
      <w:r>
        <w:br/>
        <w:t>То Беатріче! То прекрасна Беатріче!</w:t>
      </w:r>
    </w:p>
    <w:p>
      <w:r>
        <w:br/>
        <w:t>Всіма безчещена, та чиста і свята,</w:t>
      </w:r>
    </w:p>
    <w:p>
      <w:r>
        <w:br/>
        <w:t>Незаплямована, як іскра золота,</w:t>
      </w:r>
    </w:p>
    <w:p>
      <w:r>
        <w:br/>
        <w:t>Неупокорена...</w:t>
      </w:r>
    </w:p>
    <w:p>
      <w:r>
        <w:br/>
        <w:t>Але стривай на Бога!</w:t>
      </w:r>
    </w:p>
    <w:p>
      <w:r>
        <w:br/>
        <w:t>Пощо й до кого це? Це пісня не нова</w:t>
      </w:r>
    </w:p>
    <w:p>
      <w:r>
        <w:br/>
        <w:t>Та не збагне її душа "жерців" убога,</w:t>
      </w:r>
    </w:p>
    <w:p>
      <w:r>
        <w:br/>
        <w:t>Убога, і чорства, і квола, і крива.</w:t>
      </w:r>
    </w:p>
    <w:p>
      <w:r>
        <w:br/>
        <w:t>5</w:t>
      </w:r>
    </w:p>
    <w:p>
      <w:r>
        <w:br/>
        <w:t>Так, вбога, і чорства, і квола, і крива</w:t>
      </w:r>
    </w:p>
    <w:p>
      <w:r>
        <w:br/>
        <w:t>Душа... Рardon! Яка душа з пустелі?</w:t>
      </w:r>
    </w:p>
    <w:p>
      <w:r>
        <w:br/>
        <w:t>Класична порожнеча Торрічеллі!</w:t>
      </w:r>
    </w:p>
    <w:p>
      <w:r>
        <w:br/>
        <w:t>І тільки...</w:t>
      </w:r>
    </w:p>
    <w:p>
      <w:r>
        <w:br/>
        <w:t>Але, Боже! Голова**</w:t>
      </w:r>
    </w:p>
    <w:p>
      <w:r>
        <w:br/>
        <w:t>Мені йде обертом, дим очі закрива***,</w:t>
      </w:r>
    </w:p>
    <w:p>
      <w:r>
        <w:br/>
        <w:t>А серце занудилося і проситься з оселі,—</w:t>
      </w:r>
    </w:p>
    <w:p>
      <w:r>
        <w:br/>
        <w:t>Сонети — це щось вроді каруселі:</w:t>
      </w:r>
    </w:p>
    <w:p>
      <w:r>
        <w:br/>
        <w:t>Крутись і повертайсь... і раз... і два...</w:t>
      </w:r>
    </w:p>
    <w:p>
      <w:r>
        <w:br/>
        <w:t>О Боже, Боже! Що за мука з ним —</w:t>
      </w:r>
    </w:p>
    <w:p>
      <w:r>
        <w:br/>
        <w:t>З сонетом цим в дурній уздечці рим!</w:t>
      </w:r>
    </w:p>
    <w:p>
      <w:r>
        <w:br/>
        <w:t>Тепер я розумію, пощо — тільки й чуть —</w:t>
      </w:r>
    </w:p>
    <w:p>
      <w:r>
        <w:br/>
        <w:t>Сонетярів всі геніями звуть!</w:t>
      </w:r>
    </w:p>
    <w:p>
      <w:r>
        <w:br/>
        <w:t>Це все тому, що в римовім ярмі</w:t>
      </w:r>
    </w:p>
    <w:p>
      <w:r>
        <w:br/>
        <w:t>Вони працюють тяжко гейби на галері,</w:t>
      </w:r>
    </w:p>
    <w:p>
      <w:r>
        <w:br/>
        <w:t>Що кволість серця надолужують штаньми</w:t>
      </w:r>
    </w:p>
    <w:p>
      <w:r>
        <w:br/>
        <w:t>Жерці і маги, клякси на папері.</w:t>
      </w:r>
    </w:p>
    <w:p>
      <w:r>
        <w:br/>
        <w:t>6</w:t>
      </w:r>
    </w:p>
    <w:p>
      <w:r>
        <w:br/>
        <w:t>Жерці і маги, клякси на папері</w:t>
      </w:r>
    </w:p>
    <w:p>
      <w:r>
        <w:br/>
        <w:t>В часи потрясень грізних і боїв</w:t>
      </w:r>
    </w:p>
    <w:p>
      <w:r>
        <w:br/>
        <w:t>Втекли від світу геть і ніжних солов'їв</w:t>
      </w:r>
    </w:p>
    <w:p>
      <w:r>
        <w:br/>
        <w:t>Вдають із себе десь в класичній сфері...</w:t>
      </w:r>
    </w:p>
    <w:p>
      <w:r>
        <w:br/>
        <w:t>Не в сфері — в запічку, десь в умебльованій печері.</w:t>
      </w:r>
    </w:p>
    <w:p>
      <w:r>
        <w:br/>
        <w:t>Закохані в іржу класичних слів,</w:t>
      </w:r>
    </w:p>
    <w:p>
      <w:r>
        <w:br/>
        <w:t>В Богів клясичних, навіть у ослів</w:t>
      </w:r>
    </w:p>
    <w:p>
      <w:r>
        <w:br/>
        <w:t>Плетуть вони вінки тій гіпсовій Венері,</w:t>
      </w:r>
    </w:p>
    <w:p>
      <w:r>
        <w:br/>
        <w:t>Юноні й Гері... То сонетяні вінки.</w:t>
      </w:r>
    </w:p>
    <w:p>
      <w:r>
        <w:br/>
        <w:t>То наші греки — кобеляцькі земляки.</w:t>
      </w:r>
    </w:p>
    <w:p>
      <w:r>
        <w:br/>
        <w:t>А потім ці "труди", ці "архітвори часу"</w:t>
      </w:r>
    </w:p>
    <w:p>
      <w:r>
        <w:br/>
        <w:t>Юрбі голодній кидають з Парнасу...</w:t>
      </w:r>
    </w:p>
    <w:p>
      <w:r>
        <w:br/>
        <w:t>Устами спраглими, в шуканні сил для бою,</w:t>
      </w:r>
    </w:p>
    <w:p>
      <w:r>
        <w:br/>
        <w:t>Герої і мужі нової Трої</w:t>
      </w:r>
    </w:p>
    <w:p>
      <w:r>
        <w:br/>
        <w:t>І рвуться до джерел...</w:t>
      </w:r>
    </w:p>
    <w:p>
      <w:r>
        <w:br/>
        <w:t>й геть кидають за двері:</w:t>
      </w:r>
    </w:p>
    <w:p>
      <w:r>
        <w:br/>
        <w:t>"Нікчемні крадії з Алгієрі!"</w:t>
      </w:r>
    </w:p>
    <w:p>
      <w:r>
        <w:br/>
        <w:t>7</w:t>
      </w:r>
    </w:p>
    <w:p>
      <w:r>
        <w:br/>
        <w:t>Нікчемні крадії з Алігієрі.</w:t>
      </w:r>
    </w:p>
    <w:p>
      <w:r>
        <w:br/>
        <w:t>Ну як то може отакий поет</w:t>
      </w:r>
    </w:p>
    <w:p>
      <w:r>
        <w:br/>
        <w:t>В таку епоху кропати сонет,</w:t>
      </w:r>
    </w:p>
    <w:p>
      <w:r>
        <w:br/>
        <w:t>Від світу втікши й защіпнувши двері?!</w:t>
      </w:r>
    </w:p>
    <w:p>
      <w:r>
        <w:br/>
        <w:t>Великий Данте, бач, писав не на папері,</w:t>
      </w:r>
    </w:p>
    <w:p>
      <w:r>
        <w:br/>
        <w:t>Він Беатріче виспівав, та то був не сонет.</w:t>
      </w:r>
    </w:p>
    <w:p>
      <w:r>
        <w:br/>
        <w:t>Крапками, бач, не вмів орудовать поет,</w:t>
      </w:r>
    </w:p>
    <w:p>
      <w:r>
        <w:br/>
        <w:t>Тож треба виправить, навчить його манері.</w:t>
      </w:r>
    </w:p>
    <w:p>
      <w:r>
        <w:br/>
        <w:t>І от наш маг дописує, сюсюкає й воркоче,—</w:t>
      </w:r>
    </w:p>
    <w:p>
      <w:r>
        <w:br/>
        <w:t>Він Беатріче Дантову домалювати хоче.</w:t>
      </w:r>
    </w:p>
    <w:p>
      <w:r>
        <w:br/>
        <w:t>І не впізнати вже її, обслиненої тричі,</w:t>
      </w:r>
    </w:p>
    <w:p>
      <w:r>
        <w:br/>
        <w:t>Тії прекрасної чужої Беатріче.</w:t>
      </w:r>
    </w:p>
    <w:p>
      <w:r>
        <w:br/>
        <w:t>Своя ж... Та що ви, що ви! Чорта з два,—</w:t>
      </w:r>
    </w:p>
    <w:p>
      <w:r>
        <w:br/>
        <w:t>Вона подібна в магів до медузи.</w:t>
      </w:r>
    </w:p>
    <w:p>
      <w:r>
        <w:br/>
        <w:t>О ви, піїти! О жерці чужої музи!</w:t>
      </w:r>
    </w:p>
    <w:p>
      <w:r>
        <w:br/>
        <w:t>Де ж ваша власна муза?</w:t>
      </w:r>
    </w:p>
    <w:p>
      <w:r>
        <w:br/>
        <w:t>Нежива...</w:t>
      </w:r>
    </w:p>
    <w:p>
      <w:r>
        <w:br/>
        <w:t>8</w:t>
      </w:r>
    </w:p>
    <w:p>
      <w:r>
        <w:br/>
        <w:t>А ваша власна муза нежива.</w:t>
      </w:r>
    </w:p>
    <w:p>
      <w:r>
        <w:br/>
        <w:t>Паперу тонни списано, атраменту цистерни.</w:t>
      </w:r>
    </w:p>
    <w:p>
      <w:r>
        <w:br/>
        <w:t>І нагромаджено писань стіжки модерні</w:t>
      </w:r>
    </w:p>
    <w:p>
      <w:r>
        <w:br/>
        <w:t>Аж-но йде обертом, читавши, голова.</w:t>
      </w:r>
    </w:p>
    <w:p>
      <w:r>
        <w:br/>
        <w:t>Та в тих писаннях лиш "поезії дива"*,</w:t>
      </w:r>
    </w:p>
    <w:p>
      <w:r>
        <w:br/>
        <w:t>Конкістадори, каравелі і таверни,</w:t>
      </w:r>
    </w:p>
    <w:p>
      <w:r>
        <w:br/>
        <w:t>Еллади древньої усі боги химерні,</w:t>
      </w:r>
    </w:p>
    <w:p>
      <w:r>
        <w:br/>
        <w:t>Усе, що хочете, й премудрість найнова</w:t>
      </w:r>
    </w:p>
    <w:p>
      <w:r>
        <w:br/>
        <w:t>Про "суєту суєт"...</w:t>
      </w:r>
    </w:p>
    <w:p>
      <w:r>
        <w:br/>
        <w:t>Ну, словом, див сувої!</w:t>
      </w:r>
    </w:p>
    <w:p>
      <w:r>
        <w:br/>
        <w:t>І все те без вогню, без іскорки живої.</w:t>
      </w:r>
    </w:p>
    <w:p>
      <w:r>
        <w:br/>
        <w:t>Маразмом старости повиті стоси рим</w:t>
      </w:r>
    </w:p>
    <w:p>
      <w:r>
        <w:br/>
        <w:t>А ля Зеров, чи Рильський той Максим,—</w:t>
      </w:r>
    </w:p>
    <w:p>
      <w:r>
        <w:br/>
        <w:t>Поезія дезерції від світу в "ранню осінь",</w:t>
      </w:r>
    </w:p>
    <w:p>
      <w:r>
        <w:br/>
        <w:t>У "Синю далечінь", в "Захмарні журавлі"...</w:t>
      </w:r>
    </w:p>
    <w:p>
      <w:r>
        <w:br/>
        <w:t>І ждуть-пождуть Марію всі — немає й досі,</w:t>
      </w:r>
    </w:p>
    <w:p>
      <w:r>
        <w:br/>
        <w:t>Втопилася в атраментній імлі.</w:t>
      </w:r>
    </w:p>
    <w:p>
      <w:r>
        <w:br/>
        <w:t>9</w:t>
      </w:r>
    </w:p>
    <w:p>
      <w:r>
        <w:br/>
        <w:t>Втопилася в атраментній імлі.</w:t>
      </w:r>
    </w:p>
    <w:p>
      <w:r>
        <w:br/>
        <w:t>Маріє! О Маріє! Сестро й нене!</w:t>
      </w:r>
    </w:p>
    <w:p>
      <w:r>
        <w:br/>
        <w:t>Прекрасна Беатріче з Бористену!</w:t>
      </w:r>
    </w:p>
    <w:p>
      <w:r>
        <w:br/>
        <w:t>Куди пішла і де сліди твої?!</w:t>
      </w:r>
    </w:p>
    <w:p>
      <w:r>
        <w:br/>
        <w:t>На плутаних стежках через чужі краї</w:t>
      </w:r>
    </w:p>
    <w:p>
      <w:r>
        <w:br/>
        <w:t>Ідеш, зацькована і зраджена своїми,</w:t>
      </w:r>
    </w:p>
    <w:p>
      <w:r>
        <w:br/>
        <w:t>Бичем страшним посічена, йдеш мимо,</w:t>
      </w:r>
    </w:p>
    <w:p>
      <w:r>
        <w:br/>
        <w:t>Закривши лиця божеські свої.</w:t>
      </w:r>
    </w:p>
    <w:p>
      <w:r>
        <w:br/>
        <w:t>І не взнає ніхто тебе. Й ніхто тебе не кличе.</w:t>
      </w:r>
    </w:p>
    <w:p>
      <w:r>
        <w:br/>
        <w:t>Геть одвертаються жерці чужої Беатріче,—</w:t>
      </w:r>
    </w:p>
    <w:p>
      <w:r>
        <w:br/>
        <w:t>Для них повія ти, вони тебе кленуть</w:t>
      </w:r>
    </w:p>
    <w:p>
      <w:r>
        <w:br/>
        <w:t>І "бурою блювотиною" звуть.</w:t>
      </w:r>
    </w:p>
    <w:p>
      <w:r>
        <w:br/>
        <w:t>Кастрати! Фольксдойчери! Юберлюди.</w:t>
      </w:r>
    </w:p>
    <w:p>
      <w:r>
        <w:br/>
        <w:t>Безносі євнухи, не здібні ні любить,</w:t>
      </w:r>
    </w:p>
    <w:p>
      <w:r>
        <w:br/>
        <w:t>Ані страждать, ні серцем пломеніть,</w:t>
      </w:r>
    </w:p>
    <w:p>
      <w:r>
        <w:br/>
        <w:t>Чужих коханок немічні приблуди.</w:t>
      </w:r>
    </w:p>
    <w:p>
      <w:r>
        <w:br/>
        <w:t>10</w:t>
      </w:r>
    </w:p>
    <w:p>
      <w:r>
        <w:br/>
        <w:t>Перепрошаю: "немічні співці"</w:t>
      </w:r>
    </w:p>
    <w:p>
      <w:r>
        <w:br/>
        <w:t>(Щоб не грішити супроти канону,</w:t>
      </w:r>
    </w:p>
    <w:p>
      <w:r>
        <w:br/>
        <w:t>Щоб не порвавсь вінок — нехай нас Бог боронить!</w:t>
      </w:r>
    </w:p>
    <w:p>
      <w:r>
        <w:br/>
        <w:t>Ми повертаємо назад два слова ці).</w:t>
      </w:r>
    </w:p>
    <w:p>
      <w:r>
        <w:br/>
        <w:t>І йдуть вони. Й ведуть на манівці</w:t>
      </w:r>
    </w:p>
    <w:p>
      <w:r>
        <w:br/>
        <w:t>Усіх і вся, "як бранців до полону",</w:t>
      </w:r>
    </w:p>
    <w:p>
      <w:r>
        <w:br/>
        <w:t>У "вимріяний світ", за димову заслону</w:t>
      </w:r>
    </w:p>
    <w:p>
      <w:r>
        <w:br/>
        <w:t>Химер придуркуватих, ніби мудреці.</w:t>
      </w:r>
    </w:p>
    <w:p>
      <w:r>
        <w:br/>
        <w:t>Женіть їх геть! Женіть з душі й парнасу!</w:t>
      </w:r>
    </w:p>
    <w:p>
      <w:r>
        <w:br/>
        <w:t>Геть облупіть сапатого Пегаса</w:t>
      </w:r>
    </w:p>
    <w:p>
      <w:r>
        <w:br/>
        <w:t>І барабан зробіть! І бийте стільки сили,</w:t>
      </w:r>
    </w:p>
    <w:p>
      <w:r>
        <w:br/>
        <w:t>Щоб всі боги чужі до чорта полетіли.</w:t>
      </w:r>
    </w:p>
    <w:p>
      <w:r>
        <w:br/>
        <w:t>Геть розженіть! А далі — з сили всеї</w:t>
      </w:r>
    </w:p>
    <w:p>
      <w:r>
        <w:br/>
        <w:t>Сурміть! Зовіть! Крізь клекіт гроз і бур</w:t>
      </w:r>
    </w:p>
    <w:p>
      <w:r>
        <w:br/>
        <w:t>Ведіть до бою з'єднаних, як мур,</w:t>
      </w:r>
    </w:p>
    <w:p>
      <w:r>
        <w:br/>
        <w:t>Героїв і мужів нової одіссеї.</w:t>
      </w:r>
    </w:p>
    <w:p>
      <w:r>
        <w:br/>
        <w:t>11</w:t>
      </w:r>
    </w:p>
    <w:p>
      <w:r>
        <w:br/>
        <w:t>Отут би й крапка. Так — канон!</w:t>
      </w:r>
    </w:p>
    <w:p>
      <w:r>
        <w:br/>
        <w:t>Ну, він мене й доїхав!</w:t>
      </w:r>
    </w:p>
    <w:p>
      <w:r>
        <w:br/>
        <w:t>А ще лиш піввінка. Але не скажем "нас",</w:t>
      </w:r>
    </w:p>
    <w:p>
      <w:r>
        <w:br/>
        <w:t>Бо цим вінком вінчати мушу вас,</w:t>
      </w:r>
    </w:p>
    <w:p>
      <w:r>
        <w:br/>
        <w:t>То треба доробити вам на втіху.</w:t>
      </w:r>
    </w:p>
    <w:p>
      <w:r>
        <w:br/>
        <w:t>Однак... Та що я — раб?! Та ну його до лиха!</w:t>
      </w:r>
    </w:p>
    <w:p>
      <w:r>
        <w:br/>
        <w:t>Пощо труджусь? Пощо марную час?</w:t>
      </w:r>
    </w:p>
    <w:p>
      <w:r>
        <w:br/>
        <w:t>І піввінка цілком влаштує вас,</w:t>
      </w:r>
    </w:p>
    <w:p>
      <w:r>
        <w:br/>
        <w:t>Бо цілого не витримає жоден карк.</w:t>
      </w:r>
    </w:p>
    <w:p>
      <w:r>
        <w:br/>
        <w:t>Для сміху</w:t>
      </w:r>
    </w:p>
    <w:p>
      <w:r>
        <w:br/>
        <w:t>Я вечір потрудивсь і маю тут кінчати,</w:t>
      </w:r>
    </w:p>
    <w:p>
      <w:r>
        <w:br/>
        <w:t>Бо цілого вінка не знаю де подіти.</w:t>
      </w:r>
    </w:p>
    <w:p>
      <w:r>
        <w:br/>
        <w:t>Коли на вас надіти — (він) вас розчавить вмить,</w:t>
      </w:r>
    </w:p>
    <w:p>
      <w:r>
        <w:br/>
        <w:t>А вам ще треба жить, щось думати й робить.</w:t>
      </w:r>
    </w:p>
    <w:p>
      <w:r>
        <w:br/>
        <w:t>Тож вас шкодуючи, кінчаю.</w:t>
      </w:r>
    </w:p>
    <w:p>
      <w:r>
        <w:br/>
        <w:t>Все. Пока.</w:t>
      </w:r>
    </w:p>
    <w:p>
      <w:r>
        <w:br/>
        <w:t>З вас вистачить на гурт і піввінка.</w:t>
      </w:r>
    </w:p>
    <w:p>
      <w:r>
        <w:br/>
        <w:t>Братислава, "Нова Доба", 15.VIII 1944 р.</w:t>
      </w:r>
    </w:p>
    <w:p>
      <w:r>
        <w:br/>
        <w:t>Любі Х.</w:t>
      </w:r>
    </w:p>
    <w:p>
      <w:r>
        <w:br/>
        <w:t>Розцвіла б в оранжереї —</w:t>
      </w:r>
    </w:p>
    <w:p>
      <w:r>
        <w:br/>
        <w:t>Не було б потіхи з неї,—</w:t>
      </w:r>
    </w:p>
    <w:p>
      <w:r>
        <w:br/>
        <w:t>Та вона в боях зросла,</w:t>
      </w:r>
    </w:p>
    <w:p>
      <w:r>
        <w:br/>
        <w:t>В буревіях розцвіла,—</w:t>
      </w:r>
    </w:p>
    <w:p>
      <w:r>
        <w:br/>
        <w:t>Через те вона і люба,</w:t>
      </w:r>
    </w:p>
    <w:p>
      <w:r>
        <w:br/>
        <w:t>Ця дівчина наша Люба.</w:t>
      </w:r>
    </w:p>
    <w:p>
      <w:r>
        <w:br/>
        <w:t>7 січня 1945 р., в Братиславі</w:t>
      </w:r>
    </w:p>
    <w:p>
      <w:r>
        <w:br/>
        <w:t>Крім дати і місця написання, в чернетці є уточнення: "в редакції часопису "Нова доба", під час різдвяної вечері недавно ще партизанської молоді".</w:t>
      </w:r>
    </w:p>
    <w:p>
      <w:r>
        <w:br/>
        <w:t>З Парагваю до Одеси</w:t>
      </w:r>
    </w:p>
    <w:p>
      <w:r>
        <w:br/>
        <w:t>Відпливають пароплави,</w:t>
      </w:r>
    </w:p>
    <w:p>
      <w:r>
        <w:br/>
        <w:t>А з Мюнхену відлітають</w:t>
      </w:r>
    </w:p>
    <w:p>
      <w:r>
        <w:br/>
        <w:t>Літаки на Парагвай.</w:t>
      </w:r>
    </w:p>
    <w:p>
      <w:r>
        <w:br/>
        <w:t>Поспішають на Одесу</w:t>
      </w:r>
    </w:p>
    <w:p>
      <w:r>
        <w:br/>
        <w:t>Павіани і горили,</w:t>
      </w:r>
    </w:p>
    <w:p>
      <w:r>
        <w:br/>
        <w:t>А за ними гірко плачуть</w:t>
      </w:r>
    </w:p>
    <w:p>
      <w:r>
        <w:br/>
        <w:t>Дрібні мавпи й какаду,</w:t>
      </w:r>
    </w:p>
    <w:p>
      <w:r>
        <w:br/>
        <w:t>Та з Мюнхену поспішають</w:t>
      </w:r>
    </w:p>
    <w:p>
      <w:r>
        <w:br/>
        <w:t>Розважати їх "герої"</w:t>
      </w:r>
    </w:p>
    <w:p>
      <w:r>
        <w:br/>
        <w:t>І сміються, і глаголять,</w:t>
      </w:r>
    </w:p>
    <w:p>
      <w:r>
        <w:br/>
        <w:t>І співають на ходу.</w:t>
      </w:r>
    </w:p>
    <w:p>
      <w:r>
        <w:br/>
        <w:t>То спішать до Парагваю</w:t>
      </w:r>
    </w:p>
    <w:p>
      <w:r>
        <w:br/>
        <w:t>Віршомази і "повстанці",</w:t>
      </w:r>
    </w:p>
    <w:p>
      <w:r>
        <w:br/>
        <w:t>І "пророки" —</w:t>
      </w:r>
    </w:p>
    <w:p>
      <w:r>
        <w:br/>
        <w:t>за морями</w:t>
      </w:r>
    </w:p>
    <w:p>
      <w:r>
        <w:br/>
        <w:t>Вони бавитимуть мавп.</w:t>
      </w:r>
    </w:p>
    <w:p>
      <w:r>
        <w:br/>
        <w:t>ПАРАЛЕЛІ</w:t>
      </w:r>
    </w:p>
    <w:p>
      <w:r>
        <w:br/>
        <w:t>З Гонолулу до Одеси</w:t>
      </w:r>
    </w:p>
    <w:p>
      <w:r>
        <w:br/>
        <w:t>Відлітають альбатроси,</w:t>
      </w:r>
    </w:p>
    <w:p>
      <w:r>
        <w:br/>
        <w:t>А з Мюнхену в Гонолулу</w:t>
      </w:r>
    </w:p>
    <w:p>
      <w:r>
        <w:br/>
        <w:t>Відлітають паничі.</w:t>
      </w:r>
    </w:p>
    <w:p>
      <w:r>
        <w:br/>
        <w:t>Альбатроси, як матроси,</w:t>
      </w:r>
    </w:p>
    <w:p>
      <w:r>
        <w:br/>
        <w:t>Хоч ніхто їх і не просить,</w:t>
      </w:r>
    </w:p>
    <w:p>
      <w:r>
        <w:br/>
        <w:t>На Одесу йшли крізь просинь,</w:t>
      </w:r>
    </w:p>
    <w:p>
      <w:r>
        <w:br/>
        <w:t>Хвилю крилами б'ючи.</w:t>
      </w:r>
    </w:p>
    <w:p>
      <w:r>
        <w:br/>
        <w:t>Йшли морями, небесами,</w:t>
      </w:r>
    </w:p>
    <w:p>
      <w:r>
        <w:br/>
        <w:t>Над горами й островами</w:t>
      </w:r>
    </w:p>
    <w:p>
      <w:r>
        <w:br/>
        <w:t>Гнали вдень і уночі...</w:t>
      </w:r>
    </w:p>
    <w:p>
      <w:r>
        <w:br/>
        <w:t>Поспішали, як на месу,</w:t>
      </w:r>
    </w:p>
    <w:p>
      <w:r>
        <w:br/>
        <w:t>Бо летіли на Одесу,</w:t>
      </w:r>
    </w:p>
    <w:p>
      <w:r>
        <w:br/>
        <w:t>Бо летіли крізь туман</w:t>
      </w:r>
    </w:p>
    <w:p>
      <w:r>
        <w:br/>
        <w:t>На Дністровий лиман.</w:t>
      </w:r>
    </w:p>
    <w:p>
      <w:r>
        <w:br/>
        <w:t>А з Мюнхену в Гонолулу —</w:t>
      </w:r>
    </w:p>
    <w:p>
      <w:r>
        <w:br/>
        <w:t>"Пане сотник, чи ви чули?!"</w:t>
      </w:r>
    </w:p>
    <w:p>
      <w:r>
        <w:br/>
        <w:t>Пане сотник, чи ви чули,</w:t>
      </w:r>
    </w:p>
    <w:p>
      <w:r>
        <w:br/>
        <w:t>Чи ви бачили той рух?</w:t>
      </w:r>
    </w:p>
    <w:p>
      <w:r>
        <w:br/>
        <w:t>Грім традиції і дух?!!</w:t>
      </w:r>
    </w:p>
    <w:p>
      <w:r>
        <w:br/>
        <w:t>Чув, бодай би я оглух!</w:t>
      </w:r>
    </w:p>
    <w:p>
      <w:r>
        <w:br/>
        <w:t>ВІД'ЇЖДЖАЮТЬ МАВПИ НА ОДЕСУ</w:t>
      </w:r>
    </w:p>
    <w:p>
      <w:r>
        <w:br/>
        <w:t>Від'їжджають мавпи на Одесу</w:t>
      </w:r>
    </w:p>
    <w:p>
      <w:r>
        <w:br/>
        <w:t>З Уругваю,</w:t>
      </w:r>
    </w:p>
    <w:p>
      <w:r>
        <w:br/>
        <w:t>А за ними гірко плачуть</w:t>
      </w:r>
    </w:p>
    <w:p>
      <w:r>
        <w:br/>
        <w:t>Какаду.</w:t>
      </w:r>
    </w:p>
    <w:p>
      <w:r>
        <w:br/>
        <w:t>А з Мюнхену десь до Уругваю</w:t>
      </w:r>
    </w:p>
    <w:p>
      <w:r>
        <w:br/>
        <w:t>Поспішають</w:t>
      </w:r>
    </w:p>
    <w:p>
      <w:r>
        <w:br/>
        <w:t>Завойовники, чубами предків</w:t>
      </w:r>
    </w:p>
    <w:p>
      <w:r>
        <w:br/>
        <w:t>Мають,</w:t>
      </w:r>
    </w:p>
    <w:p>
      <w:r>
        <w:br/>
        <w:t>"Славних прадідів великих"</w:t>
      </w:r>
    </w:p>
    <w:p>
      <w:r>
        <w:br/>
        <w:t>Прославляють,</w:t>
      </w:r>
    </w:p>
    <w:p>
      <w:r>
        <w:br/>
        <w:t>"Гімном небо потрясають"</w:t>
      </w:r>
    </w:p>
    <w:p>
      <w:r>
        <w:br/>
        <w:t>На ходу.</w:t>
      </w:r>
    </w:p>
    <w:p>
      <w:r>
        <w:br/>
        <w:t>Павіани, шимпанзе й горилі</w:t>
      </w:r>
    </w:p>
    <w:p>
      <w:r>
        <w:br/>
        <w:t>Гірко тужать,</w:t>
      </w:r>
    </w:p>
    <w:p>
      <w:r>
        <w:br/>
        <w:t>Пароплавами пливуть десь</w:t>
      </w:r>
    </w:p>
    <w:p>
      <w:r>
        <w:br/>
        <w:t>На чужину.</w:t>
      </w:r>
    </w:p>
    <w:p>
      <w:r>
        <w:br/>
        <w:t>"Запорожці" літаками</w:t>
      </w:r>
    </w:p>
    <w:p>
      <w:r>
        <w:br/>
        <w:t>Браво кружать,</w:t>
      </w:r>
    </w:p>
    <w:p>
      <w:r>
        <w:br/>
        <w:t>За Вітчизну один одного</w:t>
      </w:r>
    </w:p>
    <w:p>
      <w:r>
        <w:br/>
        <w:t>Паплюжать,</w:t>
      </w:r>
    </w:p>
    <w:p>
      <w:r>
        <w:br/>
        <w:t>В Уругваї будувати хочуть дуже —</w:t>
      </w:r>
    </w:p>
    <w:p>
      <w:r>
        <w:br/>
        <w:t>Ох і дуже —</w:t>
      </w:r>
    </w:p>
    <w:p>
      <w:r>
        <w:br/>
        <w:t>Україну.</w:t>
      </w:r>
    </w:p>
    <w:p>
      <w:r>
        <w:br/>
        <w:t>В Україні ж сохне стара мати,</w:t>
      </w:r>
    </w:p>
    <w:p>
      <w:r>
        <w:br/>
        <w:t>Сохне, дожидає —</w:t>
      </w:r>
    </w:p>
    <w:p>
      <w:r>
        <w:br/>
        <w:t>У віконце виглядає</w:t>
      </w:r>
    </w:p>
    <w:p>
      <w:r>
        <w:br/>
        <w:t>Раним-рано:</w:t>
      </w:r>
    </w:p>
    <w:p>
      <w:r>
        <w:br/>
        <w:t>Ой немає наших славних "запорожців",</w:t>
      </w:r>
    </w:p>
    <w:p>
      <w:r>
        <w:br/>
        <w:t>Ой немає,</w:t>
      </w:r>
    </w:p>
    <w:p>
      <w:r>
        <w:br/>
        <w:t>Тільки до Одеси — то не військо не "визвольне"</w:t>
      </w:r>
    </w:p>
    <w:p>
      <w:r>
        <w:br/>
        <w:t>Прибуває,—</w:t>
      </w:r>
    </w:p>
    <w:p>
      <w:r>
        <w:br/>
        <w:t>То невільники — горили, шимпанзе</w:t>
      </w:r>
    </w:p>
    <w:p>
      <w:r>
        <w:br/>
        <w:t>І павіани.</w:t>
      </w:r>
    </w:p>
    <w:p>
      <w:r>
        <w:br/>
        <w:t>В Уругваї, в Уругваї нова радість стала,</w:t>
      </w:r>
    </w:p>
    <w:p>
      <w:r>
        <w:br/>
        <w:t>Уже стала!</w:t>
      </w:r>
    </w:p>
    <w:p>
      <w:r>
        <w:br/>
        <w:t>І не плачуть, вже сміються какаду.</w:t>
      </w:r>
    </w:p>
    <w:p>
      <w:r>
        <w:br/>
        <w:t>А в Одесі, а в Одесі мати плакать</w:t>
      </w:r>
    </w:p>
    <w:p>
      <w:r>
        <w:br/>
        <w:t>Перестала,—</w:t>
      </w:r>
    </w:p>
    <w:p>
      <w:r>
        <w:br/>
        <w:t>"Мабуть, так судилось на роду".</w:t>
      </w:r>
    </w:p>
    <w:p>
      <w:r>
        <w:br/>
        <w:t>Гей, в Одесі вийшли гості з моря,</w:t>
      </w:r>
    </w:p>
    <w:p>
      <w:r>
        <w:br/>
        <w:t>Вийшли з хвилі</w:t>
      </w:r>
    </w:p>
    <w:p>
      <w:r>
        <w:br/>
        <w:t>Та й будують Україну</w:t>
      </w:r>
    </w:p>
    <w:p>
      <w:r>
        <w:br/>
        <w:t>Аж по Харків;</w:t>
      </w:r>
    </w:p>
    <w:p>
      <w:r>
        <w:br/>
        <w:t>Розважають діток такі добрі,</w:t>
      </w:r>
    </w:p>
    <w:p>
      <w:r>
        <w:br/>
        <w:t>Такі милі,</w:t>
      </w:r>
    </w:p>
    <w:p>
      <w:r>
        <w:br/>
        <w:t>Такі славні, такі любі шимпанзе</w:t>
      </w:r>
    </w:p>
    <w:p>
      <w:r>
        <w:br/>
        <w:t>Й горили...</w:t>
      </w:r>
    </w:p>
    <w:p>
      <w:r>
        <w:br/>
        <w:t>І ночами тяжко плачуть</w:t>
      </w:r>
    </w:p>
    <w:p>
      <w:r>
        <w:br/>
        <w:t>У безсиллі —</w:t>
      </w:r>
    </w:p>
    <w:p>
      <w:r>
        <w:br/>
        <w:t>В Уругвай у снах тікають</w:t>
      </w:r>
    </w:p>
    <w:p>
      <w:r>
        <w:br/>
        <w:t>З зоопарків.</w:t>
      </w:r>
    </w:p>
    <w:p>
      <w:r>
        <w:br/>
        <w:t>Відпливають каравели</w:t>
      </w:r>
    </w:p>
    <w:p>
      <w:r>
        <w:br/>
        <w:t>До Венесуели...</w:t>
      </w:r>
    </w:p>
    <w:p>
      <w:r>
        <w:br/>
        <w:t>Чом же, чом же ви, славні віршомази,</w:t>
      </w:r>
    </w:p>
    <w:p>
      <w:r>
        <w:br/>
        <w:t>Стали невеселі?</w:t>
      </w:r>
    </w:p>
    <w:p>
      <w:r>
        <w:br/>
        <w:t>Чи не ви ж благали Бога,</w:t>
      </w:r>
    </w:p>
    <w:p>
      <w:r>
        <w:br/>
        <w:t>Скільки було змога,</w:t>
      </w:r>
    </w:p>
    <w:p>
      <w:r>
        <w:br/>
        <w:t>Про мандрівку по золоте руно.</w:t>
      </w:r>
    </w:p>
    <w:p>
      <w:r>
        <w:br/>
        <w:t>І тепер вам</w:t>
      </w:r>
    </w:p>
    <w:p>
      <w:r>
        <w:br/>
        <w:t>Стелиться дорога.</w:t>
      </w:r>
    </w:p>
    <w:p>
      <w:r>
        <w:br/>
        <w:t>Шлях казковий через гори,</w:t>
      </w:r>
    </w:p>
    <w:p>
      <w:r>
        <w:br/>
        <w:t>Через синє море...</w:t>
      </w:r>
    </w:p>
    <w:p>
      <w:r>
        <w:br/>
        <w:t>Стали, стали мрії ваші дійсністю:</w:t>
      </w:r>
    </w:p>
    <w:p>
      <w:r>
        <w:br/>
        <w:t>Ви — конкістадори!</w:t>
      </w:r>
    </w:p>
    <w:p>
      <w:r>
        <w:br/>
        <w:t>Бийте ж, бийте в барабани,</w:t>
      </w:r>
    </w:p>
    <w:p>
      <w:r>
        <w:br/>
        <w:t>Гупайте в тимпани:</w:t>
      </w:r>
    </w:p>
    <w:p>
      <w:r>
        <w:br/>
        <w:t>Бути вам Кортезами не в віршах, а на ділі</w:t>
      </w:r>
    </w:p>
    <w:p>
      <w:r>
        <w:br/>
        <w:t>Бог призначив, пане!</w:t>
      </w:r>
    </w:p>
    <w:p>
      <w:r>
        <w:br/>
        <w:t>Відпливають каравели</w:t>
      </w:r>
    </w:p>
    <w:p>
      <w:r>
        <w:br/>
        <w:t>До Венесуели...</w:t>
      </w:r>
    </w:p>
    <w:p>
      <w:r>
        <w:br/>
        <w:t>Ну чого ж ви, славні віршомази,</w:t>
      </w:r>
    </w:p>
    <w:p>
      <w:r>
        <w:br/>
        <w:t>Стали невеселі!?</w:t>
      </w:r>
    </w:p>
    <w:p>
      <w:r>
        <w:br/>
        <w:t>ВІД МАКЦАБІВСЬКОЇ ПОЗИЦІЇ –</w:t>
      </w:r>
    </w:p>
    <w:p>
      <w:r>
        <w:br/>
        <w:t>ДО УНРАДІВСЬКОЇ ОПОЗИЦІЇ</w:t>
      </w:r>
    </w:p>
    <w:p>
      <w:r>
        <w:br/>
        <w:t>Він ліз без мила... (ах, приємно!)</w:t>
      </w:r>
    </w:p>
    <w:p>
      <w:r>
        <w:br/>
        <w:t>І тіг усіх у прірву ту.</w:t>
      </w:r>
    </w:p>
    <w:p>
      <w:r>
        <w:br/>
        <w:t>Він навіть мзду приймав таємно,</w:t>
      </w:r>
    </w:p>
    <w:p>
      <w:r>
        <w:br/>
        <w:t>Щоб видавать свою "Мету",</w:t>
      </w:r>
    </w:p>
    <w:p>
      <w:r>
        <w:br/>
        <w:t>Комбінував, трудивсь, як раб,—</w:t>
      </w:r>
    </w:p>
    <w:p>
      <w:r>
        <w:br/>
        <w:t>Робив для дяді полуКЦАБ.</w:t>
      </w:r>
    </w:p>
    <w:p>
      <w:r>
        <w:br/>
        <w:t>І все завів би до кагли,</w:t>
      </w:r>
    </w:p>
    <w:p>
      <w:r>
        <w:br/>
        <w:t>Та добрі люди не дали.</w:t>
      </w:r>
    </w:p>
    <w:p>
      <w:r>
        <w:br/>
        <w:t>Ой, добрі люди не дали —</w:t>
      </w:r>
    </w:p>
    <w:p>
      <w:r>
        <w:br/>
        <w:t>"Великі плани" поламали,</w:t>
      </w:r>
    </w:p>
    <w:p>
      <w:r>
        <w:br/>
        <w:t>Води на тім'я налили</w:t>
      </w:r>
    </w:p>
    <w:p>
      <w:r>
        <w:br/>
        <w:t>І в хлопця забавки забрали,</w:t>
      </w:r>
    </w:p>
    <w:p>
      <w:r>
        <w:br/>
        <w:t>Зсадили з МКЦАБу*,</w:t>
      </w:r>
    </w:p>
    <w:p>
      <w:r>
        <w:br/>
        <w:t>і тепер —</w:t>
      </w:r>
    </w:p>
    <w:p>
      <w:r>
        <w:br/>
        <w:t>Він став опозиціонер.</w:t>
      </w:r>
    </w:p>
    <w:p>
      <w:r>
        <w:br/>
        <w:t>Усюди він шумить не в міру —</w:t>
      </w:r>
    </w:p>
    <w:p>
      <w:r>
        <w:br/>
        <w:t>Організує недовіру.</w:t>
      </w:r>
    </w:p>
    <w:p>
      <w:r>
        <w:br/>
        <w:t>Бо не дали провадить грою</w:t>
      </w:r>
    </w:p>
    <w:p>
      <w:r>
        <w:br/>
        <w:t>Непередрішенство герою.</w:t>
      </w:r>
    </w:p>
    <w:p>
      <w:r>
        <w:br/>
        <w:t>Сказати просто: злість загризла,</w:t>
      </w:r>
    </w:p>
    <w:p>
      <w:r>
        <w:br/>
        <w:t>Вона ж йому під хвіст полізла.</w:t>
      </w:r>
    </w:p>
    <w:p>
      <w:r>
        <w:br/>
        <w:t>Тепера він всім душу мулить —</w:t>
      </w:r>
    </w:p>
    <w:p>
      <w:r>
        <w:br/>
        <w:t>Свої гріхи він іншим тулить.</w:t>
      </w:r>
    </w:p>
    <w:p>
      <w:r>
        <w:br/>
        <w:t>В АЛЬБОМ ДОРОГОМУ "ЛІДЕРОВІ"</w:t>
      </w:r>
    </w:p>
    <w:p>
      <w:r>
        <w:br/>
        <w:t>1</w:t>
      </w:r>
    </w:p>
    <w:p>
      <w:r>
        <w:br/>
        <w:t>Попер за тридев'ять земель,</w:t>
      </w:r>
    </w:p>
    <w:p>
      <w:r>
        <w:br/>
        <w:t>Щоб показать "Союз земель".</w:t>
      </w:r>
    </w:p>
    <w:p>
      <w:r>
        <w:br/>
        <w:t>Купив "земельку" Дон-Левін,</w:t>
      </w:r>
    </w:p>
    <w:p>
      <w:r>
        <w:br/>
        <w:t>"Союз" купив так само він,</w:t>
      </w:r>
    </w:p>
    <w:p>
      <w:r>
        <w:br/>
        <w:t>Та як розглянувсь — о, страхіття!</w:t>
      </w:r>
    </w:p>
    <w:p>
      <w:r>
        <w:br/>
        <w:t>Землі з мішок, а решта — сміття.</w:t>
      </w:r>
    </w:p>
    <w:p>
      <w:r>
        <w:br/>
        <w:t>Ти пер за тридев'ять земель,</w:t>
      </w:r>
    </w:p>
    <w:p>
      <w:r>
        <w:br/>
        <w:t>Щоб показать "Союз Земель"...</w:t>
      </w:r>
    </w:p>
    <w:p>
      <w:r>
        <w:br/>
        <w:t>Чого ж ти пер? Біда ж тепер!..—</w:t>
      </w:r>
    </w:p>
    <w:p>
      <w:r>
        <w:br/>
        <w:t>З земель тепер пісок попер!</w:t>
      </w:r>
    </w:p>
    <w:p>
      <w:r>
        <w:br/>
        <w:t>У НАС НЕ ТАК, ЯК У НИХ!</w:t>
      </w:r>
    </w:p>
    <w:p>
      <w:r>
        <w:br/>
        <w:t>Йон — утік, Трушкевич — утік,</w:t>
      </w:r>
    </w:p>
    <w:p>
      <w:r>
        <w:br/>
        <w:t>Кампагнек — утік, Вітман — утік,</w:t>
      </w:r>
    </w:p>
    <w:p>
      <w:r>
        <w:br/>
        <w:t>Міністри й посли утекли на той бік, —</w:t>
      </w:r>
    </w:p>
    <w:p>
      <w:r>
        <w:br/>
        <w:t>І кожен прокляв їх</w:t>
      </w:r>
    </w:p>
    <w:p>
      <w:r>
        <w:br/>
        <w:t>за зраду навік!..</w:t>
      </w:r>
    </w:p>
    <w:p>
      <w:r>
        <w:br/>
        <w:t>Тільки у нас — о нене моя! —</w:t>
      </w:r>
    </w:p>
    <w:p>
      <w:r>
        <w:br/>
        <w:t>Тільки у нас —</w:t>
      </w:r>
    </w:p>
    <w:p>
      <w:r>
        <w:br/>
        <w:t>"Вкрадено" Крутія.</w:t>
      </w:r>
    </w:p>
    <w:p>
      <w:r>
        <w:br/>
        <w:t>Чому? Бо була то персона грата?..</w:t>
      </w:r>
    </w:p>
    <w:p>
      <w:r>
        <w:br/>
        <w:t>Господи, прости нам, що брат дурить брата!</w:t>
      </w:r>
    </w:p>
    <w:p>
      <w:r>
        <w:br/>
        <w:t>Нехай нас обійде та слава проклята,</w:t>
      </w:r>
    </w:p>
    <w:p>
      <w:r>
        <w:br/>
        <w:t>Що й ми ніби мали зрадника й ренегата!</w:t>
      </w:r>
    </w:p>
    <w:p>
      <w:r>
        <w:br/>
        <w:t>СОЮЗ "ХРЕСТОНОСЦІВ"</w:t>
      </w:r>
    </w:p>
    <w:p>
      <w:r>
        <w:br/>
        <w:t>"В груповій боротьбі проти революційно-демократичного руху об'єдналися навіть соціалісти з монархістами та з бандерівцями. А деякі навіть проголосили "хрестовий похід".</w:t>
      </w:r>
    </w:p>
    <w:p>
      <w:r>
        <w:br/>
        <w:t>З преси</w:t>
      </w:r>
    </w:p>
    <w:p>
      <w:r>
        <w:br/>
        <w:t>Плющ, Феденко, й Заховайко,</w:t>
      </w:r>
    </w:p>
    <w:p>
      <w:r>
        <w:br/>
        <w:t>І Доленко, і Крутій</w:t>
      </w:r>
    </w:p>
    <w:p>
      <w:r>
        <w:br/>
        <w:t>(Ні, не той, що втік, Крутій,</w:t>
      </w:r>
    </w:p>
    <w:p>
      <w:r>
        <w:br/>
        <w:t>А подібний попихайко!),</w:t>
      </w:r>
    </w:p>
    <w:p>
      <w:r>
        <w:br/>
        <w:t>Ще й десь Бондар-брехунець,</w:t>
      </w:r>
    </w:p>
    <w:p>
      <w:r>
        <w:br/>
        <w:t>Ну, й від справ безбожних спець,—</w:t>
      </w:r>
    </w:p>
    <w:p>
      <w:r>
        <w:br/>
        <w:t>Все мужі, як бачим, славні! —</w:t>
      </w:r>
    </w:p>
    <w:p>
      <w:r>
        <w:br/>
        <w:t>Кожен бондар, кожен туз! —</w:t>
      </w:r>
    </w:p>
    <w:p>
      <w:r>
        <w:br/>
        <w:t>Щоб вершить діла державні,</w:t>
      </w:r>
    </w:p>
    <w:p>
      <w:r>
        <w:br/>
        <w:t>Об'єдналися в союз:</w:t>
      </w:r>
    </w:p>
    <w:p>
      <w:r>
        <w:br/>
        <w:t>Об'єдналися зісподу</w:t>
      </w:r>
    </w:p>
    <w:p>
      <w:r>
        <w:br/>
        <w:t>Для "хрестового походу" —</w:t>
      </w:r>
    </w:p>
    <w:p>
      <w:r>
        <w:br/>
        <w:t>Той з-під Маркса, той з Бандери,</w:t>
      </w:r>
    </w:p>
    <w:p>
      <w:r>
        <w:br/>
        <w:t>Той з крутійства, той з холери,</w:t>
      </w:r>
    </w:p>
    <w:p>
      <w:r>
        <w:br/>
        <w:t>А в цілому ж цей "союз"</w:t>
      </w:r>
    </w:p>
    <w:p>
      <w:r>
        <w:br/>
        <w:t>За спорідненістю д у ш.</w:t>
      </w:r>
    </w:p>
    <w:p>
      <w:r>
        <w:br/>
        <w:t>Бо це хлопці все не прості,</w:t>
      </w:r>
    </w:p>
    <w:p>
      <w:r>
        <w:br/>
        <w:t>Бо це хлопці "хрестоносці",—</w:t>
      </w:r>
    </w:p>
    <w:p>
      <w:r>
        <w:br/>
        <w:t>Від злоби глухі й сліпі,</w:t>
      </w:r>
    </w:p>
    <w:p>
      <w:r>
        <w:br/>
        <w:t>Все розп'яли б на стовпі,</w:t>
      </w:r>
    </w:p>
    <w:p>
      <w:r>
        <w:br/>
        <w:t>Бо така буває вдача —</w:t>
      </w:r>
    </w:p>
    <w:p>
      <w:r>
        <w:br/>
        <w:t>Скорпіонова ледача.</w:t>
      </w:r>
    </w:p>
    <w:p>
      <w:r>
        <w:br/>
        <w:t>Вже заслуга є на конті.</w:t>
      </w:r>
    </w:p>
    <w:p>
      <w:r>
        <w:br/>
        <w:t>Та одна біда в тім фронті:</w:t>
      </w:r>
    </w:p>
    <w:p>
      <w:r>
        <w:br/>
        <w:t>І біда цілком проста —</w:t>
      </w:r>
    </w:p>
    <w:p>
      <w:r>
        <w:br/>
        <w:t>В жерунів нема хреста.</w:t>
      </w:r>
    </w:p>
    <w:p>
      <w:r>
        <w:br/>
        <w:t>Славна "бражка" метушиться,</w:t>
      </w:r>
    </w:p>
    <w:p>
      <w:r>
        <w:br/>
        <w:t>Всіх дивує своїм гроном,</w:t>
      </w:r>
    </w:p>
    <w:p>
      <w:r>
        <w:br/>
        <w:t>Лиш не знає, в чім різниця</w:t>
      </w:r>
    </w:p>
    <w:p>
      <w:r>
        <w:br/>
        <w:t>Між хрестом і макогоном.</w:t>
      </w:r>
    </w:p>
    <w:p>
      <w:r>
        <w:br/>
        <w:t>Слинянин*</w:t>
      </w:r>
    </w:p>
    <w:p>
      <w:r>
        <w:br/>
        <w:t>За добре ім'я "селянин"</w:t>
      </w:r>
    </w:p>
    <w:p>
      <w:r>
        <w:br/>
        <w:t>Заховався слинянин,</w:t>
      </w:r>
    </w:p>
    <w:p>
      <w:r>
        <w:br/>
        <w:t>Це отой совєтський лицар —</w:t>
      </w:r>
    </w:p>
    <w:p>
      <w:r>
        <w:br/>
        <w:t>Безпринципний міщанин,</w:t>
      </w:r>
    </w:p>
    <w:p>
      <w:r>
        <w:br/>
        <w:t>Що служив і ліз без мила,</w:t>
      </w:r>
    </w:p>
    <w:p>
      <w:r>
        <w:br/>
        <w:t>І кадив з свого кадила.</w:t>
      </w:r>
    </w:p>
    <w:p>
      <w:r>
        <w:br/>
        <w:t>Й викорчовувать "напасті"</w:t>
      </w:r>
    </w:p>
    <w:p>
      <w:r>
        <w:br/>
        <w:t>Помагав совєтській власті.</w:t>
      </w:r>
    </w:p>
    <w:p>
      <w:r>
        <w:br/>
        <w:t>З шкіри ліз — громив "троцькістів",</w:t>
      </w:r>
    </w:p>
    <w:p>
      <w:r>
        <w:br/>
        <w:t>Слинив різних "уклоністів",</w:t>
      </w:r>
    </w:p>
    <w:p>
      <w:r>
        <w:br/>
        <w:t>Хвильовистів,</w:t>
      </w:r>
    </w:p>
    <w:p>
      <w:r>
        <w:br/>
        <w:t>Боротьбистів,</w:t>
      </w:r>
    </w:p>
    <w:p>
      <w:r>
        <w:br/>
        <w:t>Різних "націоналістів"</w:t>
      </w:r>
    </w:p>
    <w:p>
      <w:r>
        <w:br/>
        <w:t>І місцевих "шовиністів",—</w:t>
      </w:r>
    </w:p>
    <w:p>
      <w:r>
        <w:br/>
        <w:t>Заробляючи "оклад"</w:t>
      </w:r>
    </w:p>
    <w:p>
      <w:r>
        <w:br/>
        <w:t>За донос і за доклад,</w:t>
      </w:r>
    </w:p>
    <w:p>
      <w:r>
        <w:br/>
        <w:t>Виживать оці "напасті"</w:t>
      </w:r>
    </w:p>
    <w:p>
      <w:r>
        <w:br/>
        <w:t>Помагав совєтській власті.</w:t>
      </w:r>
    </w:p>
    <w:p>
      <w:r>
        <w:br/>
        <w:t>Слинив, пінив, гриз, як гнида,</w:t>
      </w:r>
    </w:p>
    <w:p>
      <w:r>
        <w:br/>
        <w:t>Розкуркулював сусіда...</w:t>
      </w:r>
    </w:p>
    <w:p>
      <w:r>
        <w:br/>
        <w:t>Загубивши хамству міру,</w:t>
      </w:r>
    </w:p>
    <w:p>
      <w:r>
        <w:br/>
        <w:t>Заробляв собі "довіру".</w:t>
      </w:r>
    </w:p>
    <w:p>
      <w:r>
        <w:br/>
        <w:t>І тепер тих звичок, Боже! —</w:t>
      </w:r>
    </w:p>
    <w:p>
      <w:r>
        <w:br/>
        <w:t>Він позбутися не може.</w:t>
      </w:r>
    </w:p>
    <w:p>
      <w:r>
        <w:br/>
        <w:t>Далі пінить і жує,</w:t>
      </w:r>
    </w:p>
    <w:p>
      <w:r>
        <w:br/>
        <w:t>Якщо гроші хтось дає.</w:t>
      </w:r>
    </w:p>
    <w:p>
      <w:r>
        <w:br/>
        <w:t>Це — злоби й безчестя син,</w:t>
      </w:r>
    </w:p>
    <w:p>
      <w:r>
        <w:br/>
        <w:t>Раб нікчемний, слинянин.</w:t>
      </w:r>
    </w:p>
    <w:p>
      <w:r>
        <w:br/>
        <w:t>ВІЧНИЙ ОПОЗИЦІОНЕР</w:t>
      </w:r>
    </w:p>
    <w:p>
      <w:r>
        <w:br/>
        <w:t>В кровопролитній битві за державницькі позиції</w:t>
      </w:r>
    </w:p>
    <w:p>
      <w:r>
        <w:br/>
        <w:t>Прославився аматор опозиції:</w:t>
      </w:r>
    </w:p>
    <w:p>
      <w:r>
        <w:br/>
        <w:t>За чужу жінку в п'яную минуту</w:t>
      </w:r>
    </w:p>
    <w:p>
      <w:r>
        <w:br/>
        <w:t>У бій він кинувся, найвищу взявши нуту,</w:t>
      </w:r>
    </w:p>
    <w:p>
      <w:r>
        <w:br/>
        <w:t>Але — о Боже! — несвідомий чоловік</w:t>
      </w:r>
    </w:p>
    <w:p>
      <w:r>
        <w:br/>
        <w:t>Красу державную потовк йому навік...</w:t>
      </w:r>
    </w:p>
    <w:p>
      <w:r>
        <w:br/>
        <w:t>Жона ж дивилася на бій</w:t>
      </w:r>
    </w:p>
    <w:p>
      <w:r>
        <w:br/>
        <w:t>крізь самолюбства призму</w:t>
      </w:r>
    </w:p>
    <w:p>
      <w:r>
        <w:br/>
        <w:t>І проявити не могла патріотизму.</w:t>
      </w:r>
    </w:p>
    <w:p>
      <w:r>
        <w:br/>
        <w:t>В товариша Крутія</w:t>
      </w:r>
    </w:p>
    <w:p>
      <w:r>
        <w:br/>
        <w:t>Амбіція крутія:</w:t>
      </w:r>
    </w:p>
    <w:p>
      <w:r>
        <w:br/>
        <w:t>"Як не став вождем в екзилі*,</w:t>
      </w:r>
    </w:p>
    <w:p>
      <w:r>
        <w:br/>
        <w:t>До Хрущова піду я!"</w:t>
      </w:r>
    </w:p>
    <w:p>
      <w:r>
        <w:br/>
        <w:t>ГЕРОЙ ОПОЗИЦІЇ НА</w:t>
      </w:r>
    </w:p>
    <w:p>
      <w:r>
        <w:br/>
        <w:t>ДЕРЖАВНИЦЬКІЙ ПОЗИЦІЇ**</w:t>
      </w:r>
    </w:p>
    <w:p>
      <w:r>
        <w:br/>
        <w:t>На цілий Мюнхен слава йде стокрила,</w:t>
      </w:r>
    </w:p>
    <w:p>
      <w:r>
        <w:br/>
        <w:t>Як син прославив батькову могилу:</w:t>
      </w:r>
    </w:p>
    <w:p>
      <w:r>
        <w:br/>
        <w:t>В хмільнім ентузіазмі (сіреч, просто сп'яну)</w:t>
      </w:r>
    </w:p>
    <w:p>
      <w:r>
        <w:br/>
        <w:t>Довів він "легітимність" свого сану —</w:t>
      </w:r>
    </w:p>
    <w:p>
      <w:r>
        <w:br/>
        <w:t>За чужу жінку у чужім покої</w:t>
      </w:r>
    </w:p>
    <w:p>
      <w:r>
        <w:br/>
        <w:t>З державним пафосом він кинувся до бою.</w:t>
      </w:r>
    </w:p>
    <w:p>
      <w:r>
        <w:br/>
        <w:t>І десь на смітнику від мужевої здачі</w:t>
      </w:r>
    </w:p>
    <w:p>
      <w:r>
        <w:br/>
        <w:t>Зоставсь побитий і обкаляний в додачу.</w:t>
      </w:r>
    </w:p>
    <w:p>
      <w:r>
        <w:br/>
        <w:t>Хвала ж тобі, о наш державний муже!</w:t>
      </w:r>
    </w:p>
    <w:p>
      <w:r>
        <w:br/>
        <w:t>Що ти свого отця і нас прославив дуже!</w:t>
      </w:r>
    </w:p>
    <w:p>
      <w:r>
        <w:br/>
        <w:t>***</w:t>
      </w:r>
    </w:p>
    <w:p>
      <w:r>
        <w:br/>
        <w:t>Чого Крутій крутнув у "рай" щосили?***</w:t>
      </w:r>
    </w:p>
    <w:p>
      <w:r>
        <w:br/>
        <w:t>Перепродукція вождів в екзилі!</w:t>
      </w:r>
    </w:p>
    <w:p>
      <w:r>
        <w:br/>
        <w:t>А хто ж на черзі так покине нас?</w:t>
      </w:r>
    </w:p>
    <w:p>
      <w:r>
        <w:br/>
        <w:t>А Бог же його знає! — Т-такий час...</w:t>
      </w:r>
    </w:p>
    <w:p>
      <w:r>
        <w:br/>
        <w:t>Такий, бач, час, що й Етлі (що вже ас!)</w:t>
      </w:r>
    </w:p>
    <w:p>
      <w:r>
        <w:br/>
        <w:t>Носив поклін на ленінський парнас.</w:t>
      </w:r>
    </w:p>
    <w:p>
      <w:r>
        <w:br/>
        <w:t>Він боїться поліцаїв</w:t>
      </w:r>
    </w:p>
    <w:p>
      <w:r>
        <w:br/>
        <w:t>І жахається трамваїв,</w:t>
      </w:r>
    </w:p>
    <w:p>
      <w:r>
        <w:br/>
        <w:t>І чи спить він, а чи йде —</w:t>
      </w:r>
    </w:p>
    <w:p>
      <w:r>
        <w:br/>
        <w:t>Кожну хвилю кари жде.</w:t>
      </w:r>
    </w:p>
    <w:p>
      <w:r>
        <w:br/>
        <w:t>Неминуча кара, кара</w:t>
      </w:r>
    </w:p>
    <w:p>
      <w:r>
        <w:br/>
        <w:t>Всюди ходить, як примара...</w:t>
      </w:r>
    </w:p>
    <w:p>
      <w:r>
        <w:br/>
        <w:t>Не забув його і досі</w:t>
      </w:r>
    </w:p>
    <w:p>
      <w:r>
        <w:br/>
        <w:t>Преподобний Теодосій.</w:t>
      </w:r>
    </w:p>
    <w:p>
      <w:r>
        <w:br/>
        <w:t>Що за сморід там на "ща"?</w:t>
      </w:r>
    </w:p>
    <w:p>
      <w:r>
        <w:br/>
        <w:t>То розплющено плюща.</w:t>
      </w:r>
    </w:p>
    <w:p>
      <w:r>
        <w:br/>
        <w:t>Спокусила дядю слава</w:t>
      </w:r>
    </w:p>
    <w:p>
      <w:r>
        <w:br/>
        <w:t>Галана, бач, Ярослава.</w:t>
      </w:r>
    </w:p>
    <w:p>
      <w:r>
        <w:br/>
        <w:t>НЕВЕЛИЧКА РІЖНИЦЯ</w:t>
      </w:r>
    </w:p>
    <w:p>
      <w:r>
        <w:br/>
        <w:t>"В боротьбі проти політичних супротивників</w:t>
      </w:r>
    </w:p>
    <w:p>
      <w:r>
        <w:br/>
        <w:t>"доленківщина" спекулює іменем Мек Карті".</w:t>
      </w:r>
    </w:p>
    <w:p>
      <w:r>
        <w:br/>
        <w:t>З газет</w:t>
      </w:r>
    </w:p>
    <w:p>
      <w:r>
        <w:br/>
        <w:t>Подивімося ж на карті,</w:t>
      </w:r>
    </w:p>
    <w:p>
      <w:r>
        <w:br/>
        <w:t>Де цей "вождь", а де Мек Карті.</w:t>
      </w:r>
    </w:p>
    <w:p>
      <w:r>
        <w:br/>
        <w:t>"Лідер" каже, що він майже</w:t>
      </w:r>
    </w:p>
    <w:p>
      <w:r>
        <w:br/>
        <w:t>При одній учився парті...</w:t>
      </w:r>
    </w:p>
    <w:p>
      <w:r>
        <w:br/>
        <w:t>Все можливе.</w:t>
      </w:r>
    </w:p>
    <w:p>
      <w:r>
        <w:br/>
        <w:t>Тільки ж вийшло:</w:t>
      </w:r>
    </w:p>
    <w:p>
      <w:r>
        <w:br/>
        <w:t>Це — "стукач", а то — Мек Карті.</w:t>
      </w:r>
    </w:p>
    <w:p>
      <w:r>
        <w:br/>
        <w:t>"Лідер" стукає й клепає,</w:t>
      </w:r>
    </w:p>
    <w:p>
      <w:r>
        <w:br/>
        <w:t>А Мек Карті й не читає.</w:t>
      </w:r>
    </w:p>
    <w:p>
      <w:r>
        <w:br/>
        <w:t>Пане! Тут брехня не йде!</w:t>
      </w:r>
    </w:p>
    <w:p>
      <w:r>
        <w:br/>
        <w:t>Це не в царстві МВД.</w:t>
      </w:r>
    </w:p>
    <w:p>
      <w:r>
        <w:br/>
        <w:t>ПОЛІТИЧНИЙ БАЛАГАН,</w:t>
      </w:r>
    </w:p>
    <w:p>
      <w:r>
        <w:br/>
        <w:t>або ЩЕ ОДИН КОМУНІСТ</w:t>
      </w:r>
    </w:p>
    <w:p>
      <w:r>
        <w:br/>
        <w:t>(Матеріал для доносу відомих панів)</w:t>
      </w:r>
    </w:p>
    <w:p>
      <w:r>
        <w:br/>
        <w:t>Візантійський імператор</w:t>
      </w:r>
    </w:p>
    <w:p>
      <w:r>
        <w:br/>
        <w:t>Костянтин Багрянородний</w:t>
      </w:r>
    </w:p>
    <w:p>
      <w:r>
        <w:br/>
        <w:t>Був великий конспіратор —</w:t>
      </w:r>
    </w:p>
    <w:p>
      <w:r>
        <w:br/>
        <w:t>Комуніст він був природний,</w:t>
      </w:r>
    </w:p>
    <w:p>
      <w:r>
        <w:br/>
        <w:t>Бо чому такий кривавий,</w:t>
      </w:r>
    </w:p>
    <w:p>
      <w:r>
        <w:br/>
        <w:t>Ну, чому Багрянородний?!</w:t>
      </w:r>
    </w:p>
    <w:p>
      <w:r>
        <w:br/>
        <w:t>То ж бо й є! Це — комуніст,</w:t>
      </w:r>
    </w:p>
    <w:p>
      <w:r>
        <w:br/>
        <w:t>І загірний хвильовист,</w:t>
      </w:r>
    </w:p>
    <w:p>
      <w:r>
        <w:br/>
        <w:t>І старий уердепівець,</w:t>
      </w:r>
    </w:p>
    <w:p>
      <w:r>
        <w:br/>
        <w:t>А в цілому — багрянівець.</w:t>
      </w:r>
    </w:p>
    <w:p>
      <w:r>
        <w:br/>
        <w:t>Занотуймо все на карті</w:t>
      </w:r>
    </w:p>
    <w:p>
      <w:r>
        <w:br/>
        <w:t>І пошлімо до Мек Карті!</w:t>
      </w:r>
    </w:p>
    <w:p>
      <w:r>
        <w:br/>
        <w:t>МЕДИТАЦІЯ НАД ОБКРАДЕНИМ</w:t>
      </w:r>
    </w:p>
    <w:p>
      <w:r>
        <w:br/>
        <w:t>САРКОФАГОМ ЯРОСЛАВА МУДРОГО</w:t>
      </w:r>
    </w:p>
    <w:p>
      <w:r>
        <w:br/>
        <w:t>"Кості Ярослава Мудрого привласнили</w:t>
      </w:r>
    </w:p>
    <w:p>
      <w:r>
        <w:br/>
        <w:t>приватні люди і завезли аж до Канади".</w:t>
      </w:r>
    </w:p>
    <w:p>
      <w:r>
        <w:br/>
        <w:t>З газет</w:t>
      </w:r>
    </w:p>
    <w:p>
      <w:r>
        <w:br/>
        <w:t>Дев'ять віків</w:t>
      </w:r>
    </w:p>
    <w:p>
      <w:r>
        <w:br/>
        <w:t>часу ріка,</w:t>
      </w:r>
    </w:p>
    <w:p>
      <w:r>
        <w:br/>
        <w:t>Батий, і Ленін, і ЧеКа,</w:t>
      </w:r>
    </w:p>
    <w:p>
      <w:r>
        <w:br/>
        <w:t>І юд, і зрадників орава —</w:t>
      </w:r>
    </w:p>
    <w:p>
      <w:r>
        <w:br/>
        <w:t>Не зачепили Ярослава.</w:t>
      </w:r>
    </w:p>
    <w:p>
      <w:r>
        <w:br/>
        <w:t>Ніхто й не зачепив би зроду,</w:t>
      </w:r>
    </w:p>
    <w:p>
      <w:r>
        <w:br/>
        <w:t>Бо це — реліквія народу.</w:t>
      </w:r>
    </w:p>
    <w:p>
      <w:r>
        <w:br/>
        <w:t>Та, крім ЧеКа й Іскаріота,</w:t>
      </w:r>
    </w:p>
    <w:p>
      <w:r>
        <w:br/>
        <w:t>Бог сотворив ще "патріота".</w:t>
      </w:r>
    </w:p>
    <w:p>
      <w:r>
        <w:br/>
        <w:t>І от... О темпоре, о морес!</w:t>
      </w:r>
    </w:p>
    <w:p>
      <w:r>
        <w:br/>
        <w:t>О "патріоте", наше горе!</w:t>
      </w:r>
    </w:p>
    <w:p>
      <w:r>
        <w:br/>
        <w:t>Він пуп землі, "народ" і "право",-</w:t>
      </w:r>
    </w:p>
    <w:p>
      <w:r>
        <w:br/>
        <w:t>Втікаючи у світ за Збруч,</w:t>
      </w:r>
    </w:p>
    <w:p>
      <w:r>
        <w:br/>
        <w:t>У торбу до своїх онуч</w:t>
      </w:r>
    </w:p>
    <w:p>
      <w:r>
        <w:br/>
        <w:t>Забрав він кості Ярослава.</w:t>
      </w:r>
    </w:p>
    <w:p>
      <w:r>
        <w:br/>
        <w:t>1 запроторив (чого ради!)</w:t>
      </w:r>
    </w:p>
    <w:p>
      <w:r>
        <w:br/>
        <w:t>Аж на край світу, до Канади!</w:t>
      </w:r>
    </w:p>
    <w:p>
      <w:r>
        <w:br/>
        <w:t>Зате, як чорний ворон крук,</w:t>
      </w:r>
    </w:p>
    <w:p>
      <w:r>
        <w:br/>
        <w:t>Десь на смітник а чи на брук.</w:t>
      </w:r>
    </w:p>
    <w:p>
      <w:r>
        <w:br/>
        <w:t>І от тепер — шукайте броду,</w:t>
      </w:r>
    </w:p>
    <w:p>
      <w:r>
        <w:br/>
        <w:t>Де та реліквія народу!</w:t>
      </w:r>
    </w:p>
    <w:p>
      <w:r>
        <w:br/>
        <w:t>Хіба що крикнемо в журбі:</w:t>
      </w:r>
    </w:p>
    <w:p>
      <w:r>
        <w:br/>
        <w:t>"Великим патріотам слава,</w:t>
      </w:r>
    </w:p>
    <w:p>
      <w:r>
        <w:br/>
        <w:t>Що в спекулянтській боротьбі</w:t>
      </w:r>
    </w:p>
    <w:p>
      <w:r>
        <w:br/>
        <w:t>Й кістки привласнили собі,—</w:t>
      </w:r>
    </w:p>
    <w:p>
      <w:r>
        <w:br/>
        <w:t>Перемудрили Ярослава!"</w:t>
      </w:r>
    </w:p>
    <w:p>
      <w:r>
        <w:br/>
        <w:t>ГЕРОЙ НАШОГО ЧАСУ</w:t>
      </w:r>
    </w:p>
    <w:p>
      <w:r>
        <w:br/>
        <w:t>Закликає Бога в цапа.</w:t>
      </w:r>
    </w:p>
    <w:p>
      <w:r>
        <w:br/>
        <w:t>Бережіться мене всі!</w:t>
      </w:r>
    </w:p>
    <w:p>
      <w:r>
        <w:br/>
        <w:t>Я доносив до гестапо,</w:t>
      </w:r>
    </w:p>
    <w:p>
      <w:r>
        <w:br/>
        <w:t>А тепер до Сі-ай-Сі.</w:t>
      </w:r>
    </w:p>
    <w:p>
      <w:r>
        <w:br/>
        <w:t>А як інший хто попросить,</w:t>
      </w:r>
    </w:p>
    <w:p>
      <w:r>
        <w:br/>
        <w:t>Буду я й туди доносить,</w:t>
      </w:r>
    </w:p>
    <w:p>
      <w:r>
        <w:br/>
        <w:t>Якщо... капатиме досить.</w:t>
      </w:r>
    </w:p>
    <w:p>
      <w:r>
        <w:br/>
        <w:t>Так що, братці: "Уг-га-га!</w:t>
      </w:r>
    </w:p>
    <w:p>
      <w:r>
        <w:br/>
        <w:t>Ми ідемо на врага!" —</w:t>
      </w:r>
    </w:p>
    <w:p>
      <w:r>
        <w:br/>
        <w:t>В Сі-ай-Сі за пирога</w:t>
      </w:r>
    </w:p>
    <w:p>
      <w:r>
        <w:br/>
        <w:t>Віддаю геть все й ридаю,</w:t>
      </w:r>
    </w:p>
    <w:p>
      <w:r>
        <w:br/>
        <w:t>Осьмадею!</w:t>
      </w:r>
    </w:p>
    <w:p>
      <w:r>
        <w:br/>
        <w:t>Бо страждаю, бо страждаю</w:t>
      </w:r>
    </w:p>
    <w:p>
      <w:r>
        <w:br/>
        <w:t>За ідею.</w:t>
      </w:r>
    </w:p>
    <w:p>
      <w:r>
        <w:br/>
        <w:t>Всі кленуть, немов скотину.</w:t>
      </w:r>
    </w:p>
    <w:p>
      <w:r>
        <w:br/>
        <w:t>Я ж — "будую Україну"!</w:t>
      </w:r>
    </w:p>
    <w:p>
      <w:r>
        <w:br/>
        <w:t>Я вас пізнав, герой в бою,</w:t>
      </w:r>
    </w:p>
    <w:p>
      <w:r>
        <w:br/>
        <w:t>Не прирівняю ні до кого.</w:t>
      </w:r>
    </w:p>
    <w:p>
      <w:r>
        <w:br/>
        <w:t>І орден "Дмитрія Донського"</w:t>
      </w:r>
    </w:p>
    <w:p>
      <w:r>
        <w:br/>
        <w:t>Я вам без слова видаю!</w:t>
      </w:r>
    </w:p>
    <w:p>
      <w:r>
        <w:br/>
        <w:t>Беріть його,</w:t>
      </w:r>
    </w:p>
    <w:p>
      <w:r>
        <w:br/>
        <w:t>беріть, беріть —</w:t>
      </w:r>
    </w:p>
    <w:p>
      <w:r>
        <w:br/>
        <w:t>Це за діла "во врем'я оно" —</w:t>
      </w:r>
    </w:p>
    <w:p>
      <w:r>
        <w:br/>
        <w:t>Й на всіх розпуттях говоріть,</w:t>
      </w:r>
    </w:p>
    <w:p>
      <w:r>
        <w:br/>
        <w:t>Чому не орден "Скорпіона".</w:t>
      </w:r>
    </w:p>
    <w:p>
      <w:r>
        <w:br/>
        <w:t>Тому що:</w:t>
      </w:r>
    </w:p>
    <w:p>
      <w:r>
        <w:br/>
        <w:t>Ви ж "герой в бою",—</w:t>
      </w:r>
    </w:p>
    <w:p>
      <w:r>
        <w:br/>
        <w:t>Я по доносах впізнаю!</w:t>
      </w:r>
    </w:p>
    <w:p>
      <w:r>
        <w:br/>
        <w:t>Тому для вас — борця такого –</w:t>
      </w:r>
    </w:p>
    <w:p>
      <w:r>
        <w:br/>
        <w:t>Цей орден</w:t>
      </w:r>
    </w:p>
    <w:p>
      <w:r>
        <w:br/>
        <w:t>"Дмитрія Донського".</w:t>
      </w:r>
    </w:p>
    <w:p>
      <w:r>
        <w:br/>
        <w:t>Ні, ні, не воїна того,</w:t>
      </w:r>
    </w:p>
    <w:p>
      <w:r>
        <w:br/>
        <w:t>А хама — вчителя твого.</w:t>
      </w:r>
    </w:p>
    <w:p>
      <w:r>
        <w:br/>
        <w:t>"МУЖИЦЬКИЙ" КУКЛУКСКЛАН</w:t>
      </w:r>
    </w:p>
    <w:p>
      <w:r>
        <w:br/>
        <w:t>Запишайко й Завивайко,</w:t>
      </w:r>
    </w:p>
    <w:p>
      <w:r>
        <w:br/>
        <w:t>Замотайко й Заховайко,</w:t>
      </w:r>
    </w:p>
    <w:p>
      <w:r>
        <w:br/>
        <w:t>Заплювайко й Заригайко,</w:t>
      </w:r>
    </w:p>
    <w:p>
      <w:r>
        <w:br/>
        <w:t>Бігомор і Моше-здир,—</w:t>
      </w:r>
    </w:p>
    <w:p>
      <w:r>
        <w:br/>
        <w:t>А попереду — Давайко,</w:t>
      </w:r>
    </w:p>
    <w:p>
      <w:r>
        <w:br/>
        <w:t>Славний "лідер" — підривайко,</w:t>
      </w:r>
    </w:p>
    <w:p>
      <w:r>
        <w:br/>
        <w:t>Заховайський бригадир.</w:t>
      </w:r>
    </w:p>
    <w:p>
      <w:r>
        <w:br/>
        <w:t>На вавілонських ріках, на горі крутій</w:t>
      </w:r>
    </w:p>
    <w:p>
      <w:r>
        <w:br/>
        <w:t>Ридаєм ми: "Покинув нас Крутій!"</w:t>
      </w:r>
    </w:p>
    <w:p>
      <w:r>
        <w:br/>
        <w:t>Відчаю повінь, море сліз тече:</w:t>
      </w:r>
    </w:p>
    <w:p>
      <w:r>
        <w:br/>
        <w:t>"Що зробимо, як і Ф-ф-вертій втече?!"</w:t>
      </w:r>
    </w:p>
    <w:p>
      <w:r>
        <w:br/>
        <w:t>Старий холуй при "Новом мірє"</w:t>
      </w:r>
    </w:p>
    <w:p>
      <w:r>
        <w:br/>
        <w:t>Біля смашного пирога,</w:t>
      </w:r>
    </w:p>
    <w:p>
      <w:r>
        <w:br/>
        <w:t>Не подавіться,—</w:t>
      </w:r>
    </w:p>
    <w:p>
      <w:r>
        <w:br/>
        <w:t>Кочерга.*</w:t>
      </w:r>
    </w:p>
    <w:p>
      <w:r>
        <w:br/>
        <w:t>Чого Крутій крутнув у "рай" щосили?</w:t>
      </w:r>
    </w:p>
    <w:p>
      <w:r>
        <w:br/>
        <w:t>Перепродукція вождів в екзилі!</w:t>
      </w:r>
    </w:p>
    <w:p>
      <w:r>
        <w:br/>
        <w:t>А хто ж на черзі так покине нас?</w:t>
      </w:r>
    </w:p>
    <w:p>
      <w:r>
        <w:br/>
        <w:t>Можливо,</w:t>
      </w:r>
    </w:p>
    <w:p>
      <w:r>
        <w:br/>
        <w:t>друг його і також вождь без мас.</w:t>
      </w:r>
    </w:p>
    <w:p>
      <w:r>
        <w:br/>
        <w:t>ЕДИТАЦІЯ НАД СПРОБАМИ</w:t>
      </w:r>
    </w:p>
    <w:p>
      <w:r>
        <w:br/>
        <w:t>ЗРОБИТИ КРИЗУ В ВО**</w:t>
      </w:r>
    </w:p>
    <w:p>
      <w:r>
        <w:br/>
        <w:t>Як прикро, як прикро читати,</w:t>
      </w:r>
    </w:p>
    <w:p>
      <w:r>
        <w:br/>
        <w:t>Що син не вродився у Тата!</w:t>
      </w:r>
    </w:p>
    <w:p>
      <w:r>
        <w:br/>
        <w:t>Що Тато в житті величав,</w:t>
      </w:r>
    </w:p>
    <w:p>
      <w:r>
        <w:br/>
        <w:t>Синочок ламати почав!</w:t>
      </w:r>
    </w:p>
    <w:p>
      <w:r>
        <w:br/>
        <w:t>Від цього Крутія до того Крутія</w:t>
      </w:r>
    </w:p>
    <w:p>
      <w:r>
        <w:br/>
        <w:t>Дистанції на бачу я.</w:t>
      </w:r>
    </w:p>
    <w:p>
      <w:r>
        <w:br/>
        <w:t>Але й від того пішака до цього аса.</w:t>
      </w:r>
    </w:p>
    <w:p>
      <w:r>
        <w:br/>
        <w:t>Пробачте,</w:t>
      </w:r>
    </w:p>
    <w:p>
      <w:r>
        <w:br/>
        <w:t>пробачте,</w:t>
      </w:r>
    </w:p>
    <w:p>
      <w:r>
        <w:br/>
        <w:t>пробачте,</w:t>
      </w:r>
    </w:p>
    <w:p>
      <w:r>
        <w:br/>
        <w:t>Це ж не ас, а "Маса!"</w:t>
      </w:r>
    </w:p>
    <w:p>
      <w:r>
        <w:br/>
        <w:t>Крутив Крутій, вертів Крутій,</w:t>
      </w:r>
    </w:p>
    <w:p>
      <w:r>
        <w:br/>
        <w:t>Ішов по стежечці крутій.</w:t>
      </w:r>
    </w:p>
    <w:p>
      <w:r>
        <w:br/>
        <w:t>Не визнають вождем ніде!</w:t>
      </w:r>
    </w:p>
    <w:p>
      <w:r>
        <w:br/>
        <w:t>Пішов по славу в МВД.</w:t>
      </w:r>
    </w:p>
    <w:p>
      <w:r>
        <w:br/>
        <w:t>Від Йосипа до Панаса,</w:t>
      </w:r>
    </w:p>
    <w:p>
      <w:r>
        <w:br/>
        <w:t>Як від Короля до аса.</w:t>
      </w:r>
    </w:p>
    <w:p>
      <w:r>
        <w:br/>
        <w:t>Але від цього Крутія до того Крутія</w:t>
      </w:r>
    </w:p>
    <w:p>
      <w:r>
        <w:br/>
        <w:t>Дистанції не бачу я.</w:t>
      </w:r>
    </w:p>
    <w:p>
      <w:r>
        <w:br/>
        <w:t>АПЕЛЬ АНТОНА*</w:t>
      </w:r>
    </w:p>
    <w:p>
      <w:r>
        <w:br/>
        <w:t>Щоби не сміли друзі й я</w:t>
      </w:r>
    </w:p>
    <w:p>
      <w:r>
        <w:br/>
        <w:t>Чіпати Крутія,</w:t>
      </w:r>
    </w:p>
    <w:p>
      <w:r>
        <w:br/>
        <w:t>Крутійський друг крутій Панас</w:t>
      </w:r>
    </w:p>
    <w:p>
      <w:r>
        <w:br/>
        <w:t>Подав у суд на нас.</w:t>
      </w:r>
    </w:p>
    <w:p>
      <w:r>
        <w:br/>
        <w:t>І от тепера, що робить,</w:t>
      </w:r>
    </w:p>
    <w:p>
      <w:r>
        <w:br/>
        <w:t>Не знаю, братці, я,—</w:t>
      </w:r>
    </w:p>
    <w:p>
      <w:r>
        <w:br/>
        <w:t>Чи вести розповідь, а чи</w:t>
      </w:r>
    </w:p>
    <w:p>
      <w:r>
        <w:br/>
        <w:t>Злякатись крутія.</w:t>
      </w:r>
    </w:p>
    <w:p>
      <w:r>
        <w:br/>
        <w:t>Чекаю вашого суда.</w:t>
      </w:r>
    </w:p>
    <w:p>
      <w:r>
        <w:br/>
        <w:t>З пошаною —</w:t>
      </w:r>
    </w:p>
    <w:p>
      <w:r>
        <w:br/>
        <w:t>Антон Біда.</w:t>
      </w:r>
    </w:p>
    <w:p>
      <w:r>
        <w:br/>
        <w:t>Липень, 1955</w:t>
      </w:r>
    </w:p>
    <w:p>
      <w:r>
        <w:br/>
        <w:t>ГІМН УРСР</w:t>
      </w:r>
    </w:p>
    <w:p>
      <w:r>
        <w:br/>
        <w:t>(Текст Павла Тичини, Миколи Бажана та Івана Багряного)</w:t>
      </w:r>
    </w:p>
    <w:p>
      <w:r>
        <w:br/>
        <w:t>Живи, Україно! Живи, непоборна!</w:t>
      </w:r>
    </w:p>
    <w:p>
      <w:r>
        <w:br/>
        <w:t>Змагайся, уярмлена в "братнім" "раю"!</w:t>
      </w:r>
    </w:p>
    <w:p>
      <w:r>
        <w:br/>
        <w:t>Тепер ти велика і в муках соборна,—</w:t>
      </w:r>
    </w:p>
    <w:p>
      <w:r>
        <w:br/>
        <w:t>Здобудь же свободу в жорстокім бою!</w:t>
      </w:r>
    </w:p>
    <w:p>
      <w:r>
        <w:br/>
        <w:t>Приспів:</w:t>
      </w:r>
    </w:p>
    <w:p>
      <w:r>
        <w:br/>
        <w:t>Слава відважним, незломленим слава!</w:t>
      </w:r>
    </w:p>
    <w:p>
      <w:r>
        <w:br/>
        <w:t>Горе напасникам, сльози катам!</w:t>
      </w:r>
    </w:p>
    <w:p>
      <w:r>
        <w:br/>
        <w:t>Гряде Україна — Велика Держава,</w:t>
      </w:r>
    </w:p>
    <w:p>
      <w:r>
        <w:br/>
        <w:t>На страх Джугашвілі й подібним</w:t>
      </w:r>
    </w:p>
    <w:p>
      <w:r>
        <w:br/>
        <w:t>"братам"!</w:t>
      </w:r>
    </w:p>
    <w:p>
      <w:r>
        <w:br/>
        <w:t>Нам завжди у битвах за долю народу</w:t>
      </w:r>
    </w:p>
    <w:p>
      <w:r>
        <w:br/>
        <w:t>Був братом усякий, хто братом тим був!</w:t>
      </w:r>
    </w:p>
    <w:p>
      <w:r>
        <w:br/>
        <w:t>А Ленін "великий" украв нам свободу,</w:t>
      </w:r>
    </w:p>
    <w:p>
      <w:r>
        <w:br/>
        <w:t>А Сталін поетів в рабів обернув.</w:t>
      </w:r>
    </w:p>
    <w:p>
      <w:r>
        <w:br/>
        <w:t>Розіб'єм усі ми ворожі навали</w:t>
      </w:r>
    </w:p>
    <w:p>
      <w:r>
        <w:br/>
        <w:t>Народного гніву священним мечем,</w:t>
      </w:r>
    </w:p>
    <w:p>
      <w:r>
        <w:br/>
        <w:t>Щоб наші поети страждать перестали,</w:t>
      </w:r>
    </w:p>
    <w:p>
      <w:r>
        <w:br/>
        <w:t>Щоб з нами співали, примкнувши плечем:</w:t>
      </w:r>
    </w:p>
    <w:p>
      <w:r>
        <w:br/>
        <w:t>Вставай, Україно! Вставай, непоборна!</w:t>
      </w:r>
    </w:p>
    <w:p>
      <w:r>
        <w:br/>
        <w:t>Зривай геть кайдани, надіті в "раю"!</w:t>
      </w:r>
    </w:p>
    <w:p>
      <w:r>
        <w:br/>
        <w:t>У горі єдина, у муках соборна! —</w:t>
      </w:r>
    </w:p>
    <w:p>
      <w:r>
        <w:br/>
        <w:t>Здобудем свободу в жорстокім бою!</w:t>
      </w:r>
    </w:p>
    <w:p>
      <w:r>
        <w:br/>
        <w:t>Приспів:</w:t>
      </w:r>
    </w:p>
    <w:p>
      <w:r>
        <w:br/>
        <w:t>Слава відважним, незломленим слава!</w:t>
      </w:r>
    </w:p>
    <w:p>
      <w:r>
        <w:br/>
        <w:t>Слава робучим і вірним синам!</w:t>
      </w:r>
    </w:p>
    <w:p>
      <w:r>
        <w:br/>
        <w:t>Гряде Україна — Велика Держава!.,</w:t>
      </w:r>
    </w:p>
    <w:p>
      <w:r>
        <w:br/>
        <w:t>(останній рядок залишаємо, в надії,</w:t>
      </w:r>
    </w:p>
    <w:p>
      <w:r>
        <w:br/>
        <w:t>що його колись гідно допише сам</w:t>
      </w:r>
    </w:p>
    <w:p>
      <w:r>
        <w:br/>
        <w:t>Павло Тичина, автор "Сонячних Кларнетів").</w:t>
      </w:r>
    </w:p>
    <w:p>
      <w:r>
        <w:br/>
        <w:t>ПРИМІТКА ІВАНА БАГРЯНОГО:</w:t>
      </w:r>
    </w:p>
    <w:p>
      <w:r>
        <w:br/>
        <w:t>Ось так ми й написали Гімн втрьох. Наш варіант гимну вийшов на одну строфу довший, але ми конче пропонуємо її увазі двох попередніх авторів, що не мають свободи слова і що вічно загрожені перспективою помандрувати "велично" на Колиму.</w:t>
      </w:r>
    </w:p>
    <w:p>
      <w:r>
        <w:br/>
        <w:t>МИКОЛІ БАЖАНОВІ</w:t>
      </w:r>
    </w:p>
    <w:p>
      <w:r>
        <w:br/>
        <w:t>(памфлет-пародія)</w:t>
      </w:r>
    </w:p>
    <w:p>
      <w:r>
        <w:br/>
        <w:t>Моя многомовна земля,</w:t>
      </w:r>
    </w:p>
    <w:p>
      <w:r>
        <w:br/>
        <w:t>Я чую, як ти встаєш.</w:t>
      </w:r>
    </w:p>
    <w:p>
      <w:r>
        <w:br/>
        <w:t>Я чую, як ти ідеш,</w:t>
      </w:r>
    </w:p>
    <w:p>
      <w:r>
        <w:br/>
        <w:t>Я чую, проходиш ти.</w:t>
      </w:r>
    </w:p>
    <w:p>
      <w:r>
        <w:br/>
        <w:t>Для моря твоїх людей</w:t>
      </w:r>
    </w:p>
    <w:p>
      <w:r>
        <w:br/>
        <w:t>Вже мало старих узбереж,</w:t>
      </w:r>
    </w:p>
    <w:p>
      <w:r>
        <w:br/>
        <w:t>Для росту твоїх людей</w:t>
      </w:r>
    </w:p>
    <w:p>
      <w:r>
        <w:br/>
        <w:t>Вже мало тобі висоти...</w:t>
      </w:r>
    </w:p>
    <w:p>
      <w:r>
        <w:br/>
        <w:t>т. д.</w:t>
      </w:r>
    </w:p>
    <w:p>
      <w:r>
        <w:br/>
        <w:t>М. Бажан</w:t>
      </w:r>
    </w:p>
    <w:p>
      <w:r>
        <w:br/>
        <w:t>Я чую, як ти встаєш,</w:t>
      </w:r>
    </w:p>
    <w:p>
      <w:r>
        <w:br/>
        <w:t>Я чую, як ти ідеш,</w:t>
      </w:r>
    </w:p>
    <w:p>
      <w:r>
        <w:br/>
        <w:t>Я чую, як ти дріжиш,</w:t>
      </w:r>
    </w:p>
    <w:p>
      <w:r>
        <w:br/>
        <w:t>Як з орденом ти стоїш</w:t>
      </w:r>
    </w:p>
    <w:p>
      <w:r>
        <w:br/>
        <w:t>І, втративши спокій і сон,</w:t>
      </w:r>
    </w:p>
    <w:p>
      <w:r>
        <w:br/>
        <w:t>Щось там говориш в ОЗОН.</w:t>
      </w:r>
    </w:p>
    <w:p>
      <w:r>
        <w:br/>
        <w:t>І дивно, і страшно мені:</w:t>
      </w:r>
    </w:p>
    <w:p>
      <w:r>
        <w:br/>
        <w:t>Для зливи твоєї брехні</w:t>
      </w:r>
    </w:p>
    <w:p>
      <w:r>
        <w:br/>
        <w:t>Вже мало тобі узбереж</w:t>
      </w:r>
    </w:p>
    <w:p>
      <w:r>
        <w:br/>
        <w:t>І мало тобі висоти.</w:t>
      </w:r>
    </w:p>
    <w:p>
      <w:r>
        <w:br/>
        <w:t>Про нас ти там горло дереш</w:t>
      </w:r>
    </w:p>
    <w:p>
      <w:r>
        <w:br/>
        <w:t>І я вже не знаю — хто ж ти?</w:t>
      </w:r>
    </w:p>
    <w:p>
      <w:r>
        <w:br/>
        <w:t>Чи то ти вже "сам собі пан"?</w:t>
      </w:r>
    </w:p>
    <w:p>
      <w:r>
        <w:br/>
        <w:t>Чи то ти вже Бєдний Дем'ян?</w:t>
      </w:r>
    </w:p>
    <w:p>
      <w:r>
        <w:br/>
        <w:t>Чи то ти уже Сулейман?</w:t>
      </w:r>
    </w:p>
    <w:p>
      <w:r>
        <w:br/>
        <w:t>Чи ти Кочубей чи Гапон?</w:t>
      </w:r>
    </w:p>
    <w:p>
      <w:r>
        <w:br/>
        <w:t>Чи царський опричник в ОЗОН?</w:t>
      </w:r>
    </w:p>
    <w:p>
      <w:r>
        <w:br/>
        <w:t>Скажи мені — хто ж ти, о гер?!</w:t>
      </w:r>
    </w:p>
    <w:p>
      <w:r>
        <w:br/>
        <w:t>Бо вже не Бажан ти тепер.</w:t>
      </w:r>
    </w:p>
    <w:p>
      <w:r>
        <w:br/>
        <w:t>І чую я відгук з ОЗОН:</w:t>
      </w:r>
    </w:p>
    <w:p>
      <w:r>
        <w:br/>
        <w:t>"Хто я?.. Я тепер все разом: Нарком,</w:t>
      </w:r>
    </w:p>
    <w:p>
      <w:r>
        <w:br/>
        <w:t>Кочубей і Гапон, Гармонь,</w:t>
      </w:r>
    </w:p>
    <w:p>
      <w:r>
        <w:br/>
        <w:t>Балабайка й Пістон,</w:t>
      </w:r>
    </w:p>
    <w:p>
      <w:r>
        <w:br/>
        <w:t>Цар-пушка і Цар-барабан,</w:t>
      </w:r>
    </w:p>
    <w:p>
      <w:r>
        <w:br/>
        <w:t>Придворний "шутнік" і "болван",</w:t>
      </w:r>
    </w:p>
    <w:p>
      <w:r>
        <w:br/>
        <w:t>В цілому ж — совєтський Боян —</w:t>
      </w:r>
    </w:p>
    <w:p>
      <w:r>
        <w:br/>
        <w:t>Дем'яно-Сулеймо-Бажан".</w:t>
      </w:r>
    </w:p>
    <w:p>
      <w:r>
        <w:br/>
        <w:t>З вересня 1946 р.</w:t>
      </w:r>
    </w:p>
    <w:p>
      <w:r>
        <w:br/>
        <w:t>НА ОЛЕКСАНДРА КОПИЛЕНКА</w:t>
      </w:r>
    </w:p>
    <w:p>
      <w:r>
        <w:br/>
        <w:t>Він романовини писав,</w:t>
      </w:r>
    </w:p>
    <w:p>
      <w:r>
        <w:br/>
        <w:t>Як от, скажім,</w:t>
      </w:r>
    </w:p>
    <w:p>
      <w:r>
        <w:br/>
        <w:t>"Народжується місто".</w:t>
      </w:r>
    </w:p>
    <w:p>
      <w:r>
        <w:br/>
        <w:t>Потому корифеєм став,</w:t>
      </w:r>
    </w:p>
    <w:p>
      <w:r>
        <w:br/>
        <w:t>Хоч сам, як був, так і лишивсь</w:t>
      </w:r>
    </w:p>
    <w:p>
      <w:r>
        <w:br/>
        <w:t>без змісту.</w:t>
      </w:r>
    </w:p>
    <w:p>
      <w:r>
        <w:br/>
        <w:t>Він пнувся щонайменше на Золя,</w:t>
      </w:r>
    </w:p>
    <w:p>
      <w:r>
        <w:br/>
        <w:t>Як жаба на вола.</w:t>
      </w:r>
    </w:p>
    <w:p>
      <w:r>
        <w:br/>
        <w:t>Агов, маестро! Де ж ти?</w:t>
      </w:r>
    </w:p>
    <w:p>
      <w:r>
        <w:br/>
        <w:t>НА ЮРІЯ ШЕРЕХА (ШЕВЕЛЬОВА)</w:t>
      </w:r>
    </w:p>
    <w:p>
      <w:r>
        <w:br/>
        <w:t>Плачте, веселі,</w:t>
      </w:r>
    </w:p>
    <w:p>
      <w:r>
        <w:br/>
        <w:t>Смійтесь, похмурі,—</w:t>
      </w:r>
    </w:p>
    <w:p>
      <w:r>
        <w:br/>
        <w:t>Стряслося лихо в літературі:</w:t>
      </w:r>
    </w:p>
    <w:p>
      <w:r>
        <w:br/>
        <w:t>Шерех упився,—</w:t>
      </w:r>
    </w:p>
    <w:p>
      <w:r>
        <w:br/>
        <w:t>Вертеп на МУРі*.</w:t>
      </w:r>
    </w:p>
    <w:p>
      <w:r>
        <w:br/>
        <w:t>ЕКСПРОМТ НА ВАСИЛЯ ЧАПЛЕНКА</w:t>
      </w:r>
    </w:p>
    <w:p>
      <w:r>
        <w:br/>
        <w:t>Писайло — Критик — і Читайло:</w:t>
      </w:r>
    </w:p>
    <w:p>
      <w:r>
        <w:br/>
        <w:t>"В.С." —"Чапленко" і "Світайло"</w:t>
      </w:r>
    </w:p>
    <w:p>
      <w:r>
        <w:br/>
        <w:t>Одної мами три сини —</w:t>
      </w:r>
    </w:p>
    <w:p>
      <w:r>
        <w:br/>
        <w:t>Улізли втрьох в одні штани,</w:t>
      </w:r>
    </w:p>
    <w:p>
      <w:r>
        <w:br/>
        <w:t>Чорнила напилися здуру</w:t>
      </w:r>
    </w:p>
    <w:p>
      <w:r>
        <w:br/>
        <w:t>Та й ну "творить літературу".</w:t>
      </w:r>
    </w:p>
    <w:p>
      <w:r>
        <w:br/>
        <w:t>БОГОМІЛЬНІ ФАРИСЕЇ</w:t>
      </w:r>
    </w:p>
    <w:p>
      <w:r>
        <w:br/>
        <w:t>Ти не йди сюди, Месіє!</w:t>
      </w:r>
    </w:p>
    <w:p>
      <w:r>
        <w:br/>
        <w:t>В цій ганебній Одіссеї</w:t>
      </w:r>
    </w:p>
    <w:p>
      <w:r>
        <w:br/>
        <w:t>Розіпнуть тебе за марку</w:t>
      </w:r>
    </w:p>
    <w:p>
      <w:r>
        <w:br/>
        <w:t>Богомільні фарисеї.</w:t>
      </w:r>
    </w:p>
    <w:p>
      <w:r>
        <w:br/>
        <w:t>ПОПІЛОТРЕСТ</w:t>
      </w:r>
    </w:p>
    <w:p>
      <w:r>
        <w:br/>
        <w:t>Гумільов, Бурхард і Блок</w:t>
      </w:r>
    </w:p>
    <w:p>
      <w:r>
        <w:br/>
        <w:t>Після смерти склали блок:</w:t>
      </w:r>
    </w:p>
    <w:p>
      <w:r>
        <w:br/>
        <w:t>І тепер той б л о к в Европі</w:t>
      </w:r>
    </w:p>
    <w:p>
      <w:r>
        <w:br/>
        <w:t>Перегонить все на попіл.</w:t>
      </w:r>
    </w:p>
    <w:p>
      <w:r>
        <w:br/>
        <w:t>...Маркс... Петлюра... Чемберлен...</w:t>
      </w:r>
    </w:p>
    <w:p>
      <w:r>
        <w:br/>
        <w:t>Зветься фірма — Юрій Клен.</w:t>
      </w:r>
    </w:p>
    <w:p>
      <w:r>
        <w:br/>
        <w:t>НАПИС НА ПАМ'ЯТНИКОВІ В 2946 РОЦІ</w:t>
      </w:r>
    </w:p>
    <w:p>
      <w:r>
        <w:br/>
        <w:t>І. Спереду</w:t>
      </w:r>
    </w:p>
    <w:p>
      <w:r>
        <w:br/>
        <w:t>Тут два Державіни лежать,</w:t>
      </w:r>
    </w:p>
    <w:p>
      <w:r>
        <w:br/>
        <w:t>Мужів великих два заснуло,—</w:t>
      </w:r>
    </w:p>
    <w:p>
      <w:r>
        <w:br/>
        <w:t>Один — що Пушкіна любив,</w:t>
      </w:r>
    </w:p>
    <w:p>
      <w:r>
        <w:br/>
        <w:t>Другий — що так кохався в К у л о.</w:t>
      </w:r>
    </w:p>
    <w:p>
      <w:r>
        <w:br/>
        <w:t>II. Ззаду</w:t>
      </w:r>
    </w:p>
    <w:p>
      <w:r>
        <w:br/>
        <w:t>Один був велетень державний,</w:t>
      </w:r>
    </w:p>
    <w:p>
      <w:r>
        <w:br/>
        <w:t>ДРУГИЙ був велетень Ді-Пі,</w:t>
      </w:r>
    </w:p>
    <w:p>
      <w:r>
        <w:br/>
        <w:t>Але обидва вельми славні</w:t>
      </w:r>
    </w:p>
    <w:p>
      <w:r>
        <w:br/>
        <w:t>І на однім стоять стовпі.</w:t>
      </w:r>
    </w:p>
    <w:p>
      <w:r>
        <w:br/>
        <w:t>Ріжниці ж тільки трішки й було,</w:t>
      </w:r>
    </w:p>
    <w:p>
      <w:r>
        <w:br/>
        <w:t>Як межи Пушкіним і Куло.</w:t>
      </w:r>
    </w:p>
    <w:p>
      <w:r>
        <w:br/>
        <w:t>СИЛА ПРОКЛЯТТЯ</w:t>
      </w:r>
    </w:p>
    <w:p>
      <w:r>
        <w:br/>
        <w:t>"Пропадем, как фунт мьла в бане..."</w:t>
      </w:r>
    </w:p>
    <w:p>
      <w:r>
        <w:br/>
        <w:t>З прокльонів слідчого</w:t>
      </w:r>
    </w:p>
    <w:p>
      <w:r>
        <w:br/>
        <w:t>"Пропадьом, як фунт мила у лазні"...</w:t>
      </w:r>
    </w:p>
    <w:p>
      <w:r>
        <w:br/>
        <w:t>Ту молитву десь небо почуло.</w:t>
      </w:r>
    </w:p>
    <w:p>
      <w:r>
        <w:br/>
        <w:t>І тепер — не приб'ють тебе блазні,</w:t>
      </w:r>
    </w:p>
    <w:p>
      <w:r>
        <w:br/>
        <w:t>То напевне приб'є тебе</w:t>
      </w:r>
    </w:p>
    <w:p>
      <w:r>
        <w:br/>
        <w:t>Куло.</w:t>
      </w:r>
    </w:p>
    <w:p>
      <w:r>
        <w:br/>
        <w:t>ЕПІТАФІЯ ПО БЛОКОВІ</w:t>
      </w:r>
    </w:p>
    <w:p>
      <w:r>
        <w:br/>
        <w:t>Був Блок... І немає Блока,—</w:t>
      </w:r>
    </w:p>
    <w:p>
      <w:r>
        <w:br/>
        <w:t>Пропав, загинув в прокляті роки.</w:t>
      </w:r>
    </w:p>
    <w:p>
      <w:r>
        <w:br/>
        <w:t>Плачте, о музи небесних прерій,</w:t>
      </w:r>
    </w:p>
    <w:p>
      <w:r>
        <w:br/>
        <w:t>Присипав Блока "П о п е л імперій".</w:t>
      </w:r>
    </w:p>
    <w:p>
      <w:r>
        <w:br/>
        <w:t>Поетів орди візьмуть лопати,</w:t>
      </w:r>
    </w:p>
    <w:p>
      <w:r>
        <w:br/>
        <w:t>Будуть, ой будуть Блока шукати.</w:t>
      </w:r>
    </w:p>
    <w:p>
      <w:r>
        <w:br/>
        <w:t>Сміх буде, крик буде, гей буде морока,</w:t>
      </w:r>
    </w:p>
    <w:p>
      <w:r>
        <w:br/>
        <w:t>Як з "Попелу імперій" відкопуватимуть Блока.</w:t>
      </w:r>
    </w:p>
    <w:p>
      <w:r>
        <w:br/>
        <w:t>ПАНІКА НА ПАРНАСІ</w:t>
      </w:r>
    </w:p>
    <w:p>
      <w:r>
        <w:br/>
        <w:t>Гумільов кричить до Блока:</w:t>
      </w:r>
    </w:p>
    <w:p>
      <w:r>
        <w:br/>
        <w:t>"Через тебе ця морока.</w:t>
      </w:r>
    </w:p>
    <w:p>
      <w:r>
        <w:br/>
        <w:t>Наплодив з своїх містерій</w:t>
      </w:r>
    </w:p>
    <w:p>
      <w:r>
        <w:br/>
        <w:t>Стільки "Попелу імперій ..."</w:t>
      </w:r>
    </w:p>
    <w:p>
      <w:r>
        <w:br/>
        <w:t>І тепер обом нам тут</w:t>
      </w:r>
    </w:p>
    <w:p>
      <w:r>
        <w:br/>
        <w:t>Під тим попелом капут".</w:t>
      </w:r>
    </w:p>
    <w:p>
      <w:r>
        <w:br/>
        <w:t>КАТАСТРОФА</w:t>
      </w:r>
    </w:p>
    <w:p>
      <w:r>
        <w:br/>
        <w:t>Хмарами попелу надра поезії випер шалено</w:t>
      </w:r>
    </w:p>
    <w:p>
      <w:r>
        <w:br/>
        <w:t>В е з у в і й... чи то пак Клен.</w:t>
      </w:r>
    </w:p>
    <w:p>
      <w:r>
        <w:br/>
        <w:t>І попелом впали, і тяжко присипали Клена</w:t>
      </w:r>
    </w:p>
    <w:p>
      <w:r>
        <w:br/>
        <w:t>Блок, Гумільов і Верлен.</w:t>
      </w:r>
    </w:p>
    <w:p>
      <w:r>
        <w:br/>
        <w:t>ВІРНІСТЬ ПОЕТІВ</w:t>
      </w:r>
    </w:p>
    <w:p>
      <w:r>
        <w:br/>
        <w:t>"В стороне чужой и дальней</w:t>
      </w:r>
    </w:p>
    <w:p>
      <w:r>
        <w:br/>
        <w:t>Как ты вспомнишь обо мне?.."</w:t>
      </w:r>
    </w:p>
    <w:p>
      <w:r>
        <w:br/>
        <w:t>А. Блок</w:t>
      </w:r>
    </w:p>
    <w:p>
      <w:r>
        <w:br/>
        <w:t>Дуже просто, що за мова,—</w:t>
      </w:r>
    </w:p>
    <w:p>
      <w:r>
        <w:br/>
        <w:t>Гостряком твого ж пера —</w:t>
      </w:r>
    </w:p>
    <w:p>
      <w:r>
        <w:br/>
        <w:t>Рима в риму, слово в слово,</w:t>
      </w:r>
    </w:p>
    <w:p>
      <w:r>
        <w:br/>
        <w:t>Ямб у ямб... етцетера.</w:t>
      </w:r>
    </w:p>
    <w:p>
      <w:r>
        <w:br/>
        <w:t>Де ж забракне твого слова,</w:t>
      </w:r>
    </w:p>
    <w:p>
      <w:r>
        <w:br/>
        <w:t>Там позичу в Гумільова.</w:t>
      </w:r>
    </w:p>
    <w:p>
      <w:r>
        <w:br/>
        <w:t>СПРОСТУВАННЯ МАЯКОВСЬКОГО</w:t>
      </w:r>
    </w:p>
    <w:p>
      <w:r>
        <w:br/>
        <w:t>Не я є автор "Бумерангу",</w:t>
      </w:r>
    </w:p>
    <w:p>
      <w:r>
        <w:br/>
        <w:t>Хай чують всі, хто має вуха,</w:t>
      </w:r>
    </w:p>
    <w:p>
      <w:r>
        <w:br/>
        <w:t>То автор має свою рангу,</w:t>
      </w:r>
    </w:p>
    <w:p>
      <w:r>
        <w:br/>
        <w:t>Бо він поет, а не макуха.</w:t>
      </w:r>
    </w:p>
    <w:p>
      <w:r>
        <w:br/>
        <w:t>Бо слово викував з меча,</w:t>
      </w:r>
    </w:p>
    <w:p>
      <w:r>
        <w:br/>
        <w:t>Тому й лякає Косача.</w:t>
      </w:r>
    </w:p>
    <w:p>
      <w:r>
        <w:br/>
        <w:t>ЗДИВУВАННЯ МАЯКОВСЬКОГО</w:t>
      </w:r>
    </w:p>
    <w:p>
      <w:r>
        <w:br/>
        <w:t>Коли я їздив на Цитеру?</w:t>
      </w:r>
    </w:p>
    <w:p>
      <w:r>
        <w:br/>
        <w:t>Коли з ним пив на брудершафт?</w:t>
      </w:r>
    </w:p>
    <w:p>
      <w:r>
        <w:br/>
        <w:t>Коли я душу мав з паперу?</w:t>
      </w:r>
    </w:p>
    <w:p>
      <w:r>
        <w:br/>
        <w:t>Коли був ляіком в віршах?</w:t>
      </w:r>
    </w:p>
    <w:p>
      <w:r>
        <w:br/>
        <w:t>Але нехай... (Тут ша! Цензура!)</w:t>
      </w:r>
    </w:p>
    <w:p>
      <w:r>
        <w:br/>
        <w:t>Над мертвим левом лиш фігура.</w:t>
      </w:r>
    </w:p>
    <w:p>
      <w:r>
        <w:br/>
        <w:t>РУБІКОН ДЛЯ ЮРІЯ КОСАЧА</w:t>
      </w:r>
    </w:p>
    <w:p>
      <w:r>
        <w:br/>
        <w:t>Як втне Косач,</w:t>
      </w:r>
    </w:p>
    <w:p>
      <w:r>
        <w:br/>
        <w:t>То вже, пробач,</w:t>
      </w:r>
    </w:p>
    <w:p>
      <w:r>
        <w:br/>
        <w:t>Не втне читач,</w:t>
      </w:r>
    </w:p>
    <w:p>
      <w:r>
        <w:br/>
        <w:t>Хоч сядь та й плач.</w:t>
      </w:r>
    </w:p>
    <w:p>
      <w:r>
        <w:br/>
        <w:t>Не плач, читач,</w:t>
      </w:r>
    </w:p>
    <w:p>
      <w:r>
        <w:br/>
        <w:t>Нехай Косач.</w:t>
      </w:r>
    </w:p>
    <w:p>
      <w:r>
        <w:br/>
        <w:t>Не плач, Косач,</w:t>
      </w:r>
    </w:p>
    <w:p>
      <w:r>
        <w:br/>
        <w:t>Нехай читач.</w:t>
      </w:r>
    </w:p>
    <w:p>
      <w:r>
        <w:br/>
        <w:t>Цитати в віршах,</w:t>
      </w:r>
    </w:p>
    <w:p>
      <w:r>
        <w:br/>
        <w:t>Цитати в драмах,</w:t>
      </w:r>
    </w:p>
    <w:p>
      <w:r>
        <w:br/>
        <w:t>Хаос в новелах,</w:t>
      </w:r>
    </w:p>
    <w:p>
      <w:r>
        <w:br/>
        <w:t>Пшик в епіграмах.</w:t>
      </w:r>
    </w:p>
    <w:p>
      <w:r>
        <w:br/>
        <w:t>При дорозі "мудрий камень",</w:t>
      </w:r>
    </w:p>
    <w:p>
      <w:r>
        <w:br/>
        <w:t>А на камні сидить дурень.</w:t>
      </w:r>
    </w:p>
    <w:p>
      <w:r>
        <w:br/>
        <w:t>Сидить дурень — ледве дише</w:t>
      </w:r>
    </w:p>
    <w:p>
      <w:r>
        <w:br/>
        <w:t>І про камень вірші пише.</w:t>
      </w:r>
    </w:p>
    <w:p>
      <w:r>
        <w:br/>
        <w:t>* * *</w:t>
      </w:r>
    </w:p>
    <w:p>
      <w:r>
        <w:br/>
        <w:t>Ніяк не вийду з подиву —</w:t>
      </w:r>
    </w:p>
    <w:p>
      <w:r>
        <w:br/>
        <w:t>і де він так розпух? —</w:t>
      </w:r>
    </w:p>
    <w:p>
      <w:r>
        <w:br/>
        <w:t>В такім великім тілі</w:t>
      </w:r>
    </w:p>
    <w:p>
      <w:r>
        <w:br/>
        <w:t>й такий маленький дух!</w:t>
      </w:r>
    </w:p>
    <w:p>
      <w:r>
        <w:br/>
        <w:t>1945, Регенсбуг</w:t>
      </w:r>
    </w:p>
    <w:p>
      <w:r>
        <w:br/>
        <w:t>"Залізних імператор строф"</w:t>
      </w:r>
    </w:p>
    <w:p>
      <w:r>
        <w:br/>
        <w:t>Зустрів мене, й подумав я (Багряний):</w:t>
      </w:r>
    </w:p>
    <w:p>
      <w:r>
        <w:br/>
        <w:t>"Залізо дійсно є в тяжких когортах — ох!.</w:t>
      </w:r>
    </w:p>
    <w:p>
      <w:r>
        <w:br/>
        <w:t>Лиш імператор дерев'яний".</w:t>
      </w:r>
    </w:p>
    <w:p>
      <w:r>
        <w:br/>
        <w:t>НА ТИЧИНУ</w:t>
      </w:r>
    </w:p>
    <w:p>
      <w:r>
        <w:br/>
        <w:t>"Стоїть сторозтерзаний Київ</w:t>
      </w:r>
    </w:p>
    <w:p>
      <w:r>
        <w:br/>
        <w:t>І двісті розіп'ятий я..."</w:t>
      </w:r>
    </w:p>
    <w:p>
      <w:r>
        <w:br/>
        <w:t>П. Тичина</w:t>
      </w:r>
    </w:p>
    <w:p>
      <w:r>
        <w:br/>
        <w:t>Хоч від Києва й руїна,</w:t>
      </w:r>
    </w:p>
    <w:p>
      <w:r>
        <w:br/>
        <w:t>Так зате нарком Тичина.</w:t>
      </w:r>
    </w:p>
    <w:p>
      <w:r>
        <w:br/>
        <w:t>Хоч й розп'ята Україна,</w:t>
      </w:r>
    </w:p>
    <w:p>
      <w:r>
        <w:br/>
        <w:t>Сяє орденом Тичина.</w:t>
      </w:r>
    </w:p>
    <w:p>
      <w:r>
        <w:br/>
        <w:t>І радіє Московщина —</w:t>
      </w:r>
    </w:p>
    <w:p>
      <w:r>
        <w:br/>
        <w:t>"Україна — це Тичина".</w:t>
      </w:r>
    </w:p>
    <w:p>
      <w:r>
        <w:br/>
        <w:t>Що ж розіп'яте стоїть</w:t>
      </w:r>
    </w:p>
    <w:p>
      <w:r>
        <w:br/>
        <w:t>І розтерзане лежить?</w:t>
      </w:r>
    </w:p>
    <w:p>
      <w:r>
        <w:br/>
        <w:t>То розтерзана руїна,</w:t>
      </w:r>
    </w:p>
    <w:p>
      <w:r>
        <w:br/>
        <w:t>А на ній стирчить тичина,</w:t>
      </w:r>
    </w:p>
    <w:p>
      <w:r>
        <w:br/>
        <w:t>На тичині — "красний" стяг,</w:t>
      </w:r>
    </w:p>
    <w:p>
      <w:r>
        <w:br/>
        <w:t>Балабайка в орденах,</w:t>
      </w:r>
    </w:p>
    <w:p>
      <w:r>
        <w:br/>
        <w:t>Ще й упоперек (гиля!)</w:t>
      </w:r>
    </w:p>
    <w:p>
      <w:r>
        <w:br/>
        <w:t>Перекладена й петля.</w:t>
      </w:r>
    </w:p>
    <w:p>
      <w:r>
        <w:br/>
        <w:t>Що ж під стягом за руїна?</w:t>
      </w:r>
    </w:p>
    <w:p>
      <w:r>
        <w:br/>
        <w:t>Україна, Україна.</w:t>
      </w:r>
    </w:p>
    <w:p>
      <w:r>
        <w:br/>
        <w:t>Що з петлею за дрючина?</w:t>
      </w:r>
    </w:p>
    <w:p>
      <w:r>
        <w:br/>
        <w:t>То Тичина,</w:t>
      </w:r>
    </w:p>
    <w:p>
      <w:r>
        <w:br/>
        <w:t>То ж Тичина!</w:t>
      </w:r>
    </w:p>
    <w:p>
      <w:r>
        <w:br/>
        <w:t>"Стою як скеля непорушний..."</w:t>
      </w:r>
    </w:p>
    <w:p>
      <w:r>
        <w:br/>
        <w:t>П. Тичина</w:t>
      </w:r>
    </w:p>
    <w:p>
      <w:r>
        <w:br/>
        <w:t>Стоїть, як скеля, непохитний...</w:t>
      </w:r>
    </w:p>
    <w:p>
      <w:r>
        <w:br/>
        <w:t>І я силкуюсь відгадать,</w:t>
      </w:r>
    </w:p>
    <w:p>
      <w:r>
        <w:br/>
        <w:t>Чи непохитний бард новітній?</w:t>
      </w:r>
    </w:p>
    <w:p>
      <w:r>
        <w:br/>
        <w:t>Чи непохитний ренегат?</w:t>
      </w:r>
    </w:p>
    <w:p>
      <w:r>
        <w:br/>
        <w:t>"І вся людськість хіба не є інфузорії?</w:t>
      </w:r>
    </w:p>
    <w:p>
      <w:r>
        <w:br/>
        <w:t>Пожирай, пожирай себе в краплі води".</w:t>
      </w:r>
    </w:p>
    <w:p>
      <w:r>
        <w:br/>
        <w:t>П. Тичина</w:t>
      </w:r>
    </w:p>
    <w:p>
      <w:r>
        <w:br/>
        <w:t>Геніально! Артистично!</w:t>
      </w:r>
    </w:p>
    <w:p>
      <w:r>
        <w:br/>
        <w:t>Довели Ви це практично,—</w:t>
      </w:r>
    </w:p>
    <w:p>
      <w:r>
        <w:br/>
        <w:t>Інфузорійний поет</w:t>
      </w:r>
    </w:p>
    <w:p>
      <w:r>
        <w:br/>
        <w:t>Зжер свій сонячний кларнет.</w:t>
      </w:r>
    </w:p>
    <w:p>
      <w:r>
        <w:br/>
        <w:t>"О земле, велетнів роди!.."</w:t>
      </w:r>
    </w:p>
    <w:p>
      <w:r>
        <w:br/>
        <w:t>П. Тичина</w:t>
      </w:r>
    </w:p>
    <w:p>
      <w:r>
        <w:br/>
        <w:t>Це блазень так сказав, той євнух і послушник</w:t>
      </w:r>
    </w:p>
    <w:p>
      <w:r>
        <w:br/>
        <w:t>І геніально всім життям підтвердив вопль цей слушний.</w:t>
      </w:r>
    </w:p>
    <w:p>
      <w:r>
        <w:br/>
        <w:t>О Земле, Земле!</w:t>
      </w:r>
    </w:p>
    <w:p>
      <w:r>
        <w:br/>
        <w:t>Земле ж, розродись! —</w:t>
      </w:r>
    </w:p>
    <w:p>
      <w:r>
        <w:br/>
        <w:t>Роди ж ти велетнів</w:t>
      </w:r>
    </w:p>
    <w:p>
      <w:r>
        <w:br/>
        <w:t>або геть западись!</w:t>
      </w:r>
    </w:p>
    <w:p>
      <w:r>
        <w:br/>
        <w:t>"ПРАВДОРОБ"</w:t>
      </w:r>
    </w:p>
    <w:p>
      <w:r>
        <w:br/>
        <w:t>Памфлет на Олександра Корнійчука*</w:t>
      </w:r>
    </w:p>
    <w:p>
      <w:r>
        <w:br/>
        <w:t>(необроблене, з дорожньої чернетки, 1948 рік)</w:t>
      </w:r>
    </w:p>
    <w:p>
      <w:r>
        <w:br/>
        <w:t>І</w:t>
      </w:r>
    </w:p>
    <w:p>
      <w:r>
        <w:br/>
        <w:t>Чудо-юдо-риба-кит...</w:t>
      </w:r>
    </w:p>
    <w:p>
      <w:r>
        <w:br/>
        <w:t>Не творив такого світ,</w:t>
      </w:r>
    </w:p>
    <w:p>
      <w:r>
        <w:br/>
        <w:t>Лиш могла створить єдина</w:t>
      </w:r>
    </w:p>
    <w:p>
      <w:r>
        <w:br/>
        <w:t>Трагедійна Україна.</w:t>
      </w:r>
    </w:p>
    <w:p>
      <w:r>
        <w:br/>
        <w:t>Зліва глянеш — ну, Бронштейн!</w:t>
      </w:r>
    </w:p>
    <w:p>
      <w:r>
        <w:br/>
        <w:t>Справа глянеш — Фінкельштейн!</w:t>
      </w:r>
    </w:p>
    <w:p>
      <w:r>
        <w:br/>
        <w:t>Ззаду — начебто Міцкевич,</w:t>
      </w:r>
    </w:p>
    <w:p>
      <w:r>
        <w:br/>
        <w:t>Просто Пушкін чи Паскевич,</w:t>
      </w:r>
    </w:p>
    <w:p>
      <w:r>
        <w:br/>
        <w:t>Знизу — пристав чи емір,</w:t>
      </w:r>
    </w:p>
    <w:p>
      <w:r>
        <w:br/>
        <w:t>А кругом — зовсім Шекспір!</w:t>
      </w:r>
    </w:p>
    <w:p>
      <w:r>
        <w:br/>
        <w:t>То не маршал чи капрал,—</w:t>
      </w:r>
    </w:p>
    <w:p>
      <w:r>
        <w:br/>
        <w:t>Театральний генерал.</w:t>
      </w:r>
    </w:p>
    <w:p>
      <w:r>
        <w:br/>
        <w:t>Все кругом на ладан дише,</w:t>
      </w:r>
    </w:p>
    <w:p>
      <w:r>
        <w:br/>
        <w:t>А він "Правду" пише й пише,</w:t>
      </w:r>
    </w:p>
    <w:p>
      <w:r>
        <w:br/>
        <w:t>Налягає на перо,</w:t>
      </w:r>
    </w:p>
    <w:p>
      <w:r>
        <w:br/>
        <w:t>Що дістав з Політбюро.</w:t>
      </w:r>
    </w:p>
    <w:p>
      <w:r>
        <w:br/>
        <w:t>Знову зліва — політрук!</w:t>
      </w:r>
    </w:p>
    <w:p>
      <w:r>
        <w:br/>
        <w:t>Знову справа — Корнійчук!</w:t>
      </w:r>
    </w:p>
    <w:p>
      <w:r>
        <w:br/>
        <w:t>Ззаду — начебто дворушник,</w:t>
      </w:r>
    </w:p>
    <w:p>
      <w:r>
        <w:br/>
        <w:t>А кругом — з ЧеКа послушник.</w:t>
      </w:r>
    </w:p>
    <w:p>
      <w:r>
        <w:br/>
        <w:t>Ще раз зліва — раб-плебей!</w:t>
      </w:r>
    </w:p>
    <w:p>
      <w:r>
        <w:br/>
        <w:t>Ще раз справа — Кочубей!</w:t>
      </w:r>
    </w:p>
    <w:p>
      <w:r>
        <w:br/>
        <w:t>Ззаду — начебто Виговський,</w:t>
      </w:r>
    </w:p>
    <w:p>
      <w:r>
        <w:br/>
        <w:t>А в анфас — хомут московський.</w:t>
      </w:r>
    </w:p>
    <w:p>
      <w:r>
        <w:br/>
        <w:t>Пише-пише, тре штани,—</w:t>
      </w:r>
    </w:p>
    <w:p>
      <w:r>
        <w:br/>
        <w:t>Заробляє ордени.</w:t>
      </w:r>
    </w:p>
    <w:p>
      <w:r>
        <w:br/>
        <w:t>Та все біга по перо</w:t>
      </w:r>
    </w:p>
    <w:p>
      <w:r>
        <w:br/>
        <w:t>До ЦеКа в Політбюро.</w:t>
      </w:r>
    </w:p>
    <w:p>
      <w:r>
        <w:br/>
        <w:t>І, нарешті, зліва — рос!</w:t>
      </w:r>
    </w:p>
    <w:p>
      <w:r>
        <w:br/>
        <w:t>Справа — хам і малорос!</w:t>
      </w:r>
    </w:p>
    <w:p>
      <w:r>
        <w:br/>
        <w:t>Ззаду — геній пролетарський,</w:t>
      </w:r>
    </w:p>
    <w:p>
      <w:r>
        <w:br/>
        <w:t>А в анфас — опричник царський,</w:t>
      </w:r>
    </w:p>
    <w:p>
      <w:r>
        <w:br/>
        <w:t>Та не так собі капрал,</w:t>
      </w:r>
    </w:p>
    <w:p>
      <w:r>
        <w:br/>
        <w:t>А від Правди генерал.</w:t>
      </w:r>
    </w:p>
    <w:p>
      <w:r>
        <w:br/>
        <w:t>Все кругом на ладан дише,</w:t>
      </w:r>
    </w:p>
    <w:p>
      <w:r>
        <w:br/>
        <w:t>А він "Правду" пише й пише,</w:t>
      </w:r>
    </w:p>
    <w:p>
      <w:r>
        <w:br/>
        <w:t>Пише й пише</w:t>
      </w:r>
    </w:p>
    <w:p>
      <w:r>
        <w:br/>
        <w:t>Та перо</w:t>
      </w:r>
    </w:p>
    <w:p>
      <w:r>
        <w:br/>
        <w:t>Позича в Політбюро</w:t>
      </w:r>
    </w:p>
    <w:p>
      <w:r>
        <w:br/>
        <w:t>II</w:t>
      </w:r>
    </w:p>
    <w:p>
      <w:r>
        <w:br/>
        <w:t>Ходить Правда по землі</w:t>
      </w:r>
    </w:p>
    <w:p>
      <w:r>
        <w:br/>
        <w:t>У подертім постолі,</w:t>
      </w:r>
    </w:p>
    <w:p>
      <w:r>
        <w:br/>
        <w:t>У подертім,</w:t>
      </w:r>
    </w:p>
    <w:p>
      <w:r>
        <w:br/>
        <w:t>У єдинім,</w:t>
      </w:r>
    </w:p>
    <w:p>
      <w:r>
        <w:br/>
        <w:t>У казеннім —</w:t>
      </w:r>
    </w:p>
    <w:p>
      <w:r>
        <w:br/>
        <w:t>Колективнім —</w:t>
      </w:r>
    </w:p>
    <w:p>
      <w:r>
        <w:br/>
        <w:t>У совєтськім постолі,—</w:t>
      </w:r>
    </w:p>
    <w:p>
      <w:r>
        <w:br/>
        <w:t>Тужить в місті і в селі.</w:t>
      </w:r>
    </w:p>
    <w:p>
      <w:r>
        <w:br/>
        <w:t>Відреклися її люди,</w:t>
      </w:r>
    </w:p>
    <w:p>
      <w:r>
        <w:br/>
        <w:t>І бояться її всюди.</w:t>
      </w:r>
    </w:p>
    <w:p>
      <w:r>
        <w:br/>
        <w:t>Всі оті "раби малі",</w:t>
      </w:r>
    </w:p>
    <w:p>
      <w:r>
        <w:br/>
        <w:t>Щоб за Правду взагалі</w:t>
      </w:r>
    </w:p>
    <w:p>
      <w:r>
        <w:br/>
        <w:t>Не дістати "вищу міру",</w:t>
      </w:r>
    </w:p>
    <w:p>
      <w:r>
        <w:br/>
        <w:t>Чи п'ятнадцять літ Сибіру,</w:t>
      </w:r>
    </w:p>
    <w:p>
      <w:r>
        <w:br/>
        <w:t>А чи просто "вишака"</w:t>
      </w:r>
    </w:p>
    <w:p>
      <w:r>
        <w:br/>
        <w:t>У святилищі ЧеКа.</w:t>
      </w:r>
    </w:p>
    <w:p>
      <w:r>
        <w:br/>
        <w:t>Ні, вже ліпше так, в ярмі,</w:t>
      </w:r>
    </w:p>
    <w:p>
      <w:r>
        <w:br/>
        <w:t>Вкривши Правду артикулом,</w:t>
      </w:r>
    </w:p>
    <w:p>
      <w:r>
        <w:br/>
        <w:t>Припадати сірим мулом</w:t>
      </w:r>
    </w:p>
    <w:p>
      <w:r>
        <w:br/>
        <w:t>Під московським караулом</w:t>
      </w:r>
    </w:p>
    <w:p>
      <w:r>
        <w:br/>
        <w:t>У тюрмі.</w:t>
      </w:r>
    </w:p>
    <w:p>
      <w:r>
        <w:br/>
        <w:t>І ламає Правда руки</w:t>
      </w:r>
    </w:p>
    <w:p>
      <w:r>
        <w:br/>
        <w:t>Від розпуки,</w:t>
      </w:r>
    </w:p>
    <w:p>
      <w:r>
        <w:br/>
        <w:t>Від розпуки.</w:t>
      </w:r>
    </w:p>
    <w:p>
      <w:r>
        <w:br/>
        <w:t>Коли гульк: ой що ж то</w:t>
      </w:r>
    </w:p>
    <w:p>
      <w:r>
        <w:br/>
        <w:t>Гімном небо потрясає!</w:t>
      </w:r>
    </w:p>
    <w:p>
      <w:r>
        <w:br/>
        <w:t>Що заставило весь світ?</w:t>
      </w:r>
    </w:p>
    <w:p>
      <w:r>
        <w:br/>
        <w:t>Інша Правда там стоїть</w:t>
      </w:r>
    </w:p>
    <w:p>
      <w:r>
        <w:br/>
        <w:t>Правда інша,</w:t>
      </w:r>
    </w:p>
    <w:p>
      <w:r>
        <w:br/>
        <w:t>Правда нова,</w:t>
      </w:r>
    </w:p>
    <w:p>
      <w:r>
        <w:br/>
        <w:t>Непомильна</w:t>
      </w:r>
    </w:p>
    <w:p>
      <w:r>
        <w:br/>
        <w:t>І зразкова;</w:t>
      </w:r>
    </w:p>
    <w:p>
      <w:r>
        <w:br/>
        <w:t>Правда ясно-генеральна!</w:t>
      </w:r>
    </w:p>
    <w:p>
      <w:r>
        <w:br/>
        <w:t>Пролетарська!</w:t>
      </w:r>
    </w:p>
    <w:p>
      <w:r>
        <w:br/>
        <w:t>Ідеальна!</w:t>
      </w:r>
    </w:p>
    <w:p>
      <w:r>
        <w:br/>
        <w:t>На новій скрижалі сяє —</w:t>
      </w:r>
    </w:p>
    <w:p>
      <w:r>
        <w:br/>
        <w:t>"Гімном небо потрясає".</w:t>
      </w:r>
    </w:p>
    <w:p>
      <w:r>
        <w:br/>
        <w:t>І тримає ту скрижаль</w:t>
      </w:r>
    </w:p>
    <w:p>
      <w:r>
        <w:br/>
        <w:t>Всесоюзна колосаль:</w:t>
      </w:r>
    </w:p>
    <w:p>
      <w:r>
        <w:br/>
        <w:t>Не якийсь тобі капрал,</w:t>
      </w:r>
    </w:p>
    <w:p>
      <w:r>
        <w:br/>
        <w:t>А від "Правди" генерал.</w:t>
      </w:r>
    </w:p>
    <w:p>
      <w:r>
        <w:br/>
        <w:t>Всенародний чудесей —</w:t>
      </w:r>
    </w:p>
    <w:p>
      <w:r>
        <w:br/>
        <w:t>Небувалий "Моісей"!</w:t>
      </w:r>
    </w:p>
    <w:p>
      <w:r>
        <w:br/>
        <w:t>III</w:t>
      </w:r>
    </w:p>
    <w:p>
      <w:r>
        <w:br/>
        <w:t>Все кругом на ладан дише,</w:t>
      </w:r>
    </w:p>
    <w:p>
      <w:r>
        <w:br/>
        <w:t>А він "Правду" пише й пише.</w:t>
      </w:r>
    </w:p>
    <w:p>
      <w:r>
        <w:br/>
        <w:t>Та все біга по перо</w:t>
      </w:r>
    </w:p>
    <w:p>
      <w:r>
        <w:br/>
        <w:t>До ЦеКа в Політбюро.</w:t>
      </w:r>
    </w:p>
    <w:p>
      <w:r>
        <w:br/>
        <w:t>Налягає на штани —</w:t>
      </w:r>
    </w:p>
    <w:p>
      <w:r>
        <w:br/>
        <w:t>Заробляє ордени.</w:t>
      </w:r>
    </w:p>
    <w:p>
      <w:r>
        <w:br/>
        <w:t>Правда ж буде ось яка:</w:t>
      </w:r>
    </w:p>
    <w:p>
      <w:r>
        <w:br/>
        <w:t>Самостійно чхне в ЧеКа,</w:t>
      </w:r>
    </w:p>
    <w:p>
      <w:r>
        <w:br/>
        <w:t>Не потрапив відхреститись —</w:t>
      </w:r>
    </w:p>
    <w:p>
      <w:r>
        <w:br/>
        <w:t>І — нема Корнійчука!</w:t>
      </w:r>
    </w:p>
    <w:p>
      <w:r>
        <w:br/>
        <w:t>Геніального такого</w:t>
      </w:r>
    </w:p>
    <w:p>
      <w:r>
        <w:br/>
        <w:t>Кочубей-політрука.</w:t>
      </w:r>
    </w:p>
    <w:p>
      <w:r>
        <w:br/>
        <w:t>Не поможе заперечить</w:t>
      </w:r>
    </w:p>
    <w:p>
      <w:r>
        <w:br/>
        <w:t>Ані "Правда", ані "Кречет".</w:t>
      </w:r>
    </w:p>
    <w:p>
      <w:r>
        <w:br/>
        <w:t>Лиш колись згада онук:</w:t>
      </w:r>
    </w:p>
    <w:p>
      <w:r>
        <w:br/>
        <w:t>Жив і діяв Корнійчук...</w:t>
      </w:r>
    </w:p>
    <w:p>
      <w:r>
        <w:br/>
        <w:t>І як син не зможе тата</w:t>
      </w:r>
    </w:p>
    <w:p>
      <w:r>
        <w:br/>
        <w:t>Відрізнить від ренегата,</w:t>
      </w:r>
    </w:p>
    <w:p>
      <w:r>
        <w:br/>
        <w:t>Внук не втне цього плебея</w:t>
      </w:r>
    </w:p>
    <w:p>
      <w:r>
        <w:br/>
        <w:t>Відрізнить від Кочубея.</w:t>
      </w:r>
    </w:p>
    <w:p>
      <w:r>
        <w:br/>
        <w:t>А вже правнук (бідні діти!)</w:t>
      </w:r>
    </w:p>
    <w:p>
      <w:r>
        <w:br/>
        <w:t>Буде мліти, буде мліти...</w:t>
      </w:r>
    </w:p>
    <w:p>
      <w:r>
        <w:br/>
        <w:t>Буде мліти, як в ЧеКа,</w:t>
      </w:r>
    </w:p>
    <w:p>
      <w:r>
        <w:br/>
        <w:t>І страждать душа ідейна,</w:t>
      </w:r>
    </w:p>
    <w:p>
      <w:r>
        <w:br/>
        <w:t>Бо не втне Корнійчука</w:t>
      </w:r>
    </w:p>
    <w:p>
      <w:r>
        <w:br/>
        <w:t>Відрізнить від Фінкільштейна.</w:t>
      </w:r>
    </w:p>
    <w:p>
      <w:r>
        <w:br/>
        <w:t>недороблене, з дорожньої чернетки.</w:t>
      </w:r>
    </w:p>
    <w:p>
      <w:r>
        <w:br/>
        <w:t>1948 р.</w:t>
      </w:r>
    </w:p>
    <w:p>
      <w:r>
        <w:br/>
        <w:t>КОЛИСКОВА*</w:t>
      </w:r>
    </w:p>
    <w:p>
      <w:r>
        <w:br/>
        <w:t>(пародія на вірш "КОЛИСКОВА" Ол. Гай-Головка,</w:t>
      </w:r>
    </w:p>
    <w:p>
      <w:r>
        <w:br/>
        <w:t>вміщений у "Львівських Вістях" 28.11.1944 р.)</w:t>
      </w:r>
    </w:p>
    <w:p>
      <w:r>
        <w:br/>
        <w:t>"Славних прадідів великих</w:t>
      </w:r>
    </w:p>
    <w:p>
      <w:r>
        <w:br/>
        <w:t>Правнуки погані..."</w:t>
      </w:r>
    </w:p>
    <w:p>
      <w:r>
        <w:br/>
        <w:t>Т. Г. Шевченко</w:t>
      </w:r>
    </w:p>
    <w:p>
      <w:r>
        <w:br/>
        <w:t>"Люлі, люлі, редакторе мій!</w:t>
      </w:r>
    </w:p>
    <w:p>
      <w:r>
        <w:br/>
        <w:t>В голові у моїй вітровій —</w:t>
      </w:r>
    </w:p>
    <w:p>
      <w:r>
        <w:br/>
        <w:t>Рима римі замітає слід...</w:t>
      </w:r>
    </w:p>
    <w:p>
      <w:r>
        <w:br/>
        <w:t>Нум писати! й хай сконає світ!"</w:t>
      </w:r>
    </w:p>
    <w:p>
      <w:r>
        <w:br/>
        <w:t>(Так сказав і став писать піїт):</w:t>
      </w:r>
    </w:p>
    <w:p>
      <w:r>
        <w:br/>
        <w:t>"Прадід був міцний такий, як граб,</w:t>
      </w:r>
    </w:p>
    <w:p>
      <w:r>
        <w:br/>
        <w:t>Ну, а я слабий чорнильний раб,—</w:t>
      </w:r>
    </w:p>
    <w:p>
      <w:r>
        <w:br/>
        <w:t>Пру в поети до кривавих сліз,</w:t>
      </w:r>
    </w:p>
    <w:p>
      <w:r>
        <w:br/>
        <w:t>Ось над римою перо до цурки згриз...</w:t>
      </w:r>
    </w:p>
    <w:p>
      <w:r>
        <w:br/>
        <w:t>А до третьої строфи таки доліз.</w:t>
      </w:r>
    </w:p>
    <w:p>
      <w:r>
        <w:br/>
        <w:t>Дід не витримав і просто навзнак впав,</w:t>
      </w:r>
    </w:p>
    <w:p>
      <w:r>
        <w:br/>
        <w:t>Ну, а я, хоч цілу ніч не спав,</w:t>
      </w:r>
    </w:p>
    <w:p>
      <w:r>
        <w:br/>
        <w:t>Оббрехав-таки його кругом,</w:t>
      </w:r>
    </w:p>
    <w:p>
      <w:r>
        <w:br/>
        <w:t>Буцім він упав, що був рабом...</w:t>
      </w:r>
    </w:p>
    <w:p>
      <w:r>
        <w:br/>
        <w:t>Вчися, сину,— буде нам обом!</w:t>
      </w:r>
    </w:p>
    <w:p>
      <w:r>
        <w:br/>
        <w:t>Це все я, мій сину,— твій татусь!</w:t>
      </w:r>
    </w:p>
    <w:p>
      <w:r>
        <w:br/>
        <w:t>Ну, коли вже слави не діждусь,</w:t>
      </w:r>
    </w:p>
    <w:p>
      <w:r>
        <w:br/>
        <w:t>То, вмираючи (цю віршу запиши!),—</w:t>
      </w:r>
    </w:p>
    <w:p>
      <w:r>
        <w:br/>
        <w:t>Ти мене, синочку, придуши.</w:t>
      </w:r>
    </w:p>
    <w:p>
      <w:r>
        <w:br/>
        <w:t>Придуши... І сам так не пиши.</w:t>
      </w:r>
    </w:p>
    <w:p>
      <w:r>
        <w:br/>
        <w:t>Тут враз спурхнула зграя ясенів,</w:t>
      </w:r>
    </w:p>
    <w:p>
      <w:r>
        <w:br/>
        <w:t>Заплакали "зірниці" ясноликі,</w:t>
      </w:r>
    </w:p>
    <w:p>
      <w:r>
        <w:br/>
        <w:t>Почув я крик і регіт солов'їв,</w:t>
      </w:r>
    </w:p>
    <w:p>
      <w:r>
        <w:br/>
        <w:t>Обурених чайок несамовиті крики...</w:t>
      </w:r>
    </w:p>
    <w:p>
      <w:r>
        <w:br/>
        <w:t>Чому ж так розридались солов'ї</w:t>
      </w:r>
    </w:p>
    <w:p>
      <w:r>
        <w:br/>
        <w:t>Й чайки Олесеві зчинили плач і гомін?!?</w:t>
      </w:r>
    </w:p>
    <w:p>
      <w:r>
        <w:br/>
        <w:t>Мабуть, тому, що прадідів своїх</w:t>
      </w:r>
    </w:p>
    <w:p>
      <w:r>
        <w:br/>
        <w:t>Я оббрехав, обскиглив по-дурному".</w:t>
      </w:r>
    </w:p>
    <w:p>
      <w:r>
        <w:br/>
        <w:t>Гай-гай!</w:t>
      </w:r>
    </w:p>
    <w:p>
      <w:r>
        <w:br/>
        <w:t>ІНЖЕНЕР*</w:t>
      </w:r>
    </w:p>
    <w:p>
      <w:r>
        <w:br/>
        <w:t>Що це, тату, за літак,</w:t>
      </w:r>
    </w:p>
    <w:p>
      <w:r>
        <w:br/>
        <w:t>Що літає він не так?</w:t>
      </w:r>
    </w:p>
    <w:p>
      <w:r>
        <w:br/>
        <w:t>Що це, тату, за вояк,</w:t>
      </w:r>
    </w:p>
    <w:p>
      <w:r>
        <w:br/>
        <w:t>Що не ходить він ніяк?</w:t>
      </w:r>
    </w:p>
    <w:p>
      <w:r>
        <w:br/>
        <w:t>Що це, тату, за машина,</w:t>
      </w:r>
    </w:p>
    <w:p>
      <w:r>
        <w:br/>
        <w:t>Що не так у неї шина?</w:t>
      </w:r>
    </w:p>
    <w:p>
      <w:r>
        <w:br/>
        <w:t>Дайте кліщі й молотки —</w:t>
      </w:r>
    </w:p>
    <w:p>
      <w:r>
        <w:br/>
        <w:t>Я направлю забавки!</w:t>
      </w:r>
    </w:p>
    <w:p>
      <w:r>
        <w:br/>
        <w:t>Стукав-грюкав-торохтів —</w:t>
      </w:r>
    </w:p>
    <w:p>
      <w:r>
        <w:br/>
        <w:t>Все направив як хотів.</w:t>
      </w:r>
    </w:p>
    <w:p>
      <w:r>
        <w:br/>
        <w:t>В літаку зламав пружину,</w:t>
      </w:r>
    </w:p>
    <w:p>
      <w:r>
        <w:br/>
        <w:t>У машині знищив шину,</w:t>
      </w:r>
    </w:p>
    <w:p>
      <w:r>
        <w:br/>
        <w:t>Вояка ж ремонтував —</w:t>
      </w:r>
    </w:p>
    <w:p>
      <w:r>
        <w:br/>
        <w:t>Руки й ноги поламав.</w:t>
      </w:r>
    </w:p>
    <w:p>
      <w:r>
        <w:br/>
        <w:t>І сумує він тепер,</w:t>
      </w:r>
    </w:p>
    <w:p>
      <w:r>
        <w:br/>
        <w:t>І стоїть, як інженер.</w:t>
      </w:r>
    </w:p>
    <w:p>
      <w:r>
        <w:br/>
        <w:t>Забавки були — й немає!</w:t>
      </w:r>
    </w:p>
    <w:p>
      <w:r>
        <w:br/>
        <w:t>І літак вже не літає.</w:t>
      </w:r>
    </w:p>
    <w:p>
      <w:r>
        <w:br/>
        <w:t>І машина не біжить.</w:t>
      </w:r>
    </w:p>
    <w:p>
      <w:r>
        <w:br/>
        <w:t>І вояк без ніг лежить.</w:t>
      </w:r>
    </w:p>
    <w:p>
      <w:r>
        <w:br/>
        <w:t>ЕКСПРОМТИ</w:t>
      </w:r>
    </w:p>
    <w:p>
      <w:r>
        <w:br/>
        <w:t>* * *</w:t>
      </w:r>
    </w:p>
    <w:p>
      <w:r>
        <w:br/>
        <w:t>Ось такий я молодець!</w:t>
      </w:r>
    </w:p>
    <w:p>
      <w:r>
        <w:br/>
        <w:t>Дайте швидше олівець:</w:t>
      </w:r>
    </w:p>
    <w:p>
      <w:r>
        <w:br/>
        <w:t>Я листа вам напетлюю,</w:t>
      </w:r>
    </w:p>
    <w:p>
      <w:r>
        <w:br/>
        <w:t>Навіть хатку намалюю.</w:t>
      </w:r>
    </w:p>
    <w:p>
      <w:r>
        <w:br/>
        <w:t>А як добре затешу,</w:t>
      </w:r>
    </w:p>
    <w:p>
      <w:r>
        <w:br/>
        <w:t>То ще й вірша напишу!</w:t>
      </w:r>
    </w:p>
    <w:p>
      <w:r>
        <w:br/>
        <w:t>* * *</w:t>
      </w:r>
    </w:p>
    <w:p>
      <w:r>
        <w:br/>
        <w:t>Хлопчик листа пише,</w:t>
      </w:r>
    </w:p>
    <w:p>
      <w:r>
        <w:br/>
        <w:t>А песик гукає:</w:t>
      </w:r>
    </w:p>
    <w:p>
      <w:r>
        <w:br/>
        <w:t>"Швидше пиши, швидше!</w:t>
      </w:r>
    </w:p>
    <w:p>
      <w:r>
        <w:br/>
        <w:t>Бо тато чекає!"</w:t>
      </w:r>
    </w:p>
    <w:p>
      <w:r>
        <w:br/>
        <w:t>* * *</w:t>
      </w:r>
    </w:p>
    <w:p>
      <w:r>
        <w:br/>
        <w:t>Я малюю-витинаю,</w:t>
      </w:r>
    </w:p>
    <w:p>
      <w:r>
        <w:br/>
        <w:t>А що вийде, сам не знаю.</w:t>
      </w:r>
    </w:p>
    <w:p>
      <w:r>
        <w:br/>
        <w:t>Якщо вийде хатка,</w:t>
      </w:r>
    </w:p>
    <w:p>
      <w:r>
        <w:br/>
        <w:t>Надішлю до татка.</w:t>
      </w:r>
    </w:p>
    <w:p>
      <w:r>
        <w:br/>
        <w:t>Якщо квіти намалюю —</w:t>
      </w:r>
    </w:p>
    <w:p>
      <w:r>
        <w:br/>
        <w:t>Милій мамі подарую...</w:t>
      </w:r>
    </w:p>
    <w:p>
      <w:r>
        <w:br/>
        <w:t>Тільки, мабуть, все зма</w:t>
      </w:r>
    </w:p>
    <w:p>
      <w:r>
        <w:br/>
        <w:t>Бо я пальчиком малюю</w:t>
      </w:r>
    </w:p>
    <w:p>
      <w:r>
        <w:br/>
        <w:t>* * *</w:t>
      </w:r>
    </w:p>
    <w:p>
      <w:r>
        <w:br/>
        <w:t>Стій, жабко ротата!</w:t>
      </w:r>
    </w:p>
    <w:p>
      <w:r>
        <w:br/>
        <w:t>Покличу тата!</w:t>
      </w:r>
    </w:p>
    <w:p>
      <w:r>
        <w:br/>
        <w:t>Рятуй мене, мамо,</w:t>
      </w:r>
    </w:p>
    <w:p>
      <w:r>
        <w:br/>
        <w:t>Рятуй мене, тату!</w:t>
      </w:r>
    </w:p>
    <w:p>
      <w:r>
        <w:br/>
        <w:t>Зженіть з дороги</w:t>
      </w:r>
    </w:p>
    <w:p>
      <w:r>
        <w:br/>
        <w:t>Жабку ротату!</w:t>
      </w:r>
    </w:p>
    <w:p>
      <w:r>
        <w:br/>
        <w:t>Вона страшнюча</w:t>
      </w:r>
    </w:p>
    <w:p>
      <w:r>
        <w:br/>
        <w:t>Гола і боса,</w:t>
      </w:r>
    </w:p>
    <w:p>
      <w:r>
        <w:br/>
        <w:t>Глядить на мене,</w:t>
      </w:r>
    </w:p>
    <w:p>
      <w:r>
        <w:br/>
        <w:t>Задерла носа —</w:t>
      </w:r>
    </w:p>
    <w:p>
      <w:r>
        <w:br/>
        <w:t>Бо, мабуть, хоче</w:t>
      </w:r>
    </w:p>
    <w:p>
      <w:r>
        <w:br/>
        <w:t>Мене дістати,</w:t>
      </w:r>
    </w:p>
    <w:p>
      <w:r>
        <w:br/>
        <w:t>Хоче із мене</w:t>
      </w:r>
    </w:p>
    <w:p>
      <w:r>
        <w:br/>
        <w:t>Чоботи зняти,</w:t>
      </w:r>
    </w:p>
    <w:p>
      <w:r>
        <w:br/>
        <w:t>Щоби надіти</w:t>
      </w:r>
    </w:p>
    <w:p>
      <w:r>
        <w:br/>
        <w:t>Й самій гуляти...</w:t>
      </w:r>
    </w:p>
    <w:p>
      <w:r>
        <w:br/>
        <w:t>А жабка вража</w:t>
      </w:r>
    </w:p>
    <w:p>
      <w:r>
        <w:br/>
        <w:t>Сміється й каже:</w:t>
      </w:r>
    </w:p>
    <w:p>
      <w:r>
        <w:br/>
        <w:t>"Хлопчику милий,</w:t>
      </w:r>
    </w:p>
    <w:p>
      <w:r>
        <w:br/>
        <w:t>Не будь дурненький!</w:t>
      </w:r>
    </w:p>
    <w:p>
      <w:r>
        <w:br/>
        <w:t>Я жабенятко</w:t>
      </w:r>
    </w:p>
    <w:p>
      <w:r>
        <w:br/>
        <w:t>Таке маленьке,</w:t>
      </w:r>
    </w:p>
    <w:p>
      <w:r>
        <w:br/>
        <w:t>Дивлюсь на квіти,</w:t>
      </w:r>
    </w:p>
    <w:p>
      <w:r>
        <w:br/>
        <w:t>Чемно гуляю...</w:t>
      </w:r>
    </w:p>
    <w:p>
      <w:r>
        <w:br/>
        <w:t>Я гарних діток</w:t>
      </w:r>
    </w:p>
    <w:p>
      <w:r>
        <w:br/>
        <w:t>Не зачіпаю.</w:t>
      </w:r>
    </w:p>
    <w:p>
      <w:r>
        <w:br/>
        <w:t>І ти ж великий,</w:t>
      </w:r>
    </w:p>
    <w:p>
      <w:r>
        <w:br/>
        <w:t>Бо ти — людина,</w:t>
      </w:r>
    </w:p>
    <w:p>
      <w:r>
        <w:br/>
        <w:t>А я ман-у-нька</w:t>
      </w:r>
    </w:p>
    <w:p>
      <w:r>
        <w:br/>
        <w:t>Як горошина".</w:t>
      </w:r>
    </w:p>
    <w:p>
      <w:r>
        <w:br/>
        <w:t>* * *</w:t>
      </w:r>
    </w:p>
    <w:p>
      <w:r>
        <w:br/>
        <w:t>Чи Несторик знає, хто</w:t>
      </w:r>
    </w:p>
    <w:p>
      <w:r>
        <w:br/>
        <w:t>Посилає це авто?</w:t>
      </w:r>
    </w:p>
    <w:p>
      <w:r>
        <w:br/>
        <w:t>Це Я, зайчик хворий,</w:t>
      </w:r>
    </w:p>
    <w:p>
      <w:r>
        <w:br/>
        <w:t>Що живе на горах.</w:t>
      </w:r>
    </w:p>
    <w:p>
      <w:r>
        <w:br/>
        <w:t>Бігав я до міста</w:t>
      </w:r>
    </w:p>
    <w:p>
      <w:r>
        <w:br/>
        <w:t>Та й купив пакунок —</w:t>
      </w:r>
    </w:p>
    <w:p>
      <w:r>
        <w:br/>
        <w:t>Тобі на Великдень</w:t>
      </w:r>
    </w:p>
    <w:p>
      <w:r>
        <w:br/>
        <w:t>Оцей подарунок.</w:t>
      </w:r>
    </w:p>
    <w:p>
      <w:r>
        <w:br/>
        <w:t>Не жалів я ніжок,</w:t>
      </w:r>
    </w:p>
    <w:p>
      <w:r>
        <w:br/>
        <w:t>Не жалів я грошей,</w:t>
      </w:r>
    </w:p>
    <w:p>
      <w:r>
        <w:br/>
        <w:t>Щоб Ти був для Мами</w:t>
      </w:r>
    </w:p>
    <w:p>
      <w:r>
        <w:br/>
        <w:t>Чемний і хороший.</w:t>
      </w:r>
    </w:p>
    <w:p>
      <w:r>
        <w:br/>
        <w:t>Зайчик</w:t>
      </w:r>
    </w:p>
    <w:p>
      <w:r>
        <w:br/>
        <w:t>Хлопчик смішний такий</w:t>
      </w:r>
    </w:p>
    <w:p>
      <w:r>
        <w:br/>
        <w:t>Пускає мильні баньки,—</w:t>
      </w:r>
    </w:p>
    <w:p>
      <w:r>
        <w:br/>
        <w:t>Пташка над ними в'ється,</w:t>
      </w:r>
    </w:p>
    <w:p>
      <w:r>
        <w:br/>
        <w:t>Сонце вгорі сміється,</w:t>
      </w:r>
    </w:p>
    <w:p>
      <w:r>
        <w:br/>
        <w:t>А песик витріщив очі —</w:t>
      </w:r>
    </w:p>
    <w:p>
      <w:r>
        <w:br/>
        <w:t>Баньку вловити хоче.</w:t>
      </w:r>
    </w:p>
    <w:p>
      <w:r>
        <w:br/>
        <w:t>Квітка віночком хитає.</w:t>
      </w:r>
    </w:p>
    <w:p>
      <w:r>
        <w:br/>
        <w:t>А Несторик?</w:t>
      </w:r>
    </w:p>
    <w:p>
      <w:r>
        <w:br/>
        <w:t>Цей вірш читає.</w:t>
      </w:r>
    </w:p>
    <w:p>
      <w:r>
        <w:br/>
        <w:t>Читаю, читаю,</w:t>
      </w:r>
    </w:p>
    <w:p>
      <w:r>
        <w:br/>
        <w:t>Верчу, мну,</w:t>
      </w:r>
    </w:p>
    <w:p>
      <w:r>
        <w:br/>
        <w:t>Кругом обертаю —</w:t>
      </w:r>
    </w:p>
    <w:p>
      <w:r>
        <w:br/>
        <w:t>І — нічого не втну.</w:t>
      </w:r>
    </w:p>
    <w:p>
      <w:r>
        <w:br/>
        <w:t>Якісь закарлючки,</w:t>
      </w:r>
    </w:p>
    <w:p>
      <w:r>
        <w:br/>
        <w:t>Крапки і плями.</w:t>
      </w:r>
    </w:p>
    <w:p>
      <w:r>
        <w:br/>
        <w:t>Цікава газета, Мамо!</w:t>
      </w:r>
    </w:p>
    <w:p>
      <w:r>
        <w:br/>
        <w:t>Хлопчик маленький,</w:t>
      </w:r>
    </w:p>
    <w:p>
      <w:r>
        <w:br/>
        <w:t>Песик біленький</w:t>
      </w:r>
    </w:p>
    <w:p>
      <w:r>
        <w:br/>
        <w:t>І горобчик без хвоста —</w:t>
      </w:r>
    </w:p>
    <w:p>
      <w:r>
        <w:br/>
        <w:t>Написали листа.</w:t>
      </w:r>
    </w:p>
    <w:p>
      <w:r>
        <w:br/>
        <w:t>Хлопчик припечатав —</w:t>
      </w:r>
    </w:p>
    <w:p>
      <w:r>
        <w:br/>
        <w:t>Посилає до Тата.</w:t>
      </w:r>
    </w:p>
    <w:p>
      <w:r>
        <w:br/>
        <w:t>А Тато чекає, чекає,—</w:t>
      </w:r>
    </w:p>
    <w:p>
      <w:r>
        <w:br/>
        <w:t>А від Несторика листа немає,</w:t>
      </w:r>
    </w:p>
    <w:p>
      <w:r>
        <w:br/>
        <w:t>І журиться Тато, чи скоро</w:t>
      </w:r>
    </w:p>
    <w:p>
      <w:r>
        <w:br/>
        <w:t>Напише листа й Несторик?</w:t>
      </w:r>
    </w:p>
    <w:p>
      <w:r>
        <w:br/>
        <w:t>2 квітня 1954 р.</w:t>
      </w:r>
    </w:p>
    <w:p>
      <w:r>
        <w:br/>
        <w:t>ПЕРШІ, ЮНАЦЬКІ ПУБЛІКАЦІЇ,</w:t>
      </w:r>
    </w:p>
    <w:p>
      <w:r>
        <w:br/>
        <w:t>ВАРІАНТИ ВІРШІВ ТА ПЕРЕКЛАДИ</w:t>
      </w:r>
    </w:p>
    <w:p>
      <w:r>
        <w:br/>
        <w:t>НОТА ЧОРНОЗЕМУ</w:t>
      </w:r>
    </w:p>
    <w:p>
      <w:r>
        <w:br/>
        <w:t>(З блокнота мандрівника)</w:t>
      </w:r>
    </w:p>
    <w:p>
      <w:r>
        <w:br/>
        <w:t>Од Каспія і до Поділля,</w:t>
      </w:r>
    </w:p>
    <w:p>
      <w:r>
        <w:br/>
        <w:t>Од вільних таврійських степів,</w:t>
      </w:r>
    </w:p>
    <w:p>
      <w:r>
        <w:br/>
        <w:t>Вздовж чорноморських берегів</w:t>
      </w:r>
    </w:p>
    <w:p>
      <w:r>
        <w:br/>
        <w:t>Я був сьогодні на весіллі,</w:t>
      </w:r>
    </w:p>
    <w:p>
      <w:r>
        <w:br/>
        <w:t>Гей, чув могутній переспів.</w:t>
      </w:r>
    </w:p>
    <w:p>
      <w:r>
        <w:br/>
        <w:t>Простори нивами вагітні,</w:t>
      </w:r>
    </w:p>
    <w:p>
      <w:r>
        <w:br/>
        <w:t>Сміється вітер на ланах,</w:t>
      </w:r>
    </w:p>
    <w:p>
      <w:r>
        <w:br/>
        <w:t>Жаданих в снах,</w:t>
      </w:r>
    </w:p>
    <w:p>
      <w:r>
        <w:br/>
        <w:t>А у очах</w:t>
      </w:r>
    </w:p>
    <w:p>
      <w:r>
        <w:br/>
        <w:t>Встає відродження —</w:t>
      </w:r>
    </w:p>
    <w:p>
      <w:r>
        <w:br/>
        <w:t>Й на злиднях</w:t>
      </w:r>
    </w:p>
    <w:p>
      <w:r>
        <w:br/>
        <w:t>Могильні плити.</w:t>
      </w:r>
    </w:p>
    <w:p>
      <w:r>
        <w:br/>
        <w:t>Снують під стріхами пісні,</w:t>
      </w:r>
    </w:p>
    <w:p>
      <w:r>
        <w:br/>
        <w:t>Надії стерли журу-стуму</w:t>
      </w:r>
    </w:p>
    <w:p>
      <w:r>
        <w:br/>
        <w:t>І не короблять мозок думи,</w:t>
      </w:r>
    </w:p>
    <w:p>
      <w:r>
        <w:br/>
        <w:t>На села дихають лани.</w:t>
      </w:r>
    </w:p>
    <w:p>
      <w:r>
        <w:br/>
        <w:t>З ланів приносе подих буйний</w:t>
      </w:r>
    </w:p>
    <w:p>
      <w:r>
        <w:br/>
        <w:t>І синій гомін, ось почуй-но,</w:t>
      </w:r>
    </w:p>
    <w:p>
      <w:r>
        <w:br/>
        <w:t>Принишкни, чуй! —</w:t>
      </w:r>
    </w:p>
    <w:p>
      <w:r>
        <w:br/>
        <w:t>"Двадцять п'ятий рік...</w:t>
      </w:r>
    </w:p>
    <w:p>
      <w:r>
        <w:br/>
        <w:t>Ех, держись, біда!</w:t>
      </w:r>
    </w:p>
    <w:p>
      <w:r>
        <w:br/>
        <w:t>Зароїсь надіями</w:t>
      </w:r>
    </w:p>
    <w:p>
      <w:r>
        <w:br/>
        <w:t>Селища й оселі.</w:t>
      </w:r>
    </w:p>
    <w:p>
      <w:r>
        <w:br/>
        <w:t>Ми на грані літ,</w:t>
      </w:r>
    </w:p>
    <w:p>
      <w:r>
        <w:br/>
        <w:t>На порозі днів</w:t>
      </w:r>
    </w:p>
    <w:p>
      <w:r>
        <w:br/>
        <w:t>До комун гартованих</w:t>
      </w:r>
    </w:p>
    <w:p>
      <w:r>
        <w:br/>
        <w:t>Міццю чорнозему.</w:t>
      </w:r>
    </w:p>
    <w:p>
      <w:r>
        <w:br/>
        <w:t>Дурний, дурний Болдвин і Юз,</w:t>
      </w:r>
    </w:p>
    <w:p>
      <w:r>
        <w:br/>
        <w:t>Дурний Кайо й Пенлеве.</w:t>
      </w:r>
    </w:p>
    <w:p>
      <w:r>
        <w:br/>
        <w:t>Коли я в зерно уберусь,</w:t>
      </w:r>
    </w:p>
    <w:p>
      <w:r>
        <w:br/>
        <w:t>Я їм у вічі засміюсь,</w:t>
      </w:r>
    </w:p>
    <w:p>
      <w:r>
        <w:br/>
        <w:t>Зарегочусь.</w:t>
      </w:r>
    </w:p>
    <w:p>
      <w:r>
        <w:br/>
        <w:t>Нам їх не треба.</w:t>
      </w:r>
    </w:p>
    <w:p>
      <w:r>
        <w:br/>
        <w:t>Мозолями плеканий, потом,</w:t>
      </w:r>
    </w:p>
    <w:p>
      <w:r>
        <w:br/>
        <w:t>Необрахований зайом</w:t>
      </w:r>
    </w:p>
    <w:p>
      <w:r>
        <w:br/>
        <w:t>Колосся гне, окиньмо оком,</w:t>
      </w:r>
    </w:p>
    <w:p>
      <w:r>
        <w:br/>
        <w:t>Прохати злото восьмим роком</w:t>
      </w:r>
    </w:p>
    <w:p>
      <w:r>
        <w:br/>
        <w:t>Ми не підем..."</w:t>
      </w:r>
    </w:p>
    <w:p>
      <w:r>
        <w:br/>
        <w:t>* * *</w:t>
      </w:r>
    </w:p>
    <w:p>
      <w:r>
        <w:br/>
        <w:t>Зашаряться порану села,</w:t>
      </w:r>
    </w:p>
    <w:p>
      <w:r>
        <w:br/>
        <w:t>Загоном вийдуть вітряки</w:t>
      </w:r>
    </w:p>
    <w:p>
      <w:r>
        <w:br/>
        <w:t>Стрічати ранок, а з степів</w:t>
      </w:r>
    </w:p>
    <w:p>
      <w:r>
        <w:br/>
        <w:t>Хвилює радість — переспів</w:t>
      </w:r>
    </w:p>
    <w:p>
      <w:r>
        <w:br/>
        <w:t>Трудових нив.</w:t>
      </w:r>
    </w:p>
    <w:p>
      <w:r>
        <w:br/>
        <w:t>Й встає веселий</w:t>
      </w:r>
    </w:p>
    <w:p>
      <w:r>
        <w:br/>
        <w:t>Й поодинокий колектив.</w:t>
      </w:r>
    </w:p>
    <w:p>
      <w:r>
        <w:br/>
        <w:t>21 червня 1925 р., газета "Червоний кордон" (Кам’янець-Подільський).</w:t>
      </w:r>
    </w:p>
    <w:p>
      <w:r>
        <w:br/>
        <w:t>Це — перша віршована публікація поета, під якою підпис: "Лозов'ягин (Плуг)"</w:t>
      </w:r>
    </w:p>
    <w:p>
      <w:r>
        <w:br/>
        <w:t>ПІОНЕРИ</w:t>
      </w:r>
    </w:p>
    <w:p>
      <w:r>
        <w:br/>
        <w:t>Де тане зелений парк в задумі</w:t>
      </w:r>
    </w:p>
    <w:p>
      <w:r>
        <w:br/>
        <w:t>І синій вечір очі в Смотрич опустив,</w:t>
      </w:r>
    </w:p>
    <w:p>
      <w:r>
        <w:br/>
        <w:t>Де місто цвіллю розшіивлось в турботнім шумі,</w:t>
      </w:r>
    </w:p>
    <w:p>
      <w:r>
        <w:br/>
        <w:t>Де кисне мир міщанський в стумі</w:t>
      </w:r>
    </w:p>
    <w:p>
      <w:r>
        <w:br/>
        <w:t>Ганебних снів...</w:t>
      </w:r>
    </w:p>
    <w:p>
      <w:r>
        <w:br/>
        <w:t>Так раптом розпанахав тишу зик труби</w:t>
      </w:r>
    </w:p>
    <w:p>
      <w:r>
        <w:br/>
        <w:t>І барабанний такт шикованих рядів! —</w:t>
      </w:r>
    </w:p>
    <w:p>
      <w:r>
        <w:br/>
        <w:t>І потонули місто, й парк, істума</w:t>
      </w:r>
    </w:p>
    <w:p>
      <w:r>
        <w:br/>
        <w:t>У хвилях юности, бадьорости й надій.</w:t>
      </w:r>
    </w:p>
    <w:p>
      <w:r>
        <w:br/>
        <w:t>Юнак, не спи!</w:t>
      </w:r>
    </w:p>
    <w:p>
      <w:r>
        <w:br/>
        <w:t>Іди, не стій.</w:t>
      </w:r>
    </w:p>
    <w:p>
      <w:r>
        <w:br/>
        <w:t>"З боєм барабанним,</w:t>
      </w:r>
    </w:p>
    <w:p>
      <w:r>
        <w:br/>
        <w:t>Строєм барабанним</w:t>
      </w:r>
    </w:p>
    <w:p>
      <w:r>
        <w:br/>
        <w:t>ми ідем.</w:t>
      </w:r>
    </w:p>
    <w:p>
      <w:r>
        <w:br/>
        <w:t>Топотом чеканним</w:t>
      </w:r>
    </w:p>
    <w:p>
      <w:r>
        <w:br/>
        <w:t>Цокотимо камнем,</w:t>
      </w:r>
    </w:p>
    <w:p>
      <w:r>
        <w:br/>
        <w:t>знань даєм.</w:t>
      </w:r>
    </w:p>
    <w:p>
      <w:r>
        <w:br/>
        <w:t>Співом розмаїтим,</w:t>
      </w:r>
    </w:p>
    <w:p>
      <w:r>
        <w:br/>
        <w:t>Вщерть життям налитим</w:t>
      </w:r>
    </w:p>
    <w:p>
      <w:r>
        <w:br/>
        <w:t>в небо б'єм".</w:t>
      </w:r>
    </w:p>
    <w:p>
      <w:r>
        <w:br/>
        <w:t>Юні піонери</w:t>
      </w:r>
    </w:p>
    <w:p>
      <w:r>
        <w:br/>
        <w:t>З стягом піонерським</w:t>
      </w:r>
    </w:p>
    <w:p>
      <w:r>
        <w:br/>
        <w:t>дружно йдуть.</w:t>
      </w:r>
    </w:p>
    <w:p>
      <w:r>
        <w:br/>
        <w:t>***</w:t>
      </w:r>
    </w:p>
    <w:p>
      <w:r>
        <w:br/>
        <w:t>З волею в майбутнє,</w:t>
      </w:r>
    </w:p>
    <w:p>
      <w:r>
        <w:br/>
        <w:t>В сяйво п'ятикуття</w:t>
      </w:r>
    </w:p>
    <w:p>
      <w:r>
        <w:br/>
        <w:t>по-ве-дуть.</w:t>
      </w:r>
    </w:p>
    <w:p>
      <w:r>
        <w:br/>
        <w:t>Боєм барабанним,</w:t>
      </w:r>
    </w:p>
    <w:p>
      <w:r>
        <w:br/>
        <w:t>Юний барабанщик,</w:t>
      </w:r>
    </w:p>
    <w:p>
      <w:r>
        <w:br/>
        <w:t>чітко бий.</w:t>
      </w:r>
    </w:p>
    <w:p>
      <w:r>
        <w:br/>
        <w:t>* * *</w:t>
      </w:r>
    </w:p>
    <w:p>
      <w:r>
        <w:br/>
        <w:t>Зови за собою,</w:t>
      </w:r>
    </w:p>
    <w:p>
      <w:r>
        <w:br/>
        <w:t>Загартуй до бою</w:t>
      </w:r>
    </w:p>
    <w:p>
      <w:r>
        <w:br/>
        <w:t>мир малий.</w:t>
      </w:r>
    </w:p>
    <w:p>
      <w:r>
        <w:br/>
        <w:t>* * *</w:t>
      </w:r>
    </w:p>
    <w:p>
      <w:r>
        <w:br/>
        <w:t>Гетьте, хто не з нами,</w:t>
      </w:r>
    </w:p>
    <w:p>
      <w:r>
        <w:br/>
        <w:t>Кисніть над куклами,</w:t>
      </w:r>
    </w:p>
    <w:p>
      <w:r>
        <w:br/>
        <w:t>Ми ж ідем з батьками</w:t>
      </w:r>
    </w:p>
    <w:p>
      <w:r>
        <w:br/>
        <w:t>дружно вряд.</w:t>
      </w:r>
    </w:p>
    <w:p>
      <w:r>
        <w:br/>
        <w:t>* * *</w:t>
      </w:r>
    </w:p>
    <w:p>
      <w:r>
        <w:br/>
        <w:t>Ген туди, де дніє,</w:t>
      </w:r>
    </w:p>
    <w:p>
      <w:r>
        <w:br/>
        <w:t>Де комуна мріє,</w:t>
      </w:r>
    </w:p>
    <w:p>
      <w:r>
        <w:br/>
        <w:t>Де цвітуть надії</w:t>
      </w:r>
    </w:p>
    <w:p>
      <w:r>
        <w:br/>
        <w:t>і горять.</w:t>
      </w:r>
    </w:p>
    <w:p>
      <w:r>
        <w:br/>
        <w:t>І бачу — перелом віків і сплутані шляхи.</w:t>
      </w:r>
    </w:p>
    <w:p>
      <w:r>
        <w:br/>
        <w:t>Вони, і лиш вони огнем, знанням</w:t>
      </w:r>
    </w:p>
    <w:p>
      <w:r>
        <w:br/>
        <w:t>і волею проткнуть</w:t>
      </w:r>
    </w:p>
    <w:p>
      <w:r>
        <w:br/>
        <w:t>І стяг червоний з пам'яттю батьків</w:t>
      </w:r>
    </w:p>
    <w:p>
      <w:r>
        <w:br/>
        <w:t>В комуну донесуть.</w:t>
      </w:r>
    </w:p>
    <w:p>
      <w:r>
        <w:br/>
        <w:t>2 липня 1925 р.</w:t>
      </w:r>
    </w:p>
    <w:p>
      <w:r>
        <w:br/>
        <w:t>Газета "Червоний кордон" (Кам’янець-Подільський).</w:t>
      </w:r>
    </w:p>
    <w:p>
      <w:r>
        <w:br/>
        <w:t>В місто</w:t>
      </w:r>
    </w:p>
    <w:p>
      <w:r>
        <w:br/>
        <w:t>Тіні сині... Коні ковані...</w:t>
      </w:r>
    </w:p>
    <w:p>
      <w:r>
        <w:br/>
        <w:t>Сталевая даль. —</w:t>
      </w:r>
    </w:p>
    <w:p>
      <w:r>
        <w:br/>
        <w:t>Здрастуй, велетень закований</w:t>
      </w:r>
    </w:p>
    <w:p>
      <w:r>
        <w:br/>
        <w:t>В долинову сталь!</w:t>
      </w:r>
    </w:p>
    <w:p>
      <w:r>
        <w:br/>
        <w:t>Я звідтіль, де сонце капа з стріх</w:t>
      </w:r>
    </w:p>
    <w:p>
      <w:r>
        <w:br/>
        <w:t>І золотить дні,</w:t>
      </w:r>
    </w:p>
    <w:p>
      <w:r>
        <w:br/>
        <w:t>Й мітингують горобці під сміх</w:t>
      </w:r>
    </w:p>
    <w:p>
      <w:r>
        <w:br/>
        <w:t>В ожередах снів.</w:t>
      </w:r>
    </w:p>
    <w:p>
      <w:r>
        <w:br/>
        <w:t>Де чорнозем сонно дихає,</w:t>
      </w:r>
    </w:p>
    <w:p>
      <w:r>
        <w:br/>
        <w:t>День дзеркалить став,</w:t>
      </w:r>
    </w:p>
    <w:p>
      <w:r>
        <w:br/>
        <w:t>Степ розлігся, ліг і кліпає</w:t>
      </w:r>
    </w:p>
    <w:p>
      <w:r>
        <w:br/>
        <w:t>І стерню нап'яв.</w:t>
      </w:r>
    </w:p>
    <w:p>
      <w:r>
        <w:br/>
        <w:t>Я з далеких сел калинових,</w:t>
      </w:r>
    </w:p>
    <w:p>
      <w:r>
        <w:br/>
        <w:t>З степових ночей,</w:t>
      </w:r>
    </w:p>
    <w:p>
      <w:r>
        <w:br/>
        <w:t>Йду на прощу до джерел нових,</w:t>
      </w:r>
    </w:p>
    <w:p>
      <w:r>
        <w:br/>
        <w:t>До нових людей.</w:t>
      </w:r>
    </w:p>
    <w:p>
      <w:r>
        <w:br/>
        <w:t>Місто крекче, місто кривиться,</w:t>
      </w:r>
    </w:p>
    <w:p>
      <w:r>
        <w:br/>
        <w:t>Шум антени звів,</w:t>
      </w:r>
    </w:p>
    <w:p>
      <w:r>
        <w:br/>
        <w:t>На панелі сонце дивиться</w:t>
      </w:r>
    </w:p>
    <w:p>
      <w:r>
        <w:br/>
        <w:t>З павутини днів.</w:t>
      </w:r>
    </w:p>
    <w:p>
      <w:r>
        <w:br/>
        <w:t>А нудьга біжить трамваями,</w:t>
      </w:r>
    </w:p>
    <w:p>
      <w:r>
        <w:br/>
        <w:t>Визира в вікно...</w:t>
      </w:r>
    </w:p>
    <w:p>
      <w:r>
        <w:br/>
        <w:t>Пацани обдерті зграями</w:t>
      </w:r>
    </w:p>
    <w:p>
      <w:r>
        <w:br/>
        <w:t>Бережуть кіно.</w:t>
      </w:r>
    </w:p>
    <w:p>
      <w:r>
        <w:br/>
        <w:t>День об ріг розкроїв щелепи,</w:t>
      </w:r>
    </w:p>
    <w:p>
      <w:r>
        <w:br/>
        <w:t>Втерся шклом вітрин...</w:t>
      </w:r>
    </w:p>
    <w:p>
      <w:r>
        <w:br/>
        <w:t>Дереньчить нервовий велетень,</w:t>
      </w:r>
    </w:p>
    <w:p>
      <w:r>
        <w:br/>
        <w:t>Трусе зойки з стін.</w:t>
      </w:r>
    </w:p>
    <w:p>
      <w:r>
        <w:br/>
        <w:t>Дим з околиць чорним вороном,</w:t>
      </w:r>
    </w:p>
    <w:p>
      <w:r>
        <w:br/>
        <w:t>То сталева даль...</w:t>
      </w:r>
    </w:p>
    <w:p>
      <w:r>
        <w:br/>
        <w:t>На бульвар з кармінним гонором</w:t>
      </w:r>
    </w:p>
    <w:p>
      <w:r>
        <w:br/>
        <w:t>Напина вуаль.</w:t>
      </w:r>
    </w:p>
    <w:p>
      <w:r>
        <w:br/>
        <w:t>Став на брук чужим потворищем</w:t>
      </w:r>
    </w:p>
    <w:p>
      <w:r>
        <w:br/>
        <w:t>Хто прийме поклон?</w:t>
      </w:r>
    </w:p>
    <w:p>
      <w:r>
        <w:br/>
        <w:t>Чужина минає зборищем,</w:t>
      </w:r>
    </w:p>
    <w:p>
      <w:r>
        <w:br/>
        <w:t>Наче сизий сон.</w:t>
      </w:r>
    </w:p>
    <w:p>
      <w:r>
        <w:br/>
        <w:t>Синій вітер ходить павою</w:t>
      </w:r>
    </w:p>
    <w:p>
      <w:r>
        <w:br/>
        <w:t>По шовках вітрин...</w:t>
      </w:r>
    </w:p>
    <w:p>
      <w:r>
        <w:br/>
        <w:t>Ясний вітер б'є булавою</w:t>
      </w:r>
    </w:p>
    <w:p>
      <w:r>
        <w:br/>
        <w:t>В вересневий дзвін.</w:t>
      </w:r>
    </w:p>
    <w:p>
      <w:r>
        <w:br/>
        <w:t>Синій вечір в дзвоні, в брязканні</w:t>
      </w:r>
    </w:p>
    <w:p>
      <w:r>
        <w:br/>
        <w:t>Свище на проспект,</w:t>
      </w:r>
    </w:p>
    <w:p>
      <w:r>
        <w:br/>
        <w:t>В коси ночі переляканій</w:t>
      </w:r>
    </w:p>
    <w:p>
      <w:r>
        <w:br/>
        <w:t>Заплітає спектр.</w:t>
      </w:r>
    </w:p>
    <w:p>
      <w:r>
        <w:br/>
        <w:t>В плямах спектра, в сяйві кожен крок.</w:t>
      </w:r>
    </w:p>
    <w:p>
      <w:r>
        <w:br/>
        <w:t>Йдуть бульвари, йдуть...</w:t>
      </w:r>
    </w:p>
    <w:p>
      <w:r>
        <w:br/>
        <w:t>Місяць впав в зелений заморок</w:t>
      </w:r>
    </w:p>
    <w:p>
      <w:r>
        <w:br/>
        <w:t>На трамвайну путь.</w:t>
      </w:r>
    </w:p>
    <w:p>
      <w:r>
        <w:br/>
        <w:t>Автор світить, автор рявкає,</w:t>
      </w:r>
    </w:p>
    <w:p>
      <w:r>
        <w:br/>
        <w:t>Роздира панель,</w:t>
      </w:r>
    </w:p>
    <w:p>
      <w:r>
        <w:br/>
        <w:t>Непривітно в очі ляскає,</w:t>
      </w:r>
    </w:p>
    <w:p>
      <w:r>
        <w:br/>
        <w:t>Припіра до скель.</w:t>
      </w:r>
    </w:p>
    <w:p>
      <w:r>
        <w:br/>
        <w:t>Під чавунним литим черепом</w:t>
      </w:r>
    </w:p>
    <w:p>
      <w:r>
        <w:br/>
        <w:t>Бухне світ землі...</w:t>
      </w:r>
    </w:p>
    <w:p>
      <w:r>
        <w:br/>
        <w:t>День об ріг розкроїв щелепи...</w:t>
      </w:r>
    </w:p>
    <w:p>
      <w:r>
        <w:br/>
        <w:t>Губи кров спили.</w:t>
      </w:r>
    </w:p>
    <w:p>
      <w:r>
        <w:br/>
        <w:t>Голова, як камень, хилиться...</w:t>
      </w:r>
    </w:p>
    <w:p>
      <w:r>
        <w:br/>
        <w:t>Миготять стовпи...</w:t>
      </w:r>
    </w:p>
    <w:p>
      <w:r>
        <w:br/>
        <w:t>На панелі сонце дивиться,</w:t>
      </w:r>
    </w:p>
    <w:p>
      <w:r>
        <w:br/>
        <w:t>Кличе у степи.</w:t>
      </w:r>
    </w:p>
    <w:p>
      <w:r>
        <w:br/>
        <w:t>журнал "Глобус", 1926.</w:t>
      </w:r>
    </w:p>
    <w:p>
      <w:r>
        <w:br/>
        <w:t>Саме над цим віршем уперше (можливо за порадою Б. Антоненка-Давидовича, який працював тут секретарем редакції), з'явився новий літературний псевдонім поета (досі був І. Полярний), що став потім його власним прізвищем: Ів. Багряний.</w:t>
      </w:r>
    </w:p>
    <w:p>
      <w:r>
        <w:br/>
        <w:t>ЗГРАЇ МЕТЕЛИКІВ...</w:t>
      </w:r>
    </w:p>
    <w:p>
      <w:r>
        <w:br/>
        <w:t>Зграї метеликів білих</w:t>
      </w:r>
    </w:p>
    <w:p>
      <w:r>
        <w:br/>
        <w:t>Тануть в холодній воді—</w:t>
      </w:r>
    </w:p>
    <w:p>
      <w:r>
        <w:br/>
        <w:t>То пір'я своє розгубили,</w:t>
      </w:r>
    </w:p>
    <w:p>
      <w:r>
        <w:br/>
        <w:t>То лебеді.</w:t>
      </w:r>
    </w:p>
    <w:p>
      <w:r>
        <w:br/>
        <w:t>Високо в далеч безмірну</w:t>
      </w:r>
    </w:p>
    <w:p>
      <w:r>
        <w:br/>
        <w:t>Білим крилом майорять,—</w:t>
      </w:r>
    </w:p>
    <w:p>
      <w:r>
        <w:br/>
        <w:t>Десь полетіли у вирій,</w:t>
      </w:r>
    </w:p>
    <w:p>
      <w:r>
        <w:br/>
        <w:t>Десь — на моря.</w:t>
      </w:r>
    </w:p>
    <w:p>
      <w:r>
        <w:br/>
        <w:t>Ось і минулося літо...</w:t>
      </w:r>
    </w:p>
    <w:p>
      <w:r>
        <w:br/>
        <w:t>Поле і ліс, мов чужі,—</w:t>
      </w:r>
    </w:p>
    <w:p>
      <w:r>
        <w:br/>
        <w:t>В полі берізка роздіта</w:t>
      </w:r>
    </w:p>
    <w:p>
      <w:r>
        <w:br/>
        <w:t>Снить на межі.</w:t>
      </w:r>
    </w:p>
    <w:p>
      <w:r>
        <w:br/>
        <w:t>В лісі не чути зозулі.</w:t>
      </w:r>
    </w:p>
    <w:p>
      <w:r>
        <w:br/>
        <w:t>В лісі не чути пісень...</w:t>
      </w:r>
    </w:p>
    <w:p>
      <w:r>
        <w:br/>
        <w:t>Марно за скарби минулі</w:t>
      </w:r>
    </w:p>
    <w:p>
      <w:r>
        <w:br/>
        <w:t>Плачеться день.</w:t>
      </w:r>
    </w:p>
    <w:p>
      <w:r>
        <w:br/>
        <w:t>День погасає, як свічка.</w:t>
      </w:r>
    </w:p>
    <w:p>
      <w:r>
        <w:br/>
        <w:t>Крадеться сутінь німа.</w:t>
      </w:r>
    </w:p>
    <w:p>
      <w:r>
        <w:br/>
        <w:t>З мертвим, напудреним личком</w:t>
      </w:r>
    </w:p>
    <w:p>
      <w:r>
        <w:br/>
        <w:t>Ось і зима.</w:t>
      </w:r>
    </w:p>
    <w:p>
      <w:r>
        <w:br/>
        <w:t>Прийде мороз і надіне</w:t>
      </w:r>
    </w:p>
    <w:p>
      <w:r>
        <w:br/>
        <w:t>Хвилям жупан крижаний,—</w:t>
      </w:r>
    </w:p>
    <w:p>
      <w:r>
        <w:br/>
        <w:t>З болем жаліти за літом</w:t>
      </w:r>
    </w:p>
    <w:p>
      <w:r>
        <w:br/>
        <w:t>Будуть вони.</w:t>
      </w:r>
    </w:p>
    <w:p>
      <w:r>
        <w:br/>
        <w:t>Поки ж морозом не скуті,</w:t>
      </w:r>
    </w:p>
    <w:p>
      <w:r>
        <w:br/>
        <w:t>Ловлять сніжинки бліді.</w:t>
      </w:r>
    </w:p>
    <w:p>
      <w:r>
        <w:br/>
        <w:t>Марять про весни одбуті,</w:t>
      </w:r>
    </w:p>
    <w:p>
      <w:r>
        <w:br/>
        <w:t>Про лебеді...</w:t>
      </w:r>
    </w:p>
    <w:p>
      <w:r>
        <w:br/>
        <w:t>Прийдуть ще весни і квіти,</w:t>
      </w:r>
    </w:p>
    <w:p>
      <w:r>
        <w:br/>
        <w:t>Радощі прийдуть сами...</w:t>
      </w:r>
    </w:p>
    <w:p>
      <w:r>
        <w:br/>
        <w:t>Будемо знов молодіти —</w:t>
      </w:r>
    </w:p>
    <w:p>
      <w:r>
        <w:br/>
        <w:t>Сонце і ми.</w:t>
      </w:r>
    </w:p>
    <w:p>
      <w:r>
        <w:br/>
        <w:t>журнал "Червоні квіти", 2 січня 1928.</w:t>
      </w:r>
    </w:p>
    <w:p>
      <w:r>
        <w:br/>
        <w:t>БІЛЯ ДНІПРОВИХ ПОРОГІВ</w:t>
      </w:r>
    </w:p>
    <w:p>
      <w:r>
        <w:br/>
        <w:t>(Дніпрельстану)</w:t>
      </w:r>
    </w:p>
    <w:p>
      <w:r>
        <w:br/>
        <w:t>Перепілка в житі — радість...</w:t>
      </w:r>
    </w:p>
    <w:p>
      <w:r>
        <w:br/>
        <w:t>В пшеницях волошки — смуток.</w:t>
      </w:r>
    </w:p>
    <w:p>
      <w:r>
        <w:br/>
        <w:t>Ворон з ріль — печаль.</w:t>
      </w:r>
    </w:p>
    <w:p>
      <w:r>
        <w:br/>
        <w:t>Гей ти, коню, вибий ритми,</w:t>
      </w:r>
    </w:p>
    <w:p>
      <w:r>
        <w:br/>
        <w:t>вибий ритми — кинь утому —</w:t>
      </w:r>
    </w:p>
    <w:p>
      <w:r>
        <w:br/>
        <w:t>на звороті на крутому нам не личить жаль.</w:t>
      </w:r>
    </w:p>
    <w:p>
      <w:r>
        <w:br/>
        <w:t>Крячка біла п'яним льотом</w:t>
      </w:r>
    </w:p>
    <w:p>
      <w:r>
        <w:br/>
        <w:t>білі груди миє в хвилях,</w:t>
      </w:r>
    </w:p>
    <w:p>
      <w:r>
        <w:br/>
        <w:t>припада з плачем,—</w:t>
      </w:r>
    </w:p>
    <w:p>
      <w:r>
        <w:br/>
        <w:t>хрипко ниє, важко пада,</w:t>
      </w:r>
    </w:p>
    <w:p>
      <w:r>
        <w:br/>
        <w:t>накриває білу піну</w:t>
      </w:r>
    </w:p>
    <w:p>
      <w:r>
        <w:br/>
        <w:t>і кигоче без упину —</w:t>
      </w:r>
    </w:p>
    <w:p>
      <w:r>
        <w:br/>
        <w:t>пестить і січе.</w:t>
      </w:r>
    </w:p>
    <w:p>
      <w:r>
        <w:br/>
        <w:t>"Завтра" прийде —</w:t>
      </w:r>
    </w:p>
    <w:p>
      <w:r>
        <w:br/>
        <w:t>"завтра" скаже,</w:t>
      </w:r>
    </w:p>
    <w:p>
      <w:r>
        <w:br/>
        <w:t>нерозривним путом ляже</w:t>
      </w:r>
    </w:p>
    <w:p>
      <w:r>
        <w:br/>
        <w:t>на оцей простор.</w:t>
      </w:r>
    </w:p>
    <w:p>
      <w:r>
        <w:br/>
        <w:t>І одвічний дум володар</w:t>
      </w:r>
    </w:p>
    <w:p>
      <w:r>
        <w:br/>
        <w:t>збрую сталеву надіне,</w:t>
      </w:r>
    </w:p>
    <w:p>
      <w:r>
        <w:br/>
        <w:t>задріжить слухняно й зміне</w:t>
      </w:r>
    </w:p>
    <w:p>
      <w:r>
        <w:br/>
        <w:t>древній семафор.</w:t>
      </w:r>
    </w:p>
    <w:p>
      <w:r>
        <w:br/>
        <w:t>Як метає піну зараз —</w:t>
      </w:r>
    </w:p>
    <w:p>
      <w:r>
        <w:br/>
        <w:t>пожене могутні хвилі</w:t>
      </w:r>
    </w:p>
    <w:p>
      <w:r>
        <w:br/>
        <w:t>у нові вогні.</w:t>
      </w:r>
    </w:p>
    <w:p>
      <w:r>
        <w:br/>
        <w:t>У нові казки і славу</w:t>
      </w:r>
    </w:p>
    <w:p>
      <w:r>
        <w:br/>
        <w:t>оповиє Україну,—</w:t>
      </w:r>
    </w:p>
    <w:p>
      <w:r>
        <w:br/>
        <w:t>в сіть артерій. Пульс їх кине</w:t>
      </w:r>
    </w:p>
    <w:p>
      <w:r>
        <w:br/>
        <w:t>сміло поклик в дні.</w:t>
      </w:r>
    </w:p>
    <w:p>
      <w:r>
        <w:br/>
        <w:t>Одцвіла минула слава,</w:t>
      </w:r>
    </w:p>
    <w:p>
      <w:r>
        <w:br/>
        <w:t>оджили дідівські думи</w:t>
      </w:r>
    </w:p>
    <w:p>
      <w:r>
        <w:br/>
        <w:t>й мрії золоті.</w:t>
      </w:r>
    </w:p>
    <w:p>
      <w:r>
        <w:br/>
        <w:t>З-за сирен не вчуєш крячки,</w:t>
      </w:r>
    </w:p>
    <w:p>
      <w:r>
        <w:br/>
        <w:t>з-за огнів не вбачиш бурі</w:t>
      </w:r>
    </w:p>
    <w:p>
      <w:r>
        <w:br/>
        <w:t>й краєвид оцей понурий</w:t>
      </w:r>
    </w:p>
    <w:p>
      <w:r>
        <w:br/>
        <w:t>не впізнаєш ти.</w:t>
      </w:r>
    </w:p>
    <w:p>
      <w:r>
        <w:br/>
        <w:t>Слава злиднями підбита,</w:t>
      </w:r>
    </w:p>
    <w:p>
      <w:r>
        <w:br/>
        <w:t>думи кров'ю перелляті</w:t>
      </w:r>
    </w:p>
    <w:p>
      <w:r>
        <w:br/>
        <w:t>підуть на загин.</w:t>
      </w:r>
    </w:p>
    <w:p>
      <w:r>
        <w:br/>
        <w:t>Покоління — наші внуки</w:t>
      </w:r>
    </w:p>
    <w:p>
      <w:r>
        <w:br/>
        <w:t>десь складуть незнану пісню,</w:t>
      </w:r>
    </w:p>
    <w:p>
      <w:r>
        <w:br/>
        <w:t>й заспіва могутня дійсність</w:t>
      </w:r>
    </w:p>
    <w:p>
      <w:r>
        <w:br/>
        <w:t>в унісон турбін.</w:t>
      </w:r>
    </w:p>
    <w:p>
      <w:r>
        <w:br/>
        <w:t>Перепілка в житі — радість...</w:t>
      </w:r>
    </w:p>
    <w:p>
      <w:r>
        <w:br/>
        <w:t>В пшеницях волошки — смуток...</w:t>
      </w:r>
    </w:p>
    <w:p>
      <w:r>
        <w:br/>
        <w:t>Ворон з ріль — печаль.</w:t>
      </w:r>
    </w:p>
    <w:p>
      <w:r>
        <w:br/>
        <w:t>Гей ти, коню, вибий ритми,</w:t>
      </w:r>
    </w:p>
    <w:p>
      <w:r>
        <w:br/>
        <w:t>вибий ритми, кинь утому,—</w:t>
      </w:r>
    </w:p>
    <w:p>
      <w:r>
        <w:br/>
        <w:t>на звороті на крутому</w:t>
      </w:r>
    </w:p>
    <w:p>
      <w:r>
        <w:br/>
        <w:t>нам не личить жаль.</w:t>
      </w:r>
    </w:p>
    <w:p>
      <w:r>
        <w:br/>
        <w:t>Дівчині</w:t>
      </w:r>
    </w:p>
    <w:p>
      <w:r>
        <w:br/>
        <w:t>В час вечірній, вечір сизий</w:t>
      </w:r>
    </w:p>
    <w:p>
      <w:r>
        <w:br/>
        <w:t>я тебе чекаю в храм мій —</w:t>
      </w:r>
    </w:p>
    <w:p>
      <w:r>
        <w:br/>
        <w:t>у кімнаті сонця ризи</w:t>
      </w:r>
    </w:p>
    <w:p>
      <w:r>
        <w:br/>
        <w:t>і махорки тіміями.</w:t>
      </w:r>
    </w:p>
    <w:p>
      <w:r>
        <w:br/>
        <w:t>Сонця ризи... Сонце — сальви!</w:t>
      </w:r>
    </w:p>
    <w:p>
      <w:r>
        <w:br/>
        <w:t>Сонце — танок!</w:t>
      </w:r>
    </w:p>
    <w:p>
      <w:r>
        <w:br/>
        <w:t>Ти прийшла!..</w:t>
      </w:r>
    </w:p>
    <w:p>
      <w:r>
        <w:br/>
        <w:t>Розмальована, як мальва —</w:t>
      </w:r>
    </w:p>
    <w:p>
      <w:r>
        <w:br/>
        <w:t>квіти, золото і шлак...</w:t>
      </w:r>
    </w:p>
    <w:p>
      <w:r>
        <w:br/>
        <w:t>Так ось, так востаннє бачив,—</w:t>
      </w:r>
    </w:p>
    <w:p>
      <w:r>
        <w:br/>
        <w:t>шахта, коні, коні, степ...</w:t>
      </w:r>
    </w:p>
    <w:p>
      <w:r>
        <w:br/>
        <w:t>Ласки... кров... шлики козачі...</w:t>
      </w:r>
    </w:p>
    <w:p>
      <w:r>
        <w:br/>
        <w:t>Шовк повіків (шовк — креп).</w:t>
      </w:r>
    </w:p>
    <w:p>
      <w:r>
        <w:br/>
        <w:t>Над могилою стояли,</w:t>
      </w:r>
    </w:p>
    <w:p>
      <w:r>
        <w:br/>
        <w:t>попрощались, розійшлись...</w:t>
      </w:r>
    </w:p>
    <w:p>
      <w:r>
        <w:br/>
        <w:t>Як в легендах Калевали —</w:t>
      </w:r>
    </w:p>
    <w:p>
      <w:r>
        <w:br/>
        <w:t>поховали, прощавали,</w:t>
      </w:r>
    </w:p>
    <w:p>
      <w:r>
        <w:br/>
        <w:t>розійшлись...</w:t>
      </w:r>
    </w:p>
    <w:p>
      <w:r>
        <w:br/>
        <w:t>Десь...</w:t>
      </w:r>
    </w:p>
    <w:p>
      <w:r>
        <w:br/>
        <w:t>Колись...</w:t>
      </w:r>
    </w:p>
    <w:p>
      <w:r>
        <w:br/>
        <w:t>Ти сімнадцяткою вбралась...</w:t>
      </w:r>
    </w:p>
    <w:p>
      <w:r>
        <w:br/>
        <w:t>Сонце сальви! Сонце сальви!</w:t>
      </w:r>
    </w:p>
    <w:p>
      <w:r>
        <w:br/>
        <w:t>Забери ж ти запинало,—</w:t>
      </w:r>
    </w:p>
    <w:p>
      <w:r>
        <w:br/>
        <w:t>ти печальна?</w:t>
      </w:r>
    </w:p>
    <w:p>
      <w:r>
        <w:br/>
        <w:t>Підійми очей зіниці,</w:t>
      </w:r>
    </w:p>
    <w:p>
      <w:r>
        <w:br/>
        <w:t>підведи на сонце профіль...</w:t>
      </w:r>
    </w:p>
    <w:p>
      <w:r>
        <w:br/>
        <w:t>Ну чого кричать так птиці,</w:t>
      </w:r>
    </w:p>
    <w:p>
      <w:r>
        <w:br/>
        <w:t>на хрести чіпляють строфи?</w:t>
      </w:r>
    </w:p>
    <w:p>
      <w:r>
        <w:br/>
        <w:t>Шахта, коні, коні, тіні,</w:t>
      </w:r>
    </w:p>
    <w:p>
      <w:r>
        <w:br/>
        <w:t>перебої, перегули...</w:t>
      </w:r>
    </w:p>
    <w:p>
      <w:r>
        <w:br/>
        <w:t>В далині розбитій, синій</w:t>
      </w:r>
    </w:p>
    <w:p>
      <w:r>
        <w:br/>
        <w:t>десь ми молодість забули.</w:t>
      </w:r>
    </w:p>
    <w:p>
      <w:r>
        <w:br/>
        <w:t>Коні, тіні, передзвони,</w:t>
      </w:r>
    </w:p>
    <w:p>
      <w:r>
        <w:br/>
        <w:t>перегуки, канонада...</w:t>
      </w:r>
    </w:p>
    <w:p>
      <w:r>
        <w:br/>
        <w:t>Хтось підкови срібні ронить,</w:t>
      </w:r>
    </w:p>
    <w:p>
      <w:r>
        <w:br/>
        <w:t>погасає...</w:t>
      </w:r>
    </w:p>
    <w:p>
      <w:r>
        <w:br/>
        <w:t>тоне...</w:t>
      </w:r>
    </w:p>
    <w:p>
      <w:r>
        <w:br/>
        <w:t>пада...</w:t>
      </w:r>
    </w:p>
    <w:p>
      <w:r>
        <w:br/>
        <w:t>Догорає, догорає</w:t>
      </w:r>
    </w:p>
    <w:p>
      <w:r>
        <w:br/>
        <w:t>срібний вечір десь за краєм...</w:t>
      </w:r>
    </w:p>
    <w:p>
      <w:r>
        <w:br/>
        <w:t>Обернулась, не сказала,</w:t>
      </w:r>
    </w:p>
    <w:p>
      <w:r>
        <w:br/>
        <w:t>і, несказана, пропала...</w:t>
      </w:r>
    </w:p>
    <w:p>
      <w:r>
        <w:br/>
        <w:t>І немає.</w:t>
      </w:r>
    </w:p>
    <w:p>
      <w:r>
        <w:br/>
        <w:t>Поховав в далекій рудні...</w:t>
      </w:r>
    </w:p>
    <w:p>
      <w:r>
        <w:br/>
        <w:t>Придавили зір повіки...</w:t>
      </w:r>
    </w:p>
    <w:p>
      <w:r>
        <w:br/>
        <w:t>Діти буднів, діти буднів</w:t>
      </w:r>
    </w:p>
    <w:p>
      <w:r>
        <w:br/>
        <w:t>розвіталися навіки.</w:t>
      </w:r>
    </w:p>
    <w:p>
      <w:r>
        <w:br/>
        <w:t>Як в легендах Калевали</w:t>
      </w:r>
    </w:p>
    <w:p>
      <w:r>
        <w:br/>
        <w:t>пролетіли, прошуміли...</w:t>
      </w:r>
    </w:p>
    <w:p>
      <w:r>
        <w:br/>
        <w:t>Ніби чайка в безвість впала,—</w:t>
      </w:r>
    </w:p>
    <w:p>
      <w:r>
        <w:br/>
        <w:t>поламала білі крила.</w:t>
      </w:r>
    </w:p>
    <w:p>
      <w:r>
        <w:br/>
        <w:t>В час вечірній, час печальний</w:t>
      </w:r>
    </w:p>
    <w:p>
      <w:r>
        <w:br/>
        <w:t>я тебе чекаю в храм мій,—</w:t>
      </w:r>
    </w:p>
    <w:p>
      <w:r>
        <w:br/>
        <w:t>у кімнаті сонця псальми</w:t>
      </w:r>
    </w:p>
    <w:p>
      <w:r>
        <w:br/>
        <w:t>і махорки тіміями.</w:t>
      </w:r>
    </w:p>
    <w:p>
      <w:r>
        <w:br/>
        <w:t>Ти прийди, моя далека,</w:t>
      </w:r>
    </w:p>
    <w:p>
      <w:r>
        <w:br/>
        <w:t>через хащі вечорові,</w:t>
      </w:r>
    </w:p>
    <w:p>
      <w:r>
        <w:br/>
        <w:t>обернись хоч в тінь лелеки</w:t>
      </w:r>
    </w:p>
    <w:p>
      <w:r>
        <w:br/>
        <w:t>і розправ крилаті брови.</w:t>
      </w:r>
    </w:p>
    <w:p>
      <w:r>
        <w:br/>
        <w:t>Проболіло серце груди,</w:t>
      </w:r>
    </w:p>
    <w:p>
      <w:r>
        <w:br/>
        <w:t>простромили думи далі.</w:t>
      </w:r>
    </w:p>
    <w:p>
      <w:r>
        <w:br/>
        <w:t>Навівають перегуди</w:t>
      </w:r>
    </w:p>
    <w:p>
      <w:r>
        <w:br/>
        <w:t>біль в задуманій печалі.</w:t>
      </w:r>
    </w:p>
    <w:p>
      <w:r>
        <w:br/>
        <w:t>Навівають перегуди,</w:t>
      </w:r>
    </w:p>
    <w:p>
      <w:r>
        <w:br/>
        <w:t>перебори, тони вітру,—</w:t>
      </w:r>
    </w:p>
    <w:p>
      <w:r>
        <w:br/>
        <w:t>ніби хтось за ніжні груди</w:t>
      </w:r>
    </w:p>
    <w:p>
      <w:r>
        <w:br/>
        <w:t>зачепив забуту цитру...</w:t>
      </w:r>
    </w:p>
    <w:p>
      <w:r>
        <w:br/>
        <w:t>І нікого... тінь на лиця...</w:t>
      </w:r>
    </w:p>
    <w:p>
      <w:r>
        <w:br/>
        <w:t>Вечоровий сонця профіль...</w:t>
      </w:r>
    </w:p>
    <w:p>
      <w:r>
        <w:br/>
        <w:t>Ну чого кричать так птиці,</w:t>
      </w:r>
    </w:p>
    <w:p>
      <w:r>
        <w:br/>
        <w:t>на хрести чіпляють строфи!</w:t>
      </w:r>
    </w:p>
    <w:p>
      <w:r>
        <w:br/>
        <w:t>В час вечірній, в час печальний я</w:t>
      </w:r>
    </w:p>
    <w:p>
      <w:r>
        <w:br/>
        <w:t>тебе чекаю в храм мій...</w:t>
      </w:r>
    </w:p>
    <w:p>
      <w:r>
        <w:br/>
        <w:t>У кімнаті сонця сальви</w:t>
      </w:r>
    </w:p>
    <w:p>
      <w:r>
        <w:br/>
        <w:t>і махорки тіміями.</w:t>
      </w:r>
    </w:p>
    <w:p>
      <w:r>
        <w:br/>
        <w:t>ПЕРЕКЛАДИ</w:t>
      </w:r>
    </w:p>
    <w:p>
      <w:r>
        <w:br/>
        <w:t>РАНЬЄРО КАЛЬЦІБІДЖІ*</w:t>
      </w:r>
    </w:p>
    <w:p>
      <w:r>
        <w:br/>
        <w:t>Я утратив Евридіку,</w:t>
      </w:r>
    </w:p>
    <w:p>
      <w:r>
        <w:br/>
        <w:t>Згасла зірка золота.</w:t>
      </w:r>
    </w:p>
    <w:p>
      <w:r>
        <w:br/>
        <w:t>Доля люта і жорстока.</w:t>
      </w:r>
    </w:p>
    <w:p>
      <w:r>
        <w:br/>
        <w:t>Туга серце огорта.</w:t>
      </w:r>
    </w:p>
    <w:p>
      <w:r>
        <w:br/>
        <w:t>Евридіко! Евридіко! Прийди!</w:t>
      </w:r>
    </w:p>
    <w:p>
      <w:r>
        <w:br/>
        <w:t>О відчаю!</w:t>
      </w:r>
    </w:p>
    <w:p>
      <w:r>
        <w:br/>
        <w:t>Озвися!</w:t>
      </w:r>
    </w:p>
    <w:p>
      <w:r>
        <w:br/>
        <w:t>Я любий твій, я милий твій єдиний.</w:t>
      </w:r>
    </w:p>
    <w:p>
      <w:r>
        <w:br/>
        <w:t>Почуй мій крик,—</w:t>
      </w:r>
    </w:p>
    <w:p>
      <w:r>
        <w:br/>
        <w:t>тебе, тебе зову я.</w:t>
      </w:r>
    </w:p>
    <w:p>
      <w:r>
        <w:br/>
        <w:t>Я утратив Евридіку,</w:t>
      </w:r>
    </w:p>
    <w:p>
      <w:r>
        <w:br/>
        <w:t>Згасла зірка золота.</w:t>
      </w:r>
    </w:p>
    <w:p>
      <w:r>
        <w:br/>
        <w:t>Доля люта і жорстока.</w:t>
      </w:r>
    </w:p>
    <w:p>
      <w:r>
        <w:br/>
        <w:t>Туга серце огорта.</w:t>
      </w:r>
    </w:p>
    <w:p>
      <w:r>
        <w:br/>
        <w:t>Евридіко! Евридіко!</w:t>
      </w:r>
    </w:p>
    <w:p>
      <w:r>
        <w:br/>
        <w:t>Мовчанка смерти.</w:t>
      </w:r>
    </w:p>
    <w:p>
      <w:r>
        <w:br/>
        <w:t>Все, все даремно. Нема поради. Ні надії!</w:t>
      </w:r>
    </w:p>
    <w:p>
      <w:r>
        <w:br/>
        <w:t>Я знову сам.</w:t>
      </w:r>
    </w:p>
    <w:p>
      <w:r>
        <w:br/>
        <w:t>Я утратив Евридіку,</w:t>
      </w:r>
    </w:p>
    <w:p>
      <w:r>
        <w:br/>
        <w:t>Згасла зірка золота.</w:t>
      </w:r>
    </w:p>
    <w:p>
      <w:r>
        <w:br/>
        <w:t>Доля люта і жорстока.</w:t>
      </w:r>
    </w:p>
    <w:p>
      <w:r>
        <w:br/>
        <w:t>Туга серце огорта.</w:t>
      </w:r>
    </w:p>
    <w:p>
      <w:r>
        <w:br/>
        <w:t>Ах, огорта!</w:t>
      </w:r>
    </w:p>
    <w:p>
      <w:r>
        <w:br/>
        <w:t>Ах, огорта!</w:t>
      </w:r>
    </w:p>
    <w:p>
      <w:r>
        <w:br/>
        <w:t>З російської</w:t>
      </w:r>
    </w:p>
    <w:p>
      <w:r>
        <w:br/>
        <w:t>ОЛЕКСАНДР ПУШКІН**</w:t>
      </w:r>
    </w:p>
    <w:p>
      <w:r>
        <w:br/>
        <w:t>Ні, не чаруй забутим, друже!</w:t>
      </w:r>
    </w:p>
    <w:p>
      <w:r>
        <w:br/>
        <w:t>Не зваблюй ніжністю очей!</w:t>
      </w:r>
    </w:p>
    <w:p>
      <w:r>
        <w:br/>
        <w:t>Душі зневіреній байдуже</w:t>
      </w:r>
    </w:p>
    <w:p>
      <w:r>
        <w:br/>
        <w:t>До мрій химерних і речей.</w:t>
      </w:r>
    </w:p>
    <w:p>
      <w:r>
        <w:br/>
        <w:t>Вже я навік один з журбою.</w:t>
      </w:r>
    </w:p>
    <w:p>
      <w:r>
        <w:br/>
        <w:t>Не вірю в клятби і любов</w:t>
      </w:r>
    </w:p>
    <w:p>
      <w:r>
        <w:br/>
        <w:t>І не полину серцем знов</w:t>
      </w:r>
    </w:p>
    <w:p>
      <w:r>
        <w:br/>
        <w:t>За щастя тінню голубою.</w:t>
      </w:r>
    </w:p>
    <w:p>
      <w:r>
        <w:br/>
        <w:t>Журби німої не бентеж,</w:t>
      </w:r>
    </w:p>
    <w:p>
      <w:r>
        <w:br/>
        <w:t>Минулого не згадуй словом.</w:t>
      </w:r>
    </w:p>
    <w:p>
      <w:r>
        <w:br/>
        <w:t>О Друже вірний, ніжна мова</w:t>
      </w:r>
    </w:p>
    <w:p>
      <w:r>
        <w:br/>
        <w:t>Не збудить душу й серця теж.</w:t>
      </w:r>
    </w:p>
    <w:p>
      <w:r>
        <w:br/>
        <w:t>В солодкім сні пливу без муки.</w:t>
      </w:r>
    </w:p>
    <w:p>
      <w:r>
        <w:br/>
        <w:t>Забудь про все й за все прости!</w:t>
      </w:r>
    </w:p>
    <w:p>
      <w:r>
        <w:br/>
        <w:t>В душі моїй лиш грім розпуки,</w:t>
      </w:r>
    </w:p>
    <w:p>
      <w:r>
        <w:br/>
        <w:t>А не любов розбудиш Ти.</w:t>
      </w:r>
    </w:p>
    <w:p>
      <w:r>
        <w:br/>
        <w:t>З російської</w:t>
      </w:r>
    </w:p>
    <w:p>
      <w:r>
        <w:br/>
        <w:t>КАНІВ</w:t>
      </w:r>
    </w:p>
    <w:p>
      <w:r>
        <w:br/>
        <w:t>Уперся день колінами в могилу</w:t>
      </w:r>
    </w:p>
    <w:p>
      <w:r>
        <w:br/>
        <w:t>І сходить кров'ю водяний такий,</w:t>
      </w:r>
    </w:p>
    <w:p>
      <w:r>
        <w:br/>
        <w:t>І на далекім вічнім небосхилі</w:t>
      </w:r>
    </w:p>
    <w:p>
      <w:r>
        <w:br/>
        <w:t>Зливає кров під сонце в лотоки.</w:t>
      </w:r>
    </w:p>
    <w:p>
      <w:r>
        <w:br/>
        <w:t>Пливе земля прикована в орбіті</w:t>
      </w:r>
    </w:p>
    <w:p>
      <w:r>
        <w:br/>
        <w:t>І крутиться; і ходить світлотінь...</w:t>
      </w:r>
    </w:p>
    <w:p>
      <w:r>
        <w:br/>
        <w:t>А мимо кораблі німі розбиті</w:t>
      </w:r>
    </w:p>
    <w:p>
      <w:r>
        <w:br/>
        <w:t>В одвічнім сяйві муки і терпінь.</w:t>
      </w:r>
    </w:p>
    <w:p>
      <w:r>
        <w:br/>
        <w:t>Роняють сльози... простягають пальці</w:t>
      </w:r>
    </w:p>
    <w:p>
      <w:r>
        <w:br/>
        <w:t>Над нивами, над гноєм хуторів,</w:t>
      </w:r>
    </w:p>
    <w:p>
      <w:r>
        <w:br/>
        <w:t>— Пливуть...</w:t>
      </w:r>
    </w:p>
    <w:p>
      <w:r>
        <w:br/>
        <w:t>Куди?..</w:t>
      </w:r>
    </w:p>
    <w:p>
      <w:r>
        <w:br/>
        <w:t>А день в короні бранцем</w:t>
      </w:r>
    </w:p>
    <w:p>
      <w:r>
        <w:br/>
        <w:t>Заморений — як безліч — догорів.</w:t>
      </w:r>
    </w:p>
    <w:p>
      <w:r>
        <w:br/>
        <w:t>Із-за гори десь кисне і сіріє</w:t>
      </w:r>
    </w:p>
    <w:p>
      <w:r>
        <w:br/>
        <w:t>Розбитий дзвін, нікчемний і пустий;</w:t>
      </w:r>
    </w:p>
    <w:p>
      <w:r>
        <w:br/>
        <w:t>Кує зозуля (там, де туманіє)</w:t>
      </w:r>
    </w:p>
    <w:p>
      <w:r>
        <w:br/>
        <w:t>І бреше на покинуті хрести.</w:t>
      </w:r>
    </w:p>
    <w:p>
      <w:r>
        <w:br/>
        <w:t>Ніхто ніде, — лиш цвіркуни та вітер.</w:t>
      </w:r>
    </w:p>
    <w:p>
      <w:r>
        <w:br/>
        <w:t>Ніхто ніде, — лиш луки та яри.</w:t>
      </w:r>
    </w:p>
    <w:p>
      <w:r>
        <w:br/>
        <w:t>І хмурить чоло, шапкою накрите,</w:t>
      </w:r>
    </w:p>
    <w:p>
      <w:r>
        <w:br/>
        <w:t>Забута постать глиняна з гори.</w:t>
      </w:r>
    </w:p>
    <w:p>
      <w:r>
        <w:br/>
        <w:t>Чого хмурий, понурий? Що жалієш?</w:t>
      </w:r>
    </w:p>
    <w:p>
      <w:r>
        <w:br/>
        <w:t>— Що слава розмінялася в словах?</w:t>
      </w:r>
    </w:p>
    <w:p>
      <w:r>
        <w:br/>
        <w:t>— Що хутори задріпані німіють</w:t>
      </w:r>
    </w:p>
    <w:p>
      <w:r>
        <w:br/>
        <w:t>І няньчать злидні, як в минулих днях?</w:t>
      </w:r>
    </w:p>
    <w:p>
      <w:r>
        <w:br/>
        <w:t>На зломі двох епох, в хвості, в болоті, —</w:t>
      </w:r>
    </w:p>
    <w:p>
      <w:r>
        <w:br/>
        <w:t>Щоправда — трудно скинути горба.</w:t>
      </w:r>
    </w:p>
    <w:p>
      <w:r>
        <w:br/>
        <w:t>Ніяк гарба прогресу в рабськім поті</w:t>
      </w:r>
    </w:p>
    <w:p>
      <w:r>
        <w:br/>
        <w:t>Не зрушить злиднів давнього раба.</w:t>
      </w:r>
    </w:p>
    <w:p>
      <w:r>
        <w:br/>
        <w:t>Та все ж іде, гряде Урбанізатор1.</w:t>
      </w:r>
    </w:p>
    <w:p>
      <w:r>
        <w:br/>
        <w:t>Прийде, розставить дивні комини.</w:t>
      </w:r>
    </w:p>
    <w:p>
      <w:r>
        <w:br/>
        <w:t>На твоїм місці буде елеватор...</w:t>
      </w:r>
    </w:p>
    <w:p>
      <w:r>
        <w:br/>
        <w:t>Дніпро замкнуть у шлюзи, як в штани.</w:t>
      </w:r>
    </w:p>
    <w:p>
      <w:r>
        <w:br/>
        <w:t>Індустрія... Електрика... Машини...</w:t>
      </w:r>
    </w:p>
    <w:p>
      <w:r>
        <w:br/>
        <w:t>Нащо ж ті плавні, ліри, солов'ї?</w:t>
      </w:r>
    </w:p>
    <w:p>
      <w:r>
        <w:br/>
        <w:t>Сирени, брат, симфонію розчинять,</w:t>
      </w:r>
    </w:p>
    <w:p>
      <w:r>
        <w:br/>
        <w:t>Поб'ють в диму цю видумку гаїв.</w:t>
      </w:r>
    </w:p>
    <w:p>
      <w:r>
        <w:br/>
        <w:t>Гуде мотор десь, протинає обрій;</w:t>
      </w:r>
    </w:p>
    <w:p>
      <w:r>
        <w:br/>
        <w:t>То в новий день... Новий пророк гряде.</w:t>
      </w:r>
    </w:p>
    <w:p>
      <w:r>
        <w:br/>
        <w:t>Дикунський степ ліловий і холодний</w:t>
      </w:r>
    </w:p>
    <w:p>
      <w:r>
        <w:br/>
        <w:t>У млу повив, як Ти, чоло бліде.</w:t>
      </w:r>
    </w:p>
    <w:p>
      <w:r>
        <w:br/>
        <w:t>Йде вік новий, у панцері закутий.</w:t>
      </w:r>
    </w:p>
    <w:p>
      <w:r>
        <w:br/>
        <w:t>(Твій вік давно, одспіваний, пропав.)</w:t>
      </w:r>
    </w:p>
    <w:p>
      <w:r>
        <w:br/>
        <w:t>Мабуть, того ти глиняний, забутий</w:t>
      </w:r>
    </w:p>
    <w:p>
      <w:r>
        <w:br/>
        <w:t>І пилом днів, як попелом, припав.</w:t>
      </w:r>
    </w:p>
    <w:p>
      <w:r>
        <w:br/>
        <w:t>Лише в кутку на чорній простій рамі</w:t>
      </w:r>
    </w:p>
    <w:p>
      <w:r>
        <w:br/>
        <w:t>Положено васильки, ніби креп,</w:t>
      </w:r>
    </w:p>
    <w:p>
      <w:r>
        <w:br/>
        <w:t>Рукою простою</w:t>
      </w:r>
    </w:p>
    <w:p>
      <w:r>
        <w:br/>
        <w:t>і ввито рушниками</w:t>
      </w:r>
    </w:p>
    <w:p>
      <w:r>
        <w:br/>
        <w:t>З любов'ю простою і тихими словами</w:t>
      </w:r>
    </w:p>
    <w:p>
      <w:r>
        <w:br/>
        <w:t>Твій —</w:t>
      </w:r>
    </w:p>
    <w:p>
      <w:r>
        <w:br/>
        <w:t>рабським часом тиснутий —</w:t>
      </w:r>
    </w:p>
    <w:p>
      <w:r>
        <w:br/>
        <w:t>портрет.</w:t>
      </w:r>
    </w:p>
    <w:p>
      <w:r>
        <w:br/>
        <w:t>Ніхто ніде, — лиш цвіркуни та вітер.</w:t>
      </w:r>
    </w:p>
    <w:p>
      <w:r>
        <w:br/>
        <w:t>Ніхто ніде, — лиш луки та яри.</w:t>
      </w:r>
    </w:p>
    <w:p>
      <w:r>
        <w:br/>
        <w:t>І хмурить чоло, шапкою накрите,</w:t>
      </w:r>
    </w:p>
    <w:p>
      <w:r>
        <w:br/>
        <w:t>Забута постать глиняна з гори.</w:t>
      </w:r>
    </w:p>
    <w:p>
      <w:r>
        <w:br/>
        <w:t>Це варіант однойменного вірша із збірки "До меж заказаних" Вперше опубліковано в журналі "Життя й революція" 1927 р. з надписом "З циклу "Канів".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