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(збірка)</w:t>
      </w:r>
    </w:p>
    <w:p>
      <w:r>
        <w:br/>
        <w:t xml:space="preserve"> ЗМІСТ</w:t>
      </w:r>
    </w:p>
    <w:p>
      <w:r>
        <w:br/>
        <w:t>Любка&lt;br /&gt;</w:t>
        <w:br/>
        <w:t>"Я блукав колись по ріднім краю…"&lt;br /&gt;</w:t>
        <w:br/>
        <w:t>"Чого то часами, як сяду за діло…"&lt;br /&gt;</w:t>
        <w:br/>
        <w:t>Жалібний марш&lt;br /&gt;</w:t>
        <w:br/>
        <w:t>"Шлю до тебе малий сей листочок…"&lt;br /&gt;</w:t>
        <w:br/>
        <w:t>"Дивлюся я на смерть натури…"&lt;br /&gt;</w:t>
        <w:br/>
        <w:t>"За правду, браття, єднаймось щиро…"&lt;br /&gt;</w:t>
        <w:br/>
        <w:t>Вишеньки&lt;br /&gt;</w:t>
        <w:br/>
        <w:t>Питання&lt;br /&gt;</w:t>
        <w:br/>
        <w:t>Відповідь&lt;br /&gt;</w:t>
        <w:br/>
        <w:t>На мотив з Міцкевича&lt;br /&gt;</w:t>
        <w:br/>
        <w:t>"Коли вже зачепили сі питання…"&lt;br /&gt;</w:t>
        <w:br/>
        <w:t>Пророчий сон патріота&lt;br /&gt;</w:t>
        <w:br/>
        <w:t>На пам’ять 31 іюля 1895 року&lt;br /&gt;</w:t>
        <w:br/>
        <w:t>Божа іскра&lt;br /&gt;</w:t>
        <w:br/>
        <w:t>Slavus – sclavus&lt;br /&gt;</w:t>
        <w:br/>
        <w:t>Братові й сестрі на спомин&lt;br /&gt;</w:t>
        <w:br/>
        <w:t>"Не дорікати слово я дала…"&lt;br /&gt;</w:t>
        <w:br/>
        <w:t>"Кров твоя – рубін коштовний…"&lt;br /&gt;</w:t>
        <w:br/>
        <w:t>"…Так прожила я цілу довгу зиму…"&lt;br /&gt;</w:t>
        <w:br/>
        <w:t>"Ти, дівчино, життям розбита, грай!"&lt;br /&gt;</w:t>
        <w:br/>
        <w:t>Прокляття Рахілі&lt;br /&gt;</w:t>
        <w:br/>
        <w:t>"Як я люблю оці години праці…"&lt;br /&gt;</w:t>
        <w:br/>
        <w:t>Impromptu&lt;br /&gt;</w:t>
        <w:br/>
        <w:t>"Дивилась я на тебе і в ту мить…"&lt;br /&gt;</w:t>
        <w:br/>
        <w:t>"Часто кажуть: "ясні зорі…"&lt;br /&gt;</w:t>
        <w:br/>
        <w:t>"Твої листи завжди пахнуть зов’ялими трояндами…"&lt;br /&gt;</w:t>
        <w:br/>
        <w:t>"Все, все покинуть, до тебе полинуть…"&lt;br /&gt;</w:t>
        <w:br/>
        <w:t>"Хотіла б я тебе, мов плющ, обняти…"&lt;br /&gt;</w:t>
        <w:br/>
        <w:t>"Скажи мені, любий, куди мої сльози поділись?"&lt;br /&gt;</w:t>
        <w:br/>
        <w:t>"Я бачила, як ти хиливсь додолу…"&lt;br /&gt;</w:t>
        <w:br/>
        <w:t>"То, може, станеться і друге диво…"&lt;br /&gt;</w:t>
        <w:br/>
        <w:t>"Чи пам’ятаєте, коли я говорила…"&lt;br /&gt;</w:t>
        <w:br/>
        <w:t>"Уста говорять: "він навіки згинув!…"&lt;br /&gt;</w:t>
        <w:br/>
        <w:t>"Ти не хтів мене взять…"&lt;br /&gt;</w:t>
        <w:br/>
        <w:t>"Квіток, квіток, як можна більше квітів…"&lt;br /&gt;</w:t>
        <w:br/>
        <w:t>Королівна&lt;br /&gt;</w:t>
        <w:br/>
        <w:t>Калина&lt;br /&gt;</w:t>
        <w:br/>
        <w:t>"Мрія далекая, мрія минулая…"&lt;br /&gt;</w:t>
        <w:br/>
        <w:t>"Ой я постреляна, порубана словами…"&lt;br /&gt;</w:t>
        <w:br/>
        <w:t>"Ти хотів би квіток на дорозі моїй ?"&lt;br /&gt;</w:t>
        <w:br/>
        <w:t>"Де тії струни, де голос потужний…"&lt;br /&gt;</w:t>
        <w:br/>
        <w:t>"Ні, ти не вмреш, ти щастя поховаєш…"&lt;br /&gt;</w:t>
        <w:br/>
        <w:t>Осінні співи&lt;br /&gt;</w:t>
        <w:br/>
        <w:t>1. До Lady L. W.&lt;br /&gt;</w:t>
        <w:br/>
        <w:t>2. Осінь&lt;br /&gt;</w:t>
        <w:br/>
        <w:t>3. Останні квітки&lt;br /&gt;</w:t>
        <w:br/>
        <w:t>4. Плач Єремії&lt;br /&gt;</w:t>
        <w:br/>
        <w:t>"Осінній плач, осінній спів…"&lt;br /&gt;</w:t>
        <w:br/>
        <w:t>Ніобея&lt;br /&gt;</w:t>
        <w:br/>
        <w:t>"Хто дасть моїм очам потоки сліз?"&lt;br /&gt;</w:t>
        <w:br/>
        <w:t>"Гострим полиском хвилі спалахують…"&lt;br /&gt;</w:t>
        <w:br/>
        <w:t>На Земмерінгу&lt;br /&gt;</w:t>
        <w:br/>
        <w:t>"Ще не вдарив мороз…"&lt;br /&gt;</w:t>
        <w:br/>
        <w:t>Дим&lt;br /&gt;</w:t>
        <w:br/>
        <w:t>"Угорі так яро сяють зорі…"&lt;br /&gt;</w:t>
        <w:br/>
        <w:t>Бранець&lt;br /&gt;</w:t>
        <w:br/>
        <w:t>"Було се за часів святої Германдади…"&lt;br /&gt;</w:t>
        <w:br/>
        <w:t>"Я знала те, що будуть сльози, мука…"&lt;br /&gt;</w:t>
        <w:br/>
        <w:t>Дочка Ієфая&lt;br /&gt;</w:t>
        <w:br/>
        <w:t>Спогад з Євпаторії&lt;br /&gt;</w:t>
        <w:br/>
        <w:t>"Мої любі, до мене ходіть! я сама"&lt;br /&gt;</w:t>
        <w:br/>
        <w:t>"Люди бояться вночі кладовища…"&lt;br /&gt;</w:t>
        <w:br/>
        <w:t>"Скрізь, де не гляну, сухі тумани розляглися…"&lt;br /&gt;</w:t>
        <w:br/>
        <w:t>Напис в руїні&lt;br /&gt;</w:t>
        <w:br/>
        <w:t>Ізраїль в Єгипті&lt;br /&gt;</w:t>
        <w:br/>
        <w:t>"Коли дивлюсь глибоко в любі очі…"&lt;br /&gt;</w:t>
        <w:br/>
        <w:t>"І ти колись боролась, мов Ізраїль…"&lt;br /&gt;</w:t>
        <w:br/>
        <w:t>"О, не кори мене, любий, за мрії про славу…"&lt;br /&gt;</w:t>
        <w:br/>
        <w:t>"Ой не зникли золотії терни…"&lt;br /&gt;</w:t>
        <w:br/>
        <w:t>Eppur ti tradiro&lt;br /&gt;</w:t>
        <w:br/>
        <w:t>Пісні з кладовища&lt;br /&gt;</w:t>
        <w:br/>
        <w:t>Пісні про волю&lt;br /&gt;</w:t>
        <w:br/>
        <w:t>1. "Ось вони йдуть. Корогва у них має…"&lt;br /&gt;</w:t>
        <w:br/>
        <w:t>2. "Чого марсельську пісню чути ?"&lt;br /&gt;</w:t>
        <w:br/>
        <w:t>3. "Нагаєчка, нагаєчка!" – співають накінець…"&lt;br /&gt;</w:t>
        <w:br/>
        <w:t>"Мріє, не зрадь! Я так довго до тебе тужила…"&lt;br /&gt;</w:t>
        <w:br/>
        <w:t>"Упоєні на бенкетах кривавих…"&lt;br /&gt;</w:t>
        <w:br/>
        <w:t>"Ось уночі пробудились думки…"&lt;br /&gt;</w:t>
        <w:br/>
        <w:t>Граф фон Ейнзідель&lt;br /&gt;</w:t>
        <w:br/>
        <w:t>Казка про Оха-чародія&lt;br /&gt;</w:t>
        <w:br/>
        <w:t>Веселий пан&lt;br /&gt;</w:t>
        <w:br/>
        <w:t>Практичний пан&lt;br /&gt;</w:t>
        <w:br/>
        <w:t>Пан політик&lt;br /&gt;</w:t>
        <w:br/>
        <w:t>Пан народовець&lt;br /&gt;</w:t>
        <w:br/>
        <w:t>Казочка про край царя Гороха&lt;br /&gt;</w:t>
        <w:br/>
        <w:t>Легенда&lt;br /&gt;</w:t>
        <w:br/>
        <w:t>"Тиху задуму вечірнюю…"&lt;br /&gt;</w:t>
        <w:br/>
        <w:t>Пророк&lt;br /&gt;</w:t>
        <w:br/>
        <w:t>Жіночий портрет&lt;br /&gt;</w:t>
        <w:br/>
        <w:t>"Не хутко те буде… Чи й буде, чи ні?"&lt;br /&gt;</w:t>
        <w:br/>
        <w:t>"Ой в раю, в раю, близько Дунаю…"&lt;br /&gt;</w:t>
        <w:br/>
        <w:t>"В холодну ніч самотній мандрівець…"&lt;br /&gt;</w:t>
        <w:br/>
        <w:t>L&amp;#233;gende des si&amp;#233;cles&lt;br /&gt;</w:t>
        <w:br/>
        <w:t>"За горою блискавиці…"&lt;br /&gt;</w:t>
        <w:br/>
        <w:t>Народ пророкові&lt;br /&gt;</w:t>
        <w:br/>
        <w:t>Хвиля&lt;br /&gt;</w:t>
        <w:br/>
        <w:t>Полярна ніч&lt;br /&gt;</w:t>
        <w:br/>
        <w:t>Весна в Єгипті&lt;br /&gt;</w:t>
        <w:br/>
        <w:t>1. Хамсін&lt;br /&gt;</w:t>
        <w:br/>
        <w:t>2. Дихання пустині&lt;br /&gt;</w:t>
        <w:br/>
        <w:t>3. Афра&lt;br /&gt;</w:t>
        <w:br/>
        <w:t>4. Вітряна ніч&lt;br /&gt;</w:t>
        <w:br/>
        <w:t>5. Вість з півночі&lt;br /&gt;</w:t>
        <w:br/>
        <w:t>6. Таємний дар&lt;br /&gt;</w:t>
        <w:br/>
        <w:t>На роковини&lt;br /&gt;</w:t>
        <w:br/>
        <w:t>Колискова&lt;br /&gt;</w:t>
        <w:br/>
        <w:t>Скрізь плач, і стогін і ридання&lt;br /&gt;</w:t>
        <w:br/>
        <w:t>Досвітні огні&lt;br /&gt;</w:t>
        <w:br/>
        <w:t>Тиша морська&lt;br /&gt;</w:t>
        <w:br/>
        <w:t>У дитячі любі роки</w:t>
      </w:r>
    </w:p>
    <w:p>
      <w:r>
        <w:br/>
        <w:t>ЛЮБКА</w:t>
      </w:r>
    </w:p>
    <w:p>
      <w:r>
        <w:br/>
        <w:t>Була в мами доня, Любка чорнобрива,&lt;br /&gt;</w:t>
        <w:br/>
        <w:t>Розумная, гарна та нетерпелива.&lt;br /&gt;</w:t>
        <w:br/>
        <w:t>Було, часом мама в місто виїжджає, –&lt;br /&gt;</w:t>
        <w:br/>
        <w:t>Там-то вже пильненько доня виглядає!</w:t>
      </w:r>
    </w:p>
    <w:p>
      <w:r>
        <w:br/>
        <w:t>От підросла Любка, віддали в науку.&lt;br /&gt;</w:t>
        <w:br/>
        <w:t>Не зле було вчитись, – одну мала муку:&lt;br /&gt;</w:t>
        <w:br/>
        <w:t>Хотіла дізнатись, життя яке буде,&lt;br /&gt;</w:t>
        <w:br/>
        <w:t>Як в світі широкім живуть тії люди…</w:t>
      </w:r>
    </w:p>
    <w:p>
      <w:r>
        <w:br/>
        <w:t>Скінчила науку, вже весілля мали&lt;br /&gt;</w:t>
        <w:br/>
        <w:t>Справлять – аж коханця у військо забрали.&lt;br /&gt;</w:t>
        <w:br/>
        <w:t>Любка дожидала, потім захворіла,&lt;br /&gt;</w:t>
        <w:br/>
        <w:t>Розважила Любку ранняя могила.</w:t>
      </w:r>
    </w:p>
    <w:p>
      <w:r>
        <w:br/>
        <w:t>1885</w:t>
      </w:r>
    </w:p>
    <w:p>
      <w:r>
        <w:br/>
        <w:t>"Я БЛУКАВ КОЛИСЬ ПО РІДНІМ КРАЮ…"</w:t>
      </w:r>
    </w:p>
    <w:p>
      <w:r>
        <w:br/>
        <w:t>Я блукав колись по ріднім краю&lt;br /&gt;</w:t>
        <w:br/>
        <w:t>Раю.</w:t>
      </w:r>
    </w:p>
    <w:p>
      <w:r>
        <w:br/>
        <w:t>І шукав на сім земнім падолі&lt;br /&gt;</w:t>
        <w:br/>
        <w:t>Долі.</w:t>
      </w:r>
    </w:p>
    <w:p>
      <w:r>
        <w:br/>
        <w:t>Приблудився під стріхату&lt;br /&gt;</w:t>
        <w:br/>
        <w:t>Хату.</w:t>
      </w:r>
    </w:p>
    <w:p>
      <w:r>
        <w:br/>
        <w:t>Там дівчину стрів я винозірку&lt;br /&gt;</w:t>
        <w:br/>
        <w:t>Зірку.</w:t>
      </w:r>
    </w:p>
    <w:p>
      <w:r>
        <w:br/>
        <w:t>Промінь ясний ті дівочі&lt;br /&gt;</w:t>
        <w:br/>
        <w:t>Очі.</w:t>
      </w:r>
    </w:p>
    <w:p>
      <w:r>
        <w:br/>
        <w:t>Подала мені пом’яту&lt;br /&gt;</w:t>
        <w:br/>
        <w:t>М’яту.</w:t>
      </w:r>
    </w:p>
    <w:p>
      <w:r>
        <w:br/>
        <w:t>І на тій моїй пригоді&lt;br /&gt;</w:t>
        <w:br/>
        <w:t>Годі.</w:t>
      </w:r>
    </w:p>
    <w:p>
      <w:r>
        <w:br/>
        <w:t>"ЧОГО ТО ЧАСАМИ, ЯК СЯДУ ЗА ДІЛО…"</w:t>
      </w:r>
    </w:p>
    <w:p>
      <w:r>
        <w:br/>
        <w:t>Чого то часами, як сяду за діло&lt;br /&gt;</w:t>
        <w:br/>
        <w:t>Або як вже працю кінчаю я сміло,&lt;br /&gt;</w:t>
        <w:br/>
        <w:t>Не раз се на мене, мов хмара яка,&lt;br /&gt;</w:t>
        <w:br/>
        <w:t>Спадає сумная задума тяжка?</w:t>
      </w:r>
    </w:p>
    <w:p>
      <w:r>
        <w:br/>
        <w:t>Така то задума спиня мою руку,&lt;br /&gt;</w:t>
        <w:br/>
        <w:t>Що людськую бачу кругом себе муку,&lt;br /&gt;</w:t>
        <w:br/>
        <w:t>Недолю та сльози – і думка зрина:&lt;br /&gt;</w:t>
        <w:br/>
        <w:t>Нащо тут здалася ся праця дрібна?..</w:t>
      </w:r>
    </w:p>
    <w:p>
      <w:r>
        <w:br/>
        <w:t>Недолі й дотепніші люди не вбили,&lt;br /&gt;</w:t>
        <w:br/>
        <w:t>Що ж з нею подіють слабі мої сили?&lt;br /&gt;</w:t>
        <w:br/>
        <w:t>І кидаю пращо, бере мене жаль –&lt;br /&gt;</w:t>
        <w:br/>
        <w:t>Та друга вже думка розважить печаль:</w:t>
      </w:r>
    </w:p>
    <w:p>
      <w:r>
        <w:br/>
        <w:t>Все ж, може, ся пісня якую людину&lt;br /&gt;</w:t>
        <w:br/>
        <w:t>Розважить успіє хоч би на хвилину,&lt;br /&gt;</w:t>
        <w:br/>
        <w:t>І щиро промовленим словом моїм&lt;br /&gt;</w:t>
        <w:br/>
        <w:t>Збуджу огонь я у серці чиїм.</w:t>
      </w:r>
    </w:p>
    <w:p>
      <w:r>
        <w:br/>
        <w:t>А може, й пожиток який з того буде,&lt;br /&gt;</w:t>
        <w:br/>
        <w:t>І з праці моєї скористають люде…&lt;br /&gt;</w:t>
        <w:br/>
        <w:t>І знов мені зваги в душі прибуло,&lt;br /&gt;</w:t>
        <w:br/>
        <w:t>І знов я за діло, підвівши чоло!</w:t>
      </w:r>
    </w:p>
    <w:p>
      <w:r>
        <w:br/>
        <w:t>ЖАЛІБНИЙ МАРШ</w:t>
      </w:r>
    </w:p>
    <w:p>
      <w:r>
        <w:br/>
        <w:t>Вмер батько наш!&lt;br /&gt;</w:t>
        <w:br/>
        <w:t>Та й покинув нас!&lt;br /&gt;</w:t>
        <w:br/>
        <w:t>Ох, і смутний настав час!&lt;br /&gt;</w:t>
        <w:br/>
        <w:t>Сиротою наша мати зосталась!</w:t>
      </w:r>
    </w:p>
    <w:p>
      <w:r>
        <w:br/>
        <w:t>Звідки ж тебе виглядати?&lt;br /&gt;</w:t>
        <w:br/>
        <w:t>Чи по степах, чи по лугах шукати?&lt;br /&gt;</w:t>
        <w:br/>
        <w:t>Чи сокола послати?&lt;br /&gt;</w:t>
        <w:br/>
        <w:t>Батечку ж наш!</w:t>
      </w:r>
    </w:p>
    <w:p>
      <w:r>
        <w:br/>
        <w:t>Та вернись до нас!&lt;br /&gt;</w:t>
        <w:br/>
        <w:t>Та порадь же ти, батьку, нас,&lt;br /&gt;</w:t>
        <w:br/>
        <w:t>Як без тебе в світі жити Україні&lt;br /&gt;</w:t>
        <w:br/>
        <w:t>При лихій годині?</w:t>
      </w:r>
    </w:p>
    <w:p>
      <w:r>
        <w:br/>
        <w:t>Вирядили ми свого батенька в далеку дорогу,&lt;br /&gt;</w:t>
        <w:br/>
        <w:t>А за його Україна-ненька помолиться богу.&lt;br /&gt;</w:t>
        <w:br/>
        <w:t>Наш Кобзар в могилі буде тихо спочивати,&lt;br /&gt;</w:t>
        <w:br/>
        <w:t>Ми ж по йому будем плакати-ридати!</w:t>
      </w:r>
    </w:p>
    <w:p>
      <w:r>
        <w:br/>
        <w:t>Гей! браття милі!&lt;br /&gt;</w:t>
        <w:br/>
        <w:t>Батько наш в могилі,&lt;br /&gt;</w:t>
        <w:br/>
        <w:t>Та на Україні&lt;br /&gt;</w:t>
        <w:br/>
        <w:t>Слава його не загине!</w:t>
      </w:r>
    </w:p>
    <w:p>
      <w:r>
        <w:br/>
        <w:t>Бо зостались вічні&lt;br /&gt;</w:t>
        <w:br/>
        <w:t>Думки ті величні,&lt;br /&gt;</w:t>
        <w:br/>
        <w:t>Думки його праві&lt;br /&gt;</w:t>
        <w:br/>
        <w:t>На сторожі його слави!</w:t>
      </w:r>
    </w:p>
    <w:p>
      <w:r>
        <w:br/>
        <w:t>Слава його, браття,&lt;br /&gt;</w:t>
        <w:br/>
        <w:t>Наче те багаття,&lt;br /&gt;</w:t>
        <w:br/>
        <w:t>Сіятиме ясне,&lt;br /&gt;</w:t>
        <w:br/>
        <w:t>Повік не загасне.</w:t>
      </w:r>
    </w:p>
    <w:p>
      <w:r>
        <w:br/>
        <w:t>Пісня не вмирає,&lt;br /&gt;</w:t>
        <w:br/>
        <w:t>На весь мир лунає,&lt;br /&gt;</w:t>
        <w:br/>
        <w:t>Щиро та правдиво,&lt;br /&gt;</w:t>
        <w:br/>
        <w:t>Ворогам на диво!</w:t>
      </w:r>
    </w:p>
    <w:p>
      <w:r>
        <w:br/>
        <w:t>Вмер батько наш!&lt;br /&gt;</w:t>
        <w:br/>
        <w:t>Та й покинув нас!&lt;br /&gt;</w:t>
        <w:br/>
        <w:t>Ох і смутний настав час,&lt;br /&gt;</w:t>
        <w:br/>
        <w:t>Мов на небі місяць ясний згас!</w:t>
      </w:r>
    </w:p>
    <w:p>
      <w:r>
        <w:br/>
        <w:t>В небі один місяць ясненький,&lt;br /&gt;</w:t>
        <w:br/>
        <w:t>В світі один батенько рідненький,&lt;br /&gt;</w:t>
        <w:br/>
        <w:t>Наш голубонько сивенький.&lt;br /&gt;</w:t>
        <w:br/>
        <w:t>Жалю ж наш! Туга нас дійма –&lt;br /&gt;</w:t>
        <w:br/>
        <w:t>Кобзаря нема!&lt;br /&gt;</w:t>
        <w:br/>
        <w:t>То ж по йому плаче-тужить&lt;br /&gt;</w:t>
        <w:br/>
        <w:t>Україна-ненька&lt;br /&gt;</w:t>
        <w:br/>
        <w:t>Жалібненько!</w:t>
      </w:r>
    </w:p>
    <w:p>
      <w:r>
        <w:br/>
        <w:t>[1888]</w:t>
      </w:r>
    </w:p>
    <w:p>
      <w:r>
        <w:br/>
        <w:t>"ШЛЮ ДО ТЕБЕ МАЛИЙ СЕЙ ЛИСТОЧОК…"</w:t>
      </w:r>
    </w:p>
    <w:p>
      <w:r>
        <w:br/>
        <w:t>Шлю до тебе малий сей листочок,&lt;br /&gt;</w:t>
        <w:br/>
        <w:t>Може, ним я тобі пригадаю,&lt;br /&gt;</w:t>
        <w:br/>
        <w:t>Сею тріскою з нашого гаю,&lt;br /&gt;</w:t>
        <w:br/>
        <w:t>Наш далекий волинський куточок.</w:t>
      </w:r>
    </w:p>
    <w:p>
      <w:r>
        <w:br/>
        <w:t>Озовися, мій друже, до мене,&lt;br /&gt;</w:t>
        <w:br/>
        <w:t>Твого слова не чула я з літа,&lt;br /&gt;</w:t>
        <w:br/>
        <w:t>Бо я прагну від тебе привіта,&lt;br /&gt;</w:t>
        <w:br/>
        <w:t>Як дощу деревце те зелене.</w:t>
      </w:r>
    </w:p>
    <w:p>
      <w:r>
        <w:br/>
        <w:t>Єсть у мене ще просьба і друга;&lt;br /&gt;</w:t>
        <w:br/>
        <w:t>Сюю просьбу я шлю твоїй музі, –&lt;br /&gt;</w:t>
        <w:br/>
        <w:t>Хай вона, як зозуленька в лузі,&lt;br /&gt;</w:t>
        <w:br/>
        <w:t>Звеселить твого смутного друга.</w:t>
      </w:r>
    </w:p>
    <w:p>
      <w:r>
        <w:br/>
        <w:t>Так, я смутна тепер, моя люба,&lt;br /&gt;</w:t>
        <w:br/>
        <w:t>Засмутила мене моя доля,&lt;br /&gt;</w:t>
        <w:br/>
        <w:t>Вона мріям найкращим неволя,&lt;br /&gt;</w:t>
        <w:br/>
        <w:t>Вона всім моїм замірам згуба.</w:t>
      </w:r>
    </w:p>
    <w:p>
      <w:r>
        <w:br/>
        <w:t>Мої мрії найкращії в’януть,&lt;br /&gt;</w:t>
        <w:br/>
        <w:t>Мов розквітлії восени квіти,&lt;br /&gt;</w:t>
        <w:br/>
        <w:t>Що розквітли, щоб зараз змарніти,&lt;br /&gt;</w:t>
        <w:br/>
        <w:t>Щоб на сонечко раз тільки глянуть.</w:t>
      </w:r>
    </w:p>
    <w:p>
      <w:r>
        <w:br/>
        <w:t>Та чи є нерозважная туга?&lt;br /&gt;</w:t>
        <w:br/>
        <w:t>Се питання я шлю твоїй музі, –&lt;br /&gt;</w:t>
        <w:br/>
        <w:t>Хай вона, як зозуленька в лузі,&lt;br /&gt;</w:t>
        <w:br/>
        <w:t>Звеселить твого смутного друга.</w:t>
      </w:r>
    </w:p>
    <w:p>
      <w:r>
        <w:br/>
        <w:t>"ДИВЛЮСЯ Я НА СМЕРТЬ НАТУРИ…"</w:t>
      </w:r>
    </w:p>
    <w:p>
      <w:r>
        <w:br/>
        <w:t>Дивлюся я на смерть натури, і благання&lt;br /&gt;</w:t>
        <w:br/>
        <w:t>Я посилаю доленьці своїй,&lt;br /&gt;</w:t>
        <w:br/>
        <w:t>Щоб і мені дала кінець такий,&lt;br /&gt;</w:t>
        <w:br/>
        <w:t>Щоб я була спокійна в час конання.</w:t>
      </w:r>
    </w:p>
    <w:p>
      <w:r>
        <w:br/>
        <w:t>Ніхто щоб не почув тоді мого ридання.&lt;br /&gt;</w:t>
        <w:br/>
        <w:t>Та й по мені не мають сльози лить, –&lt;br /&gt;</w:t>
        <w:br/>
        <w:t>Сама в собі я буду жаль носить.&lt;br /&gt;</w:t>
        <w:br/>
        <w:t>О доленько моя, сповни моє бажання!</w:t>
      </w:r>
    </w:p>
    <w:p>
      <w:r>
        <w:br/>
        <w:t>І так наш світ повитий горем та журбою,&lt;br /&gt;</w:t>
        <w:br/>
        <w:t>Нехай ніхто не плаче по мені,&lt;br /&gt;</w:t>
        <w:br/>
        <w:t>Нехай не засмучу нікого я собою.</w:t>
      </w:r>
    </w:p>
    <w:p>
      <w:r>
        <w:br/>
        <w:t>Нехай побачу я в смутні для мене дні&lt;br /&gt;</w:t>
        <w:br/>
        <w:t>Утіху щирую та усміхи ясні.&lt;br /&gt;</w:t>
        <w:br/>
        <w:t>Темноти й смутку досить і в труні!</w:t>
      </w:r>
    </w:p>
    <w:p>
      <w:r>
        <w:br/>
        <w:t>[1890]</w:t>
      </w:r>
    </w:p>
    <w:p>
      <w:r>
        <w:br/>
        <w:t>"ЗА ПРАВДУ, БРАТТЯ, ЄДНАЙМОСЬ ЩИРО…"</w:t>
      </w:r>
    </w:p>
    <w:p>
      <w:r>
        <w:br/>
        <w:t>За правду, браття, єднаймось щиро,&lt;br /&gt;</w:t>
        <w:br/>
        <w:t>Єдиний маєм правий шлях,&lt;br /&gt;</w:t>
        <w:br/>
        <w:t>Єдину, браття, всі маєм віру,&lt;br /&gt;</w:t>
        <w:br/>
        <w:t>Єдине серце у грудях.</w:t>
      </w:r>
    </w:p>
    <w:p>
      <w:r>
        <w:br/>
        <w:t>Нема в нас, браття, ні зради лихої,&lt;br /&gt;</w:t>
        <w:br/>
        <w:t>Ні кривди ми не боїмось,&lt;br /&gt;</w:t>
        <w:br/>
        <w:t>Знамена держімо правди святої,&lt;br /&gt;</w:t>
        <w:br/>
        <w:t>На зраду ми не піддамось.</w:t>
      </w:r>
    </w:p>
    <w:p>
      <w:r>
        <w:br/>
        <w:t>До нас ходіте усі, хто за правду&lt;br /&gt;</w:t>
        <w:br/>
        <w:t>Не жалує життя оддать,&lt;br /&gt;</w:t>
        <w:br/>
        <w:t>Ми приймемо того, мов брата рідного,&lt;br /&gt;</w:t>
        <w:br/>
        <w:t>Хто правду любить, той наш брат.</w:t>
      </w:r>
    </w:p>
    <w:p>
      <w:r>
        <w:br/>
        <w:t>ВИШЕНЬКИ</w:t>
      </w:r>
    </w:p>
    <w:p>
      <w:r>
        <w:br/>
        <w:t>Поблискують черешеньки&lt;br /&gt;</w:t>
        <w:br/>
        <w:t>В листі зелененькім,&lt;br /&gt;</w:t>
        <w:br/>
        <w:t>Черешеньки ваблять очі&lt;br /&gt;</w:t>
        <w:br/>
        <w:t>Діточкам маленьким.</w:t>
      </w:r>
    </w:p>
    <w:p>
      <w:r>
        <w:br/>
        <w:t>Дівчаточко й хлоп’яточко&lt;br /&gt;</w:t>
        <w:br/>
        <w:t>Під деревцем скачуть,&lt;br /&gt;</w:t>
        <w:br/>
        <w:t>Простягають рученята&lt;br /&gt;</w:t>
        <w:br/>
        <w:t>Та мало не плачуть:</w:t>
      </w:r>
    </w:p>
    <w:p>
      <w:r>
        <w:br/>
        <w:t>Раді б вишню з’їсти,&lt;br /&gt;</w:t>
        <w:br/>
        <w:t>Та високо лізти,&lt;br /&gt;</w:t>
        <w:br/>
        <w:t>Ой раді б зірвати,&lt;br /&gt;</w:t>
        <w:br/>
        <w:t>Та годі дістати!</w:t>
      </w:r>
    </w:p>
    <w:p>
      <w:r>
        <w:br/>
        <w:t>"Ой вишеньки-черешеньки,&lt;br /&gt;</w:t>
        <w:br/>
        <w:t>Червонії, спілі,&lt;br /&gt;</w:t>
        <w:br/>
        <w:t>Чого ж бо ви так високо&lt;br /&gt;</w:t>
        <w:br/>
        <w:t>Виросли на гіллі!"</w:t>
      </w:r>
    </w:p>
    <w:p>
      <w:r>
        <w:br/>
        <w:t>"Ой того ми так високо&lt;br /&gt;</w:t>
        <w:br/>
        <w:t>Виросли на гіллі, –&lt;br /&gt;</w:t>
        <w:br/>
        <w:t>Якби зросли низесенько,&lt;br /&gt;</w:t>
        <w:br/>
        <w:t>Чи то ж би доспіли?"</w:t>
      </w:r>
    </w:p>
    <w:p>
      <w:r>
        <w:br/>
        <w:t>ПИТАННЯ</w:t>
      </w:r>
    </w:p>
    <w:p>
      <w:r>
        <w:br/>
        <w:t>Що ти говориш, любко моя мила?&lt;br /&gt;</w:t>
        <w:br/>
        <w:t>Се наче грім з ясного неба впав!&lt;br /&gt;</w:t>
        <w:br/>
        <w:t>Чи я тебе не щиро покохав?&lt;br /&gt;</w:t>
        <w:br/>
        <w:t>Ні! Певне, ти мене ніколи не любила!</w:t>
      </w:r>
    </w:p>
    <w:p>
      <w:r>
        <w:br/>
        <w:t>Журливо ти хитаєш головою&lt;br /&gt;</w:t>
        <w:br/>
        <w:t>І кажеш: "В нас дороги розійшлись".&lt;br /&gt;</w:t>
        <w:br/>
        <w:t>О ні, я вірю – зійдуться колись,&lt;br /&gt;</w:t>
        <w:br/>
        <w:t>З’єднаємось навіки ми з тобою.</w:t>
      </w:r>
    </w:p>
    <w:p>
      <w:r>
        <w:br/>
        <w:t>Я поборю найтяжчі перешкоди,&lt;br /&gt;</w:t>
        <w:br/>
        <w:t>Я маю силу, я мов дуб міцний,&lt;br /&gt;</w:t>
        <w:br/>
        <w:t>Я дам тобі притулок затишний,&lt;br /&gt;</w:t>
        <w:br/>
        <w:t>Обороню від лютої негоди.</w:t>
      </w:r>
    </w:p>
    <w:p>
      <w:r>
        <w:br/>
        <w:t>Мовчиш, мій друже ясний, і зітхаєш…&lt;br /&gt;</w:t>
        <w:br/>
        <w:t>Твоя душа за мною не жалкує,&lt;br /&gt;</w:t>
        <w:br/>
        <w:t>А тільки серце вражене сумує,&lt;br /&gt;</w:t>
        <w:br/>
        <w:t>І жаль тобі, що ти мене кохаєш.</w:t>
      </w:r>
    </w:p>
    <w:p>
      <w:r>
        <w:br/>
        <w:t>ВІДПОВІДЬ</w:t>
      </w:r>
    </w:p>
    <w:p>
      <w:r>
        <w:br/>
        <w:t>Не жаль мені, що я тебе кохаю,&lt;br /&gt;</w:t>
        <w:br/>
        <w:t>Та в нас дороги різно розійшлись.&lt;br /&gt;</w:t>
        <w:br/>
        <w:t>Ні, не кажи, що зійдуться колись!&lt;br /&gt;</w:t>
        <w:br/>
        <w:t>Не зійдуться, мій друже, я те знаю.</w:t>
      </w:r>
    </w:p>
    <w:p>
      <w:r>
        <w:br/>
        <w:t>Моє кохання – то для тебе згуба:&lt;br /&gt;</w:t>
        <w:br/>
        <w:t>Ти наче дуб високий та міцний,&lt;br /&gt;</w:t>
        <w:br/>
        <w:t>Я ж наче плющ похилий та смутний, –&lt;br /&gt;</w:t>
        <w:br/>
        <w:t>Плюща обійми гублять силу дуба.</w:t>
      </w:r>
    </w:p>
    <w:p>
      <w:r>
        <w:br/>
        <w:t>Та без притулку плющ зелений в’яне,&lt;br /&gt;</w:t>
        <w:br/>
        <w:t>Я не зав’яну, я знайду руїни,&lt;br /&gt;</w:t>
        <w:br/>
        <w:t>Я одягну обдерті, вбогі стіни,&lt;br /&gt;</w:t>
        <w:br/>
        <w:t>Зелений плющ оздобою їм стане.</w:t>
      </w:r>
    </w:p>
    <w:p>
      <w:r>
        <w:br/>
        <w:t>В країну смутку вітерець прилине&lt;br /&gt;</w:t>
        <w:br/>
        <w:t>І принесе мені луну розмови&lt;br /&gt;</w:t>
        <w:br/>
        <w:t>Від мого дуба любого з діброви, –&lt;br /&gt;</w:t>
        <w:br/>
        <w:t>І спогад любих літ повік не згине.</w:t>
      </w:r>
    </w:p>
    <w:p>
      <w:r>
        <w:br/>
        <w:t>НА МОТИВ З МІЦКЕВИЧА</w:t>
      </w:r>
    </w:p>
    <w:p>
      <w:r>
        <w:br/>
        <w:t>…I znowu sobie zadaj&amp;#281; pytanie:&lt;br /&gt;</w:t>
        <w:br/>
        <w:t>Czy to jest przyja&amp;#378;&amp;#324;, czy to jest kochanie?&lt;br /&gt;</w:t>
        <w:br/>
        <w:t>Mickiewicz</w:t>
      </w:r>
    </w:p>
    <w:p>
      <w:r>
        <w:br/>
        <w:t>Я не кохаю тебе і не прагну дружиною стати.&lt;br /&gt;</w:t>
        <w:br/>
        <w:t>Твої поцілунки, обійми і в мріях не сняться мені,&lt;br /&gt;</w:t>
        <w:br/>
        <w:t>В мислях ніколи коханим тебе не одважусь назвати;&lt;br /&gt;</w:t>
        <w:br/>
        <w:t>Я часто питаю себе: чи кохаю? – Одказую: ні!</w:t>
      </w:r>
    </w:p>
    <w:p>
      <w:r>
        <w:br/>
        <w:t>Тільки ж як сяду край тебе, серденько мов птиця заб’ється,&lt;br /&gt;</w:t>
        <w:br/>
        <w:t>Дивлюся на тебе й не можу одвести очей,&lt;br /&gt;</w:t>
        <w:br/>
        <w:t>І хоч з тобою розстанусь, то в думці моїй зостається&lt;br /&gt;</w:t>
        <w:br/>
        <w:t>Наче жива твоя постать і кожнеє слово з речей.</w:t>
      </w:r>
    </w:p>
    <w:p>
      <w:r>
        <w:br/>
        <w:t>Часто я в думці з тобою великі розмови проваджу,&lt;br /&gt;</w:t>
        <w:br/>
        <w:t>І світять, як мрія, мені твої очі, ті зорі сумні…&lt;br /&gt;</w:t>
        <w:br/>
        <w:t>Ох, я не знаю, мій друже, сама я не зважу, –&lt;br /&gt;</w:t>
        <w:br/>
        <w:t>Коли б ти спитав: "Чи кохаєш?" – чи я б тобі мовила: ні ?..</w:t>
      </w:r>
    </w:p>
    <w:p>
      <w:r>
        <w:br/>
        <w:t>"КОЛИ ВЖЕ ЗАЧЕПИЛИ СІ ПИТАННЯ…"</w:t>
      </w:r>
    </w:p>
    <w:p>
      <w:r>
        <w:br/>
        <w:t>Коли вже зачепили сі питання&lt;br /&gt;</w:t>
        <w:br/>
        <w:t>Про бога й про посмертне проживання,&lt;br /&gt;</w:t>
        <w:br/>
        <w:t>То й я вам думку висловлю свою,&lt;br /&gt;</w:t>
        <w:br/>
        <w:t>Куди не так, як німець ваш, поважно,&lt;br /&gt;</w:t>
        <w:br/>
        <w:t>Але, я думаю, не менш одважно.&lt;br /&gt;</w:t>
        <w:br/>
        <w:t>Не буду я тепера говорить&lt;br /&gt;</w:t>
        <w:br/>
        <w:t>Про Зевса, Одіна, про Браму і Єгову, –&lt;br /&gt;</w:t>
        <w:br/>
        <w:t>Вони вже вмерли, їх не оживить, –&lt;br /&gt;</w:t>
        <w:br/>
        <w:t>Тепер уже пора змінити мову,&lt;br /&gt;</w:t>
        <w:br/>
        <w:t>Тепер сказати треба: бог деїстів,&lt;br /&gt;</w:t>
        <w:br/>
        <w:t>Бог скептиків і бог детерміністів.&lt;br /&gt;</w:t>
        <w:br/>
        <w:t>Що скаже бог деїстів мому серцю?&lt;br /&gt;</w:t>
        <w:br/>
        <w:t>Я юшки не люблю без солі і без перцю.&lt;br /&gt;</w:t>
        <w:br/>
        <w:t>Імення бога скептиків: "Не знаю",&lt;br /&gt;</w:t>
        <w:br/>
        <w:t>Щось я такого й богом не вважаю.&lt;br /&gt;</w:t>
        <w:br/>
        <w:t>В детерміністів світ наладжений так стало,&lt;br /&gt;</w:t>
        <w:br/>
        <w:t>Що там для бога місця вже не стало.&lt;br /&gt;</w:t>
        <w:br/>
        <w:t>Всі три боги невлад, створить нового трудно,&lt;br /&gt;</w:t>
        <w:br/>
        <w:t>Та й віршувать на сюю тему нудно.&lt;br /&gt;</w:t>
        <w:br/>
        <w:t>До того ж на землі у нас так мало волі,&lt;br /&gt;</w:t>
        <w:br/>
        <w:t>І без богів начальства в нас доволі…</w:t>
      </w:r>
    </w:p>
    <w:p>
      <w:r>
        <w:br/>
        <w:t>Тепер питання друге. Далебі,&lt;br /&gt;</w:t>
        <w:br/>
        <w:t>Повірте слову, мій шановний друже,&lt;br /&gt;</w:t>
        <w:br/>
        <w:t>Посмертного життя не хочу я собі,&lt;br /&gt;</w:t>
        <w:br/>
        <w:t>Мені про нього гірше ніж байдуже.&lt;br /&gt;</w:t>
        <w:br/>
        <w:t>Туманне "там" подобатись не може,&lt;br /&gt;</w:t>
        <w:br/>
        <w:t>"Загробний світ" спіритський – боронь боже!&lt;br /&gt;</w:t>
        <w:br/>
        <w:t>Попасти в пекло, може, се й цікаво,&lt;br /&gt;</w:t>
        <w:br/>
        <w:t>Але воно занадто вже яскраво&lt;br /&gt;</w:t>
        <w:br/>
        <w:t>Описано у Данта. І, здається,&lt;br /&gt;</w:t>
        <w:br/>
        <w:t>Я знаю трошки, що то пеклом зветься.&lt;br /&gt;</w:t>
        <w:br/>
        <w:t>Піти у рай (хто має цю надію!), –&lt;br /&gt;</w:t>
        <w:br/>
        <w:t>Немає там ні горя, ні зітхання,&lt;br /&gt;</w:t>
        <w:br/>
        <w:t>Але нема ні дружби, ні кохання, –&lt;br /&gt;</w:t>
        <w:br/>
        <w:t>Такого раю я не розумію.&lt;br /&gt;</w:t>
        <w:br/>
        <w:t>Там, крім набожної, нема літератури.&lt;br /&gt;</w:t>
        <w:br/>
        <w:t>Я ж артистичної, як знаєте, натури,&lt;br /&gt;</w:t>
        <w:br/>
        <w:t>Поезія виключно релігійна,&lt;br /&gt;</w:t>
        <w:br/>
        <w:t>Як всяка річ, занадто тенденційна,&lt;br /&gt;</w:t>
        <w:br/>
        <w:t>Чогось мене не радує зовсім,&lt;br /&gt;</w:t>
        <w:br/>
        <w:t>Отак, як ці німецькі мудрі вірші&lt;br /&gt;</w:t>
        <w:br/>
        <w:t>(Мої здадуться вам далеко гірші), –&lt;br /&gt;</w:t>
        <w:br/>
        <w:t>Здається, можна покінчить на сім.</w:t>
      </w:r>
    </w:p>
    <w:p>
      <w:r>
        <w:br/>
        <w:t>ПРОРОЧИЙ СОН ПАТРІОТА</w:t>
      </w:r>
    </w:p>
    <w:p>
      <w:r>
        <w:br/>
        <w:t>(Присвята редакторові "Буковини")</w:t>
      </w:r>
    </w:p>
    <w:p>
      <w:r>
        <w:br/>
        <w:t>Що за диво, що за нове чудо!..&lt;br /&gt;</w:t>
        <w:br/>
        <w:t>Перед світом у святу неділю&lt;br /&gt;</w:t>
        <w:br/>
        <w:t>Вельми дивний сон мені приснився,&lt;br /&gt;</w:t>
        <w:br/>
        <w:t>Що немов я опинився в Римі,&lt;br /&gt;</w:t>
        <w:br/>
        <w:t>Там я бачив Колізей і Форум,&lt;br /&gt;</w:t>
        <w:br/>
        <w:t>Капітолій і Тарпейську скелю,&lt;br /&gt;</w:t>
        <w:br/>
        <w:t>Звідки давні римляни невдячні&lt;br /&gt;</w:t>
        <w:br/>
        <w:t>В діл спихали чесних патріотів.</w:t>
      </w:r>
    </w:p>
    <w:p>
      <w:r>
        <w:br/>
        <w:t>Та те все мене не вдовольнило,&lt;br /&gt;</w:t>
        <w:br/>
        <w:t>Бо хто бачив Святоюрські вежі,&lt;br /&gt;</w:t>
        <w:br/>
        <w:t>Староруські Золоті Ворота, –&lt;br /&gt;</w:t>
        <w:br/>
        <w:t>Що для нього Колізей і Форум,&lt;br /&gt;</w:t>
        <w:br/>
        <w:t>Капітолій і Тарпейська круча?&lt;br /&gt;</w:t>
        <w:br/>
        <w:t>Що нам римські цезарі й герої?&lt;br /&gt;</w:t>
        <w:br/>
        <w:t>Таж прецінь у нас князі бували !</w:t>
      </w:r>
    </w:p>
    <w:p>
      <w:r>
        <w:br/>
        <w:t>Але далі: Ватікан я бачив&lt;br /&gt;</w:t>
        <w:br/>
        <w:t>І отця святого в Ватікані.&lt;br /&gt;</w:t>
        <w:br/>
        <w:t>Але й то, панове, ще не диво.&lt;br /&gt;</w:t>
        <w:br/>
        <w:t>То ж би навіть і у сні був сором –&lt;br /&gt;</w:t>
        <w:br/>
        <w:t>Бути в Римі та не бачить папи!&lt;br /&gt;</w:t>
        <w:br/>
        <w:t>Вище всіх червоних кардиналів&lt;br /&gt;</w:t>
        <w:br/>
        <w:t>Він сидів у ясних, білих шатах.</w:t>
      </w:r>
    </w:p>
    <w:p>
      <w:r>
        <w:br/>
        <w:t>На подушці оксамитній долі&lt;br /&gt;</w:t>
        <w:br/>
        <w:t>Спочивала золота пантофля.&lt;br /&gt;</w:t>
        <w:br/>
        <w:t>Різних націй вірні католики&lt;br /&gt;</w:t>
        <w:br/>
        <w:t>На колінах лізли до престолу,&lt;br /&gt;</w:t>
        <w:br/>
        <w:t>Цілували золоту пантофлю,&lt;br /&gt;</w:t>
        <w:br/>
        <w:t>Отже, й я поліз услід за ними –&lt;br /&gt;</w:t>
        <w:br/>
        <w:t>Най же й русин буде так, як люди!</w:t>
      </w:r>
    </w:p>
    <w:p>
      <w:r>
        <w:br/>
        <w:t>Річ святу поцілувавши тричі&lt;br /&gt;</w:t>
        <w:br/>
        <w:t>(Один раз тому, що батько в плахті),&lt;br /&gt;</w:t>
        <w:br/>
        <w:t>Я поглянув на святе обличчя&lt;br /&gt;</w:t>
        <w:br/>
        <w:t>І зненацька скам’янів від дива –&lt;br /&gt;</w:t>
        <w:br/>
        <w:t>Хоч у сні ніщо нас не дивує,&lt;br /&gt;</w:t>
        <w:br/>
        <w:t>Але ж то було всім дивам диво:&lt;br /&gt;</w:t>
        <w:br/>
        <w:t>Я побачив руськеє обличчя,&lt;br /&gt;</w:t>
        <w:br/>
        <w:t>Римською тіарою вінчане!</w:t>
      </w:r>
    </w:p>
    <w:p>
      <w:r>
        <w:br/>
        <w:t>Боже мій! та я його так часто&lt;br /&gt;</w:t>
        <w:br/>
        <w:t>Зустрічав у львівськім семінару!&lt;br /&gt;</w:t>
        <w:br/>
        <w:t>Він пізнав мене і так промовив:&lt;br /&gt;</w:t>
        <w:br/>
        <w:t>"Повернися у свою країну,&lt;br /&gt;</w:t>
        <w:br/>
        <w:t>Понеси їй звістку благодатну,&lt;br /&gt;</w:t>
        <w:br/>
        <w:t>Що віднині кожний вірний русин&lt;br /&gt;</w:t>
        <w:br/>
        <w:t>З ласки бога станеться безгрішним,&lt;br /&gt;</w:t>
        <w:br/>
        <w:t>Тільки має всім властям коритись.</w:t>
      </w:r>
    </w:p>
    <w:p>
      <w:r>
        <w:br/>
        <w:t>"Ність бо власті, еже не от бога".&lt;br /&gt;</w:t>
        <w:br/>
        <w:t>(Тут я нишком усміхнувсь, панове:&lt;br /&gt;</w:t>
        <w:br/>
        <w:t>Вже цього він міг би нас не вчити!).&lt;br /&gt;</w:t>
        <w:br/>
        <w:t>А хто хоче просто йти до раю&lt;br /&gt;</w:t>
        <w:br/>
        <w:t>І в вінці, як мученик, сіяти,&lt;br /&gt;</w:t>
        <w:br/>
        <w:t>Той повинен прочитати пильно&lt;br /&gt;</w:t>
        <w:br/>
        <w:t>Цілий річник "Руського Сіона".&lt;br /&gt;</w:t>
        <w:br/>
        <w:t>(Тут, не знаю, чи й признатись, браття,&lt;br /&gt;</w:t>
        <w:br/>
        <w:t>Защеміло трошки в мене серце).</w:t>
      </w:r>
    </w:p>
    <w:p>
      <w:r>
        <w:br/>
        <w:t>Окрім того, я заповідаю&lt;br /&gt;</w:t>
        <w:br/>
        <w:t>Вірним всім піти в похід хрестовий&lt;br /&gt;</w:t>
        <w:br/>
        <w:t>Проти всіх плюгавих, одчайдушних&lt;br /&gt;</w:t>
        <w:br/>
        <w:t>Сіячів ворожих, бридких впливів,&lt;br /&gt;</w:t>
        <w:br/>
        <w:t>Їх нам треба нищить без пардону!&lt;br /&gt;</w:t>
        <w:br/>
        <w:t>Буде вам за сеє рай на небі,&lt;br /&gt;</w:t>
        <w:br/>
        <w:t>На землі ж то поки що ще тайна…"</w:t>
      </w:r>
    </w:p>
    <w:p>
      <w:r>
        <w:br/>
        <w:t>Тут я крижем впав перед престолом,&lt;br /&gt;</w:t>
        <w:br/>
        <w:t>Хтів промовить щось, але прокинувсь&lt;br /&gt;</w:t>
        <w:br/>
        <w:t>І покликнув голосом великим:&lt;br /&gt;</w:t>
        <w:br/>
        <w:t>"Гей, на бога, милі руські браття,&lt;br /&gt;</w:t>
        <w:br/>
        <w:t>Хоч би всім нам згинути судилось,&lt;br /&gt;</w:t>
        <w:br/>
        <w:t>Мусим мати свого кардинала!&lt;br /&gt;</w:t>
        <w:br/>
        <w:t>А вже сам він дійде до престолу".&lt;br /&gt;</w:t>
        <w:br/>
        <w:t>Вже ж бо сон мій не зовсім даремний,&lt;br /&gt;</w:t>
        <w:br/>
        <w:t>Бо казала так моя бабуся&lt;br /&gt;</w:t>
        <w:br/>
        <w:t>(То ж була сама народна мудрість):&lt;br /&gt;</w:t>
        <w:br/>
        <w:t>Сон, що сниться у неділю рано,&lt;br /&gt;</w:t>
        <w:br/>
        <w:t>Зроду-звіку не минає здарма.</w:t>
      </w:r>
    </w:p>
    <w:p>
      <w:r>
        <w:br/>
        <w:t>НА ПАМ’ЯТЬ 31 ІЮЛЯ 1895 РОКУ</w:t>
      </w:r>
    </w:p>
    <w:p>
      <w:r>
        <w:br/>
        <w:t>Тепер прощай! Хто знає, чи надовго…&lt;br /&gt;</w:t>
        <w:br/>
        <w:t>Ми, може, хутко будем походжати&lt;br /&gt;</w:t>
        <w:br/>
        <w:t>По горах київських та по гаях волинських,&lt;br /&gt;</w:t>
        <w:br/>
        <w:t>А може, поки зійдемося знову,&lt;br /&gt;</w:t>
        <w:br/>
        <w:t>Води багато утече з річок&lt;br /&gt;</w:t>
        <w:br/>
        <w:t>І сліз з людських очей. Хто теє знає?&lt;br /&gt;</w:t>
        <w:br/>
        <w:t>Колись я думала для тебе на прощання&lt;br /&gt;</w:t>
        <w:br/>
        <w:t>Увити гарне рондо чи сонет&lt;br /&gt;</w:t>
        <w:br/>
        <w:t>І рифмами уквітчати навколо,&lt;br /&gt;</w:t>
        <w:br/>
        <w:t>Немов гільце весільне, – та шкода!&lt;br /&gt;</w:t>
        <w:br/>
        <w:t>Тепер посох садочок мого серця,&lt;br /&gt;</w:t>
        <w:br/>
        <w:t>Не знаю, чи коли й одмолодіє.</w:t>
      </w:r>
    </w:p>
    <w:p>
      <w:r>
        <w:br/>
        <w:t>Торік бувало тут, над сим потоком,&lt;br /&gt;</w:t>
        <w:br/>
        <w:t>Звивала я тобі вінки барвисті,&lt;br /&gt;</w:t>
        <w:br/>
        <w:t>Тоді ж у мене і квітчасті вірші,&lt;br /&gt;</w:t>
        <w:br/>
        <w:t>Жартуючи, лилися з-під пера, –&lt;br /&gt;</w:t>
        <w:br/>
        <w:t>Але тепер нема квіток для мене&lt;br /&gt;</w:t>
        <w:br/>
        <w:t>Ні в полі, ні в діброві, ні в душі.&lt;br /&gt;</w:t>
        <w:br/>
        <w:t>Колись я мала той дівочий звичай,&lt;br /&gt;</w:t>
        <w:br/>
        <w:t>Як покидала край який надовго,&lt;br /&gt;</w:t>
        <w:br/>
        <w:t>Збирати квітки з наймиліших міст&lt;br /&gt;</w:t>
        <w:br/>
        <w:t>І брати їх на пам’ятку з собою,&lt;br /&gt;</w:t>
        <w:br/>
        <w:t>Тепер взяла я грудочку землі,&lt;br /&gt;</w:t>
        <w:br/>
        <w:t>Колись її положать надо мною…</w:t>
      </w:r>
    </w:p>
    <w:p>
      <w:r>
        <w:br/>
        <w:t>Сестрице люба, я тобі бажаю&lt;br /&gt;</w:t>
        <w:br/>
        <w:t>Ясного щастя (коли се не мрія!),&lt;br /&gt;</w:t>
        <w:br/>
        <w:t>Щоб "радою" і радістю ти стала&lt;br /&gt;</w:t>
        <w:br/>
        <w:t>Усім, кого ти любиш. Я бажаю,&lt;br /&gt;</w:t>
        <w:br/>
        <w:t>Щоб сеє перше і безмірне горе&lt;br /&gt;</w:t>
        <w:br/>
        <w:t>Було остатнім у твоїм житті.&lt;br /&gt;</w:t>
        <w:br/>
        <w:t>Коли ж яка смутна година прийде&lt;br /&gt;</w:t>
        <w:br/>
        <w:t>І сльози самохіть поллються із очей,&lt;br /&gt;</w:t>
        <w:br/>
        <w:t>Тоді поглянь, кохана, на схід сонця&lt;br /&gt;</w:t>
        <w:br/>
        <w:t>(В ту сторону, де наша Україна)&lt;br /&gt;</w:t>
        <w:br/>
        <w:t>І пригадай, що десь є хата й серце,&lt;br /&gt;</w:t>
        <w:br/>
        <w:t>Тобі одкриті завжди. Може, думка&lt;br /&gt;</w:t>
        <w:br/>
        <w:t>На схід полине, а печаль на захід.</w:t>
      </w:r>
    </w:p>
    <w:p>
      <w:r>
        <w:br/>
        <w:t>Для мене, сестро, щастя не бажай&lt;br /&gt;</w:t>
        <w:br/>
        <w:t>(Ми з ним чогось не можемо ужитись!),&lt;br /&gt;</w:t>
        <w:br/>
        <w:t>Ти побажай мені одваги й сили більше&lt;br /&gt;</w:t>
        <w:br/>
        <w:t>Сповняти той великий заповіт,&lt;br /&gt;</w:t>
        <w:br/>
        <w:t>Що я несу з собою на Вкраїну…</w:t>
      </w:r>
    </w:p>
    <w:p>
      <w:r>
        <w:br/>
        <w:t>Хай спогад мій між вами буде краще,&lt;br /&gt;</w:t>
        <w:br/>
        <w:t>Ніж я сама була, – адже здалека&lt;br /&gt;</w:t>
        <w:br/>
        <w:t>Тумани навіть золотом сіяють, –&lt;br /&gt;</w:t>
        <w:br/>
        <w:t>Тож "споминайте добрими словами"!&lt;br /&gt;</w:t>
        <w:br/>
        <w:t>Для мене спогад про те щастя й горе,&lt;br /&gt;</w:t>
        <w:br/>
        <w:t>Що всі ми вкупі тут переживали,&lt;br /&gt;</w:t>
        <w:br/>
        <w:t>Тим буде, чим молитва для набожних.&lt;br /&gt;</w:t>
        <w:br/>
        <w:t>А вас усіх… ні, годі вже! Прощай!</w:t>
      </w:r>
    </w:p>
    <w:p>
      <w:r>
        <w:br/>
        <w:t>[1895]</w:t>
      </w:r>
    </w:p>
    <w:p>
      <w:r>
        <w:br/>
        <w:t>БОЖА ІСКРА</w:t>
      </w:r>
    </w:p>
    <w:p>
      <w:r>
        <w:br/>
        <w:t>Вороги:&lt;br /&gt;</w:t>
        <w:br/>
        <w:t>Геть їх, поетів! навіщо їх співи?&lt;br /&gt;</w:t>
        <w:br/>
        <w:t>Хто тепер слухать їх рад?&lt;br /&gt;</w:t>
        <w:br/>
        <w:t>Нас оглушили вже "тихі мотиви"&lt;br /&gt;</w:t>
        <w:br/>
        <w:t>"Снів" тих, "фантазій", "балад"!</w:t>
      </w:r>
    </w:p>
    <w:p>
      <w:r>
        <w:br/>
        <w:t>Чули ми й тую "громадськую тугу",&lt;br /&gt;</w:t>
        <w:br/>
        <w:t>Все то слова голосні,&lt;br /&gt;</w:t>
        <w:br/>
        <w:t>Хату нагріти в зимовую фугу, –&lt;br /&gt;</w:t>
        <w:br/>
        <w:t>Навіть на те не судні!</w:t>
      </w:r>
    </w:p>
    <w:p>
      <w:r>
        <w:br/>
        <w:t>Годі тих співів! і так уже сумно.&lt;br /&gt;</w:t>
        <w:br/>
        <w:t>Поспіхом спів ваш бринить…&lt;br /&gt;</w:t>
        <w:br/>
        <w:t>Слова не тямите мовить розумно,&lt;br /&gt;</w:t>
        <w:br/>
        <w:t>А віршувать – аж горить!</w:t>
      </w:r>
    </w:p>
    <w:p>
      <w:r>
        <w:br/>
        <w:t>Прихильні:&lt;br /&gt;</w:t>
        <w:br/>
        <w:t>Ні, не стихайте, солодкії співи,&lt;br /&gt;</w:t>
        <w:br/>
        <w:t>Всяк з нас їх слухати рад,&lt;br /&gt;</w:t>
        <w:br/>
        <w:t>Любо колишуть нас тихі мотиви&lt;br /&gt;</w:t>
        <w:br/>
        <w:t>"Снів" ваших, "мрій" та "балад".</w:t>
      </w:r>
    </w:p>
    <w:p>
      <w:r>
        <w:br/>
        <w:t>Тільки навіщо той смуток і туга,&lt;br /&gt;</w:t>
        <w:br/>
        <w:t>Вже ж бо і так ми сумні.&lt;br /&gt;</w:t>
        <w:br/>
        <w:t>Хай нас колишуть, як пестощі друга,&lt;br /&gt;</w:t>
        <w:br/>
        <w:t>Ваші лагідні пісні!</w:t>
      </w:r>
    </w:p>
    <w:p>
      <w:r>
        <w:br/>
        <w:t>Ніч налягла безпросвітним склепінням,&lt;br /&gt;</w:t>
        <w:br/>
        <w:t>Очі й серця нам тьмарить,&lt;br /&gt;</w:t>
        <w:br/>
        <w:t>Хай же привітним і тихим промінням&lt;br /&gt;</w:t>
        <w:br/>
        <w:t>Божая іскра горить.</w:t>
      </w:r>
    </w:p>
    <w:p>
      <w:r>
        <w:br/>
        <w:t>Поет:&lt;br /&gt;</w:t>
        <w:br/>
        <w:t>Годі вам, гурт ворогів і прихильних,&lt;br /&gt;</w:t>
        <w:br/>
        <w:t>Марні слова промовлять.&lt;br /&gt;</w:t>
        <w:br/>
        <w:t>Краще ідіть научіть божевільних,&lt;br /&gt;</w:t>
        <w:br/>
        <w:t>Як їм притомними стать.</w:t>
      </w:r>
    </w:p>
    <w:p>
      <w:r>
        <w:br/>
        <w:t>Бачили ви, як велике багаття&lt;br /&gt;</w:t>
        <w:br/>
        <w:t>Кида вогонь аж до хмар?&lt;br /&gt;</w:t>
        <w:br/>
        <w:t>"Божая іскра" – то тяжке прокляття,&lt;br /&gt;</w:t>
        <w:br/>
        <w:t>Дикий і лютий пожар.</w:t>
      </w:r>
    </w:p>
    <w:p>
      <w:r>
        <w:br/>
        <w:t>Вогнища того не може людина&lt;br /&gt;</w:t>
        <w:br/>
        <w:t>Ні запалить, ні вгасіть,&lt;br /&gt;</w:t>
        <w:br/>
        <w:t>В кого ж запала хоч іскра єдина, –&lt;br /&gt;</w:t>
        <w:br/>
        <w:t>Вік її буде носить!</w:t>
      </w:r>
    </w:p>
    <w:p>
      <w:r>
        <w:br/>
        <w:t>SLAVUS – SCLAVUS</w:t>
      </w:r>
    </w:p>
    <w:p>
      <w:r>
        <w:br/>
        <w:t>Слов’янщина! – який величний гук,&lt;br /&gt;</w:t>
        <w:br/>
        <w:t>Який широкий і містично темний.&lt;br /&gt;</w:t>
        <w:br/>
        <w:t>І скільки літ і як багато рук&lt;br /&gt;</w:t>
        <w:br/>
        <w:t>Для неї будували храм таємний.&lt;br /&gt;</w:t>
        <w:br/>
        <w:t>Посеред храму п’єдестал звели,&lt;br /&gt;</w:t>
        <w:br/>
        <w:t>І статую поставили на ньому,&lt;br /&gt;</w:t>
        <w:br/>
        <w:t>І вид, немов Ізіді, зап’яли&lt;br /&gt;</w:t>
        <w:br/>
        <w:t>Покровом щільним ідолові свому.&lt;br /&gt;</w:t>
        <w:br/>
        <w:t>Стоїть таємна статуя давно,&lt;br /&gt;</w:t>
        <w:br/>
        <w:t>Час тихо упливає рік за роком,&lt;br /&gt;</w:t>
        <w:br/>
        <w:t>І досі ще нікому не дано&lt;br /&gt;</w:t>
        <w:br/>
        <w:t>В лице їй глянути одважним оком.&lt;br /&gt;</w:t>
        <w:br/>
        <w:t>А що ж величної Слов’янщини сини,&lt;br /&gt;</w:t>
        <w:br/>
        <w:t>Німої матері проречистії діти,&lt;br /&gt;</w:t>
        <w:br/>
        <w:t>Між людьми чим прославились вони?&lt;br /&gt;</w:t>
        <w:br/>
        <w:t>Чим похвалитись їм, з чого радіти?&lt;br /&gt;</w:t>
        <w:br/>
        <w:t>Дивітеся: з них кожний як один,&lt;br /&gt;</w:t>
        <w:br/>
        <w:t>Що світ би здержав на плечах здорових,&lt;br /&gt;</w:t>
        <w:br/>
        <w:t>Міцний, як дуб кремезний, слов’янин&lt;br /&gt;</w:t>
        <w:br/>
        <w:t>Покірно руки склав в кайданах паперових&lt;br /&gt;</w:t>
        <w:br/>
        <w:t>Та раз у раз поклони низькі б’є&lt;br /&gt;</w:t>
        <w:br/>
        <w:t>Перед стовпом, короною вінчанним,&lt;br /&gt;</w:t>
        <w:br/>
        <w:t>Порфірою укритим; стовп той є&lt;br /&gt;</w:t>
        <w:br/>
        <w:t>По праву спадщини царем названий.&lt;br /&gt;</w:t>
        <w:br/>
        <w:t>І кожний весь в крові, в сльозах його лице,&lt;br /&gt;</w:t>
        <w:br/>
        <w:t>Троїстая нагайка тіло крає,&lt;br /&gt;</w:t>
        <w:br/>
        <w:t>А він, ховаючись, плете сильце&lt;br /&gt;</w:t>
        <w:br/>
        <w:t>І братові під ноги простирає.&lt;br /&gt;</w:t>
        <w:br/>
        <w:t>Колись, бувало, сильний чуженин&lt;br /&gt;</w:t>
        <w:br/>
        <w:t>Слов’ян-рабів виводив на майдани, –&lt;br /&gt;</w:t>
        <w:br/>
        <w:t>Тепер, куди не глянь, усюди слов’янин&lt;br /&gt;</w:t>
        <w:br/>
        <w:t>На себе самохіть кладе кайдани,&lt;br /&gt;</w:t>
        <w:br/>
        <w:t>І кажуть всі: варт віл свого ярма,&lt;br /&gt;</w:t>
        <w:br/>
        <w:t>Дивіться, як покірно тягне рало!&lt;br /&gt;</w:t>
        <w:br/>
        <w:t>Ні, ймення слов’янина недарма&lt;br /&gt;</w:t>
        <w:br/>
        <w:t>Синонімом раба між людьми стало !</w:t>
      </w:r>
    </w:p>
    <w:p>
      <w:r>
        <w:br/>
        <w:t>БРАТОВІ Й СЕСТРІ НА СПОМИН</w:t>
      </w:r>
    </w:p>
    <w:p>
      <w:r>
        <w:br/>
        <w:t>Мені в сю ніч приснився ясний місяць,&lt;br /&gt;</w:t>
        <w:br/>
        <w:t>високе небо, вільний винокол.&lt;br /&gt;</w:t>
        <w:br/>
        <w:t>Блакитне світло сяло і тремтіло,&lt;br /&gt;</w:t>
        <w:br/>
        <w:t>немов огонь таємний чарівниці,&lt;br /&gt;</w:t>
        <w:br/>
        <w:t>а над тополею зоря світила,&lt;br /&gt;</w:t>
        <w:br/>
        <w:t>моя зоря, що скрізь мені сіяла,&lt;br /&gt;</w:t>
        <w:br/>
        <w:t>поки мене не замкнуто від неї&lt;br /&gt;</w:t>
        <w:br/>
        <w:t>в камінній клітці в чотирьох стінах.&lt;br /&gt;</w:t>
        <w:br/>
        <w:t>Мені приснилась, друзі мої рідні,&lt;br /&gt;</w:t>
        <w:br/>
        <w:t>безсонна ніч одна, що так давно минула,&lt;br /&gt;</w:t>
        <w:br/>
        <w:t>та не забудеться вона повік.&lt;br /&gt;</w:t>
        <w:br/>
        <w:t>В той час була для мене скрізь весна,&lt;br /&gt;</w:t>
        <w:br/>
        <w:t>вона була і в серці, і в природі,&lt;br /&gt;</w:t>
        <w:br/>
        <w:t>блакитні й білі проліски цвіли,&lt;br /&gt;</w:t>
        <w:br/>
        <w:t>і я втішалася весняними квітками&lt;br /&gt;</w:t>
        <w:br/>
        <w:t>так, мовби всі вони росли для мене…&lt;br /&gt;</w:t>
        <w:br/>
        <w:t>І я тоді жила. Безсонні ночі&lt;br /&gt;</w:t>
        <w:br/>
        <w:t>минали швидше, ніж у сні коханім,&lt;br /&gt;</w:t>
        <w:br/>
        <w:t>снувались думи, пролітали мрії,&lt;br /&gt;</w:t>
        <w:br/>
        <w:t>а спогади з надіями сплітались&lt;br /&gt;</w:t>
        <w:br/>
        <w:t>в один вінок, були там лаври, квіти…&lt;br /&gt;</w:t>
        <w:br/>
        <w:t>були й терни, я потім те дізнала,&lt;br /&gt;</w:t>
        <w:br/>
        <w:t>тоді ж не чула – ніч зачарувала.&lt;br /&gt;</w:t>
        <w:br/>
        <w:t>Ти знаєш, сестро, як блакитна нічка&lt;br /&gt;</w:t>
        <w:br/>
        <w:t>бентежить серце, думку порива?&lt;br /&gt;</w:t>
        <w:br/>
        <w:t>"Не спи, не спи! – говорить ясний місяць, –&lt;br /&gt;</w:t>
        <w:br/>
        <w:t>бо як заснеш, я промінь наведу,&lt;br /&gt;</w:t>
        <w:br/>
        <w:t>немов стрілу, і встрелю в сонне око, –&lt;br /&gt;</w:t>
        <w:br/>
        <w:t>присняться марища бліді і невиразні,&lt;br /&gt;</w:t>
        <w:br/>
        <w:t>жах стисне серце і розбудить вмить.&lt;br /&gt;</w:t>
        <w:br/>
        <w:t>Не спи, не спи, тебе я очарую,&lt;br /&gt;</w:t>
        <w:br/>
        <w:t>і наяву побачиш дивний сон".&lt;br /&gt;</w:t>
        <w:br/>
        <w:t>Чи знаєш, брате, як лагідна зірка&lt;br /&gt;</w:t>
        <w:br/>
        <w:t>говорить: "Погаси робочу лампу,&lt;br /&gt;</w:t>
        <w:br/>
        <w:t>покинь книжки, забудь свою роботу,&lt;br /&gt;</w:t>
        <w:br/>
        <w:t>поглянь на мене і згадай ті зорі,&lt;br /&gt;</w:t>
        <w:br/>
        <w:t>що десь далеко, там, у парі сяють,&lt;br /&gt;</w:t>
        <w:br/>
        <w:t>я завжди в них дивлюсь, мов у свічада,&lt;br /&gt;</w:t>
        <w:br/>
        <w:t>в таку блакитну нічку, як оця".&lt;br /&gt;</w:t>
        <w:br/>
        <w:t>Мої кохані, я б сказала вам:&lt;br /&gt;</w:t>
        <w:br/>
        <w:t>не слухайте отих речей підступних,&lt;br /&gt;</w:t>
        <w:br/>
        <w:t>та знаю, що даремне згине рада,&lt;br /&gt;</w:t>
        <w:br/>
        <w:t>бо я сама собі її давала&lt;br /&gt;</w:t>
        <w:br/>
        <w:t>і власна рада марне загубилась.&lt;br /&gt;</w:t>
        <w:br/>
        <w:t>У тую нічку, що давно минула,&lt;br /&gt;</w:t>
        <w:br/>
        <w:t>що я тепер побачила у сні,&lt;br /&gt;</w:t>
        <w:br/>
        <w:t>я довго слухала розмову чарівну&lt;br /&gt;</w:t>
        <w:br/>
        <w:t>ясного місяця й лагідної зорі,&lt;br /&gt;</w:t>
        <w:br/>
        <w:t>а серце стукотіло так раптово,&lt;br /&gt;</w:t>
        <w:br/>
        <w:t>а думи ткали безконечну тканку,&lt;br /&gt;</w:t>
        <w:br/>
        <w:t>мережану при сяєві блакитнім,&lt;br /&gt;</w:t>
        <w:br/>
        <w:t>аж поки сяєво зробилося рожевим,&lt;br /&gt;</w:t>
        <w:br/>
        <w:t>тоді у серці якось обізвалось,&lt;br /&gt;</w:t>
        <w:br/>
        <w:t>мов жайворонка спів, виблиснуло, мов промінь…&lt;br /&gt;</w:t>
        <w:br/>
        <w:t>Коли ясне весняне раде сонце&lt;br /&gt;</w:t>
        <w:br/>
        <w:t>малу кімнату рясно освітило,&lt;br /&gt;</w:t>
        <w:br/>
        <w:t>то на столі на білому папері&lt;br /&gt;</w:t>
        <w:br/>
        <w:t>виразно рівні щілочки чорніли…&lt;br /&gt;</w:t>
        <w:br/>
        <w:t>Про що були мої думки й писання,&lt;br /&gt;</w:t>
        <w:br/>
        <w:t>не буду вам казати, друзі рідні, –&lt;br /&gt;</w:t>
        <w:br/>
        <w:t>бо в вас, наперекір сумним очам,&lt;br /&gt;</w:t>
        <w:br/>
        <w:t>прорветься гама непокірна сміху,&lt;br /&gt;</w:t>
        <w:br/>
        <w:t>і буде жаль мені на сльози, вам на сміх.&lt;br /&gt;</w:t>
        <w:br/>
        <w:t>Тож не питайте, що мені іще&lt;br /&gt;</w:t>
        <w:br/>
        <w:t>примріялось в блакитному сіянні.&lt;br /&gt;</w:t>
        <w:br/>
        <w:t>Мені в сю ніч приснився місяць ясний,&lt;br /&gt;</w:t>
        <w:br/>
        <w:t>високе небо, вільний винокол…</w:t>
      </w:r>
    </w:p>
    <w:p>
      <w:r>
        <w:br/>
        <w:t>5.12.1896</w:t>
      </w:r>
    </w:p>
    <w:p>
      <w:r>
        <w:br/>
        <w:t>"НЕ ДОРІКАТИ СЛОВО Я ДАЛА…"</w:t>
      </w:r>
    </w:p>
    <w:p>
      <w:r>
        <w:br/>
        <w:t>Не дорікати слово я дала,&lt;br /&gt;</w:t>
        <w:br/>
        <w:t>І в відповідь на тяжку постанову&lt;br /&gt;</w:t>
        <w:br/>
        <w:t>Ти дав колючу гілочку тернову,</w:t>
      </w:r>
    </w:p>
    <w:p>
      <w:r>
        <w:br/>
        <w:t>Без жаху я в вінок її вплела.</w:t>
      </w:r>
    </w:p>
    <w:p>
      <w:r>
        <w:br/>
        <w:t>Рясніше став колючий мій вінок…&lt;br /&gt;</w:t>
        <w:br/>
        <w:t>Дарма, я знала се! Тоді ще, як приймала&lt;br /&gt;</w:t>
        <w:br/>
        <w:t>Від тебе зброю, що сріблом сіяла,</w:t>
      </w:r>
    </w:p>
    <w:p>
      <w:r>
        <w:br/>
        <w:t>Я в серце прийняла безжалісний клинок.</w:t>
      </w:r>
    </w:p>
    <w:p>
      <w:r>
        <w:br/>
        <w:t>Тепер мені не жаль ні мук, ні крові,&lt;br /&gt;</w:t>
        <w:br/>
        <w:t>Готова я приймать і рани, і терни&lt;br /&gt;</w:t>
        <w:br/>
        <w:t>За марні мрії, за святії сни&lt;br /&gt;</w:t>
        <w:br/>
        <w:t>Пречистого братерства і любові.</w:t>
      </w:r>
    </w:p>
    <w:p>
      <w:r>
        <w:br/>
        <w:t>2.02.1897</w:t>
      </w:r>
    </w:p>
    <w:p>
      <w:r>
        <w:br/>
        <w:t>"КРОВ ТВОЯ – РУБІН КОШТОВНИЙ…"</w:t>
      </w:r>
    </w:p>
    <w:p>
      <w:r>
        <w:br/>
        <w:t>Motto:&lt;br /&gt;</w:t>
        <w:br/>
        <w:t>Дурак – красному рад.</w:t>
      </w:r>
    </w:p>
    <w:p>
      <w:r>
        <w:br/>
        <w:t>"Кров твоя – рубін коштовний,&lt;br /&gt;</w:t>
        <w:br/>
        <w:t>Кров твоя – зоря світання,&lt;br /&gt;</w:t>
        <w:br/>
        <w:t>Кров із серця для поета&lt;br /&gt;</w:t>
        <w:br/>
        <w:t>Надгорода і придбання".</w:t>
      </w:r>
    </w:p>
    <w:p>
      <w:r>
        <w:br/>
        <w:t>Так поету люди кажуть.&lt;br /&gt;</w:t>
        <w:br/>
        <w:t>Звик він вірить у дурниці.&lt;br /&gt;</w:t>
        <w:br/>
        <w:t>І радіє крові з серця,&lt;br /&gt;</w:t>
        <w:br/>
        <w:t>Наче царській багряниці.</w:t>
      </w:r>
    </w:p>
    <w:p>
      <w:r>
        <w:br/>
        <w:t>Люди всьому знають ціну.&lt;br /&gt;</w:t>
        <w:br/>
        <w:t>В них ніщо не гине марне,&lt;br /&gt;</w:t>
        <w:br/>
        <w:t>А поету, як і дурню,&lt;br /&gt;</w:t>
        <w:br/>
        <w:t>Що червоне, те і гарне!</w:t>
      </w:r>
    </w:p>
    <w:p>
      <w:r>
        <w:br/>
        <w:t>2.02.1897</w:t>
      </w:r>
    </w:p>
    <w:p>
      <w:r>
        <w:br/>
        <w:t>"ТАК ПРОЖИЛА Я ЦІЛУ ДОВГУ ЗИМУ…"</w:t>
      </w:r>
    </w:p>
    <w:p>
      <w:r>
        <w:br/>
        <w:t>…Так прожила я цілу довгу зиму.&lt;br /&gt;</w:t>
        <w:br/>
        <w:t>Зима минула, і весна настала, –&lt;br /&gt;</w:t>
        <w:br/>
        <w:t>Для мене все однакова пора.&lt;br /&gt;</w:t>
        <w:br/>
        <w:t>Мій час пливе собі так тихо-тихо,&lt;br /&gt;</w:t>
        <w:br/>
        <w:t>Як по ставку пливе листок сухий.&lt;br /&gt;</w:t>
        <w:br/>
        <w:t>Чудне життя… якби часами серце&lt;br /&gt;</w:t>
        <w:br/>
        <w:t>Живим жалем і болем не проймалось,&lt;br /&gt;</w:t>
        <w:br/>
        <w:t>Не знала б я, чи справді я живу,&lt;br /&gt;</w:t>
        <w:br/>
        <w:t>Чи тільки мріється мені життя крізь сон.&lt;br /&gt;</w:t>
        <w:br/>
        <w:t>Стіни чотири тісно оточили&lt;br /&gt;</w:t>
        <w:br/>
        <w:t>Мене навколо: се ж увесь мій світ.&lt;br /&gt;</w:t>
        <w:br/>
        <w:t>Там, за вікном, я чую, світ інакший&lt;br /&gt;</w:t>
        <w:br/>
        <w:t>Шумить-гуде, веде свою розмову.&lt;br /&gt;</w:t>
        <w:br/>
        <w:t>І туркіт повозів, і людські голоси,&lt;br /&gt;</w:t>
        <w:br/>
        <w:t>Дзвінки трамваїв, гомін паровозів&lt;br /&gt;</w:t>
        <w:br/>
        <w:t>Зливаються в одну тремтячу ноту,&lt;br /&gt;</w:t>
        <w:br/>
        <w:t>Мов тремоло великої оркестри.&lt;br /&gt;</w:t>
        <w:br/>
        <w:t>І день і ніч гуде ота музика.&lt;br /&gt;</w:t>
        <w:br/>
        <w:t>Який шумливий світ там за вікном!&lt;br /&gt;</w:t>
        <w:br/>
        <w:t>Та я його не бачу. Тільки й видко&lt;br /&gt;</w:t>
        <w:br/>
        <w:t>Мені з вікна шматок різьби на брамі&lt;br /&gt;</w:t>
        <w:br/>
        <w:t>Та ще тополю із міського саду,&lt;br /&gt;</w:t>
        <w:br/>
        <w:t>Крізь неї часом зіронька світила.&lt;br /&gt;</w:t>
        <w:br/>
        <w:t>Ще видко неба стільки, що в вікні.&lt;br /&gt;</w:t>
        <w:br/>
        <w:t>Тепер я знаю, що весна надворі,&lt;br /&gt;</w:t>
        <w:br/>
        <w:t>Бо соловейки здалека щебечуть,&lt;br /&gt;</w:t>
        <w:br/>
        <w:t>Лунає гомін листя молодого,&lt;br /&gt;</w:t>
        <w:br/>
        <w:t>І крізь тополю вже зорі не видко.&lt;br /&gt;</w:t>
        <w:br/>
        <w:t>Раніш я знала, що була зима,&lt;br /&gt;</w:t>
        <w:br/>
        <w:t>Бо миготіли за вікном сніжинки&lt;br /&gt;</w:t>
        <w:br/>
        <w:t>Та срібні візерунки на шибках.&lt;br /&gt;</w:t>
        <w:br/>
        <w:t>Оце мені уся пори признака…&lt;br /&gt;</w:t>
        <w:br/>
        <w:t>І жаль мені, і думаю я з жалю:&lt;br /&gt;</w:t>
        <w:br/>
        <w:t>Та чи не так, як от тепер весну,&lt;br /&gt;</w:t>
        <w:br/>
        <w:t>Я бачила кохання, й молодощі,&lt;br /&gt;</w:t>
        <w:br/>
        <w:t>І все, чим красен людський вік убогий?&lt;br /&gt;</w:t>
        <w:br/>
        <w:t>Те все було, та тільки за вікном.</w:t>
      </w:r>
    </w:p>
    <w:p>
      <w:r>
        <w:br/>
        <w:t>25.04.1897</w:t>
      </w:r>
    </w:p>
    <w:p>
      <w:r>
        <w:br/>
        <w:t>"ТИ, ДІВЧИНО, ЖИТТЯМ РОЗБИТА, ГРАЙ!"</w:t>
      </w:r>
    </w:p>
    <w:p>
      <w:r>
        <w:br/>
        <w:t>Ти, дівчино, життям розбита, грай!&lt;br /&gt;</w:t>
        <w:br/>
        <w:t>Грай на оцих людьми розбитих струнах,&lt;br /&gt;</w:t>
        <w:br/>
        <w:t>Ачей же так гармонії осягнеш,&lt;br /&gt;</w:t>
        <w:br/>
        <w:t>Її ж було в твоїм житті так мало…&lt;br /&gt;</w:t>
        <w:br/>
        <w:t>О, не вважай, що криком, а не співом,&lt;br /&gt;</w:t>
        <w:br/>
        <w:t>Акорди перші залунають. Грай!&lt;br /&gt;</w:t>
        <w:br/>
        <w:t>Адже й твоє життя так починалось.&lt;br /&gt;</w:t>
        <w:br/>
        <w:t>Де ж потім ти взяла ті ніжні тони,&lt;br /&gt;</w:t>
        <w:br/>
        <w:t>Що навіть злих людей до тебе привертали?&lt;br /&gt;</w:t>
        <w:br/>
        <w:t>Ти їх знайшла в своїм розбитім серці,&lt;br /&gt;</w:t>
        <w:br/>
        <w:t>Невже не знайдеш їх в розбитих струнах?&lt;br /&gt;</w:t>
        <w:br/>
        <w:t>Грай. Ось оця струна зовсім порвалась,&lt;br /&gt;</w:t>
        <w:br/>
        <w:t>Ти не торкай її, ся так ослабла,&lt;br /&gt;</w:t>
        <w:br/>
        <w:t>Мов тятива в дитячім самострілі,&lt;br /&gt;</w:t>
        <w:br/>
        <w:t>Торкнись її злегенька, ледве-ледве,&lt;br /&gt;</w:t>
        <w:br/>
        <w:t>Вона озветься тихо, мов луна&lt;br /&gt;</w:t>
        <w:br/>
        <w:t>Себе самої. Як рука натрапить&lt;br /&gt;</w:t>
        <w:br/>
        <w:t>На ту струну, що ствердла від мовчання,&lt;br /&gt;</w:t>
        <w:br/>
        <w:t>Шарпни струну безжалісно, потужно&lt;br /&gt;</w:t>
        <w:br/>
        <w:t>І брязни в неї, наче на пожежу.</w:t>
      </w:r>
    </w:p>
    <w:p>
      <w:r>
        <w:br/>
        <w:t>ПРОКЛЯТТЯ РАХІЛІ</w:t>
      </w:r>
    </w:p>
    <w:p>
      <w:r>
        <w:br/>
        <w:t>(Апокриф)</w:t>
      </w:r>
    </w:p>
    <w:p>
      <w:r>
        <w:br/>
        <w:t>"Чутно крик в Рамі, великий плач і скарга, Рахіль плаче по дітях своїх і не може потішитись, бо їх немає".&lt;br /&gt;</w:t>
        <w:br/>
        <w:t>(Єв. Матв. 2, 18)</w:t>
      </w:r>
    </w:p>
    <w:p>
      <w:r>
        <w:br/>
        <w:t>З’явилося новеє світло в світі,&lt;br /&gt;</w:t>
        <w:br/>
        <w:t>У Віфлеємі, в тихому селі,&lt;br /&gt;</w:t>
        <w:br/>
        <w:t>І засвітилася у темному блакиті&lt;br /&gt;</w:t>
        <w:br/>
        <w:t>Нова зоря, щоб і старі, й малі&lt;br /&gt;</w:t>
        <w:br/>
        <w:t>Дорогу знали до свого месії,&lt;br /&gt;</w:t>
        <w:br/>
        <w:t>Малого сива вбогої Марії.&lt;br /&gt;</w:t>
        <w:br/>
        <w:t>Пішли усі поклон йому віддати –&lt;br /&gt;</w:t>
        <w:br/>
        <w:t>Волхви, царі і вбогі пастухи,&lt;br /&gt;</w:t>
        <w:br/>
        <w:t>Втішалася обрана богом мати,&lt;br /&gt;</w:t>
        <w:br/>
        <w:t>Сповнялась материнської пихи,&lt;br /&gt;</w:t>
        <w:br/>
        <w:t>Святої гордості, що кожна мати має,&lt;br /&gt;</w:t>
        <w:br/>
        <w:t>Як на руках своє дитя тримає,&lt;br /&gt;</w:t>
        <w:br/>
        <w:t>Бо кожній матері дитя її месія,&lt;br /&gt;</w:t>
        <w:br/>
        <w:t>Давно сподівана і справджена надія.&lt;br /&gt;</w:t>
        <w:br/>
        <w:t>О матері! щасливі тричі ви,&lt;br /&gt;</w:t>
        <w:br/>
        <w:t>Коли про вашу любую дитину&lt;br /&gt;</w:t>
        <w:br/>
        <w:t>Не дбають ні царі, ні мудрії волхви,&lt;br /&gt;</w:t>
        <w:br/>
        <w:t>Коли нова зоря очей не вабить сину,&lt;br /&gt;</w:t>
        <w:br/>
        <w:t>Тоді не треба кидати господи&lt;br /&gt;</w:t>
        <w:br/>
        <w:t>І йти на безвість у далекий край,&lt;br /&gt;</w:t>
        <w:br/>
        <w:t>Щоб рятувать від лютої пригоди&lt;br /&gt;</w:t>
        <w:br/>
        <w:t>Свою дитину, свій єдиний рай,&lt;br /&gt;</w:t>
        <w:br/>
        <w:t>Так, як Марія сина рятувала,&lt;br /&gt;</w:t>
        <w:br/>
        <w:t>Свій скарб єдиний, скарб той світовий,&lt;br /&gt;</w:t>
        <w:br/>
        <w:t>Що сила темная на страту роковала,&lt;br /&gt;</w:t>
        <w:br/>
        <w:t>Бажаючи вгасить вогонь новий.&lt;br /&gt;</w:t>
        <w:br/>
        <w:t>Вночі зібралася мала родина&lt;br /&gt;</w:t>
        <w:br/>
        <w:t>І подалась в пустиню крадькома,&lt;br /&gt;</w:t>
        <w:br/>
        <w:t>В пустиню їх зоря провадила сама,&lt;br /&gt;</w:t>
        <w:br/>
        <w:t>Оберігала їх сторожа янголина,&lt;br /&gt;</w:t>
        <w:br/>
        <w:t>Безлюднії шляхи пісковаті біліли,&lt;br /&gt;</w:t>
        <w:br/>
        <w:t>По них вигнанці йшли замислені, самі,&lt;br /&gt;</w:t>
        <w:br/>
        <w:t>Як мрії, крила янголів летіли,&lt;br /&gt;</w:t>
        <w:br/>
        <w:t>А винокол був схований у тьмі…&lt;br /&gt;</w:t>
        <w:br/>
        <w:t>Шука месію Ірод в Палестині,&lt;br /&gt;</w:t>
        <w:br/>
        <w:t>І ллється кров, як навесні вода,&lt;br /&gt;</w:t>
        <w:br/>
        <w:t>Так падає дитина по дитині,&lt;br /&gt;</w:t>
        <w:br/>
        <w:t>Як з дерева роса тремтячая спада.&lt;br /&gt;</w:t>
        <w:br/>
        <w:t>Скрізь голосіння, плач і крик великий,&lt;br /&gt;</w:t>
        <w:br/>
        <w:t>Риданням Іудея пойнялась,&lt;br /&gt;</w:t>
        <w:br/>
        <w:t>В Шеолі темному озвався гомін дикий,&lt;br /&gt;</w:t>
        <w:br/>
        <w:t>І давняя Рахіль із гроба підвелась,&lt;br /&gt;</w:t>
        <w:br/>
        <w:t>По дітях страчених вона ридає,&lt;br /&gt;</w:t>
        <w:br/>
        <w:t>Марою білою до трупів припадає,&lt;br /&gt;</w:t>
        <w:br/>
        <w:t>Прокляття, скарги, мов пожежі дим,&lt;br /&gt;</w:t>
        <w:br/>
        <w:t>Знялись до неба. Вчув їх Елогім&lt;br /&gt;</w:t>
        <w:br/>
        <w:t>І посланця свого послав він до Рахілі.&lt;br /&gt;</w:t>
        <w:br/>
        <w:t>Із неба злинув Серафим зорею,&lt;br /&gt;</w:t>
        <w:br/>
        <w:t>Наметом засіяли крила білі,&lt;br /&gt;</w:t>
        <w:br/>
        <w:t>Як, потішаючи, схилився він над нею.</w:t>
      </w:r>
    </w:p>
    <w:p>
      <w:r>
        <w:br/>
        <w:t>Серафим:&lt;br /&gt;</w:t>
        <w:br/>
        <w:t>Вгамуйся, бідна мати, не ридай!&lt;br /&gt;</w:t>
        <w:br/>
        <w:t>Нехай тобі сіяє так надія,&lt;br /&gt;</w:t>
        <w:br/>
        <w:t>Як та зоря нова. Рахіль, вгадай:&lt;br /&gt;</w:t>
        <w:br/>
        <w:t>"З Єгипту має вам прийти месія".&lt;br /&gt;</w:t>
        <w:br/>
        <w:t>Радій, Рахіль, Ізраїль оживе,&lt;br /&gt;</w:t>
        <w:br/>
        <w:t>Месія дасть йому життя нове!</w:t>
      </w:r>
    </w:p>
    <w:p>
      <w:r>
        <w:br/>
        <w:t>Рахіль:&lt;br /&gt;</w:t>
        <w:br/>
        <w:t>Радіти, кажеш ти? мені радіти?&lt;br /&gt;</w:t>
        <w:br/>
        <w:t>О Серафим! у вас на небесах&lt;br /&gt;</w:t>
        <w:br/>
        <w:t>Не плачуть матері і не вмирають діти,&lt;br /&gt;</w:t>
        <w:br/>
        <w:t>Вам невідомий смерті страх.&lt;br /&gt;</w:t>
        <w:br/>
        <w:t>Месія! що йому до нашої недолі?&lt;br /&gt;</w:t>
        <w:br/>
        <w:t>Він пан землі, безсмертний божий син.&lt;br /&gt;</w:t>
        <w:br/>
        <w:t>Мої сини в понурому Шеолі,&lt;br /&gt;</w:t>
        <w:br/>
        <w:t>Не вернеться вже звідти ні один.&lt;br /&gt;</w:t>
        <w:br/>
        <w:t>Ніхто їх звідти визволить не може, –&lt;br /&gt;</w:t>
        <w:br/>
        <w:t>Важкий, холодний сон наліг на груди їм.&lt;br /&gt;</w:t>
        <w:br/>
        <w:t>Ягве, страшний Ягве ! Таємний Елогім !&lt;br /&gt;</w:t>
        <w:br/>
        <w:t>Адонаї-Шаддаї, грізний боже !&lt;br /&gt;</w:t>
        <w:br/>
        <w:t>До тебе я за помстою вдаюсь,&lt;br /&gt;</w:t>
        <w:br/>
        <w:t>Тобі я, тінь ображена, молюсь !&lt;br /&gt;</w:t>
        <w:br/>
        <w:t>Ніхто не може літери змінити&lt;br /&gt;</w:t>
        <w:br/>
        <w:t>Твоїх міцних одвічних установ,&lt;br /&gt;</w:t>
        <w:br/>
        <w:t>Чотирнадцять колін заледве може змити&lt;br /&gt;</w:t>
        <w:br/>
        <w:t>Пролитую безвинно людську кров, –&lt;br /&gt;</w:t>
        <w:br/>
        <w:t>Дивись, тепер її пролито ціле море&lt;br /&gt;</w:t>
        <w:br/>
        <w:t>Для того, щоб живим зоставсь один!&lt;br /&gt;</w:t>
        <w:br/>
        <w:t>За кров дітей моїх, за материне горе&lt;br /&gt;</w:t>
        <w:br/>
        <w:t>Нехай заплатить сей, Марії син!&lt;br /&gt;</w:t>
        <w:br/>
        <w:t>Бо коли ні, то в день страшного суду&lt;br /&gt;</w:t>
        <w:br/>
        <w:t>На Йосафатовій долині стану я&lt;br /&gt;</w:t>
        <w:br/>
        <w:t>І перед зборищем мерців волати буду:&lt;br /&gt;</w:t>
        <w:br/>
        <w:t>Себе суди, неправий судія!..</w:t>
      </w:r>
    </w:p>
    <w:p>
      <w:r>
        <w:br/>
        <w:t>Поблід від жалю ясний Серафим&lt;br /&gt;</w:t>
        <w:br/>
        <w:t>І тихо знявся мовчазний угору,&lt;br /&gt;</w:t>
        <w:br/>
        <w:t>Закривши вид крилом сіяючим своїм.&lt;br /&gt;</w:t>
        <w:br/>
        <w:t>Рахіль стояла посеред простору,&lt;br /&gt;</w:t>
        <w:br/>
        <w:t>Неначе стовп могильний… Чорна мла&lt;br /&gt;</w:t>
        <w:br/>
        <w:t>Тремтіла й никла під зорею Сходу,&lt;br /&gt;</w:t>
        <w:br/>
        <w:t>Що ясне й тихе проміння лила,&lt;br /&gt;</w:t>
        <w:br/>
        <w:t>Немов живущу і цілющу воду.&lt;br /&gt;</w:t>
        <w:br/>
        <w:t>На зірку глянула з ненавистю Рахіль,&lt;br /&gt;</w:t>
        <w:br/>
        <w:t>Блідії руки здійняла з грізьбою:&lt;br /&gt;</w:t>
        <w:br/>
        <w:t>"Гори, проклята зірко! на сто миль&lt;br /&gt;</w:t>
        <w:br/>
        <w:t>Марії й синові освічуй путь собою.&lt;br /&gt;</w:t>
        <w:br/>
        <w:t>Маріє, радуйся! твій син, твоя любов,&lt;br /&gt;</w:t>
        <w:br/>
        <w:t>Живий, у захисті, та прийде та година,&lt;br /&gt;</w:t>
        <w:br/>
        <w:t>Даремне згине так твоя дитина,&lt;br /&gt;</w:t>
        <w:br/>
        <w:t>Як сі мої нащадки. Кров за кров!"</w:t>
      </w:r>
    </w:p>
    <w:p>
      <w:r>
        <w:br/>
        <w:t>"ЯК Я ЛЮБЛЮ ОЦI ГОДИНИ ПРАЦI..."</w:t>
      </w:r>
    </w:p>
    <w:p>
      <w:r>
        <w:br/>
        <w:t>Як я люблю оцi години працi,&lt;br /&gt;</w:t>
        <w:br/>
        <w:t>Коли усе навколо затиха&lt;br /&gt;</w:t>
        <w:br/>
        <w:t>Пiд владою чаруючої ночi,&lt;br /&gt;</w:t>
        <w:br/>
        <w:t>А тiльки я одна, неподоланна,&lt;br /&gt;</w:t>
        <w:br/>
        <w:t>Врочистую одправу починаю&lt;br /&gt;</w:t>
        <w:br/>
        <w:t>Перед моїм незримим олтарем.&lt;br /&gt;</w:t>
        <w:br/>
        <w:t>Летять хвилини — я не прислухаюсь.&lt;br /&gt;</w:t>
        <w:br/>
        <w:t>Ось пiвнiч вдарила — найкращий працi час, —&lt;br /&gt;</w:t>
        <w:br/>
        <w:t>Так дзвiнко вдарила, що стрепенулась тиша&lt;br /&gt;</w:t>
        <w:br/>
        <w:t>I швидше у руках забiгало перо.&lt;br /&gt;</w:t>
        <w:br/>
        <w:t>Години йдуть — куди вони спiшаться?&lt;br /&gt;</w:t>
        <w:br/>
        <w:t>Менi осiння нiч короткою здається,&lt;br /&gt;</w:t>
        <w:br/>
        <w:t>Безсоння довге не страшне менi,&lt;br /&gt;</w:t>
        <w:br/>
        <w:t>Воно менi не грозить, як бувало,&lt;br /&gt;</w:t>
        <w:br/>
        <w:t>Непевною i чорною рукою,&lt;br /&gt;</w:t>
        <w:br/>
        <w:t>А вабить лагiдно, як мрiя молода.&lt;br /&gt;</w:t>
        <w:br/>
        <w:t>I любо так, i серце щастям б'ється,&lt;br /&gt;</w:t>
        <w:br/>
        <w:t>Думки цвiтуть, мов золотi квiтки.&lt;br /&gt;</w:t>
        <w:br/>
        <w:t>I хтось немов схиляється до мене,&lt;br /&gt;</w:t>
        <w:br/>
        <w:t>I промовляє чарiвнi слова,&lt;br /&gt;</w:t>
        <w:br/>
        <w:t>I полум'ям займається вiд слiв тих,&lt;br /&gt;</w:t>
        <w:br/>
        <w:t>I блискавицею освiчує думки.&lt;br /&gt;</w:t>
        <w:br/>
        <w:t>Передсвiтом чорнiє нiч надворi,&lt;br /&gt;</w:t>
        <w:br/>
        <w:t>I час гасити свiтло, щоб його&lt;br /&gt;</w:t>
        <w:br/>
        <w:t>Не засоромив день своїм сiянням.&lt;br /&gt;</w:t>
        <w:br/>
        <w:t>Погасне свiтло; та палають очi,&lt;br /&gt;</w:t>
        <w:br/>
        <w:t>Аж поки досвiтки в вiкно тихенько&lt;br /&gt;</w:t>
        <w:br/>
        <w:t>Заглянуть сивими очима i всi речi&lt;br /&gt;</w:t>
        <w:br/>
        <w:t>Почнуть iз темряви помалу виступати,&lt;br /&gt;</w:t>
        <w:br/>
        <w:t>Тодi мене перемагає сон.&lt;br /&gt;</w:t>
        <w:br/>
        <w:t>А ранком бачу я в своїм свiчадi&lt;br /&gt;</w:t>
        <w:br/>
        <w:t>Блiде обличчя i блискучi очi,&lt;br /&gt;</w:t>
        <w:br/>
        <w:t>А в думцi, мов тривога, промайнуть&lt;br /&gt;</w:t>
        <w:br/>
        <w:t>В дитячих лiтах чутiї легенди&lt;br /&gt;</w:t>
        <w:br/>
        <w:t>Про перелесника. Розказує, бувало,&lt;br /&gt;</w:t>
        <w:br/>
        <w:t>Стара бабуся нам, маленьким дiтям:&lt;br /&gt;</w:t>
        <w:br/>
        <w:t>"Була собi колись дiвчина необачна…"&lt;br /&gt;</w:t>
        <w:br/>
        <w:t>Про необачну дiвчину, що дорго&lt;br /&gt;</w:t>
        <w:br/>
        <w:t>За кужелем сидiла проти свята,&lt;br /&gt;</w:t>
        <w:br/>
        <w:t>I не молилася, й на дзвони не вважала,&lt;br /&gt;</w:t>
        <w:br/>
        <w:t>I спати не лягала, от за те&lt;br /&gt;</w:t>
        <w:br/>
        <w:t>До неї уночi з'являвся перелесник;&lt;br /&gt;</w:t>
        <w:br/>
        <w:t>Не дьяволом з'являвся, не марою,&lt;br /&gt;</w:t>
        <w:br/>
        <w:t>Спадав летючою зорею в хату,&lt;br /&gt;</w:t>
        <w:br/>
        <w:t>А в хатi гарним парубком ставав,&lt;br /&gt;</w:t>
        <w:br/>
        <w:t>Облесливим — речами i очами.&lt;br /&gt;</w:t>
        <w:br/>
        <w:t>Вiн їй приносив дорогi дарунки,&lt;br /&gt;</w:t>
        <w:br/>
        <w:t>Стрiчки коштовнi й золотi квiтки.&lt;br /&gt;</w:t>
        <w:br/>
        <w:t>Вiн дiвчину квiтчав, i молодою&lt;br /&gt;</w:t>
        <w:br/>
        <w:t>Своєю називав, i коси розплiтав їй,&lt;br /&gt;</w:t>
        <w:br/>
        <w:t>Речами любими затроював їй серце&lt;br /&gt;</w:t>
        <w:br/>
        <w:t>I поцiлунками виймав iз неї душу.&lt;br /&gt;</w:t>
        <w:br/>
        <w:t>На ранок, як спiвали третi пiвнi,&lt;br /&gt;</w:t>
        <w:br/>
        <w:t>Зникав той перелесник, а дiвчина,&lt;br /&gt;</w:t>
        <w:br/>
        <w:t>Уквiтчана, убрана,засипала&lt;br /&gt;</w:t>
        <w:br/>
        <w:t>Камiнним сном. А потiм цiлий день&lt;br /&gt;</w:t>
        <w:br/>
        <w:t>Блiда ходила, мов яка сновида,&lt;br /&gt;</w:t>
        <w:br/>
        <w:t>I тiльки ждала, щоб настала нiч,&lt;br /&gt;</w:t>
        <w:br/>
        <w:t>Щоб з перелесником стояти на розмовi,&lt;br /&gt;</w:t>
        <w:br/>
        <w:t>А тим розмовам був лихий кiнець…&lt;br /&gt;</w:t>
        <w:br/>
        <w:t>"А хто ж був перелесник той, бабусю?" —&lt;br /&gt;</w:t>
        <w:br/>
        <w:t>Питала я в старої, та вона&lt;br /&gt;</w:t>
        <w:br/>
        <w:t>Хрестилась тiльки завжди i казала:&lt;br /&gt;</w:t>
        <w:br/>
        <w:t>"Та не при хатi i не при малих дiтях,&lt;br /&gt;</w:t>
        <w:br/>
        <w:t>Не при святому хлiбовi казати.&lt;br /&gt;</w:t>
        <w:br/>
        <w:t>Не згадуй проти ночi, бо присниться!"&lt;br /&gt;</w:t>
        <w:br/>
        <w:t>Так, я тебе послухала, бабусю,&lt;br /&gt;</w:t>
        <w:br/>
        <w:t>Не згадую нiколи проти ночi&lt;br /&gt;</w:t>
        <w:br/>
        <w:t>Про перелесника, моє свiчадо тiльки&lt;br /&gt;</w:t>
        <w:br/>
        <w:t>Нагадує менi про нього вдень.</w:t>
      </w:r>
    </w:p>
    <w:p>
      <w:r>
        <w:br/>
        <w:t>19/Х 1899</w:t>
      </w:r>
    </w:p>
    <w:p>
      <w:r>
        <w:br/>
        <w:t>IMPROMPTU</w:t>
      </w:r>
    </w:p>
    <w:p>
      <w:r>
        <w:br/>
        <w:t>Когда цветет никотиана&lt;br /&gt;</w:t>
        <w:br/>
        <w:t>И точно светит из тумана,&lt;br /&gt;</w:t>
        <w:br/>
        <w:t>Как будто падшая звезда,&lt;br /&gt;</w:t>
        <w:br/>
        <w:t>Вся бледная от тайной страсти,&lt;br /&gt;</w:t>
        <w:br/>
        <w:t>Все вкруг становится тогда&lt;br /&gt;</w:t>
        <w:br/>
        <w:t>Покорно непонятной власти.&lt;br /&gt;</w:t>
        <w:br/>
        <w:t>И если вы тогда вдвоем&lt;br /&gt;</w:t>
        <w:br/>
        <w:t>И возле вас сияют очи, –&lt;br /&gt;</w:t>
        <w:br/>
        <w:t>Горя таинственным огнем,&lt;br /&gt;</w:t>
        <w:br/>
        <w:t>Как отраженье звездной ночи,&lt;br /&gt;</w:t>
        <w:br/>
        <w:t>И голос милый вам звучит,&lt;br /&gt;</w:t>
        <w:br/>
        <w:t>Как будто в тишине журчит&lt;br /&gt;</w:t>
        <w:br/>
        <w:t>Струя волшебного фонтана,&lt;br /&gt;</w:t>
        <w:br/>
        <w:t>Бегите прочь от этих чар,&lt;br /&gt;</w:t>
        <w:br/>
        <w:t>Они зажгут в душе пожар,&lt;br /&gt;</w:t>
        <w:br/>
        <w:t>Когда цветет никотиана.</w:t>
      </w:r>
    </w:p>
    <w:p>
      <w:r>
        <w:br/>
        <w:t>Когда цветет никотиана,&lt;br /&gt;</w:t>
        <w:br/>
        <w:t>Все, все тогда полно обмана,&lt;br /&gt;</w:t>
        <w:br/>
        <w:t>Опасна ночи тишина,&lt;br /&gt;</w:t>
        <w:br/>
        <w:t>Как то затишье роковое,&lt;br /&gt;</w:t>
        <w:br/>
        <w:t>Когда коварная волна&lt;br /&gt;</w:t>
        <w:br/>
        <w:t>Хранит молчанье гробовое.&lt;br /&gt;</w:t>
        <w:br/>
        <w:t>Вот-вот нахлынет звуков рой&lt;br /&gt;</w:t>
        <w:br/>
        <w:t>И встрепенется мысль, как птица,&lt;br /&gt;</w:t>
        <w:br/>
        <w:t>И вспыхнет в темноте порой&lt;br /&gt;</w:t>
        <w:br/>
        <w:t>Воспоминания зарница,&lt;br /&gt;</w:t>
        <w:br/>
        <w:t>Как будто неизвестный друг&lt;br /&gt;</w:t>
        <w:br/>
        <w:t>Страницы развернет вам вдруг&lt;br /&gt;</w:t>
        <w:br/>
        <w:t>Давно забытого романа, –&lt;br /&gt;</w:t>
        <w:br/>
        <w:t>О, если дорог вам покой,&lt;br /&gt;</w:t>
        <w:br/>
        <w:t>Не прикасайтесь к ним рукой,&lt;br /&gt;</w:t>
        <w:br/>
        <w:t>Когда цветет никотиана.</w:t>
      </w:r>
    </w:p>
    <w:p>
      <w:r>
        <w:br/>
        <w:t>"ДИВИЛАСЬ Я НА ТЕБЕ І В ТУ МИТЬ…"</w:t>
      </w:r>
    </w:p>
    <w:p>
      <w:r>
        <w:br/>
        <w:t>Дивилась я на тебе і в ту мить&lt;br /&gt;</w:t>
        <w:br/>
        <w:t>нестямилась, як руки самохіть&lt;br /&gt;</w:t>
        <w:br/>
        <w:t>для тебе почали вінок сплітати, –&lt;br /&gt;</w:t>
        <w:br/>
        <w:t>була твоя краса, як ті гранати…</w:t>
      </w:r>
    </w:p>
    <w:p>
      <w:r>
        <w:br/>
        <w:t>"ЧАСТО КАЖУТЬ: ЯСНІ ЗОРІ…"</w:t>
      </w:r>
    </w:p>
    <w:p>
      <w:r>
        <w:br/>
        <w:t>Часто кажуть: "ясні зорі,&lt;br /&gt;</w:t>
        <w:br/>
        <w:t>То найкраще в цілім світі".&lt;br /&gt;</w:t>
        <w:br/>
        <w:t>Чи гадає хто при тому,&lt;br /&gt;</w:t>
        <w:br/>
        <w:t>Що за світом є ще кращі?&lt;br /&gt;</w:t>
        <w:br/>
        <w:t>Уночі у сонних мріях&lt;br /&gt;</w:t>
        <w:br/>
        <w:t>Летимо ми геть од світу,&lt;br /&gt;</w:t>
        <w:br/>
        <w:t>Хто летить в безодню чорну,&lt;br /&gt;</w:t>
        <w:br/>
        <w:t>Хто в сріблясті емпіреї,&lt;br /&gt;</w:t>
        <w:br/>
        <w:t>Хто хаос непевний бачить,&lt;br /&gt;</w:t>
        <w:br/>
        <w:t>Хто з зірками водить коло,&lt;br /&gt;</w:t>
        <w:br/>
        <w:t>А як тільки сонце гляне,&lt;br /&gt;</w:t>
        <w:br/>
        <w:t>І хаос, і зорі зникнуть.&lt;br /&gt;</w:t>
        <w:br/>
        <w:t>І хаос, і зорі зникнуть,&lt;br /&gt;</w:t>
        <w:br/>
        <w:t>Стане рівно, ясно, біло,&lt;br /&gt;</w:t>
        <w:br/>
        <w:t>Мов у зшиточку чистенькім&lt;br /&gt;</w:t>
        <w:br/>
        <w:t>Школяра, що добре вчиться.&lt;br /&gt;</w:t>
        <w:br/>
        <w:t>Але єсть на світі люди&lt;br /&gt;</w:t>
        <w:br/>
        <w:t>Необачні, безпорадні,&lt;br /&gt;</w:t>
        <w:br/>
        <w:t>Що й при світлі сонця бачать&lt;br /&gt;</w:t>
        <w:br/>
        <w:t>І хаос, і ясні зорі,&lt;br /&gt;</w:t>
        <w:br/>
        <w:t>Кращі зорі, ніж небесні,&lt;br /&gt;</w:t>
        <w:br/>
        <w:t>І хаос, темніший пекла.&lt;br /&gt;</w:t>
        <w:br/>
        <w:t>Люди ті не знають світла,&lt;br /&gt;</w:t>
        <w:br/>
        <w:t>Як там рівно, ясно, біло.&lt;br /&gt;</w:t>
        <w:br/>
        <w:t>В тих людей життя буває,&lt;br /&gt;</w:t>
        <w:br/>
        <w:t>Мов порізнені листочки,&lt;br /&gt;</w:t>
        <w:br/>
        <w:t>Де написані поеми&lt;br /&gt;</w:t>
        <w:br/>
        <w:t>Божевільного поета.</w:t>
      </w:r>
    </w:p>
    <w:p>
      <w:r>
        <w:br/>
        <w:t>18.07.1900</w:t>
      </w:r>
    </w:p>
    <w:p>
      <w:r>
        <w:br/>
        <w:t>"ТВОЇ ЛИСТИ ЗАВЖДИ ПАХНУТЬ ЗОВ’ЯЛИМИ ТРОЯНДАМИ…"</w:t>
      </w:r>
    </w:p>
    <w:p>
      <w:r>
        <w:br/>
        <w:t>Твої листи завжди пахнуть зов’ялими трояндами, ти, мій бідний, зів’ялий квіте! Легкі, тонкі пахощі, мов спогад про якусь любу, минулу мрію. І ніщо так не вражає тепер мого серця, як сії пахощі, тонко, легко, але невідмінно, невідборонно нагадують вони мені про те, що моє серце віщує і чому я вірити не хочу, не можу. Мій друже, любий мій друже, створений для мене, як можна, щоб я жила сама, тепер, коли я знаю інше життя? О, я знала ще інше життя, повне якогось різкого, пройнятого жалем і тугою щастя, що палило мене, і мучило, і заставляло заламувати руки і битись, битись об землю, в дикому бажанні згинути, зникнути з сього світу, де щастя і горе так божевільно сплелись… А потім і щастя, і горе обірвались так раптом, як дитяче ридання, і я побачила тебе. Я бачила тебе і раніше, але не так прозоро, а тепер я пішла до тебе всею душею, як сплакана дитина іде в обійми того, хто її жалує. Се нічого, що ти не обіймав мене ніколи, се нічого, що між нами не було і спогаду про поцілунки, о, я піду до тебе з найщільніших обіймів, від найсолодших поцілунків! Тільки з тобою я не сама, тільки з тобою я не на чужині. Тільки ти вмієш рятувати мене від самої себе. Все, що мене томить, все, що мене мучить, я знаю, ти здіймеш своєю тонкою тремтячою рукою, – вона тремтить, як струна, — все, що тьмарить мені душу, ти проженеш променем твоїх блискучих очей, – ох, у тривких до життя людей таких очей не буває! Се очі з іншої країни…&lt;br /&gt;</w:t>
        <w:br/>
        <w:t>Мій друже, мій друже, нащо твої листи так пахнуть, як зів’ялі троянди?&lt;br /&gt;</w:t>
        <w:br/>
        <w:t>Мій друже, мій друже, чому ж я не можу, коли так, облити рук твоїх, рук твоїх, що, мов струни, тремтять, своїми гарячими слізьми?&lt;br /&gt;</w:t>
        <w:br/>
        <w:t>Мій друже, мій друже, невже я одинока згину? О, візьми мене з собою, і нехай над нами в’януть білі троянди!&lt;br /&gt;</w:t>
        <w:br/>
        <w:t>Візьми мене з собою.&lt;br /&gt;</w:t>
        <w:br/>
        <w:t>Ти, може, маєш яку іншу мрію, де мене немає? О дорогий мій! Я створю тобі світ, новий світ нової мрії. Я ж для тебе почала нову мрію життя, я для тебе вмерла і воскресла. Візьми мене з собою. Я так боюся жити! Ціною нових молодощів і то я не хочу життя. Візьми, візьми мене з собою, ми підемо тихо посеред цілого лісу мрій і згубимось обоє помалу, вдалині. А на тім місці, де ми були в житті, нехай троянди в’януть, в’януть і пахнуть, як твої любі листи, мій друже…&lt;br /&gt;</w:t>
        <w:br/>
        <w:t>Крізь темряву у простір я простягаю руки до тебе: візьми, візьми мене з собою, се буде мій рятунок. О, рятуй мене, любий!&lt;br /&gt;</w:t>
        <w:br/>
        <w:t>І нехай в’януть білі й рожеві, червоні й блакитні троянди.</w:t>
      </w:r>
    </w:p>
    <w:p>
      <w:r>
        <w:br/>
        <w:t>7.11.1900</w:t>
      </w:r>
    </w:p>
    <w:p>
      <w:r>
        <w:br/>
        <w:t>"ВСЕ, ВСЕ ПОКИНУТЬ, ДО ТЕБЕ ПОЛИНУТЬ…"</w:t>
      </w:r>
    </w:p>
    <w:p>
      <w:r>
        <w:br/>
        <w:t>Все, все покинуть, до тебе полинуть,&lt;br /&gt;</w:t>
        <w:br/>
        <w:t>Мій ти єдиний, мій зламаний квіте!&lt;br /&gt;</w:t>
        <w:br/>
        <w:t>Все, все покинуть, з тобою загинуть,&lt;br /&gt;</w:t>
        <w:br/>
        <w:t>То було б щастя, мій згублений світе!</w:t>
      </w:r>
    </w:p>
    <w:p>
      <w:r>
        <w:br/>
        <w:t>Стать над тобою і кликнуть до бою&lt;br /&gt;</w:t>
        <w:br/>
        <w:t>Злую мару, що тебе забирає,&lt;br /&gt;</w:t>
        <w:br/>
        <w:t>Взять тебе в бою чи вмерти з тобою,&lt;br /&gt;</w:t>
        <w:br/>
        <w:t>З нами хай щастя і горе вмирає.</w:t>
      </w:r>
    </w:p>
    <w:p>
      <w:r>
        <w:br/>
        <w:t>[16.11.1900]</w:t>
      </w:r>
    </w:p>
    <w:p>
      <w:r>
        <w:br/>
        <w:t>"ХОТІЛА Б Я ТЕБЕ, МОВ ПЛЮЩ, ОБНЯТИ…"</w:t>
      </w:r>
    </w:p>
    <w:p>
      <w:r>
        <w:br/>
        <w:t>Хотіла б я тебе, мов плющ, обняти,&lt;br /&gt;</w:t>
        <w:br/>
        <w:t>Так міцно, щільно, і закрить од світа,&lt;br /&gt;</w:t>
        <w:br/>
        <w:t>Я не боюсь тобі життя одняти,&lt;br /&gt;</w:t>
        <w:br/>
        <w:t>Ти будеш, мов руїна, листом вкрита.</w:t>
      </w:r>
    </w:p>
    <w:p>
      <w:r>
        <w:br/>
        <w:t>Плющ їй дає життя, він обіймає,&lt;br /&gt;</w:t>
        <w:br/>
        <w:t>Боронить від негоди стіну голу,&lt;br /&gt;</w:t>
        <w:br/>
        <w:t>Але й руїна стало так тримає&lt;br /&gt;</w:t>
        <w:br/>
        <w:t>Товариша, аби не впав додолу.</w:t>
      </w:r>
    </w:p>
    <w:p>
      <w:r>
        <w:br/>
        <w:t>Їм добре так удвох, – як нам з тобою, –&lt;br /&gt;</w:t>
        <w:br/>
        <w:t>А прийде час розсипатись руїні, –&lt;br /&gt;</w:t>
        <w:br/>
        <w:t>Нехай вона плюща сховає під собою.&lt;br /&gt;</w:t>
        <w:br/>
        <w:t>Навіщо здався плющ у самотині?</w:t>
      </w:r>
    </w:p>
    <w:p>
      <w:r>
        <w:br/>
        <w:t>Хіба на те, аби валятись долі&lt;br /&gt;</w:t>
        <w:br/>
        <w:t>Пораненим, пошарпаним, без сили&lt;br /&gt;</w:t>
        <w:br/>
        <w:t>Чи з розпачу повитись на тополі&lt;br /&gt;</w:t>
        <w:br/>
        <w:t>І статися для неї гірш могили?</w:t>
      </w:r>
    </w:p>
    <w:p>
      <w:r>
        <w:br/>
        <w:t>[16.11.1900]</w:t>
      </w:r>
    </w:p>
    <w:p>
      <w:r>
        <w:br/>
        <w:t>"СКАЖИ МЕНІ, ЛЮБИЙ…"</w:t>
      </w:r>
    </w:p>
    <w:p>
      <w:r>
        <w:br/>
        <w:t>Скажи мені, любий, куди мої сльози поділись?&lt;br /&gt;</w:t>
        <w:br/>
        <w:t>Чи то вони всі вже, мов літні дощі, розточились?&lt;br /&gt;</w:t>
        <w:br/>
        <w:t>Чи, може, вони розійшлися в осіннім тумані&lt;br /&gt;</w:t>
        <w:br/>
        <w:t>І висять тепер надо мною, мов хмари важкі, нерухмані?</w:t>
      </w:r>
    </w:p>
    <w:p>
      <w:r>
        <w:br/>
        <w:t>16.11.1900</w:t>
      </w:r>
    </w:p>
    <w:p>
      <w:r>
        <w:br/>
        <w:t>"Я БАЧИЛА, ЯК ТИ ХИЛИВСЬ ДОДОЛУ…"</w:t>
      </w:r>
    </w:p>
    <w:p>
      <w:r>
        <w:br/>
        <w:t>Я бачила, як ти хиливсь додолу,&lt;br /&gt;</w:t>
        <w:br/>
        <w:t>Пригнічений своїм важким хрестом,&lt;br /&gt;</w:t>
        <w:br/>
        <w:t>Ти говорив: "Я втомлений… так, справді…&lt;br /&gt;</w:t>
        <w:br/>
        <w:t>Я дуже втомлений… Боротися? Навіщо?&lt;br /&gt;</w:t>
        <w:br/>
        <w:t>Я одинокий і… нема вже сили…"&lt;br /&gt;</w:t>
        <w:br/>
        <w:t>Ти говорив так просто і спокійно,&lt;br /&gt;</w:t>
        <w:br/>
        <w:t>Щось в голосі тремтіло, мов сльоза,&lt;br /&gt;</w:t>
        <w:br/>
        <w:t>Та полиском сухим світились очі, –&lt;br /&gt;</w:t>
        <w:br/>
        <w:t>Як завжди… Я стояла біля тебе,&lt;br /&gt;</w:t>
        <w:br/>
        <w:t>Не зважилась ані за руку взяти,&lt;br /&gt;</w:t>
        <w:br/>
        <w:t>Ані схилитися до твого чола,&lt;br /&gt;</w:t>
        <w:br/>
        <w:t>Ані тебе підвести… Я дивилась,&lt;br /&gt;</w:t>
        <w:br/>
        <w:t>Як ти хилився під своїм хрестом…&lt;br /&gt;</w:t>
        <w:br/>
        <w:t>…І потім довго я дивилася на тебе,&lt;br /&gt;</w:t>
        <w:br/>
        <w:t>Тоді, як ми з тобою розлучились.&lt;br /&gt;</w:t>
        <w:br/>
        <w:t>Тоді, як тільки образ твій, мій друже,&lt;br /&gt;</w:t>
        <w:br/>
        <w:t>Привиджувавсь мені в безсонні ночі,&lt;br /&gt;</w:t>
        <w:br/>
        <w:t>Все голос твій бринів: "Я втомлений… так, справді…"&lt;br /&gt;</w:t>
        <w:br/>
        <w:t>І брала я тоді паперу картку білу,&lt;br /&gt;</w:t>
        <w:br/>
        <w:t>Хотілося мені зібрати тії сльози,&lt;br /&gt;</w:t>
        <w:br/>
        <w:t>Що в голосі бриніли невидимо.&lt;br /&gt;</w:t>
        <w:br/>
        <w:t>Колись отак, – розказує легенда, –&lt;br /&gt;</w:t>
        <w:br/>
        <w:t>Хустиною святая Вероніка&lt;br /&gt;</w:t>
        <w:br/>
        <w:t>Зібрать хотіла сльози й піт Христа.&lt;br /&gt;</w:t>
        <w:br/>
        <w:t>Та на хустині замість поту й сліз&lt;br /&gt;</w:t>
        <w:br/>
        <w:t>Зостався образ у вінці терновім&lt;br /&gt;</w:t>
        <w:br/>
        <w:t>Того, хто впав знебулий під хрестом.&lt;br /&gt;</w:t>
        <w:br/>
        <w:t>О, кожний раз, як я збирала сльози&lt;br /&gt;</w:t>
        <w:br/>
        <w:t>Твої, мій друже, на папір біленький,&lt;br /&gt;</w:t>
        <w:br/>
        <w:t>Я бачила те чудо Вероніки…</w:t>
      </w:r>
    </w:p>
    <w:p>
      <w:r>
        <w:br/>
        <w:t>18.11.1900</w:t>
      </w:r>
    </w:p>
    <w:p>
      <w:r>
        <w:br/>
        <w:t>"TO, МОЖЕ, СТАНЕТЬСЯ І ДРУГЕ ДИВО…"</w:t>
      </w:r>
    </w:p>
    <w:p>
      <w:r>
        <w:br/>
        <w:t>To, може, станеться і друге диво&lt;br /&gt;</w:t>
        <w:br/>
        <w:t>Євангельське? Прийду, як Магдалина,&lt;br /&gt;</w:t>
        <w:br/>
        <w:t>Тобі віддать остатнюю послугу,&lt;br /&gt;</w:t>
        <w:br/>
        <w:t>І саме в ту хвилину, як у тузі&lt;br /&gt;</w:t>
        <w:br/>
        <w:t>Я буду гірко плакать, що навіки&lt;br /&gt;</w:t>
        <w:br/>
        <w:t>Тебе втеряла, – раптом я побачу,&lt;br /&gt;</w:t>
        <w:br/>
        <w:t>Що ти воскрес і просіяв від слави&lt;br /&gt;</w:t>
        <w:br/>
        <w:t>Життя нового і нових надій.&lt;br /&gt;</w:t>
        <w:br/>
        <w:t>І я впаду в нестямі на коліна,&lt;br /&gt;</w:t>
        <w:br/>
        <w:t>І руки простягну до тебе, і на ймення&lt;br /&gt;</w:t>
        <w:br/>
        <w:t>Тебе покличу вголос… Але ти?</w:t>
      </w:r>
    </w:p>
    <w:p>
      <w:r>
        <w:br/>
        <w:t>Що скажеш ти тоді? Чи, може, й ти&lt;br /&gt;</w:t>
        <w:br/>
        <w:t>Пошлеш мене веселу звістку дати&lt;br /&gt;</w:t>
        <w:br/>
        <w:t>Твоїм забутливим і потайним друзям,&lt;br /&gt;</w:t>
        <w:br/>
        <w:t>Що тричі одрікалися від тебе?&lt;br /&gt;</w:t>
        <w:br/>
        <w:t>І поки я, не тямлячись від щастя,&lt;br /&gt;</w:t>
        <w:br/>
        <w:t>Носитиму по людях любу провість,&lt;br /&gt;</w:t>
        <w:br/>
        <w:t>Ти підеш панувать в нову країну слави&lt;br /&gt;</w:t>
        <w:br/>
        <w:t>І на землі збудуєш рай новий&lt;br /&gt;</w:t>
        <w:br/>
        <w:t>Для себе і для тих, кого покличеш.&lt;br /&gt;</w:t>
        <w:br/>
        <w:t>Чи буде ж місце там для Магдалини?&lt;br /&gt;</w:t>
        <w:br/>
        <w:t>Однаково, аби вчинилось диво!</w:t>
      </w:r>
    </w:p>
    <w:p>
      <w:r>
        <w:br/>
        <w:t>18.11.1900</w:t>
      </w:r>
    </w:p>
    <w:p>
      <w:r>
        <w:br/>
        <w:t>"ЧИ ПАМ’ЯТАЄТЕ, КОЛИ Я ГОВОРИЛА…"</w:t>
      </w:r>
    </w:p>
    <w:p>
      <w:r>
        <w:br/>
        <w:t>Чи пам’ятаєте, коли я говорила&lt;br /&gt;</w:t>
        <w:br/>
        <w:t>Оті слова: "Якби мені знаття,&lt;br /&gt;</w:t>
        <w:br/>
        <w:t>Коли я вмру, я б заповіт зробила,&lt;br /&gt;</w:t>
        <w:br/>
        <w:t>Аби з музикою, що люба за життя,&lt;br /&gt;</w:t>
        <w:br/>
        <w:t>Мене ховали". Тільки що злетіли&lt;br /&gt;</w:t>
        <w:br/>
        <w:t>Слова ті з уст, як вже здались на сміх:&lt;br /&gt;</w:t>
        <w:br/>
        <w:t>"Ви б, може, й танцювать примусити хотіли&lt;br /&gt;</w:t>
        <w:br/>
        <w:t>На ваших поминках приятелів своїх?"&lt;br /&gt;</w:t>
        <w:br/>
        <w:t>І почалась балачка погребова…&lt;br /&gt;</w:t>
        <w:br/>
        <w:t>Її спогадувать, здавалось би, не варт,&lt;br /&gt;</w:t>
        <w:br/>
        <w:t>Та я її спогадую до слова,&lt;br /&gt;</w:t>
        <w:br/>
        <w:t>Бо розбудив в душі поважне щось той жарт.&lt;br /&gt;</w:t>
        <w:br/>
        <w:t>Моя душа не буде "со святими",&lt;br /&gt;</w:t>
        <w:br/>
        <w:t>Не буде "вічна пам’ять" по мені,&lt;br /&gt;</w:t>
        <w:br/>
        <w:t>Чужі мені пісні з словами тими&lt;br /&gt;</w:t>
        <w:br/>
        <w:t>І дзвони сі, потвори мідяні.&lt;br /&gt;</w:t>
        <w:br/>
        <w:t>Коли вже треба голосить по трупі,&lt;br /&gt;</w:t>
        <w:br/>
        <w:t>Нехай музика плаче, та без слів, –&lt;br /&gt;</w:t>
        <w:br/>
        <w:t>І жаль, і сміх, і плач, і пісня вкупі –&lt;br /&gt;</w:t>
        <w:br/>
        <w:t>То буде так, мов лебединий спів.&lt;br /&gt;</w:t>
        <w:br/>
        <w:t>А та юрба, що посумує вранці,&lt;br /&gt;</w:t>
        <w:br/>
        <w:t>Увечері нехай іде в танець.&lt;br /&gt;</w:t>
        <w:br/>
        <w:t>Се дивно вам – після погребу танці?&lt;br /&gt;</w:t>
        <w:br/>
        <w:t>Звичайний то смутним пісням кінець!&lt;br /&gt;</w:t>
        <w:br/>
        <w:t>Та що ж, нехай не зрушу я нічого,&lt;br /&gt;</w:t>
        <w:br/>
        <w:t>Зірвавшися в безодню забуття,&lt;br /&gt;</w:t>
        <w:br/>
        <w:t>Аби не ранила так смерть моя нікого,&lt;br /&gt;</w:t>
        <w:br/>
        <w:t>Як ранило мене моє життя.</w:t>
      </w:r>
    </w:p>
    <w:p>
      <w:r>
        <w:br/>
        <w:t>[30.11.1900]</w:t>
      </w:r>
    </w:p>
    <w:p>
      <w:r>
        <w:br/>
        <w:t>УСТА ГОВОРЯТЬ: "ВІН НАВІКИ ЗГИНУВ!"</w:t>
      </w:r>
    </w:p>
    <w:p>
      <w:r>
        <w:br/>
        <w:t>Уста говорять: "Він навіки згинув!"&lt;br /&gt;</w:t>
        <w:br/>
        <w:t>А серце каже: "Ні, він не покинув!"&lt;br /&gt;</w:t>
        <w:br/>
        <w:t>Ти чуєш, як бринить струна якась тремтяча?&lt;br /&gt;</w:t>
        <w:br/>
        <w:t>Тремтить-бринить, немов сльоза гаряча.&lt;br /&gt;</w:t>
        <w:br/>
        <w:t>Тут, в глибині, і б'ється враз зі мною:&lt;br /&gt;</w:t>
        <w:br/>
        <w:t>"Я тут, я завжди тут, я все з тобою!"</w:t>
      </w:r>
    </w:p>
    <w:p>
      <w:r>
        <w:br/>
        <w:t>Так, завжди, чи в піснях забути хочу муку.&lt;br /&gt;</w:t>
        <w:br/>
        <w:t>Чи хто мені стискає дружньо руку,&lt;br /&gt;</w:t>
        <w:br/>
        <w:t>Чи любая розмова з ким ведеться.&lt;br /&gt;</w:t>
        <w:br/>
        <w:t>Чи поцілунок на устах озветься.&lt;br /&gt;</w:t>
        <w:br/>
        <w:t>Струна бринить лагідною луною:&lt;br /&gt;</w:t>
        <w:br/>
        <w:t>"Я тут, я завжди тут, я все з тобою!"</w:t>
      </w:r>
    </w:p>
    <w:p>
      <w:r>
        <w:br/>
        <w:t>Чи я спущусь в безодні мрій таємні.&lt;br /&gt;</w:t>
        <w:br/>
        <w:t>Де постаті леліють ясні й темні,&lt;br /&gt;</w:t>
        <w:br/>
        <w:t>Незнані й знані, і наводять чари,&lt;br /&gt;</w:t>
        <w:br/>
        <w:t>І душу опановують примари,&lt;br /&gt;</w:t>
        <w:br/>
        <w:t>А голос твій бринить, співа з журбою:&lt;br /&gt;</w:t>
        <w:br/>
        <w:t>"Я тут, я завжди тут, я все з тобою!"</w:t>
      </w:r>
    </w:p>
    <w:p>
      <w:r>
        <w:br/>
        <w:t>Чи сон мені склепить помалу вії,&lt;br /&gt;</w:t>
        <w:br/>
        <w:t>Покриє очі, втомлені від мрії,&lt;br /&gt;</w:t>
        <w:br/>
        <w:t>Та крізь важкі, ворожії сновиддя&lt;br /&gt;</w:t>
        <w:br/>
        <w:t>Я чую голос любого привиддя,&lt;br /&gt;</w:t>
        <w:br/>
        <w:t>Бринить тужливо з дивною журбою:&lt;br /&gt;</w:t>
        <w:br/>
        <w:t>"Я тут, я завжди тут, я все з тобою!"</w:t>
      </w:r>
    </w:p>
    <w:p>
      <w:r>
        <w:br/>
        <w:t>І кожний раз, як стане він бриніти.&lt;br /&gt;</w:t>
        <w:br/>
        <w:t>Тремтять в моєму серці тії квіти.&lt;br /&gt;</w:t>
        <w:br/>
        <w:t>Що ти не міг їх за життя зірвати,&lt;br /&gt;</w:t>
        <w:br/>
        <w:t>Що ти не хтів їх у труну сховати,&lt;br /&gt;</w:t>
        <w:br/>
        <w:t>Тремтять і промовляють враз зо мною:&lt;br /&gt;</w:t>
        <w:br/>
        <w:t>"Тебе нема, але я все з тобою!"</w:t>
      </w:r>
    </w:p>
    <w:p>
      <w:r>
        <w:br/>
        <w:t>Kimpolung, 7.06.1901</w:t>
      </w:r>
    </w:p>
    <w:p>
      <w:r>
        <w:br/>
        <w:t>"ТИ НЕ ХТІВ МЕНЕ ВЗЯТЬ…"</w:t>
      </w:r>
    </w:p>
    <w:p>
      <w:r>
        <w:br/>
        <w:t>Ти не хтів мене взять, полишив мене тут на сторожі,&lt;br /&gt;</w:t>
        <w:br/>
        <w:t>Ти мені заповідав скрасити могилу твою&lt;br /&gt;</w:t>
        <w:br/>
        <w:t>В білий мармур, і плющ, і криваві осіннії рожі,&lt;br /&gt;</w:t>
        <w:br/>
        <w:t>Ти мені заповідав носити жалобу мою&lt;br /&gt;</w:t>
        <w:br/>
        <w:t>Так, як носять в легендах царівни мовчазні, хороші.</w:t>
      </w:r>
    </w:p>
    <w:p>
      <w:r>
        <w:br/>
        <w:t>Довго ждать мені, друже, ще мармур не тесаний твій,&lt;br /&gt;</w:t>
        <w:br/>
        <w:t>Ще немає на чому повитись плющу жалібному,&lt;br /&gt;</w:t>
        <w:br/>
        <w:t>Не цвітуть ще осінні троянди в порі весняній,&lt;br /&gt;</w:t>
        <w:br/>
        <w:t>Камінь, темряву й кров маю тільки ще в серці сумному,&lt;br /&gt;</w:t>
        <w:br/>
        <w:t>Не здаюсь я царівною людям в жалобі моїй.</w:t>
      </w:r>
    </w:p>
    <w:p>
      <w:r>
        <w:br/>
        <w:t>Ох, як часто мене опановують сни зловорожі,&lt;br /&gt;</w:t>
        <w:br/>
        <w:t>Сниться все, що я голову радо на страту несу,&lt;br /&gt;</w:t>
        <w:br/>
        <w:t>Але то тільки сни, – я повинна стоять на сторожі,&lt;br /&gt;</w:t>
        <w:br/>
        <w:t>Бо мені заповідано в спадок жалобу й красу,&lt;br /&gt;</w:t>
        <w:br/>
        <w:t>Білий мармур, і плющ, і криваві осіннії рожі…</w:t>
      </w:r>
    </w:p>
    <w:p>
      <w:r>
        <w:br/>
        <w:t>7.06.1901, Kimp[olung]</w:t>
      </w:r>
    </w:p>
    <w:p>
      <w:r>
        <w:br/>
        <w:t>"КВІТОК, КВІТОК, ЯК МОЖНА БІЛЬШЕ КВІТІВ…"</w:t>
      </w:r>
    </w:p>
    <w:p>
      <w:r>
        <w:br/>
        <w:t>"Квіток, квіток, як можна більше квітів&lt;br /&gt;</w:t>
        <w:br/>
        <w:t>І білого серпанку на обличчя,&lt;br /&gt;</w:t>
        <w:br/>
        <w:t>Того, що звуть ілюзією…" Боже!&lt;br /&gt;</w:t>
        <w:br/>
        <w:t>Як часто ті слова вчуваються мені&lt;br /&gt;</w:t>
        <w:br/>
        <w:t>Посеред ночі: "Квітів, безліч квітів!&lt;br /&gt;</w:t>
        <w:br/>
        <w:t>Я ж так любив красу!.." Мій бідний друже,&lt;br /&gt;</w:t>
        <w:br/>
        <w:t>Я принесла тобі всі квіти, що дала&lt;br /&gt;</w:t>
        <w:br/>
        <w:t>Скупа весна твого скупого краю,&lt;br /&gt;</w:t>
        <w:br/>
        <w:t>Я всі зібрала і в труну вложила,&lt;br /&gt;</w:t>
        <w:br/>
        <w:t>Всю ту весну убогу поховала.</w:t>
      </w:r>
    </w:p>
    <w:p>
      <w:r>
        <w:br/>
        <w:t>Ти спиш в землі між мертвими квітками,&lt;br /&gt;</w:t>
        <w:br/>
        <w:t>І страшно думати мені про них&lt;br /&gt;</w:t>
        <w:br/>
        <w:t>І про твій сон, я краще знов укрию&lt;br /&gt;</w:t>
        <w:br/>
        <w:t>Серпанками ілюзії твій сон,&lt;br /&gt;</w:t>
        <w:br/>
        <w:t>Щоб не чіпать страшних містерій смерті.&lt;br /&gt;</w:t>
        <w:br/>
        <w:t>Я досить слухала її прелюдій,&lt;br /&gt;</w:t>
        <w:br/>
        <w:t>Вони мені морозили всю кров,&lt;br /&gt;</w:t>
        <w:br/>
        <w:t>Вони мене у камінь обертали;&lt;br /&gt;</w:t>
        <w:br/>
        <w:t>Я досі того вимовить не можу,&lt;br /&gt;</w:t>
        <w:br/>
        <w:t>Чого мене навчила пісня смерті.</w:t>
      </w:r>
    </w:p>
    <w:p>
      <w:r>
        <w:br/>
        <w:t>Ні, ні, мій друже, спи спокійно, спи,&lt;br /&gt;</w:t>
        <w:br/>
        <w:t>Я не скажу нікому слів таємних.&lt;br /&gt;</w:t>
        <w:br/>
        <w:t>Квіток просив ти? дам тобі їх більше,&lt;br /&gt;</w:t>
        <w:br/>
        <w:t>Ніж та ворожая весна дала,&lt;br /&gt;</w:t>
        <w:br/>
        <w:t>Весна та люта, що тебе забрала.&lt;br /&gt;</w:t>
        <w:br/>
        <w:t>Я дам живих квіток, зрошу їх кров’ю,&lt;br /&gt;</w:t>
        <w:br/>
        <w:t>І заблищать вони, немов рубіни, –&lt;br /&gt;</w:t>
        <w:br/>
        <w:t>Не так, як ті бліді, убогі квіти&lt;br /&gt;</w:t>
        <w:br/>
        <w:t>Весни лихої, – і не будуть в’януть,&lt;br /&gt;</w:t>
        <w:br/>
        <w:t>І в землю не підуть, і не умруть,</w:t>
      </w:r>
    </w:p>
    <w:p>
      <w:r>
        <w:br/>
        <w:t>І ти знов оживеш в вінку живому&lt;br /&gt;</w:t>
        <w:br/>
        <w:t>Живих квіток; ілюзії серпанок,&lt;br /&gt;</w:t>
        <w:br/>
        <w:t>Серпанок мрій моїх тебе скрасить,&lt;br /&gt;</w:t>
        <w:br/>
        <w:t>Та не закриє, будеш ти сіяти,&lt;br /&gt;</w:t>
        <w:br/>
        <w:t>Як промінь сонця в мареві легенькім,&lt;br /&gt;</w:t>
        <w:br/>
        <w:t>Що стелеться по золотому полі.&lt;br /&gt;</w:t>
        <w:br/>
        <w:t>Нехай собі минає рік за роком,&lt;br /&gt;</w:t>
        <w:br/>
        <w:t>Нехай мій вік уплине за водою,&lt;br /&gt;</w:t>
        <w:br/>
        <w:t>Ти житимеш красою серед квітів,&lt;br /&gt;</w:t>
        <w:br/>
        <w:t>Я житиму сльозою серед співів.</w:t>
      </w:r>
    </w:p>
    <w:p>
      <w:r>
        <w:br/>
        <w:t>7.06.1901</w:t>
      </w:r>
    </w:p>
    <w:p>
      <w:r>
        <w:br/>
        <w:t>КОРОЛІВНА</w:t>
      </w:r>
    </w:p>
    <w:p>
      <w:r>
        <w:br/>
        <w:t>– Королівно, ясна панно,&lt;br /&gt;</w:t>
        <w:br/>
        <w:t>ви себе навік згубили!&lt;br /&gt;</w:t>
        <w:br/>
        <w:t>Що з’єднало вас зо мною,&lt;br /&gt;</w:t>
        <w:br/>
        <w:t>вбогим лицарем без спадку?</w:t>
      </w:r>
    </w:p>
    <w:p>
      <w:r>
        <w:br/>
        <w:t>– Мій лицарю, любий пане,&lt;br /&gt;</w:t>
        <w:br/>
        <w:t>се мені гірка образа, –&lt;br /&gt;</w:t>
        <w:br/>
        <w:t>я ж не звикла продавати&lt;br /&gt;</w:t>
        <w:br/>
        <w:t>свого серця за червінці!</w:t>
      </w:r>
    </w:p>
    <w:p>
      <w:r>
        <w:br/>
        <w:t>– Королівно, ясна панно,&lt;br /&gt;</w:t>
        <w:br/>
        <w:t>стану вашому належить&lt;br /&gt;</w:t>
        <w:br/>
        <w:t>багряниця і корона,&lt;br /&gt;</w:t>
        <w:br/>
        <w:t>а не ся буденна одіж.</w:t>
      </w:r>
    </w:p>
    <w:p>
      <w:r>
        <w:br/>
        <w:t>– Мій лицарю, любий пане,&lt;br /&gt;</w:t>
        <w:br/>
        <w:t>та невже я вам миліша&lt;br /&gt;</w:t>
        <w:br/>
        <w:t>в багряниці та короні,&lt;br /&gt;</w:t>
        <w:br/>
        <w:t>ніж у простих темних шатах?</w:t>
      </w:r>
    </w:p>
    <w:p>
      <w:r>
        <w:br/>
        <w:t>– Королівно, ясна панно,&lt;br /&gt;</w:t>
        <w:br/>
        <w:t>я зовсім безславний лицар,&lt;br /&gt;</w:t>
        <w:br/>
        <w:t>бо від зрадницької зброї&lt;br /&gt;</w:t>
        <w:br/>
        <w:t>умираю вдома, в ліжку.</w:t>
      </w:r>
    </w:p>
    <w:p>
      <w:r>
        <w:br/>
        <w:t>– Мій лицарю, любий пане,&lt;br /&gt;</w:t>
        <w:br/>
        <w:t>хай впаде за зраду сором,&lt;br /&gt;</w:t>
        <w:br/>
        <w:t>слави ж маєте доволі:&lt;br /&gt;</w:t>
        <w:br/>
        <w:t>ви обранець королівни.</w:t>
      </w:r>
    </w:p>
    <w:p>
      <w:r>
        <w:br/>
        <w:t>– Королівно, ясна панно,&lt;br /&gt;</w:t>
        <w:br/>
        <w:t>чує серце, що загину, –&lt;br /&gt;</w:t>
        <w:br/>
        <w:t>хто ж вас буде боронити&lt;br /&gt;</w:t>
        <w:br/>
        <w:t>від неслави, поговору?</w:t>
      </w:r>
    </w:p>
    <w:p>
      <w:r>
        <w:br/>
        <w:t>– Мій лицарю, любий пане,&lt;br /&gt;</w:t>
        <w:br/>
        <w:t>не боюсь я поговору, –&lt;br /&gt;</w:t>
        <w:br/>
        <w:t>все чиню по власній волі,&lt;br /&gt;</w:t>
        <w:br/>
        <w:t>бо на те я королівна.</w:t>
      </w:r>
    </w:p>
    <w:p>
      <w:r>
        <w:br/>
        <w:t>– Королівно, ясна панно,&lt;br /&gt;</w:t>
        <w:br/>
        <w:t>тяжко буде вам дивитись,&lt;br /&gt;</w:t>
        <w:br/>
        <w:t>як мене ховати будуть&lt;br /&gt;</w:t>
        <w:br/>
        <w:t>простим звичаєм, непишно.</w:t>
      </w:r>
    </w:p>
    <w:p>
      <w:r>
        <w:br/>
        <w:t>– Ой лицарю, любий пане!&lt;br /&gt;</w:t>
        <w:br/>
        <w:t>Не вражайте мого серця!&lt;br /&gt;</w:t>
        <w:br/>
        <w:t>Що мені по всіх пишнотах,&lt;br /&gt;</w:t>
        <w:br/>
        <w:t>якби мала вас ховати?</w:t>
      </w:r>
    </w:p>
    <w:p>
      <w:r>
        <w:br/>
        <w:t>– Королівно, ясна панно,&lt;br /&gt;</w:t>
        <w:br/>
        <w:t>заклинаю вас коханням,&lt;br /&gt;</w:t>
        <w:br/>
        <w:t>майте гідність і в жалобі,&lt;br /&gt;</w:t>
        <w:br/>
        <w:t>як належить королівні.</w:t>
      </w:r>
    </w:p>
    <w:p>
      <w:r>
        <w:br/>
        <w:t>– Мій лицарю, любий пане,&lt;br /&gt;</w:t>
        <w:br/>
        <w:t>нащо сі страшні закляття?&lt;br /&gt;</w:t>
        <w:br/>
        <w:t>Се ж найгірше в світі лихо –&lt;br /&gt;</w:t>
        <w:br/>
        <w:t>непрозора, горда туга…</w:t>
      </w:r>
    </w:p>
    <w:p>
      <w:r>
        <w:br/>
        <w:t>* * *&lt;br /&gt;</w:t>
        <w:br/>
        <w:t>У сільській убогій церкві&lt;br /&gt;</w:t>
        <w:br/>
        <w:t>грають Requiem органи,&lt;br /&gt;</w:t>
        <w:br/>
        <w:t>хор голосить Miserere,&lt;br /&gt;</w:t>
        <w:br/>
        <w:t>люд зітхає De profundis.</w:t>
      </w:r>
    </w:p>
    <w:p>
      <w:r>
        <w:br/>
        <w:t>В домовині труп лицарський,&lt;br /&gt;</w:t>
        <w:br/>
        <w:t>біля нього королівна&lt;br /&gt;</w:t>
        <w:br/>
        <w:t>стала тихо та поважно,&lt;br /&gt;</w:t>
        <w:br/>
        <w:t>мов до шлюбу наречена.</w:t>
      </w:r>
    </w:p>
    <w:p>
      <w:r>
        <w:br/>
        <w:t>Не тремтить серпанок чорний,&lt;br /&gt;</w:t>
        <w:br/>
        <w:t>що вкрива її обличчя,&lt;br /&gt;</w:t>
        <w:br/>
        <w:t>і горить спокійним світлом&lt;br /&gt;</w:t>
        <w:br/>
        <w:t>у руці воскова свічка.</w:t>
      </w:r>
    </w:p>
    <w:p>
      <w:r>
        <w:br/>
        <w:t>По кутках дівчата плачуть,&lt;br /&gt;</w:t>
        <w:br/>
        <w:t>а в юрбі йдуть поговори:&lt;br /&gt;</w:t>
        <w:br/>
        <w:t>"Он ота його кохала…"&lt;br /&gt;</w:t>
        <w:br/>
        <w:t>"Он ота вінка втеряла…"</w:t>
      </w:r>
    </w:p>
    <w:p>
      <w:r>
        <w:br/>
        <w:t>"Он ота босоніж бігла&lt;br /&gt;</w:t>
        <w:br/>
        <w:t>і ловила за стремена…"&lt;br /&gt;</w:t>
        <w:br/>
        <w:t>"Хто ж ота, що стала поруч&lt;br /&gt;</w:t>
        <w:br/>
        <w:t>коло гробу?" – "Королівна".</w:t>
      </w:r>
    </w:p>
    <w:p>
      <w:r>
        <w:br/>
        <w:t>* * *&lt;br /&gt;</w:t>
        <w:br/>
        <w:t>У палаті королівській&lt;br /&gt;</w:t>
        <w:br/>
        <w:t>темний смуток і тривога&lt;br /&gt;</w:t>
        <w:br/>
        <w:t>серед челяді двірської, –&lt;br /&gt;</w:t>
        <w:br/>
        <w:t>щось король сьогодні гнівний:</w:t>
      </w:r>
    </w:p>
    <w:p>
      <w:r>
        <w:br/>
        <w:t>очі мечуть стріли гострі,&lt;br /&gt;</w:t>
        <w:br/>
        <w:t>гучно брязкають остроги,&lt;br /&gt;</w:t>
        <w:br/>
        <w:t>руки стиснулися міцно&lt;br /&gt;</w:t>
        <w:br/>
        <w:t>на хресті злотистім шпаги.</w:t>
      </w:r>
    </w:p>
    <w:p>
      <w:r>
        <w:br/>
        <w:t>На порозі паж маленький&lt;br /&gt;</w:t>
        <w:br/>
        <w:t>став наляканий, несмілий&lt;br /&gt;</w:t>
        <w:br/>
        <w:t>і промовив ледве чутно:&lt;br /&gt;</w:t>
        <w:br/>
        <w:t>"Ясна панна там чекає…"</w:t>
      </w:r>
    </w:p>
    <w:p>
      <w:r>
        <w:br/>
        <w:t>Твердим голосом відмовив&lt;br /&gt;</w:t>
        <w:br/>
        <w:t>гнівний владар: "Що ж, хай прийде,&lt;br /&gt;</w:t>
        <w:br/>
        <w:t>хай почує привселюдно&lt;br /&gt;</w:t>
        <w:br/>
        <w:t>від отця свого прокляття".</w:t>
      </w:r>
    </w:p>
    <w:p>
      <w:r>
        <w:br/>
        <w:t>Ще не встиг король скінчити&lt;br /&gt;</w:t>
        <w:br/>
        <w:t>слів безжалісних, недобрих,&lt;br /&gt;</w:t>
        <w:br/>
        <w:t>як в юрмі загомоніло:&lt;br /&gt;</w:t>
        <w:br/>
        <w:t>"Гей, дорогу королівні!"</w:t>
      </w:r>
    </w:p>
    <w:p>
      <w:r>
        <w:br/>
        <w:t>Поміж лицарів блискучих,&lt;br /&gt;</w:t>
        <w:br/>
        <w:t>поміж дам препишно вбраних&lt;br /&gt;</w:t>
        <w:br/>
        <w:t>королівна йде поволі&lt;br /&gt;</w:t>
        <w:br/>
        <w:t>у буденних чорних шатах,</w:t>
      </w:r>
    </w:p>
    <w:p>
      <w:r>
        <w:br/>
        <w:t>без серпанку й покривала,&lt;br /&gt;</w:t>
        <w:br/>
        <w:t>з непокритою косою;&lt;br /&gt;</w:t>
        <w:br/>
        <w:t>не спуска очей журливих,&lt;br /&gt;</w:t>
        <w:br/>
        <w:t>не схиля блідого чола.</w:t>
      </w:r>
    </w:p>
    <w:p>
      <w:r>
        <w:br/>
        <w:t>Затаїло дух лицарство,&lt;br /&gt;</w:t>
        <w:br/>
        <w:t>пишні дами всі поблідли,&lt;br /&gt;</w:t>
        <w:br/>
        <w:t>ждуть, мов грому серед бурі,&lt;br /&gt;</w:t>
        <w:br/>
        <w:t>королівського прокляття.</w:t>
      </w:r>
    </w:p>
    <w:p>
      <w:r>
        <w:br/>
        <w:t>Але що се? тихо й смутно&lt;br /&gt;</w:t>
        <w:br/>
        <w:t>забринів старечий голос:&lt;br /&gt;</w:t>
        <w:br/>
        <w:t>"Ти прийшла, кохана доню?&lt;br /&gt;</w:t>
        <w:br/>
        <w:t>Сядь, спочинь, моя дитино…"</w:t>
      </w:r>
    </w:p>
    <w:p>
      <w:r>
        <w:br/>
        <w:t>Ледве вчула королівна&lt;br /&gt;</w:t>
        <w:br/>
        <w:t>ту лагідну, тиху мову,&lt;br /&gt;</w:t>
        <w:br/>
        <w:t>затремтіла вся і впала,&lt;br /&gt;</w:t>
        <w:br/>
        <w:t>мов росиночка, додолу.</w:t>
      </w:r>
    </w:p>
    <w:p>
      <w:r>
        <w:br/>
        <w:t>Мов росинка, що холодна&lt;br /&gt;</w:t>
        <w:br/>
        <w:t>та бліда трималась довго,&lt;br /&gt;</w:t>
        <w:br/>
        <w:t>цілу ніч на верховітті,&lt;br /&gt;</w:t>
        <w:br/>
        <w:t>поки сонце не пригріло…</w:t>
      </w:r>
    </w:p>
    <w:p>
      <w:r>
        <w:br/>
        <w:t>У палати королівські&lt;br /&gt;</w:t>
        <w:br/>
        <w:t>загостили жаль і туга, –&lt;br /&gt;</w:t>
        <w:br/>
        <w:t>се були найвищі гості,&lt;br /&gt;</w:t>
        <w:br/>
        <w:t>та прийшли без етикети.</w:t>
      </w:r>
    </w:p>
    <w:p>
      <w:r>
        <w:br/>
        <w:t>20.06.1901, Кімполунг</w:t>
      </w:r>
    </w:p>
    <w:p>
      <w:r>
        <w:br/>
        <w:t>КАЛИНА</w:t>
      </w:r>
    </w:p>
    <w:p>
      <w:r>
        <w:br/>
        <w:t>Козак умирає, дівчинонька плаче:&lt;br /&gt;</w:t>
        <w:br/>
        <w:t>"Візьми ж мене в сиру землю з собою, козаче!"&lt;br /&gt;</w:t>
        <w:br/>
        <w:t>– Ой, коли ж ти справді вірная дівчина,&lt;br /&gt;</w:t>
        <w:br/>
        <w:t>Буде з тебе на могилі хороша калина.&lt;br /&gt;</w:t>
        <w:br/>
        <w:t>"Ой, що ж тобі, милий, з того за потіха,&lt;br /&gt;</w:t>
        <w:br/>
        <w:t>Щоб я мала червоніти серед мого лиха?&lt;br /&gt;</w:t>
        <w:br/>
        <w:t>Ой, що ж тобі, милий, з того за відрада,&lt;br /&gt;</w:t>
        <w:br/>
        <w:t>Щоб я мала процвітати, як мені досада?&lt;br /&gt;</w:t>
        <w:br/>
        <w:t>Чи то ж тобі стане миліш домовина,&lt;br /&gt;</w:t>
        <w:br/>
        <w:t>Як я буду зеленіти – німа деревина?"&lt;br /&gt;</w:t>
        <w:br/>
        <w:t>– Як упадуть роси на ранні покоси,&lt;br /&gt;</w:t>
        <w:br/>
        <w:t>То не в мою домовину, а на твої коси,&lt;br /&gt;</w:t>
        <w:br/>
        <w:t>Як припече сонце веснянії квіти,&lt;br /&gt;</w:t>
        <w:br/>
        <w:t>Хай не в’ялить моїх костей, тільки твої віти.&lt;br /&gt;</w:t>
        <w:br/>
        <w:t>Ой, так не затужить і рідная ненька,&lt;br /&gt;</w:t>
        <w:br/>
        <w:t>Як ти, моя калинонько, моя жалібненька…&lt;br /&gt;</w:t>
        <w:br/>
        <w:t>Ой, ще ж над миленьким не зросла й травиця,&lt;br /&gt;</w:t>
        <w:br/>
        <w:t>Як вже стала калиною мила-жалібниця.&lt;br /&gt;</w:t>
        <w:br/>
        <w:t>Дивуються люди і малії діти,&lt;br /&gt;</w:t>
        <w:br/>
        <w:t>Що такої пригодоньки не видали в світі:&lt;br /&gt;</w:t>
        <w:br/>
        <w:t>"Чия то могила в полі при дорозі,&lt;br /&gt;</w:t>
        <w:br/>
        <w:t>Що над нею калинонька цвіте на морозі,&lt;br /&gt;</w:t>
        <w:br/>
        <w:t>Що на тій калині листя кучеряві,&lt;br /&gt;</w:t>
        <w:br/>
        <w:t>А між цвітом білесеньким ягідки криваві".&lt;br /&gt;</w:t>
        <w:br/>
        <w:t>Шуміла калина листом зелененьким:&lt;br /&gt;</w:t>
        <w:br/>
        <w:t>"Ой, що ж се я німа стою над моїм миленьким?&lt;br /&gt;</w:t>
        <w:br/>
        <w:t>Поки ніж не крає, дерево не грає.&lt;br /&gt;</w:t>
        <w:br/>
        <w:t>А хто вріже глибоченько, тому заспіває.&lt;br /&gt;</w:t>
        <w:br/>
        <w:t>А хто вріже гілку, заграє в сопілку,&lt;br /&gt;</w:t>
        <w:br/>
        <w:t>То той собі в серце пустить калинову стрілку".</w:t>
      </w:r>
    </w:p>
    <w:p>
      <w:r>
        <w:br/>
        <w:t>20.06.[1901]</w:t>
      </w:r>
    </w:p>
    <w:p>
      <w:r>
        <w:br/>
        <w:t>"МРІЯ ДАЛЕКАЯ…"</w:t>
      </w:r>
    </w:p>
    <w:p>
      <w:r>
        <w:br/>
        <w:t>Мрія далекая, мрія минулая&lt;br /&gt;</w:t>
        <w:br/>
        <w:t>стала сю ніч надо мною,&lt;br /&gt;</w:t>
        <w:br/>
        <w:t>мов якась постать похила, знебулая&lt;br /&gt;</w:t>
        <w:br/>
        <w:t>над дорогою труною.</w:t>
      </w:r>
    </w:p>
    <w:p>
      <w:r>
        <w:br/>
        <w:t>Мріє! та ж ми вже навік попрощалися,&lt;br /&gt;</w:t>
        <w:br/>
        <w:t>гострим ножем розрізнились,&lt;br /&gt;</w:t>
        <w:br/>
        <w:t>в сні тільки часом на мить зустрічалися,&lt;br /&gt;</w:t>
        <w:br/>
        <w:t>але і в сні не мирились.</w:t>
      </w:r>
    </w:p>
    <w:p>
      <w:r>
        <w:br/>
        <w:t>В нас не було ні розмови ворожої,&lt;br /&gt;</w:t>
        <w:br/>
        <w:t>ні голосної образи,&lt;br /&gt;</w:t>
        <w:br/>
        <w:t>та не було тії хвильки погожої,&lt;br /&gt;</w:t>
        <w:br/>
        <w:t>щоб не принесла урази.</w:t>
      </w:r>
    </w:p>
    <w:p>
      <w:r>
        <w:br/>
        <w:t>Крапля до краплі – гіркою отрутою&lt;br /&gt;</w:t>
        <w:br/>
        <w:t>вщерть переповнилась чара…&lt;br /&gt;</w:t>
        <w:br/>
        <w:t>Нащо те згадувать? Тінню забутою&lt;br /&gt;</w:t>
        <w:br/>
        <w:t>хай промине тая хмара.</w:t>
      </w:r>
    </w:p>
    <w:p>
      <w:r>
        <w:br/>
        <w:t>Мріє, не стій при мені жалібницею,&lt;br /&gt;</w:t>
        <w:br/>
        <w:t>мов наряджаєш до гробу,&lt;br /&gt;</w:t>
        <w:br/>
        <w:t>нащо ти встала з труни упирицею,&lt;br /&gt;</w:t>
        <w:br/>
        <w:t>вдягнена в чорну жалобу?</w:t>
      </w:r>
    </w:p>
    <w:p>
      <w:r>
        <w:br/>
        <w:t>За що мені ти журбою великою&lt;br /&gt;</w:t>
        <w:br/>
        <w:t>очі і серце покрила?&lt;br /&gt;</w:t>
        <w:br/>
        <w:t>Чи то за те, що гіркою осикою&lt;br /&gt;</w:t>
        <w:br/>
        <w:t>мертвої я не прибила?</w:t>
      </w:r>
    </w:p>
    <w:p>
      <w:r>
        <w:br/>
        <w:t>Чи то за те, що пісні найщирішії&lt;br /&gt;</w:t>
        <w:br/>
        <w:t>я на прощання співала?&lt;br /&gt;</w:t>
        <w:br/>
        <w:t>Чи то за те, що квітки найчистішії&lt;br /&gt;</w:t>
        <w:br/>
        <w:t>на домовину поклала?</w:t>
      </w:r>
    </w:p>
    <w:p>
      <w:r>
        <w:br/>
        <w:t>Чи то за те, що ніколи зневагою&lt;br /&gt;</w:t>
        <w:br/>
        <w:t>я не тривожила тіні?&lt;br /&gt;</w:t>
        <w:br/>
        <w:t>Може, за те, що з сумною одвагою&lt;br /&gt;</w:t>
        <w:br/>
        <w:t>я не лягла в домовині?</w:t>
      </w:r>
    </w:p>
    <w:p>
      <w:r>
        <w:br/>
        <w:t>Не докоряй мені, мріє загублена,&lt;br /&gt;</w:t>
        <w:br/>
        <w:t>і не хились надо мною!&lt;br /&gt;</w:t>
        <w:br/>
        <w:t>Мертва й похована ти, моя люблена,&lt;br /&gt;</w:t>
        <w:br/>
        <w:t>он уже й хрест над тобою.</w:t>
      </w:r>
    </w:p>
    <w:p>
      <w:r>
        <w:br/>
        <w:t>Кожна ураза тобі подарована,&lt;br /&gt;</w:t>
        <w:br/>
        <w:t>мир нехай буде між нами.&lt;br /&gt;</w:t>
        <w:br/>
        <w:t>Спи ж ти, піснями журби зачарована,&lt;br /&gt;</w:t>
        <w:br/>
        <w:t>спи під моїми квітками.</w:t>
      </w:r>
    </w:p>
    <w:p>
      <w:r>
        <w:br/>
        <w:t>Буркут, 10.08.1901</w:t>
      </w:r>
    </w:p>
    <w:p>
      <w:r>
        <w:br/>
        <w:t>"ОЙ Я ПОСТРЕЛЯНА, ПОРУБАНА СЛОВАМИ…"</w:t>
      </w:r>
    </w:p>
    <w:p>
      <w:r>
        <w:br/>
        <w:t>Ой я постреляна, порубана словами,&lt;br /&gt;</w:t>
        <w:br/>
        <w:t>душа моя на рани знемагає,&lt;br /&gt;</w:t>
        <w:br/>
        <w:t>неначе стрілами і гострими мечами,&lt;br /&gt;</w:t>
        <w:br/>
        <w:t>мене його рука здалека досягає.&lt;br /&gt;</w:t>
        <w:br/>
        <w:t>Ой ви, слова, страшна, двусічна зброє,&lt;br /&gt;</w:t>
        <w:br/>
        <w:t>спиніться, дайте спокій на хвилинку,&lt;br /&gt;</w:t>
        <w:br/>
        <w:t>уже ж ми в серце ранені обоє,&lt;br /&gt;</w:t>
        <w:br/>
        <w:t>хоч я не стала з ним до поєдинку.&lt;br /&gt;</w:t>
        <w:br/>
        <w:t>Не стала я, ой ні, додолу впала,&lt;br /&gt;</w:t>
        <w:br/>
        <w:t>мої слова не зброя, а ридання,&lt;br /&gt;</w:t>
        <w:br/>
        <w:t>я вилила усе, що в серці мала,&lt;br /&gt;</w:t>
        <w:br/>
        <w:t>стлумила тільки се одно благання:&lt;br /&gt;</w:t>
        <w:br/>
        <w:t>"Добий мене, дай згинути одразу!"&lt;br /&gt;</w:t>
        <w:br/>
        <w:t>Ох, як сей поклик з серця поривався,&lt;br /&gt;</w:t>
        <w:br/>
        <w:t>та знала я, що тим завдам уразу,&lt;br /&gt;</w:t>
        <w:br/>
        <w:t>і змовкла я, і голос мій порвався,&lt;br /&gt;</w:t>
        <w:br/>
        <w:t>і заніміло серце. Краща доля&lt;br /&gt;</w:t>
        <w:br/>
        <w:t>була тим лицарям, з сідельця збитим, –&lt;br /&gt;</w:t>
        <w:br/>
        <w:t>по праву давньому була їм щира воля&lt;br /&gt;</w:t>
        <w:br/>
        <w:t>гукнути: "Вбий мене!"… і – бути вбитим.</w:t>
      </w:r>
    </w:p>
    <w:p>
      <w:r>
        <w:br/>
        <w:t>S.-Remo, 17.12.1901</w:t>
      </w:r>
    </w:p>
    <w:p>
      <w:r>
        <w:br/>
        <w:t>"ТИ ХОТІВ БИ КВІТОК НА ДОРОЗІ МОЇЙ?"</w:t>
      </w:r>
    </w:p>
    <w:p>
      <w:r>
        <w:br/>
        <w:t>Ти хотів би квіток на дорозі моїй?&lt;br /&gt;</w:t>
        <w:br/>
        <w:t>Нащо сипати їх попід ноги?&lt;br /&gt;</w:t>
        <w:br/>
        <w:t>Хай живуть вони в ніжній красі чарівній, –&lt;br /&gt;</w:t>
        <w:br/>
        <w:t>я сама їх знайду край дороги.</w:t>
      </w:r>
    </w:p>
    <w:p>
      <w:r>
        <w:br/>
        <w:t>До маленьких, низеньких сама нахилюсь,&lt;br /&gt;</w:t>
        <w:br/>
        <w:t>до високих очима докину,&lt;br /&gt;</w:t>
        <w:br/>
        <w:t>обережно та ніжно лицем притулюсь,&lt;br /&gt;</w:t>
        <w:br/>
        <w:t>стрівши в білім убранні тернину.</w:t>
      </w:r>
    </w:p>
    <w:p>
      <w:r>
        <w:br/>
        <w:t>Будуть шарпати одіж суворі гілки&lt;br /&gt;</w:t>
        <w:br/>
        <w:t>і скривавлять колючками руки,&lt;br /&gt;</w:t>
        <w:br/>
        <w:t>та гілкам не поможуть лагідні квітки,&lt;br /&gt;</w:t>
        <w:br/>
        <w:t>ні, вони надгородять за муки.</w:t>
      </w:r>
    </w:p>
    <w:p>
      <w:r>
        <w:br/>
        <w:t>Та й за віщо б ті квіти карали мене,&lt;br /&gt;</w:t>
        <w:br/>
        <w:t>я ж не буду їх рвати руками,&lt;br /&gt;</w:t>
        <w:br/>
        <w:t>ні під ноги топтати, мов зілля дрібне,&lt;br /&gt;</w:t>
        <w:br/>
        <w:t>тільки злегка торкнуся устами.</w:t>
      </w:r>
    </w:p>
    <w:p>
      <w:r>
        <w:br/>
        <w:t>Не плямив поцілунок мій зроду квіток,&lt;br /&gt;</w:t>
        <w:br/>
        <w:t>чи то пишні були туберози, чи квітки,&lt;br /&gt;</w:t>
        <w:br/>
        <w:t>що зродив найпростіший садок,&lt;br /&gt;</w:t>
        <w:br/>
        <w:t>чи до краю вразливі мімози.</w:t>
      </w:r>
    </w:p>
    <w:p>
      <w:r>
        <w:br/>
        <w:t>23.02.1902</w:t>
      </w:r>
    </w:p>
    <w:p>
      <w:r>
        <w:br/>
        <w:t>"ДЕ ТІЇ СТРУНИ, ДЕ ГОЛОС ПОТУЖНИЙ…"</w:t>
      </w:r>
    </w:p>
    <w:p>
      <w:r>
        <w:br/>
        <w:t>Де тії струни, де голос потужний,&lt;br /&gt;</w:t>
        <w:br/>
        <w:t>де теє слово крилате,&lt;br /&gt;</w:t>
        <w:br/>
        <w:t>щоб заспівали про се лихоліття,&lt;br /&gt;</w:t>
        <w:br/>
        <w:t>щастям і горем багате?</w:t>
      </w:r>
    </w:p>
    <w:p>
      <w:r>
        <w:br/>
        <w:t>Щоб понесли все приховане в мурах&lt;br /&gt;</w:t>
        <w:br/>
        <w:t>геть на просторі майдани,&lt;br /&gt;</w:t>
        <w:br/>
        <w:t>щоб переклали на людськую мову&lt;br /&gt;</w:t>
        <w:br/>
        <w:t>пісню, що дзвонять кайдани?</w:t>
      </w:r>
    </w:p>
    <w:p>
      <w:r>
        <w:br/>
        <w:t>Єрусалим мав свого Єремію,&lt;br /&gt;</w:t>
        <w:br/>
        <w:t>що голосив серед поля;&lt;br /&gt;</w:t>
        <w:br/>
        <w:t>чом же свого Єремії не має&lt;br /&gt;</w:t>
        <w:br/>
        <w:t>наша зруйнована воля?</w:t>
      </w:r>
    </w:p>
    <w:p>
      <w:r>
        <w:br/>
        <w:t>Полум’ям вічним на жах всім нащадкам&lt;br /&gt;</w:t>
        <w:br/>
        <w:t>Дантове пекло палає;&lt;br /&gt;</w:t>
        <w:br/>
        <w:t>пекло страшніше горить в нашім краю, –&lt;br /&gt;</w:t>
        <w:br/>
        <w:t>чом же в нас Данта немає?</w:t>
      </w:r>
    </w:p>
    <w:p>
      <w:r>
        <w:br/>
        <w:t>Гей, блискавице, громова сестрице,&lt;br /&gt;</w:t>
        <w:br/>
        <w:t>де ти? Розбий злії чари!&lt;br /&gt;</w:t>
        <w:br/>
        <w:t>Хай ми хоч раз заговоримо громом&lt;br /&gt;</w:t>
        <w:br/>
        <w:t>так, як веснянії хмари!</w:t>
      </w:r>
    </w:p>
    <w:p>
      <w:r>
        <w:br/>
        <w:t>24.05.1902</w:t>
      </w:r>
    </w:p>
    <w:p>
      <w:r>
        <w:br/>
        <w:t>"НІ, ТИ НЕ ВМРЕШ…"</w:t>
      </w:r>
    </w:p>
    <w:p>
      <w:r>
        <w:br/>
        <w:t>Ні, ти не вмреш, ти щастя поховаєш&lt;br /&gt;</w:t>
        <w:br/>
        <w:t>під білим покривом несправджених надій,&lt;br /&gt;</w:t>
        <w:br/>
        <w:t>кришталі сліз над ним порозсипаєш,&lt;br /&gt;</w:t>
        <w:br/>
        <w:t>убрані в іскри любих, марних мрій.</w:t>
      </w:r>
    </w:p>
    <w:p>
      <w:r>
        <w:br/>
        <w:t>І буде спати щастя, мов царівна,&lt;br /&gt;</w:t>
        <w:br/>
        <w:t>що на скляній горі знайшла труну,&lt;br /&gt;</w:t>
        <w:br/>
        <w:t>життя ж твоє, мов нитка, довга, рівна,&lt;br /&gt;</w:t>
        <w:br/>
        <w:t>протягнеться кудись удалину.</w:t>
      </w:r>
    </w:p>
    <w:p>
      <w:r>
        <w:br/>
        <w:t>І часто ти безсонними ночами&lt;br /&gt;</w:t>
        <w:br/>
        <w:t>до любої труни шукатимеш стежок&lt;br /&gt;</w:t>
        <w:br/>
        <w:t>і сльози литимеш старечими очами, –&lt;br /&gt;</w:t>
        <w:br/>
        <w:t>від них сріблом горітиме сніжок.</w:t>
      </w:r>
    </w:p>
    <w:p>
      <w:r>
        <w:br/>
        <w:t>Коли ж, утомлена блуканням одиноким,&lt;br /&gt;</w:t>
        <w:br/>
        <w:t>на сніговій постелі ляжеш ти,&lt;br /&gt;</w:t>
        <w:br/>
        <w:t>щоб більш не встати, перед сном глибоким&lt;br /&gt;</w:t>
        <w:br/>
        <w:t>останню мрію вгледиш:</w:t>
      </w:r>
    </w:p>
    <w:p>
      <w:r>
        <w:br/>
        <w:t>Ось іти&lt;br /&gt;</w:t>
        <w:br/>
        <w:t>зібрався лицар молодий в дорогу,&lt;br /&gt;</w:t>
        <w:br/>
        <w:t>на гору ту скляну, де щастя спить,&lt;br /&gt;</w:t>
        <w:br/>
        <w:t>в душі несе і віру, і тривогу,&lt;br /&gt;</w:t>
        <w:br/>
        <w:t>пустеля перед ним, як жар, горить.</w:t>
      </w:r>
    </w:p>
    <w:p>
      <w:r>
        <w:br/>
        <w:t>Він без дороги йде все цілиною,&lt;br /&gt;</w:t>
        <w:br/>
        <w:t>з усмішкою твої стежки мина,&lt;br /&gt;</w:t>
        <w:br/>
        <w:t>і бачиш ти, що він вже під горою,&lt;br /&gt;</w:t>
        <w:br/>
        <w:t>де спить твоя царівна чарівна.</w:t>
      </w:r>
    </w:p>
    <w:p>
      <w:r>
        <w:br/>
        <w:t>Він на горі єдиним поцілунком&lt;br /&gt;</w:t>
        <w:br/>
        <w:t>розбив труну і щастя оживив,&lt;br /&gt;</w:t>
        <w:br/>
        <w:t>отим єдиним, легким подарунком&lt;br /&gt;</w:t>
        <w:br/>
        <w:t>навік царівну горду покорив,</w:t>
      </w:r>
    </w:p>
    <w:p>
      <w:r>
        <w:br/>
        <w:t>І взяв її на руки, мов дитину,&lt;br /&gt;</w:t>
        <w:br/>
        <w:t>і весело у замок свій поніс,&lt;br /&gt;</w:t>
        <w:br/>
        <w:t>за ними йшла весна, і всю долину&lt;br /&gt;</w:t>
        <w:br/>
        <w:t>покрив квіток весняних цілий ліс.</w:t>
      </w:r>
    </w:p>
    <w:p>
      <w:r>
        <w:br/>
        <w:t>Квітки цвітуть, і золотом багряним,&lt;br /&gt;</w:t>
        <w:br/>
        <w:t>немов огнем, долина пойнялась,&lt;br /&gt;</w:t>
        <w:br/>
        <w:t>співає щастя над своїм коханим,&lt;br /&gt;</w:t>
        <w:br/>
        <w:t>і ні одна сльоза не пролилась.</w:t>
      </w:r>
    </w:p>
    <w:p>
      <w:r>
        <w:br/>
        <w:t>А ти лежиш, і тіло одиноке&lt;br /&gt;</w:t>
        <w:br/>
        <w:t>смертельний сон і холод обійма,&lt;br /&gt;</w:t>
        <w:br/>
        <w:t>і мрія та про щастя яснооке&lt;br /&gt;</w:t>
        <w:br/>
        <w:t>іде в туман, мов загадка німа…</w:t>
      </w:r>
    </w:p>
    <w:p>
      <w:r>
        <w:br/>
        <w:t>27.06.[1902]</w:t>
      </w:r>
    </w:p>
    <w:p>
      <w:r>
        <w:br/>
        <w:t>ОСІННІ СПІВИ</w:t>
      </w:r>
    </w:p>
    <w:p>
      <w:r>
        <w:br/>
        <w:t>ДО LADY L. W.</w:t>
      </w:r>
    </w:p>
    <w:p>
      <w:r>
        <w:br/>
        <w:t>Ти, як осінь, умреш, розіллєшся слізьми&lt;br /&gt;</w:t>
        <w:br/>
        <w:t>над квітками, багрянцем і злотом,&lt;br /&gt;</w:t>
        <w:br/>
        <w:t>передсмертний твій спів пролетить над людьми –&lt;br /&gt;</w:t>
        <w:br/>
        <w:t>вітер лине отак над болотом,&lt;br /&gt;</w:t>
        <w:br/>
        <w:t>де й вода вся важка, мов свічадо тьмяне,&lt;br /&gt;</w:t>
        <w:br/>
        <w:t>вбрана в ряску й слизьке баговиння,&lt;br /&gt;</w:t>
        <w:br/>
        <w:t>очерет тільки мертвий свій шелест почне,&lt;br /&gt;</w:t>
        <w:br/>
        <w:t>обізвавшись на те голосіння,&lt;br /&gt;</w:t>
        <w:br/>
        <w:t>та й замовкне… і вітер замовкне сумний,&lt;br /&gt;</w:t>
        <w:br/>
        <w:t>об різку осоку розітнеться…&lt;br /&gt;</w:t>
        <w:br/>
        <w:t>Так нехай хоч тепер спів бринить голосний!&lt;br /&gt;</w:t>
        <w:br/>
        <w:t>Може, що на той спів відгукнеться.&lt;br /&gt;</w:t>
        <w:br/>
        <w:t>Може, щастя, що ходить по ясній луці,&lt;br /&gt;</w:t>
        <w:br/>
        <w:t>геть за річкою, там, на схід сонця,&lt;br /&gt;</w:t>
        <w:br/>
        <w:t>хоч один квіт червоний, що має в руці,&lt;br /&gt;</w:t>
        <w:br/>
        <w:t>перемінить в твого оборонця.&lt;br /&gt;</w:t>
        <w:br/>
        <w:t>І від нього ще раз, хоч на мить на одну,&lt;br /&gt;</w:t>
        <w:br/>
        <w:t>спалахнуть злото, квіти й багрянець,&lt;br /&gt;</w:t>
        <w:br/>
        <w:t>і красу небувалу, дивну, чарівну&lt;br /&gt;</w:t>
        <w:br/>
        <w:t>дасть обличчю остатній рум’янець,&lt;br /&gt;</w:t>
        <w:br/>
        <w:t>і, мов крик бойовий, обізветься в речах&lt;br /&gt;</w:t>
        <w:br/>
        <w:t>безнадійне і марне бажання;&lt;br /&gt;</w:t>
        <w:br/>
        <w:t>і тріумфом остатнім заблисне в очах&lt;br /&gt;</w:t>
        <w:br/>
        <w:t>розпачливе осіннє кохання.&lt;br /&gt;</w:t>
        <w:br/>
        <w:t>О, тоді не картайся, що сміло береш,&lt;br /&gt;</w:t>
        <w:br/>
        <w:t>без вагання, палкими руками&lt;br /&gt;</w:t>
        <w:br/>
        <w:t>небезпечний той дар. Ти, як осінь, умреш,&lt;br /&gt;</w:t>
        <w:br/>
        <w:t>розіллєшся над щастям сльозами…</w:t>
      </w:r>
    </w:p>
    <w:p>
      <w:r>
        <w:br/>
        <w:t>ОСІНЬ</w:t>
      </w:r>
    </w:p>
    <w:p>
      <w:r>
        <w:br/>
        <w:t>Рветься осінь руками кривавими&lt;br /&gt;</w:t>
        <w:br/>
        <w:t>до далекого сонечка любого;&lt;br /&gt;</w:t>
        <w:br/>
        <w:t>кров на шатах препишних шаріється,&lt;br /&gt;</w:t>
        <w:br/>
        <w:t>оксамит і парчу залива.</w:t>
      </w:r>
    </w:p>
    <w:p>
      <w:r>
        <w:br/>
        <w:t>Так для сонечка осінь убралася,&lt;br /&gt;</w:t>
        <w:br/>
        <w:t>мов цариця у свято врочистеє,&lt;br /&gt;</w:t>
        <w:br/>
        <w:t>все, що є на сім світі найкращого,&lt;br /&gt;</w:t>
        <w:br/>
        <w:t>все зібрала на пишний убір.</w:t>
      </w:r>
    </w:p>
    <w:p>
      <w:r>
        <w:br/>
        <w:t>Але дні все коротшають, міняться,&lt;br /&gt;</w:t>
        <w:br/>
        <w:t>гляне сонечко й знову захмариться…&lt;br /&gt;</w:t>
        <w:br/>
        <w:t>Журить осінь-сухітниця сонечко,&lt;br /&gt;</w:t>
        <w:br/>
        <w:t>бо нема в ній весняних надій.</w:t>
      </w:r>
    </w:p>
    <w:p>
      <w:r>
        <w:br/>
        <w:t>Рветься осінь. Терни невидимії&lt;br /&gt;</w:t>
        <w:br/>
        <w:t>їй все тіло поранили, змучили,&lt;br /&gt;</w:t>
        <w:br/>
        <w:t>а вона розпачливо всміхається:&lt;br /&gt;</w:t>
        <w:br/>
        <w:t>"Сонце, сонечко, глянь, я сміюсь!"</w:t>
      </w:r>
    </w:p>
    <w:p>
      <w:r>
        <w:br/>
        <w:t>Заховалось за горами сонечко,&lt;br /&gt;</w:t>
        <w:br/>
        <w:t>з гір повіяло холодом, вогкістю,&lt;br /&gt;</w:t>
        <w:br/>
        <w:t>сиві хмари на небо насунули,&lt;br /&gt;</w:t>
        <w:br/>
        <w:t>"Ось я йду!" – обізвалась зима.</w:t>
      </w:r>
    </w:p>
    <w:p>
      <w:r>
        <w:br/>
        <w:t>Осінь шарпнула шати кривавії,&lt;br /&gt;</w:t>
        <w:br/>
        <w:t>аж до ніг їй упали, розсипавшись,&lt;br /&gt;</w:t>
        <w:br/>
        <w:t>непокрита, нічим не захищена,&lt;br /&gt;</w:t>
        <w:br/>
        <w:t>застогнала: "Іди, бо вже час…"</w:t>
      </w:r>
    </w:p>
    <w:p>
      <w:r>
        <w:br/>
        <w:t>ОСТАННІ КВІТКИ</w:t>
      </w:r>
    </w:p>
    <w:p>
      <w:r>
        <w:br/>
        <w:t>Ох, розкрились троянди червоні,&lt;br /&gt;</w:t>
        <w:br/>
        <w:t>наче рани палкі, восени,&lt;br /&gt;</w:t>
        <w:br/>
        <w:t>так жалібно тремтять і палають –&lt;br /&gt;</w:t>
        <w:br/>
        <w:t>прагнуть щастя чи смерті вони?</w:t>
      </w:r>
    </w:p>
    <w:p>
      <w:r>
        <w:br/>
        <w:t>Не осиплються тихо ті квіти,&lt;br /&gt;</w:t>
        <w:br/>
        <w:t>не настане життя в них нове,&lt;br /&gt;</w:t>
        <w:br/>
        <w:t>ні, ударить мороз до схід сонця&lt;br /&gt;</w:t>
        <w:br/>
        <w:t>і приб’є поривання живе.</w:t>
      </w:r>
    </w:p>
    <w:p>
      <w:r>
        <w:br/>
        <w:t>І зчорніють червоні троянди,&lt;br /&gt;</w:t>
        <w:br/>
        <w:t>наче в ранах запечена кров…&lt;br /&gt;</w:t>
        <w:br/>
        <w:t>Ох, нехай же хоч сонця нап’ються,&lt;br /&gt;</w:t>
        <w:br/>
        <w:t>поки ще їх мороз не зборов!</w:t>
      </w:r>
    </w:p>
    <w:p>
      <w:r>
        <w:br/>
        <w:t>ПЛАЧ ЄРЕМІЇ</w:t>
      </w:r>
    </w:p>
    <w:p>
      <w:r>
        <w:br/>
        <w:t>"Як злото стемніло, –&lt;br /&gt;</w:t>
        <w:br/>
        <w:t>змінилося срібло пречисте!"</w:t>
      </w:r>
    </w:p>
    <w:p>
      <w:r>
        <w:br/>
        <w:t>Ще листя сухе так недавно ясніло…&lt;br /&gt;</w:t>
        <w:br/>
        <w:t>"Як злото стемніло!.."&lt;br /&gt;</w:t>
        <w:br/>
        <w:t>Мов око сліпе, мріє озеро млисте…&lt;br /&gt;</w:t>
        <w:br/>
        <w:t>"Змінилося срібло пречисте…"</w:t>
      </w:r>
    </w:p>
    <w:p>
      <w:r>
        <w:br/>
        <w:t>Щось давнє так смутно в душі забриніло…&lt;br /&gt;</w:t>
        <w:br/>
        <w:t>"Як злото стемніло!.."&lt;br /&gt;</w:t>
        <w:br/>
        <w:t>На серце лягло щось страшне, урочисте…&lt;br /&gt;</w:t>
        <w:br/>
        <w:t>"Змінилося срібло пречисте…"</w:t>
      </w:r>
    </w:p>
    <w:p>
      <w:r>
        <w:br/>
        <w:t>"ОСІННІЙ ПЛАЧ, ОСІННІЙ СПІВ…"</w:t>
      </w:r>
    </w:p>
    <w:p>
      <w:r>
        <w:br/>
        <w:t>Осінній плач, осінній спів&lt;br /&gt;</w:t>
        <w:br/>
        <w:t>посеред літа золотого&lt;br /&gt;</w:t>
        <w:br/>
        <w:t>непереможно забринів&lt;br /&gt;</w:t>
        <w:br/>
        <w:t>із серця мого.</w:t>
      </w:r>
    </w:p>
    <w:p>
      <w:r>
        <w:br/>
        <w:t>Ох, то ж за те, що восени,&lt;br /&gt;</w:t>
        <w:br/>
        <w:t>сумного, млистого поранку,&lt;br /&gt;</w:t>
        <w:br/>
        <w:t>я раз невчасно завела&lt;br /&gt;</w:t>
        <w:br/>
        <w:t>собі веснянку.</w:t>
      </w:r>
    </w:p>
    <w:p>
      <w:r>
        <w:br/>
        <w:t>30.06.1902</w:t>
      </w:r>
    </w:p>
    <w:p>
      <w:r>
        <w:br/>
        <w:t>НІОБЕЯ</w:t>
      </w:r>
    </w:p>
    <w:p>
      <w:r>
        <w:br/>
        <w:t>Діти, діти мої, чи я ж вас навіки втеряла?&lt;br /&gt;</w:t>
        <w:br/>
        <w:t>За що покарана я? За те, що так гордо впевнялась&lt;br /&gt;</w:t>
        <w:br/>
        <w:t>на дітей моїх любих, на їх чарівную красу&lt;br /&gt;</w:t>
        <w:br/>
        <w:t>і на славний мій рід, що я з Прометея походжу?&lt;br /&gt;</w:t>
        <w:br/>
        <w:t>Що ж, богине страшна, хіба діти мої, що ти вбила,&lt;br /&gt;</w:t>
        <w:br/>
        <w:t>не найкращі були серед людських і божих дітей?&lt;br /&gt;</w:t>
        <w:br/>
        <w:t>Вбити їх ти могла, а сплямити красу не здолала,&lt;br /&gt;</w:t>
        <w:br/>
        <w:t>і, хоч у горе закована, все ж я дочка Прометея –&lt;br /&gt;</w:t>
        <w:br/>
        <w:t>і милосердя для себе не буду я в тебе благати!&lt;br /&gt;</w:t>
        <w:br/>
        <w:t>Хоч би й хтіла тепер ти мені милосердя подати,&lt;br /&gt;</w:t>
        <w:br/>
        <w:t>вже б не змогла, бо скінчилася влада твоя надо мною.&lt;br /&gt;</w:t>
        <w:br/>
        <w:t>Ось я стою, мармурова, в камінних кайданах,&lt;br /&gt;</w:t>
        <w:br/>
        <w:t>тільки очі мої ллють потоки палющії сліз.&lt;br /&gt;</w:t>
        <w:br/>
        <w:t>Сліз моїх зупинити не можеш ти, люта богине,&lt;br /&gt;</w:t>
        <w:br/>
        <w:t>бо й прометеївська гордість безсила була проти них.</w:t>
      </w:r>
    </w:p>
    <w:p>
      <w:r>
        <w:br/>
        <w:t>…Діти, діти мої! Мов живими я бачу усіх вас,&lt;br /&gt;</w:t>
        <w:br/>
        <w:t>тільки постаті ваші в сльозах, мов проміння тремтять…</w:t>
      </w:r>
    </w:p>
    <w:p>
      <w:r>
        <w:br/>
        <w:t>Ти, найстарша моя, в білих шатах, велична і пишна,&lt;br /&gt;</w:t>
        <w:br/>
        <w:t>наче постать богині, була ти подібна до мене,&lt;br /&gt;</w:t>
        <w:br/>
        <w:t>тільки тепера ніхто б не пізнав, що я мати твоя.&lt;br /&gt;</w:t>
        <w:br/>
        <w:t>Мармур оцей не такою мене одягає тепера,&lt;br /&gt;</w:t>
        <w:br/>
        <w:t>як була я тоді, коли поруч з тобою стояла.&lt;br /&gt;</w:t>
        <w:br/>
        <w:t>Люба сестричка твоя, голубка, моя жалібниця,&lt;br /&gt;</w:t>
        <w:br/>
        <w:t>гірко б заплакала, вгледівши бідну матусю,&lt;br /&gt;</w:t>
        <w:br/>
        <w:t>впала б до третьої доні моєї у рідні обійми,&lt;br /&gt;</w:t>
        <w:br/>
        <w:t>тая ж одважна була, і розсудлива, й тихо-завзята,&lt;br /&gt;</w:t>
        <w:br/>
        <w:t>завжди готова усіх захистити одним своїм серцем,&lt;br /&gt;</w:t>
        <w:br/>
        <w:t>тим-то до неї горнулись мої всі малятка,&lt;br /&gt;</w:t>
        <w:br/>
        <w:t>сльози свої їй несли, вона ж дарувала їм усміх.&lt;br /&gt;</w:t>
        <w:br/>
        <w:t>Любі мої! Ви і в горі, і в радощах все були вкупі,&lt;br /&gt;</w:t>
        <w:br/>
        <w:t>наче троянди рожеві на кущику спільнім,&lt;br /&gt;</w:t>
        <w:br/>
        <w:t>а брати коло вас, наче гілля троянди колюче,&lt;br /&gt;</w:t>
        <w:br/>
        <w:t>всякому рану готові були заподіять,&lt;br /&gt;</w:t>
        <w:br/>
        <w:t>хто б зневажив сестричок. Мій старший, найперший,&lt;br /&gt;</w:t>
        <w:br/>
        <w:t>він був мов кедр на верхів’ї гори, негнучкий перед вітром,&lt;br /&gt;</w:t>
        <w:br/>
        <w:t>Ох, чому і за віщо так марне загинула сила,&lt;br /&gt;</w:t>
        <w:br/>
        <w:t>що братам додавала одваги і певності в бою?&lt;br /&gt;</w:t>
        <w:br/>
        <w:t>Тихо схиливсь його брат кипарисом лагідним та смутним,&lt;br /&gt;</w:t>
        <w:br/>
        <w:t>третій, молодший, мов плющ, його щільно руками обняв,&lt;br /&gt;</w:t>
        <w:br/>
        <w:t>а наймолодший – мій вогник, багаття моє найдорожче,&lt;br /&gt;</w:t>
        <w:br/>
        <w:t>як він востаннє спалахнув! вся батьківська кров бізвалась!&lt;br /&gt;</w:t>
        <w:br/>
        <w:t>Він переможцем здавався в остатню хвилину життя!..</w:t>
      </w:r>
    </w:p>
    <w:p>
      <w:r>
        <w:br/>
        <w:t>Всі полягли як один, тільки зброя та диски лишились,&lt;br /&gt;</w:t>
        <w:br/>
        <w:t>он вони між покрасами донь, між ляльками маляток,&lt;br /&gt;</w:t>
        <w:br/>
        <w:t>марні, зайві, хіба що на теє потрібні,&lt;br /&gt;</w:t>
        <w:br/>
        <w:t>щоб викликати з очей моїх знову потоки раптові,&lt;br /&gt;</w:t>
        <w:br/>
        <w:t>якби часом ті сльози спинились в камінних очах.&lt;br /&gt;</w:t>
        <w:br/>
        <w:t>Ой, не спиняться, ні! будуть литись отак до загину,&lt;br /&gt;</w:t>
        <w:br/>
        <w:t>а як вихор зненацька або землетрус мене скине,&lt;br /&gt;</w:t>
        <w:br/>
        <w:t>камінь об камінь розіб’є, на дрібний пісок розпорошить,&lt;br /&gt;</w:t>
        <w:br/>
        <w:t>то джерела гірські понесуть мене в море з риданням,&lt;br /&gt;</w:t>
        <w:br/>
        <w:t>потім хвилі морські голоситимуть вік надо мною, –&lt;br /&gt;</w:t>
        <w:br/>
        <w:t>і не вмре моя туга, мій жаль не загине у світі…</w:t>
      </w:r>
    </w:p>
    <w:p>
      <w:r>
        <w:br/>
        <w:t>…Ох, якби ж хоч одно, хоч найменше зо мною зосталось,&lt;br /&gt;</w:t>
        <w:br/>
        <w:t>те дитяточко любе, моє немовляточко рідне!&lt;br /&gt;</w:t>
        <w:br/>
        <w:t>Може б, устонька гожі так міцно могли притулитись&lt;br /&gt;</w:t>
        <w:br/>
        <w:t>до грудей кам’яних, що збудили б життя в моїм серці,&lt;br /&gt;</w:t>
        <w:br/>
        <w:t>і гарячая кров поборола б холодний сей мармур,&lt;br /&gt;</w:t>
        <w:br/>
        <w:t>і камінні сі руки, простягнені марне у безвість,&lt;br /&gt;</w:t>
        <w:br/>
        <w:t>знов обняли б теє тільце злотисте і ніжне, мов квітка,&lt;br /&gt;</w:t>
        <w:br/>
        <w:t>і камінні уста, що поблідли й склепилися в горі,&lt;br /&gt;</w:t>
        <w:br/>
        <w:t>знов би могли цілувати ті оченьки, іскорки ясні.&lt;br /&gt;</w:t>
        <w:br/>
        <w:t>Або вже б серце розбилось, і я б, як людина, сконала,&lt;br /&gt;</w:t>
        <w:br/>
        <w:t>та не стояла б страшною потворою, каменем в тузі.&lt;br /&gt;</w:t>
        <w:br/>
        <w:t>Мертва ж бо я і тепер, а тільки живі мої сльози…</w:t>
      </w:r>
    </w:p>
    <w:p>
      <w:r>
        <w:br/>
        <w:t>30.06.1902</w:t>
      </w:r>
    </w:p>
    <w:p>
      <w:r>
        <w:br/>
        <w:t>"ХТО ДАСТЬ МОЇМ ОЧАМ ПОТОКИ СЛІЗ?"</w:t>
      </w:r>
    </w:p>
    <w:p>
      <w:r>
        <w:br/>
        <w:t>Хто дасть моїм очам потоки сліз?&lt;br /&gt;</w:t>
        <w:br/>
        <w:t>Ні, нащо сльози, то ж не сніг нагірний,&lt;br /&gt;</w:t>
        <w:br/>
        <w:t>а туга щонайглибша має литись&lt;br /&gt;</w:t>
        <w:br/>
        <w:t>гіркими хвилями. Нагірний сніг ще може&lt;br /&gt;</w:t>
        <w:br/>
        <w:t>розтати від проміння весняного,&lt;br /&gt;</w:t>
        <w:br/>
        <w:t>в долину збігти джерелом раптовим,&lt;br /&gt;</w:t>
        <w:br/>
        <w:t>а на верхів’ї, що біліло снігом,&lt;br /&gt;</w:t>
        <w:br/>
        <w:t>віночок зацвіте рясних квіток.&lt;br /&gt;</w:t>
        <w:br/>
        <w:t>А туга… се, як море: перекотить&lt;br /&gt;</w:t>
        <w:br/>
        <w:t>всі хвилі, з краю в край, по цілім світі,&lt;br /&gt;</w:t>
        <w:br/>
        <w:t>остатня хвиля пробіжить по сліду&lt;br /&gt;</w:t>
        <w:br/>
        <w:t>найпершої, а перша дожене&lt;br /&gt;</w:t>
        <w:br/>
        <w:t>остатню, і таким невпинним колом,&lt;br /&gt;</w:t>
        <w:br/>
        <w:t>без краю, без мети ітимуть хвилі&lt;br /&gt;</w:t>
        <w:br/>
        <w:t>моєї туги… краще їх спинити…&lt;br /&gt;</w:t>
        <w:br/>
        <w:t>Нагірний сніг, се жалощі твої.&lt;br /&gt;</w:t>
        <w:br/>
        <w:t>Як тільки щастя сонечко пригріє&lt;br /&gt;</w:t>
        <w:br/>
        <w:t>оті сніги, збіжать вони раптово&lt;br /&gt;</w:t>
        <w:br/>
        <w:t>і принесуть остатній дар мені,&lt;br /&gt;</w:t>
        <w:br/>
        <w:t>поринуть в течії моєї туги,&lt;br /&gt;</w:t>
        <w:br/>
        <w:t>доллють її, повніше стане море,&lt;br /&gt;</w:t>
        <w:br/>
        <w:t>і голосніше заридають хвилі…&lt;br /&gt;</w:t>
        <w:br/>
        <w:t>А в серденьку твоєму цвіт весняний,&lt;br /&gt;</w:t>
        <w:br/>
        <w:t>то білий, то рожевий, то червоний,&lt;br /&gt;</w:t>
        <w:br/>
        <w:t>віночком зацвіте, і той віночок&lt;br /&gt;</w:t>
        <w:br/>
        <w:t>заквітчає те щастя молоде,&lt;br /&gt;</w:t>
        <w:br/>
        <w:t>що поцілунком визволяє серце.</w:t>
      </w:r>
    </w:p>
    <w:p>
      <w:r>
        <w:br/>
        <w:t>…Чи тільки справді то сніги біліють?&lt;br /&gt;</w:t>
        <w:br/>
        <w:t>А може, то розжеврілася туга,&lt;br /&gt;</w:t>
        <w:br/>
        <w:t>як те залізо, що біліє біллю,&lt;br /&gt;</w:t>
        <w:br/>
        <w:t>змінивши на страшнім вогні три барви?&lt;br /&gt;</w:t>
        <w:br/>
        <w:t>І що, коли не загартує серця,&lt;br /&gt;</w:t>
        <w:br/>
        <w:t>а спалить і спотворить пал страшний?&lt;br /&gt;</w:t>
        <w:br/>
        <w:t>І що, коли замість віночка щастя&lt;br /&gt;</w:t>
        <w:br/>
        <w:t>покриють серце плями від огню?&lt;br /&gt;</w:t>
        <w:br/>
        <w:t>Ой, що ж тоді моє все море туги&lt;br /&gt;</w:t>
        <w:br/>
        <w:t>проти сього несвітського нещастя?&lt;br /&gt;</w:t>
        <w:br/>
        <w:t>І чим мені залити той вогонь,&lt;br /&gt;</w:t>
        <w:br/>
        <w:t>щоб не палив того серденька, – слізьми?&lt;br /&gt;</w:t>
        <w:br/>
        <w:t>Чи, може, крів’ю? Так, вона твоя…&lt;br /&gt;</w:t>
        <w:br/>
        <w:t>бо я готова сльози й кров віддати,&lt;br /&gt;</w:t>
        <w:br/>
        <w:t>щонайчистішу кров, з самого серця,&lt;br /&gt;</w:t>
        <w:br/>
        <w:t>щоб тільки пал вгасити і не дати&lt;br /&gt;</w:t>
        <w:br/>
        <w:t>йому сплямити серця дорогого.&lt;br /&gt;</w:t>
        <w:br/>
        <w:t>Ой, де ж воно, оте новеє щастя,&lt;br /&gt;</w:t>
        <w:br/>
        <w:t>нехай засвітить, хай мені покаже,&lt;br /&gt;</w:t>
        <w:br/>
        <w:t>чи то сніги, чи туги лютий пал.&lt;br /&gt;</w:t>
        <w:br/>
        <w:t>Нехай тоді або доллється море,&lt;br /&gt;</w:t>
        <w:br/>
        <w:t>або вже висохне. Тоді й пустиня&lt;br /&gt;</w:t>
        <w:br/>
        <w:t>холодна й нерухома буде там,&lt;br /&gt;</w:t>
        <w:br/>
        <w:t>де грала туга бурею живою,&lt;br /&gt;</w:t>
        <w:br/>
        <w:t>І не стривожить жаль спокою смерті.</w:t>
      </w:r>
    </w:p>
    <w:p>
      <w:r>
        <w:br/>
        <w:t>…Ні, мало і сліз тих, і слів, і думок,&lt;br /&gt;</w:t>
        <w:br/>
        <w:t>і серця стискання, і болю, й ламання&lt;br /&gt;</w:t>
        <w:br/>
        <w:t>у розпачі рук, і стогнання, і мук…&lt;br /&gt;</w:t>
        <w:br/>
        <w:t>Одно зостається – мовчання.</w:t>
      </w:r>
    </w:p>
    <w:p>
      <w:r>
        <w:br/>
        <w:t>1.07.1902</w:t>
      </w:r>
    </w:p>
    <w:p>
      <w:r>
        <w:br/>
        <w:t>"ГОСТРИМ ПОЛИСКОМ ХВИЛІ СПАЛАХУЮТЬ…"</w:t>
      </w:r>
    </w:p>
    <w:p>
      <w:r>
        <w:br/>
        <w:t>Гострим полиском хвилі спалахують&lt;br /&gt;</w:t>
        <w:br/>
        <w:t>після бурі у місячну ніч,&lt;br /&gt;</w:t>
        <w:br/>
        <w:t>наче військо мечами двусічними&lt;br /&gt;</w:t>
        <w:br/>
        <w:t>хоче знять вражі голови а пліч.</w:t>
      </w:r>
    </w:p>
    <w:p>
      <w:r>
        <w:br/>
        <w:t>Зброї полиск і гомін розкотистий –&lt;br /&gt;</w:t>
        <w:br/>
        <w:t>се неначе повстання гуде,&lt;br /&gt;</w:t>
        <w:br/>
        <w:t>наче сила народна узброєна&lt;br /&gt;</w:t>
        <w:br/>
        <w:t>без упину на приступ іде.</w:t>
      </w:r>
    </w:p>
    <w:p>
      <w:r>
        <w:br/>
        <w:t>Кожний меч – промінь світла небесного&lt;br /&gt;</w:t>
        <w:br/>
        <w:t>впав згори й знов угору зроста;&lt;br /&gt;</w:t>
        <w:br/>
        <w:t>кожний гук – відгук сили одвічної,&lt;br /&gt;</w:t>
        <w:br/>
        <w:t>що руйнує й будує світа.</w:t>
      </w:r>
    </w:p>
    <w:p>
      <w:r>
        <w:br/>
        <w:t>Людське море, ти, сило народная,&lt;br /&gt;</w:t>
        <w:br/>
        <w:t>з чого ж ти собі зброю скуєш?&lt;br /&gt;</w:t>
        <w:br/>
        <w:t>Що повстане на місці порожньому&lt;br /&gt;</w:t>
        <w:br/>
        <w:t>того світа, що ти розіб’єш ?..</w:t>
      </w:r>
    </w:p>
    <w:p>
      <w:r>
        <w:br/>
        <w:t>8.11.1902, San-Remo</w:t>
      </w:r>
    </w:p>
    <w:p>
      <w:r>
        <w:br/>
        <w:t>НА ЗЕММЕРІНГУ</w:t>
      </w:r>
    </w:p>
    <w:p>
      <w:r>
        <w:br/>
        <w:t>Кучері темні уквітчала хмарка&lt;br /&gt;</w:t>
        <w:br/>
        <w:t>цвітом з гранати огнистим,&lt;br /&gt;</w:t>
        <w:br/>
        <w:t>лине туди, де здалека біліє&lt;br /&gt;</w:t>
        <w:br/>
        <w:t>шпиль своїм чолом пречистим.</w:t>
      </w:r>
    </w:p>
    <w:p>
      <w:r>
        <w:br/>
        <w:t>Лине і щедро квітки розсипає&lt;br /&gt;</w:t>
        <w:br/>
        <w:t>геть по всім небі навколо,&lt;br /&gt;</w:t>
        <w:br/>
        <w:t>хоче зогріти палкими квітками&lt;br /&gt;</w:t>
        <w:br/>
        <w:t>теє холоднеє чоло.</w:t>
      </w:r>
    </w:p>
    <w:p>
      <w:r>
        <w:br/>
        <w:t>Квітка торкнула, і сніг загорівся,&lt;br /&gt;</w:t>
        <w:br/>
        <w:t>мов золотеє багаття,&lt;br /&gt;</w:t>
        <w:br/>
        <w:t>шпиль усміхнувся новою красою,&lt;br /&gt;</w:t>
        <w:br/>
        <w:t>наче по слову закляття.</w:t>
      </w:r>
    </w:p>
    <w:p>
      <w:r>
        <w:br/>
        <w:t>Пташкою хмарка летить до шпилечка.&lt;br /&gt;</w:t>
        <w:br/>
        <w:t>Ось вони, ось вони в парі!&lt;br /&gt;</w:t>
        <w:br/>
        <w:t>Як же вони поєдналися щільно&lt;br /&gt;</w:t>
        <w:br/>
        <w:t>в спільнім великім пожарі!</w:t>
      </w:r>
    </w:p>
    <w:p>
      <w:r>
        <w:br/>
        <w:t>1902</w:t>
      </w:r>
    </w:p>
    <w:p>
      <w:r>
        <w:br/>
        <w:t>"ЩЕ НЕ ВДАРИВ МОРОЗ…"</w:t>
      </w:r>
    </w:p>
    <w:p>
      <w:r>
        <w:br/>
        <w:t>Ще не вдарив мороз, а вже втомлений лист&lt;br /&gt;</w:t>
        <w:br/>
        <w:t>в’яне, жовкне…&lt;br /&gt;</w:t>
        <w:br/>
        <w:t>Спів цикади дзвінкий перейшов в тихий свист –&lt;br /&gt;</w:t>
        <w:br/>
        <w:t>хутко вмовкне…</w:t>
      </w:r>
    </w:p>
    <w:p>
      <w:r>
        <w:br/>
        <w:t>ДИМ</w:t>
      </w:r>
    </w:p>
    <w:p>
      <w:r>
        <w:br/>
        <w:t>"Для нас у ріднім краю навіть дим&lt;br /&gt;</w:t>
        <w:br/>
        <w:t>Солодкий та коханий…" Без упину&lt;br /&gt;</w:t>
        <w:br/>
        <w:t>Я думала собі оці слова,&lt;br /&gt;</w:t>
        <w:br/>
        <w:t>Простуючи в країну італьянську.&lt;br /&gt;</w:t>
        <w:br/>
        <w:t>І мріялись мені далекі села:&lt;br /&gt;</w:t>
        <w:br/>
        <w:t>Дівчата йдуть, співаючи, з ланів,&lt;br /&gt;</w:t>
        <w:br/>
        <w:t>Клопочуться хазяйки невсипущі,&lt;br /&gt;</w:t>
        <w:br/>
        <w:t>Стрічаючи отару та черідку,&lt;br /&gt;</w:t>
        <w:br/>
        <w:t>Господарі вертаються з роботи,&lt;br /&gt;</w:t>
        <w:br/>
        <w:t>Не прискоряючи ходи, поважно,&lt;br /&gt;</w:t>
        <w:br/>
        <w:t>А нишком поглядають на димок,&lt;br /&gt;</w:t>
        <w:br/>
        <w:t>Що в’ється понад комином низеньким,&lt;br /&gt;</w:t>
        <w:br/>
        <w:t>І думають: "Оце ж воно й вечеря…"&lt;br /&gt;</w:t>
        <w:br/>
        <w:t>І мріялись мені росисті луки&lt;br /&gt;</w:t>
        <w:br/>
        <w:t>Волинські: здалека чорніє ліс&lt;br /&gt;</w:t>
        <w:br/>
        <w:t>Зубчастим муром, а туман на нього&lt;br /&gt;</w:t>
        <w:br/>
        <w:t>Безгучним, тихим морем напливає, –&lt;br /&gt;</w:t>
        <w:br/>
        <w:t>Хто в лісі, хто у полі, стережися!&lt;br /&gt;</w:t>
        <w:br/>
        <w:t>То котиться пропасниця лукава.&lt;br /&gt;</w:t>
        <w:br/>
        <w:t>Але ночліжники собі співають,&lt;br /&gt;</w:t>
        <w:br/>
        <w:t>Простуючи до лісу, на димок, –&lt;br /&gt;</w:t>
        <w:br/>
        <w:t>Се ж там товариші багаття розпалили,&lt;br /&gt;</w:t>
        <w:br/>
        <w:t>Там тепло, сухо, грають роєм іскри,&lt;br /&gt;</w:t>
        <w:br/>
        <w:t>Мов бджоли золоті, вогонь танцює…&lt;br /&gt;</w:t>
        <w:br/>
        <w:t>"Простуймо на димок!.."</w:t>
      </w:r>
    </w:p>
    <w:p>
      <w:r>
        <w:br/>
        <w:t>І я дивилась&lt;br /&gt;</w:t>
        <w:br/>
        <w:t>На ті бездимні села італьянські&lt;br /&gt;</w:t>
        <w:br/>
        <w:t>(Вогню й малого для "поленти" досить),&lt;br /&gt;</w:t>
        <w:br/>
        <w:t>На рижові поля, страшні "різайї".&lt;br /&gt;</w:t>
        <w:br/>
        <w:t>Де невидимкою малярія літає,&lt;br /&gt;</w:t>
        <w:br/>
        <w:t>Не боячись ні диму, ні вогню, –&lt;br /&gt;</w:t>
        <w:br/>
        <w:t>І слово "чужина" бриніло в думці&lt;br /&gt;</w:t>
        <w:br/>
        <w:t>За кожним стуком поїзда прудкого.</w:t>
      </w:r>
    </w:p>
    <w:p>
      <w:r>
        <w:br/>
        <w:t>…Тунель! І дим влетів мені в вікно&lt;br /&gt;</w:t>
        <w:br/>
        <w:t>Гіркою хмарою – поганий дим,&lt;br /&gt;</w:t>
        <w:br/>
        <w:t>Либонь, погане вугля італьянське –&lt;br /&gt;</w:t>
        <w:br/>
        <w:t>Так не душив і дим в курній хатині&lt;br /&gt;</w:t>
        <w:br/>
        <w:t>Там, на Поліссі, тож було співали&lt;br /&gt;</w:t>
        <w:br/>
        <w:t>Дружки весільні, аж дзвеніла хата,&lt;br /&gt;</w:t>
        <w:br/>
        <w:t>Не хриплим, чистим голосом, дарма&lt;br /&gt;</w:t>
        <w:br/>
        <w:t>Що голови немов у хмарі мріли;&lt;br /&gt;</w:t>
        <w:br/>
        <w:t>Той дим гриз очі, але все ж не так,&lt;br /&gt;</w:t>
        <w:br/>
        <w:t>Бо він був з дерева, а може, й те, що рідний.&lt;br /&gt;</w:t>
        <w:br/>
        <w:t>…"Sampierdarena". Слава ж тобі, боже!&lt;br /&gt;</w:t>
        <w:br/>
        <w:t>Се – хутко Генуя, там і спочинок,&lt;br /&gt;</w:t>
        <w:br/>
        <w:t>Там буде море, і веселе небо,&lt;br /&gt;</w:t>
        <w:br/>
        <w:t>І давнє місто гордої краси&lt;br /&gt;</w:t>
        <w:br/>
        <w:t>Одважного і вільного народу…&lt;br /&gt;</w:t>
        <w:br/>
        <w:t>…"Он наша Генуя", – панок старенький&lt;br /&gt;</w:t>
        <w:br/>
        <w:t>Показує мені удалину.&lt;br /&gt;</w:t>
        <w:br/>
        <w:t>Дивлюся – і не бачу – мла закрила.&lt;br /&gt;</w:t>
        <w:br/>
        <w:t>"Добродію, чи се тут часто з моря&lt;br /&gt;</w:t>
        <w:br/>
        <w:t>Такий туман встає?" – питаю пана.&lt;br /&gt;</w:t>
        <w:br/>
        <w:t>"Туман? Се не туман, се тільки дим,&lt;br /&gt;</w:t>
        <w:br/>
        <w:t>Се завжди так. Воно й не диво – гляньте!"&lt;br /&gt;</w:t>
        <w:br/>
        <w:t>Я глянула: немов високі щогли&lt;br /&gt;</w:t>
        <w:br/>
        <w:t>У пристані великій, бовваніли&lt;br /&gt;</w:t>
        <w:br/>
        <w:t>Крізь сиву млу тонкії комини.&lt;br /&gt;</w:t>
        <w:br/>
        <w:t>Та скільки! цілий ліс! "Багатство наше&lt;br /&gt;</w:t>
        <w:br/>
        <w:t>Отут росте!" – сказав панок поважно.&lt;br /&gt;</w:t>
        <w:br/>
        <w:t>У фабриках не кришталеві стіни,&lt;br /&gt;</w:t>
        <w:br/>
        <w:t>А з вікон те багатство не світилось,&lt;br /&gt;</w:t>
        <w:br/>
        <w:t>За вікнами щось темне маячіло…</w:t>
      </w:r>
    </w:p>
    <w:p>
      <w:r>
        <w:br/>
        <w:t>Мені згадалось теж приморське місто,&lt;br /&gt;</w:t>
        <w:br/>
        <w:t>Не італьянське, потім друге, третє,&lt;br /&gt;</w:t>
        <w:br/>
        <w:t>Четверте – все над рідними морями –&lt;br /&gt;</w:t>
        <w:br/>
        <w:t>І знову місто, те вже над рікою&lt;br /&gt;</w:t>
        <w:br/>
        <w:t>Великою, гучною від порогів,&lt;br /&gt;</w:t>
        <w:br/>
        <w:t>Мов рейнська круча, де якісь колеса&lt;br /&gt;</w:t>
        <w:br/>
        <w:t>І день, і ніч глушать гук водопаду…&lt;br /&gt;</w:t>
        <w:br/>
        <w:t>А потім села з полем, кучерявим&lt;br /&gt;</w:t>
        <w:br/>
        <w:t>Від бурячиння… а над тим усім&lt;br /&gt;</w:t>
        <w:br/>
        <w:t>Скрізь комини високі непомірно,&lt;br /&gt;</w:t>
        <w:br/>
        <w:t>Мов сосни в горах – тільки що без гілля…</w:t>
      </w:r>
    </w:p>
    <w:p>
      <w:r>
        <w:br/>
        <w:t>Ми в’їхали у передмістя. Чорні,&lt;br /&gt;</w:t>
        <w:br/>
        <w:t>Закурені стояли там будинки,&lt;br /&gt;</w:t>
        <w:br/>
        <w:t>Суворі та непишні. По будинках&lt;br /&gt;</w:t>
        <w:br/>
        <w:t>До вікон хустя прип’ялось, мов злидні,&lt;br /&gt;</w:t>
        <w:br/>
        <w:t>Що їх ні в двері, ні в вікно не випреш,&lt;br /&gt;</w:t>
        <w:br/>
        <w:t>А з вікон визирали, мов привиддя,&lt;br /&gt;</w:t>
        <w:br/>
        <w:t>Якісь бліді, невільницькі обличчя.&lt;br /&gt;</w:t>
        <w:br/>
        <w:t>А над усім той дим, той легкий дим,&lt;br /&gt;</w:t>
        <w:br/>
        <w:t>Що не гризе очей, притьмом не душить,&lt;br /&gt;</w:t>
        <w:br/>
        <w:t>А тільки небо ясне застилає,&lt;br /&gt;</w:t>
        <w:br/>
        <w:t>І краде людям сонечко веселе,&lt;br /&gt;</w:t>
        <w:br/>
        <w:t>П’є кров з лиця, і гасить людський погляд,&lt;br /&gt;</w:t>
        <w:br/>
        <w:t>І барви всі рівняє сивизною.&lt;br /&gt;</w:t>
        <w:br/>
        <w:t>Ніхто його не чув, але завжди,&lt;br /&gt;</w:t>
        <w:br/>
        <w:t>І день, і ніч, і кожную хвилину&lt;br /&gt;</w:t>
        <w:br/>
        <w:t>Безгучно і таємно, та виразно&lt;br /&gt;</w:t>
        <w:br/>
        <w:t>Він промовля: "Я тут, я завжди тут".&lt;br /&gt;</w:t>
        <w:br/>
        <w:t>Той дим проник мені у саме серце,&lt;br /&gt;</w:t>
        <w:br/>
        <w:t>І стиснулось воно, і заніміло,&lt;br /&gt;</w:t>
        <w:br/>
        <w:t>І вже не говорило: чужина.</w:t>
      </w:r>
    </w:p>
    <w:p>
      <w:r>
        <w:br/>
        <w:t>San-Remo, 21.01.1903</w:t>
      </w:r>
    </w:p>
    <w:p>
      <w:r>
        <w:br/>
        <w:t>"УГОРІ ТАК ЯРО СЯЮТЬ ЗОРІ…"</w:t>
      </w:r>
    </w:p>
    <w:p>
      <w:r>
        <w:br/>
        <w:t>Угорі так яро сяють зорі,&lt;br /&gt;</w:t>
        <w:br/>
        <w:t>ні одна не криється за хмари,&lt;br /&gt;</w:t>
        <w:br/>
        <w:t>наче світлом хочуть напоїти&lt;br /&gt;</w:t>
        <w:br/>
        <w:t>небо й море, землю й світ надземний,&lt;br /&gt;</w:t>
        <w:br/>
        <w:t>але небо темне, наче розпач,&lt;br /&gt;</w:t>
        <w:br/>
        <w:t>у хаосі невиразнім море,&lt;br /&gt;</w:t>
        <w:br/>
        <w:t>а земля вся тугою чорніє,&lt;br /&gt;</w:t>
        <w:br/>
        <w:t>таємниця криє світ надземний,&lt;br /&gt;</w:t>
        <w:br/>
        <w:t>невидимі, але гучні крила&lt;br /&gt;</w:t>
        <w:br/>
        <w:t>вихра-велета і б’ються, й плещуть,&lt;br /&gt;</w:t>
        <w:br/>
        <w:t>море плаче, й темрява тремтить…</w:t>
      </w:r>
    </w:p>
    <w:p>
      <w:r>
        <w:br/>
        <w:t>Море плаче голосом великим,&lt;br /&gt;</w:t>
        <w:br/>
        <w:t>дужі хвилі ринуть, і ридають,&lt;br /&gt;</w:t>
        <w:br/>
        <w:t>і здіймаються все вгору, вгору,&lt;br /&gt;</w:t>
        <w:br/>
        <w:t>вище все, аж поки дальнє світло&lt;br /&gt;</w:t>
        <w:br/>
        <w:t>тих зірок голов їх доторкнеться,&lt;br /&gt;</w:t>
        <w:br/>
        <w:t>тільки ледве чиста біль заблисне&lt;br /&gt;</w:t>
        <w:br/>
        <w:t>на потужних головах, як раптом&lt;br /&gt;</w:t>
        <w:br/>
        <w:t>наче темна сила їх підкосить,&lt;br /&gt;</w:t>
        <w:br/>
        <w:t>і поляжуть голови, і люто&lt;br /&gt;</w:t>
        <w:br/>
        <w:t>море кине подолані хвилі&lt;br /&gt;</w:t>
        <w:br/>
        <w:t>в чорну ніч… не видно, тільки чутно,&lt;br /&gt;</w:t>
        <w:br/>
        <w:t>як вони розіб’ються об землю…&lt;br /&gt;</w:t>
        <w:br/>
        <w:t>А за ними вже нова фаланга гомонить&lt;br /&gt;</w:t>
        <w:br/>
        <w:t>і світла досягає… Море плаче,&lt;br /&gt;</w:t>
        <w:br/>
        <w:t>й темрява тремтить…</w:t>
      </w:r>
    </w:p>
    <w:p>
      <w:r>
        <w:br/>
        <w:t>Нащо те великеє змагання?&lt;br /&gt;</w:t>
        <w:br/>
        <w:t>Адже завтра зійде сонце ясне&lt;br /&gt;</w:t>
        <w:br/>
        <w:t>і само освітить гори-хвилі&lt;br /&gt;</w:t>
        <w:br/>
        <w:t>або навіть і найменшу хвильку,&lt;br /&gt;</w:t>
        <w:br/>
        <w:t>і найменшу рисочку біленьку&lt;br /&gt;</w:t>
        <w:br/>
        <w:t>тої піни, що покине буря.&lt;br /&gt;</w:t>
        <w:br/>
        <w:t>І чи буде море вигравати,&lt;br /&gt;</w:t>
        <w:br/>
        <w:t>чи розстелиться безкраїм плесом,&lt;br /&gt;</w:t>
        <w:br/>
        <w:t>повним тиші й любого спокою,&lt;br /&gt;</w:t>
        <w:br/>
        <w:t>сонце дасть йому своє проміння&lt;br /&gt;</w:t>
        <w:br/>
        <w:t>і прихилить неба гойним світлом.&lt;br /&gt;</w:t>
        <w:br/>
        <w:t>Ніч мине, як вже не раз минала, –&lt;br /&gt;</w:t>
        <w:br/>
        <w:t>тож недарма темрява тремтить.</w:t>
      </w:r>
    </w:p>
    <w:p>
      <w:r>
        <w:br/>
        <w:t>Нащо те великеє ридання?&lt;br /&gt;</w:t>
        <w:br/>
        <w:t>Чи то мало в морі хвиль потужних,&lt;br /&gt;</w:t>
        <w:br/>
        <w:t>чи то сі, що полягли тепера,&lt;br /&gt;</w:t>
        <w:br/>
        <w:t>вже найкращі з усього братерства?&lt;br /&gt;</w:t>
        <w:br/>
        <w:t>Адже стільки бачили їх зорі,&lt;br /&gt;</w:t>
        <w:br/>
        <w:t>адже стільки пестило їх сонце,&lt;br /&gt;</w:t>
        <w:br/>
        <w:t>адже стільки розкотив їх вітер.&lt;br /&gt;</w:t>
        <w:br/>
        <w:t>І чому не плакало так море,&lt;br /&gt;</w:t>
        <w:br/>
        <w:t>коли тихі та лагідні хвилі&lt;br /&gt;</w:t>
        <w:br/>
        <w:t>марнували силу й вік недовгий,&lt;br /&gt;</w:t>
        <w:br/>
        <w:t>поливаючи пісок неплідний, –&lt;br /&gt;</w:t>
        <w:br/>
        <w:t>море тільки усміхалось сонцю,&lt;br /&gt;</w:t>
        <w:br/>
        <w:t>і велике світло не тремтіло.&lt;br /&gt;</w:t>
        <w:br/>
        <w:t>А тепер чого так серед ночі&lt;br /&gt;</w:t>
        <w:br/>
        <w:t>море плаче й темрява тремтить?</w:t>
      </w:r>
    </w:p>
    <w:p>
      <w:r>
        <w:br/>
        <w:t>І чого так жалує се море?&lt;br /&gt;</w:t>
        <w:br/>
        <w:t>Чи того, що кращі хвилі будуть,&lt;br /&gt;</w:t>
        <w:br/>
        <w:t>але сі не вернуться ніколи?&lt;br /&gt;</w:t>
        <w:br/>
        <w:t>Чи того, що біль ота пречиста&lt;br /&gt;</w:t>
        <w:br/>
        <w:t>мусить чорній темряві коритись?&lt;br /&gt;</w:t>
        <w:br/>
        <w:t>Чи того, що й завтра день скінчиться,&lt;br /&gt;</w:t>
        <w:br/>
        <w:t>що і завтра ніч настане знову,&lt;br /&gt;</w:t>
        <w:br/>
        <w:t>і подвійно боротьба даремна,&lt;br /&gt;</w:t>
        <w:br/>
        <w:t>і подвійно розпачлива туга?</w:t>
      </w:r>
    </w:p>
    <w:p>
      <w:r>
        <w:br/>
        <w:t>Чи не тим так рвуться вгору хвилі,&lt;br /&gt;</w:t>
        <w:br/>
        <w:t>щоб хоч промінь зоряний вхопити,&lt;br /&gt;</w:t>
        <w:br/>
        <w:t>що не вірять в перемогу сонця?&lt;br /&gt;</w:t>
        <w:br/>
        <w:t>Чи не тим вони отак ридають,&lt;br /&gt;</w:t>
        <w:br/>
        <w:t>що не досить їм розбиту воду&lt;br /&gt;</w:t>
        <w:br/>
        <w:t>в спадок іншим хвилям полишити,&lt;br /&gt;</w:t>
        <w:br/>
        <w:t>але шкода й власної краси?</w:t>
      </w:r>
    </w:p>
    <w:p>
      <w:r>
        <w:br/>
        <w:t>Хоч тремтить ся темрява безмежна,&lt;br /&gt;</w:t>
        <w:br/>
        <w:t>але хто збагне її тремтіння?&lt;br /&gt;</w:t>
        <w:br/>
        <w:t>Чи то жах їй лоно протинає&lt;br /&gt;</w:t>
        <w:br/>
        <w:t>за невічну і недовгу владу?&lt;br /&gt;</w:t>
        <w:br/>
        <w:t>Чи то тільки заздрощі неситі&lt;br /&gt;</w:t>
        <w:br/>
        <w:t>на життя, на рух, на силу моря?&lt;br /&gt;</w:t>
        <w:br/>
        <w:t>Чи то лютість нею б’є запекла&lt;br /&gt;</w:t>
        <w:br/>
        <w:t>на ту біль, на зорі, на проміння?&lt;br /&gt;</w:t>
        <w:br/>
        <w:t>Чи то радість хижа, зловорожа,&lt;br /&gt;</w:t>
        <w:br/>
        <w:t>за свої всі темні перемоги?</w:t>
      </w:r>
    </w:p>
    <w:p>
      <w:r>
        <w:br/>
        <w:t>Так ідуть оці питання марні,&lt;br /&gt;</w:t>
        <w:br/>
        <w:t>як оті сумні, невидні хвилі:&lt;br /&gt;</w:t>
        <w:br/>
        <w:t>блиск непевний дальнього сіяння&lt;br /&gt;</w:t>
        <w:br/>
        <w:t>упаде і зникне, й розіб’ються&lt;br /&gt;</w:t>
        <w:br/>
        <w:t>думи-хвилі в темному просторі…&lt;br /&gt;</w:t>
        <w:br/>
        <w:t>Ніч темніє, і ясніють зорі,&lt;br /&gt;</w:t>
        <w:br/>
        <w:t>море плаче, й темрява тремтить…</w:t>
      </w:r>
    </w:p>
    <w:p>
      <w:r>
        <w:br/>
        <w:t>San-Remo, 24.04.1903</w:t>
      </w:r>
    </w:p>
    <w:p>
      <w:r>
        <w:br/>
        <w:t>БРАНЕЦЬ</w:t>
      </w:r>
    </w:p>
    <w:p>
      <w:r>
        <w:br/>
        <w:t>(Середньовічний мотив)</w:t>
      </w:r>
    </w:p>
    <w:p>
      <w:r>
        <w:br/>
        <w:t>На країну Італьянську&lt;br /&gt;</w:t>
        <w:br/>
        <w:t>сильне військо наступило, –&lt;br /&gt;</w:t>
        <w:br/>
        <w:t>за французькими полками&lt;br /&gt;</w:t>
        <w:br/>
        <w:t>з різних сторін кондотьєри.</w:t>
      </w:r>
    </w:p>
    <w:p>
      <w:r>
        <w:br/>
        <w:t>Всі злетілись, наче галич,&lt;br /&gt;</w:t>
        <w:br/>
        <w:t>наче теє хиже птаство&lt;br /&gt;</w:t>
        <w:br/>
        <w:t>на порубаного трупа,&lt;br /&gt;</w:t>
        <w:br/>
        <w:t>щоб розшарпати до краю.</w:t>
      </w:r>
    </w:p>
    <w:p>
      <w:r>
        <w:br/>
        <w:t>Де не зможе збройна сила,&lt;br /&gt;</w:t>
        <w:br/>
        <w:t>там доступить зрада потай&lt;br /&gt;</w:t>
        <w:br/>
        <w:t>і вужем тонким пролізе&lt;br /&gt;</w:t>
        <w:br/>
        <w:t>від меча й вогню зручніше.</w:t>
      </w:r>
    </w:p>
    <w:p>
      <w:r>
        <w:br/>
        <w:t>А чого не може й зрада,&lt;br /&gt;</w:t>
        <w:br/>
        <w:t>лютий розбрат доконає;&lt;br /&gt;</w:t>
        <w:br/>
        <w:t>що зосталось від чужинців,&lt;br /&gt;</w:t>
        <w:br/>
        <w:t>те свої брати сплюндрують.</w:t>
      </w:r>
    </w:p>
    <w:p>
      <w:r>
        <w:br/>
        <w:t>Горе тим, що йдуть одважно&lt;br /&gt;</w:t>
        <w:br/>
        <w:t>у нерівний бій на згубу,&lt;br /&gt;</w:t>
        <w:br/>
        <w:t>гірше тим, що від отрути&lt;br /&gt;</w:t>
        <w:br/>
        <w:t>на безслав’ї погибають.</w:t>
      </w:r>
    </w:p>
    <w:p>
      <w:r>
        <w:br/>
        <w:t>А найгірше тим, що марне&lt;br /&gt;</w:t>
        <w:br/>
        <w:t>світом нудять у полоні,&lt;br /&gt;</w:t>
        <w:br/>
        <w:t>як отой бездольний лицар&lt;br /&gt;</w:t>
        <w:br/>
        <w:t>Габріель ді Кастельнеро.</w:t>
      </w:r>
    </w:p>
    <w:p>
      <w:r>
        <w:br/>
        <w:t>Сам Баяр, найкращий лицар,&lt;br /&gt;</w:t>
        <w:br/>
        <w:t>взяв його в полон у полі,&lt;br /&gt;</w:t>
        <w:br/>
        <w:t>і тепер сидить він бранцем&lt;br /&gt;</w:t>
        <w:br/>
        <w:t>у французькім таборищі.</w:t>
      </w:r>
    </w:p>
    <w:p>
      <w:r>
        <w:br/>
        <w:t>Не закутий у кайдани&lt;br /&gt;</w:t>
        <w:br/>
        <w:t>і не замкнений на вежі,&lt;br /&gt;</w:t>
        <w:br/>
        <w:t>без сторожі пробуває&lt;br /&gt;</w:t>
        <w:br/>
        <w:t>у Баяровім наметі.</w:t>
      </w:r>
    </w:p>
    <w:p>
      <w:r>
        <w:br/>
        <w:t>Здався вів на слово честі,&lt;br /&gt;</w:t>
        <w:br/>
        <w:t>у нерівнім бою впавши,&lt;br /&gt;</w:t>
        <w:br/>
        <w:t>а Баяр, цнотливий лицар,&lt;br /&gt;</w:t>
        <w:br/>
        <w:t>вірить лицарському слову:</w:t>
      </w:r>
    </w:p>
    <w:p>
      <w:r>
        <w:br/>
        <w:t>дав злотисту шаблю бранцю,&lt;br /&gt;</w:t>
        <w:br/>
        <w:t>і конят, і свого джуру&lt;br /&gt;</w:t>
        <w:br/>
        <w:t>і просив усе лицарство&lt;br /&gt;</w:t>
        <w:br/>
        <w:t>мати гостем італьянця.</w:t>
      </w:r>
    </w:p>
    <w:p>
      <w:r>
        <w:br/>
        <w:t>І "гостює" по неволі&lt;br /&gt;</w:t>
        <w:br/>
        <w:t>Габріель ді Кастельнеро,&lt;br /&gt;</w:t>
        <w:br/>
        <w:t>жде, як бога, того часу,&lt;br /&gt;</w:t>
        <w:br/>
        <w:t>що підуть на розмін бранці.</w:t>
      </w:r>
    </w:p>
    <w:p>
      <w:r>
        <w:br/>
        <w:t>Сумно дивиться з намету&lt;br /&gt;</w:t>
        <w:br/>
        <w:t>на околицю препишну:&lt;br /&gt;</w:t>
        <w:br/>
        <w:t>край веселий Італьянський&lt;br /&gt;</w:t>
        <w:br/>
        <w:t>і в біді красою сяє.</w:t>
      </w:r>
    </w:p>
    <w:p>
      <w:r>
        <w:br/>
        <w:t>В темнім листі померанці&lt;br /&gt;</w:t>
        <w:br/>
        <w:t>світять золотом червоним,&lt;br /&gt;</w:t>
        <w:br/>
        <w:t>а оливи кучеряві&lt;br /&gt;</w:t>
        <w:br/>
        <w:t>сріблом криють всі левади,</w:t>
      </w:r>
    </w:p>
    <w:p>
      <w:r>
        <w:br/>
        <w:t>гори наче линуть в небо&lt;br /&gt;</w:t>
        <w:br/>
        <w:t>чистим, легким візерунком –&lt;br /&gt;</w:t>
        <w:br/>
        <w:t>але що то там біліє&lt;br /&gt;</w:t>
        <w:br/>
        <w:t>по узгір’ю темно-синім?</w:t>
      </w:r>
    </w:p>
    <w:p>
      <w:r>
        <w:br/>
        <w:t>Чи сніги то залягають?&lt;br /&gt;</w:t>
        <w:br/>
        <w:t>Чи то хмари притаїлись?&lt;br /&gt;</w:t>
        <w:br/>
        <w:t>Чи цвітуть каштани в гаю?&lt;br /&gt;</w:t>
        <w:br/>
        <w:t>Чи потоки грають шумом?</w:t>
      </w:r>
    </w:p>
    <w:p>
      <w:r>
        <w:br/>
        <w:t>Не сніги то, і не хмари,&lt;br /&gt;</w:t>
        <w:br/>
        <w:t>і не цвіт, і не потоки –&lt;br /&gt;</w:t>
        <w:br/>
        <w:t>ох! то куряться димове!&lt;br /&gt;</w:t>
        <w:br/>
        <w:t>то французи палять села…</w:t>
      </w:r>
    </w:p>
    <w:p>
      <w:r>
        <w:br/>
        <w:t>Габрієль ді Кастельнеро&lt;br /&gt;</w:t>
        <w:br/>
        <w:t>стиснув шабельку злотисту;&lt;br /&gt;</w:t>
        <w:br/>
        <w:t>"Гей, коня!" – гукнув на джуру,&lt;br /&gt;</w:t>
        <w:br/>
        <w:t>– До послуги, ясний пане!</w:t>
      </w:r>
    </w:p>
    <w:p>
      <w:r>
        <w:br/>
        <w:t>Як почув слова французькі&lt;br /&gt;</w:t>
        <w:br/>
        <w:t>бідний лицар італьянський,&lt;br /&gt;</w:t>
        <w:br/>
        <w:t>шаблю випустив і тихо:&lt;br /&gt;</w:t>
        <w:br/>
        <w:t>"Ні, не треба" – мовив джурі.</w:t>
      </w:r>
    </w:p>
    <w:p>
      <w:r>
        <w:br/>
        <w:t>І закрив рукою очі –&lt;br /&gt;</w:t>
        <w:br/>
        <w:t>темно стало їм і чорно,&lt;br /&gt;</w:t>
        <w:br/>
        <w:t>наче в’язням безталанним&lt;br /&gt;</w:t>
        <w:br/>
        <w:t>у "колодязях" венецьких.</w:t>
      </w:r>
    </w:p>
    <w:p>
      <w:r>
        <w:br/>
        <w:t>Габріель ді Кастельнеро&lt;br /&gt;</w:t>
        <w:br/>
        <w:t>заздрив тим безщасним бранцям,&lt;br /&gt;</w:t>
        <w:br/>
        <w:t>що Венеція держала&lt;br /&gt;</w:t>
        <w:br/>
        <w:t>у своїх страшних темницях.</w:t>
      </w:r>
    </w:p>
    <w:p>
      <w:r>
        <w:br/>
        <w:t>Бо невільники не мали&lt;br /&gt;</w:t>
        <w:br/>
        <w:t>ані зброї, ані джури,&lt;br /&gt;</w:t>
        <w:br/>
        <w:t>ні лицарських обов’язків,&lt;br /&gt;</w:t>
        <w:br/>
        <w:t>тільки мури та кайдани.</w:t>
      </w:r>
    </w:p>
    <w:p>
      <w:r>
        <w:br/>
        <w:t>[San-Remo, 1903]</w:t>
      </w:r>
    </w:p>
    <w:p>
      <w:r>
        <w:br/>
        <w:t>"БУЛО СЕ ЗА ЧАСІВ СВЯТОЇ ГЕРМАНДАДИ…"</w:t>
      </w:r>
    </w:p>
    <w:p>
      <w:r>
        <w:br/>
        <w:t>Було се за часів святої Германдади:&lt;br /&gt;</w:t>
        <w:br/>
        <w:t>кати-ченці взяли єретика&lt;br /&gt;</w:t>
        <w:br/>
        <w:t>і повели його до Торквемади&lt;br /&gt;</w:t>
        <w:br/>
        <w:t>на інквізицію. І чутка є така:</w:t>
      </w:r>
    </w:p>
    <w:p>
      <w:r>
        <w:br/>
        <w:t>Спочатку мученик мовчав, і тільки сльози&lt;br /&gt;</w:t>
        <w:br/>
        <w:t>текли по непорушному лиці,&lt;br /&gt;</w:t>
        <w:br/>
        <w:t>мовчав на допити, мовчав на всі погрози,&lt;br /&gt;</w:t>
        <w:br/>
        <w:t>раз застогнав – і мук ще додали ченці.</w:t>
      </w:r>
    </w:p>
    <w:p>
      <w:r>
        <w:br/>
        <w:t>Раз крикнув. "Є на каяття надія, –&lt;br /&gt;</w:t>
        <w:br/>
        <w:t>сказав великий серцевідець-кат: –&lt;br /&gt;</w:t>
        <w:br/>
        <w:t>Залізом і вогнем ми виженемо змія&lt;br /&gt;</w:t>
        <w:br/>
        <w:t>з його душі – і вигоїться брат!</w:t>
      </w:r>
    </w:p>
    <w:p>
      <w:r>
        <w:br/>
        <w:t>Завдайте ще йому!" І завдали тортури&lt;br /&gt;</w:t>
        <w:br/>
        <w:t>несвітської, нема на неї слів,&lt;br /&gt;</w:t>
        <w:br/>
        <w:t>здавалося, впадуть від жаху мури,&lt;br /&gt;</w:t>
        <w:br/>
        <w:t>моливсь один з ченців, щоб єретик зомлів.</w:t>
      </w:r>
    </w:p>
    <w:p>
      <w:r>
        <w:br/>
        <w:t>Він не зомлів. І сталось дивне диво:&lt;br /&gt;</w:t>
        <w:br/>
        <w:t>всміхнулися поблідлії уста,&lt;br /&gt;</w:t>
        <w:br/>
        <w:t>погаслі очі спломеніли живо,&lt;br /&gt;</w:t>
        <w:br/>
        <w:t>і мовив мученик: "Ченці, ради Христа,</w:t>
      </w:r>
    </w:p>
    <w:p>
      <w:r>
        <w:br/>
        <w:t>Давайте ще вогню! Вогонь моя відрада.&lt;br /&gt;</w:t>
        <w:br/>
        <w:t>О, дайте ще, благаю вас, кати!"&lt;br /&gt;</w:t>
        <w:br/>
        <w:t>"Спаліть його зовсім, – дав вирок Торквемада, –&lt;br /&gt;</w:t>
        <w:br/>
        <w:t>Надії вже нема. Перемогли чорти!"</w:t>
      </w:r>
    </w:p>
    <w:p>
      <w:r>
        <w:br/>
        <w:t>"Я ЗНАЛА ТЕ…"</w:t>
      </w:r>
    </w:p>
    <w:p>
      <w:r>
        <w:br/>
        <w:t>Я знала те, що будуть сльози, мука,&lt;br /&gt;</w:t>
        <w:br/>
        <w:t>багато праці марної, дрібної,&lt;br /&gt;</w:t>
        <w:br/>
        <w:t>невидної і часто, дуже часто&lt;br /&gt;</w:t>
        <w:br/>
        <w:t>даремне вжитої. Не тільки надгороди&lt;br /&gt;</w:t>
        <w:br/>
        <w:t>за все те я не жду, а ледве-ледве&lt;br /&gt;</w:t>
        <w:br/>
        <w:t>від власного картання захищаюсь&lt;br /&gt;</w:t>
        <w:br/>
        <w:t>і ледве стримую докори свого серця&lt;br /&gt;</w:t>
        <w:br/>
        <w:t>за те, що завинила без вини.&lt;br /&gt;</w:t>
        <w:br/>
        <w:t>Коли часами в сутіні щоденній&lt;br /&gt;</w:t>
        <w:br/>
        <w:t>яскрава квітка щастя процвіте,&lt;br /&gt;</w:t>
        <w:br/>
        <w:t>її приймаю не як надгороду, –&lt;br /&gt;</w:t>
        <w:br/>
        <w:t>як дар, як диво, як нежданий рай,&lt;br /&gt;</w:t>
        <w:br/>
        <w:t>відкритий на хвилину з ласки неба,&lt;br /&gt;</w:t>
        <w:br/>
        <w:t>як легендарний з папороті цвіт.&lt;br /&gt;</w:t>
        <w:br/>
        <w:t>А потім, коли знов наплине сутінь,&lt;br /&gt;</w:t>
        <w:br/>
        <w:t>я думаю: я знала се, я знала,&lt;br /&gt;</w:t>
        <w:br/>
        <w:t>мовчи, душе, спини свій стогін, серце,&lt;br /&gt;</w:t>
        <w:br/>
        <w:t>так мусить бути…</w:t>
      </w:r>
    </w:p>
    <w:p>
      <w:r>
        <w:br/>
        <w:t>Може, хутко прийде&lt;br /&gt;</w:t>
        <w:br/>
        <w:t>година та, коли в сльозах побачу,&lt;br /&gt;</w:t>
        <w:br/>
        <w:t>що я навік зів’яла, помарніла,&lt;br /&gt;</w:t>
        <w:br/>
        <w:t>і квітка щастя раз назавжди зникла,&lt;br /&gt;</w:t>
        <w:br/>
        <w:t>як легендарний з папороті цвіт.&lt;br /&gt;</w:t>
        <w:br/>
        <w:t>Заплачу я кривавими сльозами, –&lt;br /&gt;</w:t>
        <w:br/>
        <w:t>так, певне, плакали вигнанці з раю, –&lt;br /&gt;</w:t>
        <w:br/>
        <w:t>але й тоді скажу: я знала се, я знала,&lt;br /&gt;</w:t>
        <w:br/>
        <w:t>мовчи, душе, спини свій стогін, серце,&lt;br /&gt;</w:t>
        <w:br/>
        <w:t>так мусить бути…</w:t>
      </w:r>
    </w:p>
    <w:p>
      <w:r>
        <w:br/>
        <w:t>Хоч би вже не сутінь,&lt;br /&gt;</w:t>
        <w:br/>
        <w:t>а тьма сувора залягла кругом,&lt;br /&gt;</w:t>
        <w:br/>
        <w:t>я ще не здамся, буду прислухатись,&lt;br /&gt;</w:t>
        <w:br/>
        <w:t>чи не заглух в душі мій давній грім,&lt;br /&gt;</w:t>
        <w:br/>
        <w:t>тривожно думкою загляну в саме серце,&lt;br /&gt;</w:t>
        <w:br/>
        <w:t>чи в ньому ще спалахують часами&lt;br /&gt;</w:t>
        <w:br/>
        <w:t>колишні блискавиці, – а як ні,&lt;br /&gt;</w:t>
        <w:br/>
        <w:t>якщо мене зима пройме до серця,&lt;br /&gt;</w:t>
        <w:br/>
        <w:t>мою весну таємну переможе,&lt;br /&gt;</w:t>
        <w:br/>
        <w:t>мої дивниці-квіти поморозить,&lt;br /&gt;</w:t>
        <w:br/>
        <w:t>то я скажу: ні, я сього не ждала!&lt;br /&gt;</w:t>
        <w:br/>
        <w:t>Умри, душе, розбийсь, холодне серце,&lt;br /&gt;</w:t>
        <w:br/>
        <w:t>так жить не варт!</w:t>
      </w:r>
    </w:p>
    <w:p>
      <w:r>
        <w:br/>
        <w:t>Тифліс, 3.02.1904</w:t>
      </w:r>
    </w:p>
    <w:p>
      <w:r>
        <w:br/>
        <w:t>ДОЧКА ІЄФАЯ</w:t>
      </w:r>
    </w:p>
    <w:p>
      <w:r>
        <w:br/>
        <w:t>Пусти мене, мій батеньку, на гори,&lt;br /&gt;</w:t>
        <w:br/>
        <w:t>Де ряст весняний золотом жаріє,&lt;br /&gt;</w:t>
        <w:br/>
        <w:t>Де вітер цвіт в мигдалів обсипає, –&lt;br /&gt;</w:t>
        <w:br/>
        <w:t>Хай він мене дощем рожевим скропить,&lt;br /&gt;</w:t>
        <w:br/>
        <w:t>Оплаче цвітом молодість мою.</w:t>
      </w:r>
    </w:p>
    <w:p>
      <w:r>
        <w:br/>
        <w:t>Там, кажуть, з гір усю країну видко, –&lt;br /&gt;</w:t>
        <w:br/>
        <w:t>Нехай востаннє я побачу більше,&lt;br /&gt;</w:t>
        <w:br/>
        <w:t>Ніж бачила за все життя коротке,&lt;br /&gt;</w:t>
        <w:br/>
        <w:t>Хай стану ближче до ясного сонця,&lt;br /&gt;</w:t>
        <w:br/>
        <w:t>Скажу йому: веселеє, прощай!</w:t>
      </w:r>
    </w:p>
    <w:p>
      <w:r>
        <w:br/>
        <w:t>Пусти мене, мій батеньку, на гори!&lt;br /&gt;</w:t>
        <w:br/>
        <w:t>Зберу всіх подруг, всіх моїх коханих,&lt;br /&gt;</w:t>
        <w:br/>
        <w:t>Я ще ніколи так їх не любила,&lt;br /&gt;</w:t>
        <w:br/>
        <w:t>Як от тепер востаннє, перед смертю.&lt;br /&gt;</w:t>
        <w:br/>
        <w:t>Ми не слізьми заплачемо, – піснями&lt;br /&gt;</w:t>
        <w:br/>
        <w:t>Веселе дівування пом’янем.</w:t>
      </w:r>
    </w:p>
    <w:p>
      <w:r>
        <w:br/>
        <w:t>Я золотим квіткам віддам всі мрії,&lt;br /&gt;</w:t>
        <w:br/>
        <w:t>А вітрові свою дівочу волю,&lt;br /&gt;</w:t>
        <w:br/>
        <w:t>Мов пелюстки, осиплються бажання,&lt;br /&gt;</w:t>
        <w:br/>
        <w:t>У світ пущу з піснями всі думки.</w:t>
      </w:r>
    </w:p>
    <w:p>
      <w:r>
        <w:br/>
        <w:t>Хай я сама сирій землі належу, –&lt;br /&gt;</w:t>
        <w:br/>
        <w:t>Віддай мене тому, кому обрік, –&lt;br /&gt;</w:t>
        <w:br/>
        <w:t>А те, що я на горах заспіваю,&lt;br /&gt;</w:t>
        <w:br/>
        <w:t>Належить сонцю, вітрові й весні;&lt;br /&gt;</w:t>
        <w:br/>
        <w:t>Кров кане в землю, а воно полине…</w:t>
      </w:r>
    </w:p>
    <w:p>
      <w:r>
        <w:br/>
        <w:t>Пусти мене, мій батеньку, на гори!&lt;br /&gt;</w:t>
        <w:br/>
        <w:t>Не бійся ти, що з гір я не вернуся,&lt;br /&gt;</w:t>
        <w:br/>
        <w:t>Що вже несила буде покидати&lt;br /&gt;</w:t>
        <w:br/>
        <w:t>Хорошого весняного життя.</w:t>
      </w:r>
    </w:p>
    <w:p>
      <w:r>
        <w:br/>
        <w:t>Ні! з гір прийду мовчазна і покірна,&lt;br /&gt;</w:t>
        <w:br/>
        <w:t>Схилюсь, мов квітка, на жертовний камінь,&lt;br /&gt;</w:t>
        <w:br/>
        <w:t>Бо знатиму: хоч би сто літ жила,&lt;br /&gt;</w:t>
        <w:br/>
        <w:t>Такої пісні вже б не заспівала,&lt;br /&gt;</w:t>
        <w:br/>
        <w:t>Життя такого більше не зазнала б,&lt;br /&gt;</w:t>
        <w:br/>
        <w:t>Як в час прощання на горі високій.&lt;br /&gt;</w:t>
        <w:br/>
        <w:t>Даруй мені, мій батеньку, той час!</w:t>
      </w:r>
    </w:p>
    <w:p>
      <w:r>
        <w:br/>
        <w:t>Пусти мене, мій батеньку, на гори,&lt;br /&gt;</w:t>
        <w:br/>
        <w:t>Коли ти хочеш, щоб твоя дитина&lt;br /&gt;</w:t>
        <w:br/>
        <w:t>Одважно йшла на передчасну страту,&lt;br /&gt;</w:t>
        <w:br/>
        <w:t>Очей в сльозах до гір не обертала&lt;br /&gt;</w:t>
        <w:br/>
        <w:t>І з сонцем не прощалася риданням,&lt;br /&gt;</w:t>
        <w:br/>
        <w:t>Тебе, людей і бога не кляла !</w:t>
      </w:r>
    </w:p>
    <w:p>
      <w:r>
        <w:br/>
        <w:t>[4.02.1904. Тифліс]</w:t>
      </w:r>
    </w:p>
    <w:p>
      <w:r>
        <w:br/>
        <w:t>СПОГАД З ЄВПАТОРІЇ</w:t>
      </w:r>
    </w:p>
    <w:p>
      <w:r>
        <w:br/>
        <w:t>Море стелиться чорним, важким оксамитом,&lt;br /&gt;</w:t>
        <w:br/>
        <w:t>небо чорне і хмарне тяжіє вгорі,&lt;br /&gt;</w:t>
        <w:br/>
        <w:t>тільки де-не-де, мов передсмертним останнім привітом,&lt;br /&gt;</w:t>
        <w:br/>
        <w:t>промовляє зоря до зорі.</w:t>
      </w:r>
    </w:p>
    <w:p>
      <w:r>
        <w:br/>
        <w:t>Невидимками крадуться чорні ворожії хвилі,&lt;br /&gt;</w:t>
        <w:br/>
        <w:t>тихо, тихо, мов хитрих злочинців гурти,&lt;br /&gt;</w:t>
        <w:br/>
        <w:t>і причаїли гомін, і скрили всі гребені білі,&lt;br /&gt;</w:t>
        <w:br/>
        <w:t>ледве дишуть… підкрались і вдарили зразу в борти,</w:t>
      </w:r>
    </w:p>
    <w:p>
      <w:r>
        <w:br/>
        <w:t>потрясли корабель наш і з реготом геть відкотились…&lt;br /&gt;</w:t>
        <w:br/>
        <w:t>Знову тиша і знов темна сила таємно чига…&lt;br /&gt;</w:t>
        <w:br/>
        <w:t>Від вогнів вартових дві дороги на морі зустрілись:&lt;br /&gt;</w:t>
        <w:br/>
        <w:t>смуга мертво-зелена й криваво-червона стяга.</w:t>
      </w:r>
    </w:p>
    <w:p>
      <w:r>
        <w:br/>
        <w:t>Ледве мріє, мов привид, далекеє соннеє місто,&lt;br /&gt;</w:t>
        <w:br/>
        <w:t>ні вогнів, ані гуків музики до моря не шле.&lt;br /&gt;</w:t>
        <w:br/>
        <w:t>Тихо так, наче вимерло в світі навколо все чисто,&lt;br /&gt;</w:t>
        <w:br/>
        <w:t>тільки море зосталось, а в ньому щось чорне і зле.</w:t>
      </w:r>
    </w:p>
    <w:p>
      <w:r>
        <w:br/>
        <w:t>Чи се ж та "країна світла&lt;br /&gt;</w:t>
        <w:br/>
        <w:t>і прозорої блакиті",&lt;br /&gt;</w:t>
        <w:br/>
        <w:t>де колись я забувала,&lt;br /&gt;</w:t>
        <w:br/>
        <w:t>що десь є негода в світі?</w:t>
      </w:r>
    </w:p>
    <w:p>
      <w:r>
        <w:br/>
        <w:t>Світло зникло, небо змеркло,&lt;br /&gt;</w:t>
        <w:br/>
        <w:t>і блакить укрили хмари,&lt;br /&gt;</w:t>
        <w:br/>
        <w:t>від минулого зостались&lt;br /&gt;</w:t>
        <w:br/>
        <w:t>невиразні, смутні мари.</w:t>
      </w:r>
    </w:p>
    <w:p>
      <w:r>
        <w:br/>
        <w:t>Де ж ти, наша люба Stella Maris ясна?&lt;br /&gt;</w:t>
        <w:br/>
        <w:t>Ти колись нам слала&lt;br /&gt;</w:t>
        <w:br/>
        <w:t>доріженьку світла, вабила нас красна,&lt;br /&gt;</w:t>
        <w:br/>
        <w:t>долю віщувала.</w:t>
      </w:r>
    </w:p>
    <w:p>
      <w:r>
        <w:br/>
        <w:t>Де той білий човник, що по тій дорозі&lt;br /&gt;</w:t>
        <w:br/>
        <w:t>з нами плив "на чисте"?&lt;br /&gt;</w:t>
        <w:br/>
        <w:t>Де те все поділось, що тоді нам мрілось, –&lt;br /&gt;</w:t>
        <w:br/>
        <w:t>ясне, урочисте?</w:t>
      </w:r>
    </w:p>
    <w:p>
      <w:r>
        <w:br/>
        <w:t>Білий човник, може, десь тут на причалі&lt;br /&gt;</w:t>
        <w:br/>
        <w:t>тихо спочиває,&lt;br /&gt;</w:t>
        <w:br/>
        <w:t>Stella Maris, може, завтра без печалі&lt;br /&gt;</w:t>
        <w:br/>
        <w:t>цілий світ осяє,&lt;br /&gt;</w:t>
        <w:br/>
        <w:t>тільки те, що мрілось, не питай, де ділось,&lt;br /&gt;</w:t>
        <w:br/>
        <w:t>не питай… немає…</w:t>
      </w:r>
    </w:p>
    <w:p>
      <w:r>
        <w:br/>
        <w:t>А тоді: "Нас було тільки двоє,&lt;br /&gt;</w:t>
        <w:br/>
        <w:t>хвилі скрізь коло нас коливались,&lt;br /&gt;</w:t>
        <w:br/>
        <w:t>і такі ми самотні обоє&lt;br /&gt;</w:t>
        <w:br/>
        <w:t>серед того простору здавались.&lt;br /&gt;</w:t>
        <w:br/>
        <w:t>Я дивилась на тебе, мій брате,&lt;br /&gt;</w:t>
        <w:br/>
        <w:t>що гадала, не вимовлю зроду,&lt;br /&gt;</w:t>
        <w:br/>
        <w:t>чим було тоді серце багате,&lt;br /&gt;</w:t>
        <w:br/>
        <w:t>поховала я в тихую воду".</w:t>
      </w:r>
    </w:p>
    <w:p>
      <w:r>
        <w:br/>
        <w:t>Я дивлюсь на сю чорну безодню.&lt;br /&gt;</w:t>
        <w:br/>
        <w:t>Де то спить моя думонька, де?&lt;br /&gt;</w:t>
        <w:br/>
        <w:t>Де б не спала, навіки пропала,&lt;br /&gt;</w:t>
        <w:br/>
        <w:t>так, як любе життя молоде!..</w:t>
      </w:r>
    </w:p>
    <w:p>
      <w:r>
        <w:br/>
        <w:t>27.07.1904</w:t>
      </w:r>
    </w:p>
    <w:p>
      <w:r>
        <w:br/>
        <w:t>"МОЇ ЛЮБІ, ДО МЕНЕ ХОДІТЬ!"</w:t>
      </w:r>
    </w:p>
    <w:p>
      <w:r>
        <w:br/>
        <w:t>Мої любі, до мене ходіть! я сама.&lt;br /&gt;</w:t>
        <w:br/>
        <w:t>Поговоримо думами тихо.&lt;br /&gt;</w:t>
        <w:br/>
        <w:t>Межи мною і вами нікого нема –&lt;br /&gt;</w:t>
        <w:br/>
        <w:t>не розлучить ні щастя, ні лихо.&lt;br /&gt;</w:t>
        <w:br/>
        <w:t>Я спокійна, не бійтесь, слізьми не заллю&lt;br /&gt;</w:t>
        <w:br/>
        <w:t>ваші образи любі та милі,&lt;br /&gt;</w:t>
        <w:br/>
        <w:t>ви живі, бо я живо тепер вас люблю,&lt;br /&gt;</w:t>
        <w:br/>
        <w:t>ви для мене тепер не в могилі.&lt;br /&gt;</w:t>
        <w:br/>
        <w:t>Знаю добре – вже виросли квіти й трава&lt;br /&gt;</w:t>
        <w:br/>
        <w:t>на могилах, що стали над вами,&lt;br /&gt;</w:t>
        <w:br/>
        <w:t>але там тільки смуток і жах спочива,&lt;br /&gt;</w:t>
        <w:br/>
        <w:t>вас нема там, ви й досі між нами.&lt;br /&gt;</w:t>
        <w:br/>
        <w:t>Тільки смутно вам жити: зітханням, слізьми&lt;br /&gt;</w:t>
        <w:br/>
        <w:t>рідну тінь рідні люди вітають,&lt;br /&gt;</w:t>
        <w:br/>
        <w:t>ви – непрошені гості між тими людьми,&lt;br /&gt;</w:t>
        <w:br/>
        <w:t>що найбільше з усіх вас кохають.&lt;br /&gt;</w:t>
        <w:br/>
        <w:t>Ваше ймення в вигнанні, під карою сліз&lt;br /&gt;</w:t>
        <w:br/>
        <w:t>заборонено спогад про нього,&lt;br /&gt;</w:t>
        <w:br/>
        <w:t>образ ваш, мов упир, що з могили приліз,&lt;br /&gt;</w:t>
        <w:br/>
        <w:t>кров зганяє з обличчя рідного.&lt;br /&gt;</w:t>
        <w:br/>
        <w:t>Як осиковим кіллям отих упирів,&lt;br /&gt;</w:t>
        <w:br/>
        <w:t>так хотять забуттям вас прибити,&lt;br /&gt;</w:t>
        <w:br/>
        <w:t>обсіваються маком дрібниць, марних слів,&lt;br /&gt;</w:t>
        <w:br/>
        <w:t>аби ви не могли доступити.&lt;br /&gt;</w:t>
        <w:br/>
        <w:t>Як прибитий упир, ваша вражена тінь&lt;br /&gt;</w:t>
        <w:br/>
        <w:t>блідне, блідне, і смерть її криє,&lt;br /&gt;</w:t>
        <w:br/>
        <w:t>між живими і вами росте просторінь, –&lt;br /&gt;</w:t>
        <w:br/>
        <w:t>рідне серце могилу вам риє…</w:t>
      </w:r>
    </w:p>
    <w:p>
      <w:r>
        <w:br/>
        <w:t>Не дивіться докірливо, любі мої,&lt;br /&gt;</w:t>
        <w:br/>
        <w:t>я не винна в сьому перед вами,&lt;br /&gt;</w:t>
        <w:br/>
        <w:t>вам давала я думи і мрії свої&lt;br /&gt;</w:t>
        <w:br/>
        <w:t>в час, як бавила інших словами.&lt;br /&gt;</w:t>
        <w:br/>
        <w:t>Не спиняла я сліз, хоч потоком лились,&lt;br /&gt;</w:t>
        <w:br/>
        <w:t>поки порох не змила могильний&lt;br /&gt;</w:t>
        <w:br/>
        <w:t>з ваших образів чистих, і знов, як колись,&lt;br /&gt;</w:t>
        <w:br/>
        <w:t>тривок з вами живий став і сильний.&lt;br /&gt;</w:t>
        <w:br/>
        <w:t>Кров з лиця, блиск очей я давала для вас&lt;br /&gt;</w:t>
        <w:br/>
        <w:t>без жалю, не боронячись, вільно,&lt;br /&gt;</w:t>
        <w:br/>
        <w:t>аж наблизивсь для всіх нас відродження час,&lt;br /&gt;</w:t>
        <w:br/>
        <w:t>і життя знов поплинуло спільно,&lt;br /&gt;</w:t>
        <w:br/>
        <w:t>Хоч дрібниці, клопоти і злидні життя&lt;br /&gt;</w:t>
        <w:br/>
        <w:t>нас надовго, бува, розлучають –&lt;br /&gt;</w:t>
        <w:br/>
        <w:t>так і перше було – в тім нема забуття, –&lt;br /&gt;</w:t>
        <w:br/>
        <w:t>рідні рідну таки зустрічають.&lt;br /&gt;</w:t>
        <w:br/>
        <w:t>Зустрічають зненацька на тих стежечках,&lt;br /&gt;</w:t>
        <w:br/>
        <w:t>де ми вкупі, бувало, ходили,&lt;br /&gt;</w:t>
        <w:br/>
        <w:t>в пісні голос озветься і слово в думках,&lt;br /&gt;</w:t>
        <w:br/>
        <w:t>все живе – і зникають могили.&lt;br /&gt;</w:t>
        <w:br/>
        <w:t>Жах і смерть, все, що прикре й нечисте, зника,&lt;br /&gt;</w:t>
        <w:br/>
        <w:t>і ніщо не стоїть межи нами…&lt;br /&gt;</w:t>
        <w:br/>
        <w:t>От і знову настала хвилина така,&lt;br /&gt;</w:t>
        <w:br/>
        <w:t>я сама, мої любі, – я з вами!</w:t>
      </w:r>
    </w:p>
    <w:p>
      <w:r>
        <w:br/>
        <w:t>І немає вже сліз в тій жаданій порі,&lt;br /&gt;</w:t>
        <w:br/>
        <w:t>коли ми стоїмо на розмові, –&lt;br /&gt;</w:t>
        <w:br/>
        <w:t>ви ж для мене не мертві, страшні упирі,&lt;br /&gt;</w:t>
        <w:br/>
        <w:t>ви – створіння живої любові.</w:t>
      </w:r>
    </w:p>
    <w:p>
      <w:r>
        <w:br/>
        <w:t>14.08.1904</w:t>
      </w:r>
    </w:p>
    <w:p>
      <w:r>
        <w:br/>
        <w:t>"ЛЮДИ БОЯТЬСЯ ВНОЧІ КЛАДОВИЩА…"</w:t>
      </w:r>
    </w:p>
    <w:p>
      <w:r>
        <w:br/>
        <w:t>Люди бояться вночі кладовища,&lt;br /&gt;</w:t>
        <w:br/>
        <w:t>жаских казок і непевних примар,&lt;br /&gt;</w:t>
        <w:br/>
        <w:t>страшно і вдень їм сумних катафалків,&lt;br /&gt;</w:t>
        <w:br/>
        <w:t>чорної ризи, і ладану, й мар.</w:t>
      </w:r>
    </w:p>
    <w:p>
      <w:r>
        <w:br/>
        <w:t>Я не боюся того, тільки смутно&lt;br /&gt;</w:t>
        <w:br/>
        <w:t>поглядом поїзд сумний проведу;&lt;br /&gt;</w:t>
        <w:br/>
        <w:t>любії тіні мене проводжають&lt;br /&gt;</w:t>
        <w:br/>
        <w:t>в час, коли я з кладовища іду…</w:t>
      </w:r>
    </w:p>
    <w:p>
      <w:r>
        <w:br/>
        <w:t>Спогад живий до живої говорить,&lt;br /&gt;</w:t>
        <w:br/>
        <w:t>мертва могила над смертю мовчить,&lt;br /&gt;</w:t>
        <w:br/>
        <w:t>і про страшну таємницю під нею&lt;br /&gt;</w:t>
        <w:br/>
        <w:t>голос похованих в ній не кричить.</w:t>
      </w:r>
    </w:p>
    <w:p>
      <w:r>
        <w:br/>
        <w:t>Я не боюся – мовчазна могила&lt;br /&gt;</w:t>
        <w:br/>
        <w:t>нам не з’ясує, що діється в ній.&lt;br /&gt;</w:t>
        <w:br/>
        <w:t>Вас я боюся, ви, труни живії&lt;br /&gt;</w:t>
        <w:br/>
        <w:t>мрій наших спільних, любові, надій.</w:t>
      </w:r>
    </w:p>
    <w:p>
      <w:r>
        <w:br/>
        <w:t>Вас я боюся – ви, зрадники-друзі.&lt;br /&gt;</w:t>
        <w:br/>
        <w:t>тільки не ваших ворожих речей,&lt;br /&gt;</w:t>
        <w:br/>
        <w:t>я не боюся погроз і докорів,&lt;br /&gt;</w:t>
        <w:br/>
        <w:t>ні, я боюсь ваших любих очей,</w:t>
      </w:r>
    </w:p>
    <w:p>
      <w:r>
        <w:br/>
        <w:t>голосу вашого милого страшно,&lt;br /&gt;</w:t>
        <w:br/>
        <w:t>рухів, обличчів, таких чарівних,&lt;br /&gt;</w:t>
        <w:br/>
        <w:t>все, що в душі вашій діється скрито,&lt;br /&gt;</w:t>
        <w:br/>
        <w:t>вчую я вмить, прочитаю по них.</w:t>
      </w:r>
    </w:p>
    <w:p>
      <w:r>
        <w:br/>
        <w:t>Раптом побачу спотворені мрії,&lt;br /&gt;</w:t>
        <w:br/>
        <w:t>мертві надії, зотлілу любов,&lt;br /&gt;</w:t>
        <w:br/>
        <w:t>мертва душа гляне в очі марою,&lt;br /&gt;</w:t>
        <w:br/>
        <w:t>в жилах мені заморозить всю кров.</w:t>
      </w:r>
    </w:p>
    <w:p>
      <w:r>
        <w:br/>
        <w:t>Мертва душа буде жаско мовчати,&lt;br /&gt;</w:t>
        <w:br/>
        <w:t>а заговорить могила жива…&lt;br /&gt;</w:t>
        <w:br/>
        <w:t>Я не боюся вночі кладовища,&lt;br /&gt;</w:t>
        <w:br/>
        <w:t>але страшні мені й вдень ті слова…</w:t>
      </w:r>
    </w:p>
    <w:p>
      <w:r>
        <w:br/>
        <w:t>15.08.1904</w:t>
      </w:r>
    </w:p>
    <w:p>
      <w:r>
        <w:br/>
        <w:t>"СКРІЗЬ, ДЕ НЕ ГЛЯНУ…"</w:t>
      </w:r>
    </w:p>
    <w:p>
      <w:r>
        <w:br/>
        <w:t>Скрізь, де не гляну, сухі тумани розляглися,&lt;br /&gt;</w:t>
        <w:br/>
        <w:t>поле і гай у серпанки тонкі повилися,&lt;br /&gt;</w:t>
        <w:br/>
        <w:t>марево біле покрило і річку, й сагу,&lt;br /&gt;</w:t>
        <w:br/>
        <w:t>вітер з полудня несе без кінця ту югу.</w:t>
      </w:r>
    </w:p>
    <w:p>
      <w:r>
        <w:br/>
        <w:t>Світло сліпить, та не грає веселе проміння,&lt;br /&gt;</w:t>
        <w:br/>
        <w:t>вітер гуде, та задуха гнітить, мов каміння.&lt;br /&gt;</w:t>
        <w:br/>
        <w:t>Так у розлуці з тобою кохання моє&lt;br /&gt;</w:t>
        <w:br/>
        <w:t>світить і смутить, буяє й життя не дає.</w:t>
      </w:r>
    </w:p>
    <w:p>
      <w:r>
        <w:br/>
        <w:t>15.08.[1904], Зелений Гай</w:t>
      </w:r>
    </w:p>
    <w:p>
      <w:r>
        <w:br/>
        <w:t>НАПИС В РУЇНI</w:t>
      </w:r>
    </w:p>
    <w:p>
      <w:r>
        <w:br/>
        <w:t>"Я, цар царiв, я, сонця син могутнiй,&lt;br /&gt;</w:t>
        <w:br/>
        <w:t>Собi оцю гробницю збудував,&lt;br /&gt;</w:t>
        <w:br/>
        <w:t>Щоб славили народи незчисленнi,&lt;br /&gt;</w:t>
        <w:br/>
        <w:t>Щоб тямили на всi вiки потомнi&lt;br /&gt;</w:t>
        <w:br/>
        <w:t>Iмення"… Далi круг i збитий напис.&lt;br /&gt;</w:t>
        <w:br/>
        <w:t>I вже нiхто з нащадкiв наймудрiших&lt;br /&gt;</w:t>
        <w:br/>
        <w:t>Царського ймення прочитать не може.&lt;br /&gt;</w:t>
        <w:br/>
        <w:t>Хто збив той напис — чи сперечник-владар,&lt;br /&gt;</w:t>
        <w:br/>
        <w:t>Чи просто час потужною рукою, —&lt;br /&gt;</w:t>
        <w:br/>
        <w:t>То невiдомо. Дивним вiзерунком&lt;br /&gt;</w:t>
        <w:br/>
        <w:t>Багато слiв написано край нього&lt;br /&gt;</w:t>
        <w:br/>
        <w:t>Про славу безiменного владаря,&lt;br /&gt;</w:t>
        <w:br/>
        <w:t>Змальовано царя славетнi вчинки:&lt;br /&gt;</w:t>
        <w:br/>
        <w:t>Он цар сидить високо на престолi,&lt;br /&gt;</w:t>
        <w:br/>
        <w:t>Народи подоланi йдуть з дарами&lt;br /&gt;</w:t>
        <w:br/>
        <w:t>Коштовними й додолу клонять чола,&lt;br /&gt;</w:t>
        <w:br/>
        <w:t>А вiн сидить, немов камiнний iдол,&lt;br /&gt;</w:t>
        <w:br/>
        <w:t>Пiд опахалами з барвистих пер.&lt;br /&gt;</w:t>
        <w:br/>
        <w:t>Лице його подiбне до Тутмеса,&lt;br /&gt;</w:t>
        <w:br/>
        <w:t>I до Рамзеса, i до всiх тиранiв.&lt;br /&gt;</w:t>
        <w:br/>
        <w:t>Он далi вiн, схопивши за волосся&lt;br /&gt;</w:t>
        <w:br/>
        <w:t>Одразу цiлий гурт якихсь повстанцiв,&lt;br /&gt;</w:t>
        <w:br/>
        <w:t>Кривим мечем над ними замахнув.&lt;br /&gt;</w:t>
        <w:br/>
        <w:t>Лице його подiбне до Тарака,&lt;br /&gt;</w:t>
        <w:br/>
        <w:t>До Менефта, як i до всiх тиранiв.&lt;br /&gt;</w:t>
        <w:br/>
        <w:t>З лицем тим самим вiн левiв полює,&lt;br /&gt;</w:t>
        <w:br/>
        <w:t>Левiафанiв ловить, б'є пташок,&lt;br /&gt;</w:t>
        <w:br/>
        <w:t>I їде полем через людськi трупи,&lt;br /&gt;</w:t>
        <w:br/>
        <w:t>I бенкетує по своїх гаремах,&lt;br /&gt;</w:t>
        <w:br/>
        <w:t>I на вiйну жене своїх пiдданих,&lt;br /&gt;</w:t>
        <w:br/>
        <w:t>I посилає на роботу люд —&lt;br /&gt;</w:t>
        <w:br/>
        <w:t>На ту страшну єгипетську роботу,&lt;br /&gt;</w:t>
        <w:br/>
        <w:t>Що має вславити царське iмення.</w:t>
      </w:r>
    </w:p>
    <w:p>
      <w:r>
        <w:br/>
        <w:t>Iде той люд, мов хвилi в океанi,&lt;br /&gt;</w:t>
        <w:br/>
        <w:t>Без лiку, без числа на бойовисько&lt;br /&gt;</w:t>
        <w:br/>
        <w:t>I стелиться пiд ноги коням царським,&lt;br /&gt;</w:t>
        <w:br/>
        <w:t>А хто живим зостався з того люду,&lt;br /&gt;</w:t>
        <w:br/>
        <w:t>Той гине на єгипетськiй роботi;&lt;br /&gt;</w:t>
        <w:br/>
        <w:t>З його могили хоче цар зробити&lt;br /&gt;</w:t>
        <w:br/>
        <w:t>Для себе пам'ятник — хай гине раб!&lt;br /&gt;</w:t>
        <w:br/>
        <w:t>I раб копає землю, теше камiнь,&lt;br /&gt;</w:t>
        <w:br/>
        <w:t>Приносить мул з рiки i робить цеглу,&lt;br /&gt;</w:t>
        <w:br/>
        <w:t>Виводить мури, статуї великi,&lt;br /&gt;</w:t>
        <w:br/>
        <w:t>Запрiгшись, возить самотужки, й ставить,&lt;br /&gt;</w:t>
        <w:br/>
        <w:t>I щось будує вiчне i величне,&lt;br /&gt;</w:t>
        <w:br/>
        <w:t>Щось незрiвнянне i потужно гарне,&lt;br /&gt;</w:t>
        <w:br/>
        <w:t>Мальоване, мережане, рiзьблене;&lt;br /&gt;</w:t>
        <w:br/>
        <w:t>I кожна статуя, колона, малювання,&lt;br /&gt;</w:t>
        <w:br/>
        <w:t>Мережечка, рiзьба i навiть цегла&lt;br /&gt;</w:t>
        <w:br/>
        <w:t>Незримими устами промовляє:&lt;br /&gt;</w:t>
        <w:br/>
        <w:t>"Мене створив єгипетський народ!"</w:t>
      </w:r>
    </w:p>
    <w:p>
      <w:r>
        <w:br/>
        <w:t>Умер давно той цар з лицем тирана,&lt;br /&gt;</w:t>
        <w:br/>
        <w:t>Зоставсь по ньому — круг i збитий напис.&lt;br /&gt;</w:t>
        <w:br/>
        <w:t>Спiвцi! не марте, вченi! не шукайте,&lt;br /&gt;</w:t>
        <w:br/>
        <w:t>Хто був той цар i як йому наймення:&lt;br /&gt;</w:t>
        <w:br/>
        <w:t>З його могили утворила доля&lt;br /&gt;</w:t>
        <w:br/>
        <w:t>Народу пам'ятник, — хай гине цар!</w:t>
      </w:r>
    </w:p>
    <w:p>
      <w:r>
        <w:br/>
        <w:t>28/VIII 1904</w:t>
      </w:r>
    </w:p>
    <w:p>
      <w:r>
        <w:br/>
        <w:t>ІЗРАЇЛЬ В ЄГИПТІ</w:t>
      </w:r>
    </w:p>
    <w:p>
      <w:r>
        <w:br/>
        <w:t>Хто мене виведе з цього Єгипту,&lt;br /&gt;</w:t>
        <w:br/>
        <w:t>з краю неволі, з оселі роботи?&lt;br /&gt;</w:t>
        <w:br/>
        <w:t>Син чоловічий, обранець господній?&lt;br /&gt;</w:t>
        <w:br/>
        <w:t>Дух, що з’являвся в огні?</w:t>
      </w:r>
    </w:p>
    <w:p>
      <w:r>
        <w:br/>
        <w:t>Хто б він не був, нехай швидче приходить!&lt;br /&gt;</w:t>
        <w:br/>
        <w:t>Боже, рятуй: наша віра вмирає!&lt;br /&gt;</w:t>
        <w:br/>
        <w:t>Марним здається в цій міцній кормизі&lt;br /&gt;</w:t>
        <w:br/>
        <w:t>волі святий заповіт.</w:t>
      </w:r>
    </w:p>
    <w:p>
      <w:r>
        <w:br/>
        <w:t>Боже! Ти мусиш обітницю справдить!&lt;br /&gt;</w:t>
        <w:br/>
        <w:t>Чи ж не навіки здобув твоє слово&lt;br /&gt;</w:t>
        <w:br/>
        <w:t>той, хто колись у нерівному бою&lt;br /&gt;</w:t>
        <w:br/>
        <w:t>навіть тебе поборов?</w:t>
      </w:r>
    </w:p>
    <w:p>
      <w:r>
        <w:br/>
        <w:t>Кров поколіннів волає до тебе:&lt;br /&gt;</w:t>
        <w:br/>
        <w:t>— Глянь з високости на ці піраміди!&lt;br /&gt;</w:t>
        <w:br/>
        <w:t>в них кожний камінь — проречистий свідок&lt;br /&gt;</w:t>
        <w:br/>
        <w:t>муки народу твого.</w:t>
      </w:r>
    </w:p>
    <w:p>
      <w:r>
        <w:br/>
        <w:t>Нащо ми сиплемо ції могили?&lt;br /&gt;</w:t>
        <w:br/>
        <w:t>Нащо ми тешем каміннії труни,&lt;br /&gt;</w:t>
        <w:br/>
        <w:t>чи ми сховаєм у них фараонів,&lt;br /&gt;</w:t>
        <w:br/>
        <w:t>чи поховаєм себе?</w:t>
      </w:r>
    </w:p>
    <w:p>
      <w:r>
        <w:br/>
        <w:t>Наші батьки вже лягли підмурівком&lt;br /&gt;</w:t>
        <w:br/>
        <w:t>там, де стоять нечестивії храми,&lt;br /&gt;</w:t>
        <w:br/>
        <w:t>нільськії багна загачено трупом&lt;br /&gt;</w:t>
        <w:br/>
        <w:t>наших безщасних дідів.</w:t>
      </w:r>
    </w:p>
    <w:p>
      <w:r>
        <w:br/>
        <w:t>Певне тепера вже діти й онуки&lt;br /&gt;</w:t>
        <w:br/>
        <w:t>темну могилу для себе мурують…&lt;br /&gt;</w:t>
        <w:br/>
        <w:t>Браття! будуймо ж її щонайвище,&lt;br /&gt;</w:t>
        <w:br/>
        <w:t>хай її бачить господь!</w:t>
      </w:r>
    </w:p>
    <w:p>
      <w:r>
        <w:br/>
        <w:t>Хай нас рятує і власну потугу,&lt;br /&gt;</w:t>
        <w:br/>
        <w:t>бо як не буде господь рятувати,&lt;br /&gt;</w:t>
        <w:br/>
        <w:t>встане Ізраїль, борець проти бога&lt;br /&gt;</w:t>
        <w:br/>
        <w:t>і манівцями піде.</w:t>
      </w:r>
    </w:p>
    <w:p>
      <w:r>
        <w:br/>
        <w:t>Ніч безпросвітна в пустині заступить,&lt;br /&gt;</w:t>
        <w:br/>
        <w:t>зійдуться в ній знову дух та Ізраїль,&lt;br /&gt;</w:t>
        <w:br/>
        <w:t>знов буде бій, тільки бій вже останній&lt;br /&gt;</w:t>
        <w:br/>
        <w:t>не на життя, а на смерть,</w:t>
      </w:r>
    </w:p>
    <w:p>
      <w:r>
        <w:br/>
        <w:t>Не за обітницю бій, не за щастя, —&lt;br /&gt;</w:t>
        <w:br/>
        <w:t>розпачу й помсти страшне бойовисько,&lt;br /&gt;</w:t>
        <w:br/>
        <w:t>зради й зневір’я страшний поєдинок.&lt;br /&gt;</w:t>
        <w:br/>
        <w:t>Вихід один з того — смерть!</w:t>
      </w:r>
    </w:p>
    <w:p>
      <w:r>
        <w:br/>
        <w:t>Та як загине навіки Ізраїль&lt;br /&gt;</w:t>
        <w:br/>
        <w:t>в дикій пустині, у тьмі безпросвітній, —&lt;br /&gt;</w:t>
        <w:br/>
        <w:t>згине з ним віра в святі заповіти,&lt;br /&gt;</w:t>
        <w:br/>
        <w:t>з ним сам Єгова умре.</w:t>
      </w:r>
    </w:p>
    <w:p>
      <w:r>
        <w:br/>
        <w:t>Тіло Ізраїля буде в могилі,&lt;br /&gt;</w:t>
        <w:br/>
        <w:t>дух, що з’являвся в огні, спопеліє,&lt;br /&gt;</w:t>
        <w:br/>
        <w:t>ця ж осоружна царська піраміда&lt;br /&gt;</w:t>
        <w:br/>
        <w:t>буде ще довго стоять…</w:t>
      </w:r>
    </w:p>
    <w:p>
      <w:r>
        <w:br/>
        <w:t>28 серпня 1904 р.</w:t>
      </w:r>
    </w:p>
    <w:p>
      <w:r>
        <w:br/>
        <w:t>"КОЛИ ДИВЛЮСЬ ГЛИБОКО В ЛЮБІ ОЧІ…"</w:t>
      </w:r>
    </w:p>
    <w:p>
      <w:r>
        <w:br/>
        <w:t>1</w:t>
      </w:r>
    </w:p>
    <w:p>
      <w:r>
        <w:br/>
        <w:t>Коли дивлюсь глибоко в любі очі,&lt;br /&gt;</w:t>
        <w:br/>
        <w:t>в душі цвітуть якісь квітки урочі,&lt;br /&gt;</w:t>
        <w:br/>
        <w:t>в душі квітки і зорі золотії,&lt;br /&gt;</w:t>
        <w:br/>
        <w:t>а на устах слова, але не тії,&lt;br /&gt;</w:t>
        <w:br/>
        <w:t>усе не ті, що мріються мені,&lt;br /&gt;</w:t>
        <w:br/>
        <w:t>коли вночі лежу я у півсні.&lt;br /&gt;</w:t>
        <w:br/>
        <w:t>Либонь, тих слів немає в жодній мові,&lt;br /&gt;</w:t>
        <w:br/>
        <w:t>та цілий світ живе у кожнім слові,&lt;br /&gt;</w:t>
        <w:br/>
        <w:t>і плачу я й сміюсь, тремчу і млію,&lt;br /&gt;</w:t>
        <w:br/>
        <w:t>та вголос слів тих вимовить не вмію…</w:t>
      </w:r>
    </w:p>
    <w:p>
      <w:r>
        <w:br/>
        <w:t>2</w:t>
      </w:r>
    </w:p>
    <w:p>
      <w:r>
        <w:br/>
        <w:t>Якби мені достати струн живих,&lt;br /&gt;</w:t>
        <w:br/>
        <w:t>якби той хист мені, щоб грать на них,&lt;br /&gt;</w:t>
        <w:br/>
        <w:t>потужну пісню я б на струнах грала,&lt;br /&gt;</w:t>
        <w:br/>
        <w:t>нехай би скарби всі вона зібрала,&lt;br /&gt;</w:t>
        <w:br/>
        <w:t>ті скарби, що лежать в душі на дні,&lt;br /&gt;</w:t>
        <w:br/>
        <w:t>ті скарби, що й для мене таємні,&lt;br /&gt;</w:t>
        <w:br/>
        <w:t>та мріється, що так вони коштовні,&lt;br /&gt;</w:t>
        <w:br/>
        <w:t>як ті слова, що вголос невимовні.</w:t>
      </w:r>
    </w:p>
    <w:p>
      <w:r>
        <w:br/>
        <w:t>3</w:t>
      </w:r>
    </w:p>
    <w:p>
      <w:r>
        <w:br/>
        <w:t>Якби я всіми барвами владала,&lt;br /&gt;</w:t>
        <w:br/>
        <w:t>то я б на барву барву накладала&lt;br /&gt;</w:t>
        <w:br/>
        <w:t>і малювала б щирим самоцвітом,&lt;br /&gt;</w:t>
        <w:br/>
        <w:t>отак, як сонечко пречисте літом,&lt;br /&gt;</w:t>
        <w:br/>
        <w:t>домовили б проречистії руки,&lt;br /&gt;</w:t>
        <w:br/>
        <w:t>чого домовить не здолали гуки,&lt;br /&gt;</w:t>
        <w:br/>
        <w:t>І знав би ти, що є в душі моїй…&lt;br /&gt;</w:t>
        <w:br/>
        <w:t>Ох, барв, і струн, і слів бракує їй…&lt;br /&gt;</w:t>
        <w:br/>
        <w:t>І те, що в ній цвіте весною таємною,&lt;br /&gt;</w:t>
        <w:br/>
        <w:t>либонь, умре, загине враз зо мною.</w:t>
      </w:r>
    </w:p>
    <w:p>
      <w:r>
        <w:br/>
        <w:t>2.09.1904, Тифліс</w:t>
      </w:r>
    </w:p>
    <w:p>
      <w:r>
        <w:br/>
        <w:t>І ТИ КОЛИСЬ БОРОЛАСЬ, МОВ ІЗРАЇЛЬ</w:t>
      </w:r>
    </w:p>
    <w:p>
      <w:r>
        <w:br/>
        <w:t>І ти колись боролась, мов Ізраїль,&lt;br /&gt;</w:t>
        <w:br/>
        <w:t>Україно моя! Сам Бог поставив&lt;br /&gt;</w:t>
        <w:br/>
        <w:t>супроти тебе силу невблаганну&lt;br /&gt;</w:t>
        <w:br/>
        <w:t>сліпої долі. Оточив тебе народами,&lt;br /&gt;</w:t>
        <w:br/>
        <w:t>що, мов леви в пустині,&lt;br /&gt;</w:t>
        <w:br/>
        <w:t>рикали, прагнучи твоєї крові,&lt;br /&gt;</w:t>
        <w:br/>
        <w:t>послав на тебе тьму таку, що в ній&lt;br /&gt;</w:t>
        <w:br/>
        <w:t>брати братів не пізнавали рідних&lt;br /&gt;</w:t>
        <w:br/>
        <w:t>і в тьмі з'явився хтось непоборимий,&lt;br /&gt;</w:t>
        <w:br/>
        <w:t>якийсь дух часу, що волав ворожо:&lt;br /&gt;</w:t>
        <w:br/>
        <w:t>"Смерть Україні!"</w:t>
      </w:r>
    </w:p>
    <w:p>
      <w:r>
        <w:br/>
        <w:t>— Та знялась високо&lt;br /&gt;</w:t>
        <w:br/>
        <w:t>Богданова правиця і народи&lt;br /&gt;</w:t>
        <w:br/>
        <w:t>розбіглися, немов шакали ниці,&lt;br /&gt;</w:t>
        <w:br/>
        <w:t>брати братів пізнали і з'єднались.&lt;br /&gt;</w:t>
        <w:br/>
        <w:t>І дух сказав: "Ти переміг, Богдане.&lt;br /&gt;</w:t>
        <w:br/>
        <w:t>Тепер твоя земля обітована".</w:t>
      </w:r>
    </w:p>
    <w:p>
      <w:r>
        <w:br/>
        <w:t>І вже Богдан пройшов по тій землі&lt;br /&gt;</w:t>
        <w:br/>
        <w:t>від краю і до краю. Свято згоди&lt;br /&gt;</w:t>
        <w:br/>
        <w:t>між ним і духом гучно відбулося&lt;br /&gt;</w:t>
        <w:br/>
        <w:t>в золотоверхім місті. Але раптом&lt;br /&gt;</w:t>
        <w:br/>
        <w:t>дух зрадив. Знову тьма, і жах, і розбрат.&lt;br /&gt;</w:t>
        <w:br/>
        <w:t>І знов настав єгипетський полон,&lt;br /&gt;</w:t>
        <w:br/>
        <w:t>та не в чужій землі, а в нашій власній.</w:t>
      </w:r>
    </w:p>
    <w:p>
      <w:r>
        <w:br/>
        <w:t>А далі розлилось Червоне море&lt;br /&gt;</w:t>
        <w:br/>
        <w:t>і розділилося по половині,&lt;br /&gt;</w:t>
        <w:br/>
        <w:t>і знов злилось докупи, й затопило&lt;br /&gt;</w:t>
        <w:br/>
        <w:t>кого? Ой, леле! Новий фараон&lt;br /&gt;</w:t>
        <w:br/>
        <w:t>пройшов живий поміж Червоне море,&lt;br /&gt;</w:t>
        <w:br/>
        <w:t>але їздець і кінь пропав навіки.&lt;br /&gt;</w:t>
        <w:br/>
        <w:t>Співай, радій, ненависна чужинко,&lt;br /&gt;</w:t>
        <w:br/>
        <w:t>бий в бубон і лети в танок з нестяму:&lt;br /&gt;</w:t>
        <w:br/>
        <w:t>кінь і їздець в Червонім морі згинув —&lt;br /&gt;</w:t>
        <w:br/>
        <w:t>тобі зостався спадок на покраси,&lt;br /&gt;</w:t>
        <w:br/>
        <w:t>бо зносиш ти України клейноди,&lt;br /&gt;</w:t>
        <w:br/>
        <w:t>святкуючи над нею перемогу.</w:t>
      </w:r>
    </w:p>
    <w:p>
      <w:r>
        <w:br/>
        <w:t>Такий для нас був вихід із Єгипту,&lt;br /&gt;</w:t>
        <w:br/>
        <w:t>немов потоп. Заграло та й ущухло&lt;br /&gt;</w:t>
        <w:br/>
        <w:t>Червоне море. Висохло й осталась&lt;br /&gt;</w:t>
        <w:br/>
        <w:t>безрадісна пустиня після нього.&lt;br /&gt;</w:t>
        <w:br/>
        <w:t>І став по ній блукать новий Ізраїль,&lt;br /&gt;</w:t>
        <w:br/>
        <w:t>по тій своїй землі обітованій,&lt;br /&gt;</w:t>
        <w:br/>
        <w:t>немов якась отара безпричальна.&lt;br /&gt;</w:t>
        <w:br/>
        <w:t>З отарою блукали й пастухи,&lt;br /&gt;</w:t>
        <w:br/>
        <w:t>вночі за тінню йшли, а вдень з вогнем.&lt;br /&gt;</w:t>
        <w:br/>
        <w:t>Коли ж у їх з'являвся дух величний.&lt;br /&gt;</w:t>
        <w:br/>
        <w:t>що вогняним стовпом палав у тьмі,&lt;br /&gt;</w:t>
        <w:br/>
        <w:t>а вдень ішов, мов туча грізно-біла,&lt;br /&gt;</w:t>
        <w:br/>
        <w:t>вони не вірили своїм очам&lt;br /&gt;</w:t>
        <w:br/>
        <w:t>і врозтіч розбігались манівцями,&lt;br /&gt;</w:t>
        <w:br/>
        <w:t>і попадали ворогам в полон.</w:t>
      </w:r>
    </w:p>
    <w:p>
      <w:r>
        <w:br/>
        <w:t>Чи довго, ще, о Господи, чи довго&lt;br /&gt;</w:t>
        <w:br/>
        <w:t>ми будемо блукати і шукати&lt;br /&gt;</w:t>
        <w:br/>
        <w:t>рідного краю на своїй землі?&lt;br /&gt;</w:t>
        <w:br/>
        <w:t>Який ми гріх вчинили проти духа,&lt;br /&gt;</w:t>
        <w:br/>
        <w:t>що він зламав свій заповіт великий&lt;br /&gt;</w:t>
        <w:br/>
        <w:t>той, взятий з бою волі заповіт?&lt;br /&gt;</w:t>
        <w:br/>
        <w:t>Так доверши ж до краю тую зраду&lt;br /&gt;</w:t>
        <w:br/>
        <w:t>розбий, розсій нас геть по цілім світі,&lt;br /&gt;</w:t>
        <w:br/>
        <w:t>тоді, либонь, журба по ріднім краю&lt;br /&gt;</w:t>
        <w:br/>
        <w:t>навчить нас, де і як його шукать.&lt;br /&gt;</w:t>
        <w:br/>
        <w:t>Тоді покаже батько свому сину&lt;br /&gt;</w:t>
        <w:br/>
        <w:t>на срібне марево у далині&lt;br /&gt;</w:t>
        <w:br/>
        <w:t>і скаже: "Он земля твого народу!&lt;br /&gt;</w:t>
        <w:br/>
        <w:t>борись і добувайся батьківщини,&lt;br /&gt;</w:t>
        <w:br/>
        <w:t>бо прийдеться загинуть у вигнанні&lt;br /&gt;</w:t>
        <w:br/>
        <w:t>чужою-чуженицею, в неславі".&lt;br /&gt;</w:t>
        <w:br/>
        <w:t>І може дасться заповіт новий&lt;br /&gt;</w:t>
        <w:br/>
        <w:t>і дух нові напише нам скрижалі.</w:t>
      </w:r>
    </w:p>
    <w:p>
      <w:r>
        <w:br/>
        <w:t>Але тепер? як маємо шукати&lt;br /&gt;</w:t>
        <w:br/>
        <w:t>свому народу землю? Хто розбив нам&lt;br /&gt;</w:t>
        <w:br/>
        <w:t>скрижалі серця, духа заповіт?&lt;br /&gt;</w:t>
        <w:br/>
        <w:t>Коли скінчиться той полон великий,&lt;br /&gt;</w:t>
        <w:br/>
        <w:t>що нас зайняв в землі обітованій?&lt;br /&gt;</w:t>
        <w:br/>
        <w:t>І доки рідний край Єгиптом буде?&lt;br /&gt;</w:t>
        <w:br/>
        <w:t>Коли загине новий Вавилон?</w:t>
      </w:r>
    </w:p>
    <w:p>
      <w:r>
        <w:br/>
        <w:t>10.09.1904. Зелений Гай</w:t>
      </w:r>
    </w:p>
    <w:p>
      <w:r>
        <w:br/>
        <w:t>"О, НЕ КОРИ МЕНЕ, ЛЮБИЙ…"</w:t>
      </w:r>
    </w:p>
    <w:p>
      <w:r>
        <w:br/>
        <w:t>О, не кори мене, любий, за мрії пpo славу,&lt;br /&gt;</w:t>
        <w:br/>
        <w:t>не дорікай за жадобу тернів золотих,&lt;br /&gt;</w:t>
        <w:br/>
        <w:t>сам ти в мені розбудив ту гадюку лукаву,&lt;br /&gt;</w:t>
        <w:br/>
        <w:t>голос її засичав… а здавалось, навіки затих!</w:t>
      </w:r>
    </w:p>
    <w:p>
      <w:r>
        <w:br/>
        <w:t>Чи ж не казав ти мені, що злетіла корона злотиста&lt;br /&gt;</w:t>
        <w:br/>
        <w:t>з мого чола з того часу, як я до роботи взялась&lt;br /&gt;</w:t>
        <w:br/>
        <w:t>тихої, смирної. Зникла поезія чиста&lt;br /&gt;</w:t>
        <w:br/>
        <w:t>з тої хвилини, як спільна нудьга почалась.</w:t>
      </w:r>
    </w:p>
    <w:p>
      <w:r>
        <w:br/>
        <w:t>Ти се сказав. І спалахнуло соромом чоло&lt;br /&gt;</w:t>
        <w:br/>
        <w:t>так, наче ганьби тавро ти на ньому поклав.&lt;br /&gt;</w:t>
        <w:br/>
        <w:t>Погляд блука неспокійний, шукає навколо:&lt;br /&gt;</w:t>
        <w:br/>
        <w:t>де ж він, той терен злотистий, щоб знов ореол мені дав?</w:t>
      </w:r>
    </w:p>
    <w:p>
      <w:r>
        <w:br/>
        <w:t>2.11.1904, Тифліс</w:t>
      </w:r>
    </w:p>
    <w:p>
      <w:r>
        <w:br/>
        <w:t>"ОЙ НЕ ЗНИКЛИ ЗОЛОТІЇ ТЕРНИ…"</w:t>
      </w:r>
    </w:p>
    <w:p>
      <w:r>
        <w:br/>
        <w:t>Ой не зникли золотії терни,&lt;br /&gt;</w:t>
        <w:br/>
        <w:t>тільки почорніли,&lt;br /&gt;</w:t>
        <w:br/>
        <w:t>ой не всохли кривавії квіти,&lt;br /&gt;</w:t>
        <w:br/>
        <w:t>тільки помарніли.</w:t>
      </w:r>
    </w:p>
    <w:p>
      <w:r>
        <w:br/>
        <w:t>Зійди, сонце, під моє віконце&lt;br /&gt;</w:t>
        <w:br/>
        <w:t>та й засвіти ясно,&lt;br /&gt;</w:t>
        <w:br/>
        <w:t>позолоти мої чорні терни,&lt;br /&gt;</w:t>
        <w:br/>
        <w:t>нехай буде красно.</w:t>
      </w:r>
    </w:p>
    <w:p>
      <w:r>
        <w:br/>
        <w:t>Загорися ти, моє серденько,&lt;br /&gt;</w:t>
        <w:br/>
        <w:t>запалай пожаром.&lt;br /&gt;</w:t>
        <w:br/>
        <w:t>Коли ношу кривавії квіти,&lt;br /&gt;</w:t>
        <w:br/>
        <w:t>нехай же недаром!</w:t>
      </w:r>
    </w:p>
    <w:p>
      <w:r>
        <w:br/>
        <w:t>2.11.1904</w:t>
      </w:r>
    </w:p>
    <w:p>
      <w:r>
        <w:br/>
        <w:t>EPPUR ТІ TRADIRO</w:t>
      </w:r>
    </w:p>
    <w:p>
      <w:r>
        <w:br/>
        <w:t>Тебе я, може, зраджу. В ту годину,&lt;br /&gt;</w:t>
        <w:br/>
        <w:t>як таємницею весь світ укриє мла,&lt;br /&gt;</w:t>
        <w:br/>
        <w:t>приникне геній з поглядом огнистим&lt;br /&gt;</w:t>
        <w:br/>
        <w:t>і з поцілунком до мого чола.</w:t>
      </w:r>
    </w:p>
    <w:p>
      <w:r>
        <w:br/>
        <w:t>І я тоді бліда й тремтяча встану,&lt;br /&gt;</w:t>
        <w:br/>
        <w:t>покину ліжко і піду за ним.&lt;br /&gt;</w:t>
        <w:br/>
        <w:t>Крізь темряву піду за гордим і величним&lt;br /&gt;</w:t>
        <w:br/>
        <w:t>таємним генієм моїм.</w:t>
      </w:r>
    </w:p>
    <w:p>
      <w:r>
        <w:br/>
        <w:t>Моїм устам свої слова надасть він,&lt;br /&gt;</w:t>
        <w:br/>
        <w:t>одкриє всі дива, що знає сам.&lt;br /&gt;</w:t>
        <w:br/>
        <w:t>Із серця глибини тоді полинуть&lt;br /&gt;</w:t>
        <w:br/>
        <w:t>к широким, неозорим небесам&lt;br /&gt;</w:t>
        <w:br/>
        <w:t>нестримані, одважні, вільні співи.</w:t>
      </w:r>
    </w:p>
    <w:p>
      <w:r>
        <w:br/>
        <w:t>ПІСНІ З КЛАДОВИЩА</w:t>
      </w:r>
    </w:p>
    <w:p>
      <w:r>
        <w:br/>
        <w:t>Я на старім кладовищі лежала,&lt;br /&gt;</w:t>
        <w:br/>
        <w:t>тиша могильна круг мене співала,&lt;br /&gt;</w:t>
        <w:br/>
        <w:t>тиша могильна співала:&lt;br /&gt;</w:t>
        <w:br/>
        <w:t>"Засни! Щастя – то сни!"</w:t>
      </w:r>
    </w:p>
    <w:p>
      <w:r>
        <w:br/>
        <w:t>Спати? Ох, спить у колисці дитина,&lt;br /&gt;</w:t>
        <w:br/>
        <w:t>спить у могилі померла людина,&lt;br /&gt;</w:t>
        <w:br/>
        <w:t>хто ж непомерлий в могилі лежить,&lt;br /&gt;</w:t>
        <w:br/>
        <w:t>той хіба спить?..</w:t>
      </w:r>
    </w:p>
    <w:p>
      <w:r>
        <w:br/>
        <w:t>* * *</w:t>
      </w:r>
    </w:p>
    <w:p>
      <w:r>
        <w:br/>
        <w:t>На кладовищі ми про щастя говорили,&lt;br /&gt;</w:t>
        <w:br/>
        <w:t>і падали слова, і душу крили,&lt;br /&gt;</w:t>
        <w:br/>
        <w:t>мов палим цвітом, щирії слова…</w:t>
      </w:r>
    </w:p>
    <w:p>
      <w:r>
        <w:br/>
        <w:t>І смутно колихалася трава,&lt;br /&gt;</w:t>
        <w:br/>
        <w:t>здавалось, мов усі старі могили&lt;br /&gt;</w:t>
        <w:br/>
        <w:t>ховають те, що ми про щастя говорили.</w:t>
      </w:r>
    </w:p>
    <w:p>
      <w:r>
        <w:br/>
        <w:t>30.04.1905</w:t>
      </w:r>
    </w:p>
    <w:p>
      <w:r>
        <w:br/>
        <w:t>ПІСНІ ПРО ВОЛЮ</w:t>
      </w:r>
    </w:p>
    <w:p>
      <w:r>
        <w:br/>
        <w:t>"ОСЬ ВОНИ ЙДУТЬ…"</w:t>
      </w:r>
    </w:p>
    <w:p>
      <w:r>
        <w:br/>
        <w:t>Ось вони йдуть. Корогва у них має,&lt;br /&gt;</w:t>
        <w:br/>
        <w:t>наче вогонь. Наче дим наступає,&lt;br /&gt;</w:t>
        <w:br/>
        <w:t>сива юрба. Сунуть лави тісні,&lt;br /&gt;</w:t>
        <w:br/>
        <w:t>чутно – співають "про волю пісні".</w:t>
      </w:r>
    </w:p>
    <w:p>
      <w:r>
        <w:br/>
        <w:t>"Смело, друзья!" Але пісня ридає,&lt;br /&gt;</w:t>
        <w:br/>
        <w:t>"Смело, друзья!" Мов на смерть проводжає.&lt;br /&gt;</w:t>
        <w:br/>
        <w:t>Страшно, який безнадійний той снів,&lt;br /&gt;</w:t>
        <w:br/>
        <w:t>хто ж би під нього боротися вмів?</w:t>
      </w:r>
    </w:p>
    <w:p>
      <w:r>
        <w:br/>
        <w:t>Ні, не про волю сей спів! Про неволю&lt;br /&gt;</w:t>
        <w:br/>
        <w:t>плаче, й голосить, і тужить до болю&lt;br /&gt;</w:t>
        <w:br/>
        <w:t>голос сумний, не вважа на слова,&lt;br /&gt;</w:t>
        <w:br/>
        <w:t>плач погребовий слова покрива.</w:t>
      </w:r>
    </w:p>
    <w:p>
      <w:r>
        <w:br/>
        <w:t>"Смело, друзья!" Се в тюрму чи на страту&lt;br /&gt;</w:t>
        <w:br/>
        <w:t>хоче додати одваги брат брату?&lt;br /&gt;</w:t>
        <w:br/>
        <w:t>Плаче беззбройний над братом-борцем&lt;br /&gt;</w:t>
        <w:br/>
        <w:t>так, наче в землю ховає живцем.</w:t>
      </w:r>
    </w:p>
    <w:p>
      <w:r>
        <w:br/>
        <w:t>Вроджені в злу розпачливу хвилину,&lt;br /&gt;</w:t>
        <w:br/>
        <w:t>йшли ми в життя в передсвітню годину,&lt;br /&gt;</w:t>
        <w:br/>
        <w:t>чули ми спів сей у кожній порі,&lt;br /&gt;</w:t>
        <w:br/>
        <w:t>він нам казав: не діждеш до зорі!</w:t>
      </w:r>
    </w:p>
    <w:p>
      <w:r>
        <w:br/>
        <w:t>Що вам до того, ви, вроджені зрання?&lt;br /&gt;</w:t>
        <w:br/>
        <w:t>Личить співати вам пісню кохання&lt;br /&gt;</w:t>
        <w:br/>
        <w:t>волі своїй, молодій та буйній,&lt;br /&gt;</w:t>
        <w:br/>
        <w:t>рано співать панахиди по ній.</w:t>
      </w:r>
    </w:p>
    <w:p>
      <w:r>
        <w:br/>
        <w:t>Хай процвіта ваша воля, як рута!&lt;br /&gt;</w:t>
        <w:br/>
        <w:t>Нащо здалась вам та пісня-отрута?&lt;br /&gt;</w:t>
        <w:br/>
        <w:t>Вже досхочу зажили її ми,&lt;br /&gt;</w:t>
        <w:br/>
        <w:t>ви ж собі пісню створіте сами.</w:t>
      </w:r>
    </w:p>
    <w:p>
      <w:r>
        <w:br/>
        <w:t>Пісню нову, щоб сіяла, як промінь,&lt;br /&gt;</w:t>
        <w:br/>
        <w:t>щоб гомоніла й буяла, як пломінь,&lt;br /&gt;</w:t>
        <w:br/>
        <w:t>так, щоб червона ясна корогва&lt;br /&gt;</w:t>
        <w:br/>
        <w:t>з піснею вкупі творила дива!</w:t>
      </w:r>
    </w:p>
    <w:p>
      <w:r>
        <w:br/>
        <w:t>"ЧОГО МАРСЕЛЬСЬКУ ПІСНЮ ЧУТИ?"</w:t>
      </w:r>
    </w:p>
    <w:p>
      <w:r>
        <w:br/>
        <w:t>Чого марсельську пісню чути?&lt;br /&gt;</w:t>
        <w:br/>
        <w:t>Хіба день слави вже настав?&lt;br /&gt;</w:t>
        <w:br/>
        <w:t>Хіба розірвані всі пути?&lt;br /&gt;</w:t>
        <w:br/>
        <w:t>Хіба тиран вже з трону впав?</w:t>
      </w:r>
    </w:p>
    <w:p>
      <w:r>
        <w:br/>
        <w:t>Де зброя, громадо?&lt;br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Се ж пісня того батальйона,&lt;br /&gt;</w:t>
        <w:br/>
        <w:t>що збройно в поле виступав,&lt;br /&gt;</w:t>
        <w:br/>
        <w:t>під прапор свого легіона&lt;br /&gt;</w:t>
        <w:br/>
        <w:t>незламну силу закликав.</w:t>
      </w:r>
    </w:p>
    <w:p>
      <w:r>
        <w:br/>
        <w:t>А наша де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Чи вже розбито каземати&lt;br /&gt;</w:t>
        <w:br/>
        <w:t>в царській твердині віковій?&lt;br /&gt;</w:t>
        <w:br/>
        <w:t>Загомоніли раз гармати –&lt;br /&gt;</w:t>
        <w:br/>
        <w:t>чи се вже йде останній бій?</w:t>
      </w:r>
    </w:p>
    <w:p>
      <w:r>
        <w:br/>
        <w:t>А де ж наша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Чи се на нас ідуть чужинці&lt;br /&gt;</w:t>
        <w:br/>
        <w:t>здобуту волю руйнувать?&lt;br /&gt;</w:t>
        <w:br/>
        <w:t>Чи за ту волю всі вкраїнці&lt;br /&gt;</w:t>
        <w:br/>
        <w:t>готові одностайно стать?</w:t>
      </w:r>
    </w:p>
    <w:p>
      <w:r>
        <w:br/>
        <w:t>Так де ж наша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Чи серед вражої батави&lt;br /&gt;</w:t>
        <w:br/>
        <w:t>не мають давні бунчуки?&lt;br /&gt;</w:t>
        <w:br/>
        <w:t>Перед царем свої булави&lt;br /&gt;</w:t>
        <w:br/>
        <w:t>хіба не клонять козаки?</w:t>
      </w:r>
    </w:p>
    <w:p>
      <w:r>
        <w:br/>
        <w:t>Погляньте ж, де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Ген від Москви аж до Варшави&lt;br /&gt;</w:t>
        <w:br/>
        <w:t>зачервоніли жупани,&lt;br /&gt;</w:t>
        <w:br/>
        <w:t>козацтво "здобуває слави",&lt;br /&gt;</w:t>
        <w:br/>
        <w:t>спис і нагайки скрізь пани.</w:t>
      </w:r>
    </w:p>
    <w:p>
      <w:r>
        <w:br/>
        <w:t>На кого ж та зброя&lt;br /&gt;</w:t>
        <w:br/>
        <w:t>і військо в рядах?&lt;br /&gt;</w:t>
        <w:br/>
        <w:t>Чиєю ж се крів’ю&lt;br /&gt;</w:t>
        <w:br/>
        <w:t>политий нам шлях?</w:t>
      </w:r>
    </w:p>
    <w:p>
      <w:r>
        <w:br/>
        <w:t>А в нас тут "Марсельєзу" чути,&lt;br /&gt;</w:t>
        <w:br/>
        <w:t>немов тепера "Славний день",&lt;br /&gt;</w:t>
        <w:br/>
        <w:t>немов розірвані всі пути&lt;br /&gt;</w:t>
        <w:br/>
        <w:t>і вороги розбиті впень.</w:t>
      </w:r>
    </w:p>
    <w:p>
      <w:r>
        <w:br/>
        <w:t>Де зброя, громадо?&lt;br /&gt;</w:t>
        <w:br/>
        <w:t>Де військо в рядах?&lt;br /&gt;</w:t>
        <w:br/>
        <w:t>Чи ж крів’ю не досить&lt;br /&gt;</w:t>
        <w:br/>
        <w:t>политий нам шлях?</w:t>
      </w:r>
    </w:p>
    <w:p>
      <w:r>
        <w:br/>
        <w:t>"НАГАЄЧКА, НАГАЄЧКА!"</w:t>
      </w:r>
    </w:p>
    <w:p>
      <w:r>
        <w:br/>
        <w:t>"Нагаєчка, нагаєчка!" – співають накінець,&lt;br /&gt;</w:t>
        <w:br/>
        <w:t>присвистують, притупують, ще пустяться в танець.&lt;br /&gt;</w:t>
        <w:br/>
        <w:t>Чого ж се так утішилась, громадонько моя?&lt;br /&gt;</w:t>
        <w:br/>
        <w:t>По кім же се гуляла так "нагаєчка твоя"?</w:t>
      </w:r>
    </w:p>
    <w:p>
      <w:r>
        <w:br/>
        <w:t>Се ж по тобі, громадонько, нагаєчка гуля,&lt;br /&gt;</w:t>
        <w:br/>
        <w:t>тобі ж вона й взнаки далась "восьмого февраля"!&lt;br /&gt;</w:t>
        <w:br/>
        <w:t>Навіщо ж їй нагадувать такі веселі дні,&lt;br /&gt;</w:t>
        <w:br/>
        <w:t>щоб знову розгулялася ще по твоїй спині?</w:t>
      </w:r>
    </w:p>
    <w:p>
      <w:r>
        <w:br/>
        <w:t>Над власною наругою жартуєш ти сама,&lt;br /&gt;</w:t>
        <w:br/>
        <w:t>невже ж бо ти, громадонько, зовсім без сорома?&lt;br /&gt;</w:t>
        <w:br/>
        <w:t>Ще пісня не вродилася, щоб волі заспівать,&lt;br /&gt;</w:t>
        <w:br/>
        <w:t>а ти мов заходилася знічев’я танцювать.</w:t>
      </w:r>
    </w:p>
    <w:p>
      <w:r>
        <w:br/>
        <w:t>1.07.1905, Колодяжне</w:t>
      </w:r>
    </w:p>
    <w:p>
      <w:r>
        <w:br/>
        <w:t>"МРIЄ, НЕ ЗРАДЬ!"</w:t>
      </w:r>
    </w:p>
    <w:p>
      <w:r>
        <w:br/>
        <w:t>Мрiє, не зрадь! Я так довго до тебе тужила,&lt;br /&gt;</w:t>
        <w:br/>
        <w:t>Стiльки безрадiсних днiв, стiльки безсонних ночей.&lt;br /&gt;</w:t>
        <w:br/>
        <w:t>А тепера я в тебе остатню надiю вложила.&lt;br /&gt;</w:t>
        <w:br/>
        <w:t>О, не згасни ти, свiтло безсонних очей!</w:t>
      </w:r>
    </w:p>
    <w:p>
      <w:r>
        <w:br/>
        <w:t>Мрiє, не зрадь! Ти ж так довго лила свої чари&lt;br /&gt;</w:t>
        <w:br/>
        <w:t>в серце жадiбне моє, сповнилось серце ущерть,&lt;br /&gt;</w:t>
        <w:br/>
        <w:t>вже ж тепера мене не одiб'ють вiд тебе примари,&lt;br /&gt;</w:t>
        <w:br/>
        <w:t>не зляка нi страждання, нi горе, нi смерть.</w:t>
      </w:r>
    </w:p>
    <w:p>
      <w:r>
        <w:br/>
        <w:t>Я вже давно iнших мрiй вiдреклася для тебе.&lt;br /&gt;</w:t>
        <w:br/>
        <w:t>Се ж я зрiкаюсь не мрiй, я вже зрiкаюсь життя.&lt;br /&gt;</w:t>
        <w:br/>
        <w:t>Вдарив час, я душею повстала сама проти себе,&lt;br /&gt;</w:t>
        <w:br/>
        <w:t>i тепер вже немає менi вороття.</w:t>
      </w:r>
    </w:p>
    <w:p>
      <w:r>
        <w:br/>
        <w:t>Тiльки — життя за життя! Мрiє, станься живою!&lt;br /&gt;</w:t>
        <w:br/>
        <w:t>Слово, коли ти живе, статися тiлом пора.&lt;br /&gt;</w:t>
        <w:br/>
        <w:t>Хто моря переплив i спалив кораблi за собою,&lt;br /&gt;</w:t>
        <w:br/>
        <w:t>той не вмре, не здобувши нового добра.</w:t>
      </w:r>
    </w:p>
    <w:p>
      <w:r>
        <w:br/>
        <w:t>Мрiє, колись ти лiтала орлом надо мною, —&lt;br /&gt;</w:t>
        <w:br/>
        <w:t>дай менi крила свої, хочу їх мати сама,&lt;br /&gt;</w:t>
        <w:br/>
        <w:t>хочу дихать вогнем, хочу жити твоєю весною,&lt;br /&gt;</w:t>
        <w:br/>
        <w:t>а як прийдеться згинуть за теє — дарма!</w:t>
      </w:r>
    </w:p>
    <w:p>
      <w:r>
        <w:br/>
        <w:t>3/VIII 1905</w:t>
      </w:r>
    </w:p>
    <w:p>
      <w:r>
        <w:br/>
        <w:t>"УПОЄНІ НА БЕНКЕТАХ КРИВАВИХ…"</w:t>
      </w:r>
    </w:p>
    <w:p>
      <w:r>
        <w:br/>
        <w:t>Упоєні на бенкетах кривавих,&lt;br /&gt;</w:t>
        <w:br/>
        <w:t>невільники-народи спали довго&lt;br /&gt;</w:t>
        <w:br/>
        <w:t>у спільній віковій своїй темниці,&lt;br /&gt;</w:t>
        <w:br/>
        <w:t>і снились їм гніткі та дикі сни.&lt;br /&gt;</w:t>
        <w:br/>
        <w:t>Ті сни літали, наче хижі птахи,&lt;br /&gt;</w:t>
        <w:br/>
        <w:t>у темряві крилами гучно били,&lt;br /&gt;</w:t>
        <w:br/>
        <w:t>лякаючи незрячі сонні душі,&lt;br /&gt;</w:t>
        <w:br/>
        <w:t>то знов ширяли, мов нічнії сови,&lt;br /&gt;</w:t>
        <w:br/>
        <w:t>безгучно, тихо звужували круги&lt;br /&gt;</w:t>
        <w:br/>
        <w:t>і налягали зморою на груди,&lt;br /&gt;</w:t>
        <w:br/>
        <w:t>безформною марою без обличчя,&lt;br /&gt;</w:t>
        <w:br/>
        <w:t>що кров пила із невидимих ран.&lt;br /&gt;</w:t>
        <w:br/>
        <w:t>І кидались невільники-народи,&lt;br /&gt;</w:t>
        <w:br/>
        <w:t>стогнали глухо, скрикували з болю,&lt;br /&gt;</w:t>
        <w:br/>
        <w:t>безладно шарпались і побивались,&lt;br /&gt;</w:t>
        <w:br/>
        <w:t>та один одного кривавили крізь сон,&lt;br /&gt;</w:t>
        <w:br/>
        <w:t>одурені примарами важкими,&lt;br /&gt;</w:t>
        <w:br/>
        <w:t>і прокидалися на мить у чорній тьмі,&lt;br /&gt;</w:t>
        <w:br/>
        <w:t>підводили повіки обважнілі&lt;br /&gt;</w:t>
        <w:br/>
        <w:t>і голосами, хрипкими від змори,&lt;br /&gt;</w:t>
        <w:br/>
        <w:t>питали в темряви: чи хутко день?&lt;br /&gt;</w:t>
        <w:br/>
        <w:t>А темрява відповідала сміхом,&lt;br /&gt;</w:t>
        <w:br/>
        <w:t>роззявивши беззубу, чорну пащу,&lt;br /&gt;</w:t>
        <w:br/>
        <w:t>і знову їх давила сном важким.&lt;br /&gt;</w:t>
        <w:br/>
        <w:t>Але крізь сон пронизувались мрії,&lt;br /&gt;</w:t>
        <w:br/>
        <w:t>мов промені з далеких тих світів,&lt;br /&gt;</w:t>
        <w:br/>
        <w:t>що з нами тільки світлом розмовляють&lt;br /&gt;</w:t>
        <w:br/>
        <w:t>і погляд наш привчають вірить в світло&lt;br /&gt;</w:t>
        <w:br/>
        <w:t>без плям, без тіней… Мрії передсвітні,&lt;br /&gt;</w:t>
        <w:br/>
        <w:t>які ви чарівні! Чи є весна,&lt;br /&gt;</w:t>
        <w:br/>
        <w:t>яка б могла квітками дорівнятись&lt;br /&gt;</w:t>
        <w:br/>
        <w:t>урочим барвам вашим? Де веселка&lt;br /&gt;</w:t>
        <w:br/>
        <w:t>така ясна, щоб не здалась блідою&lt;br /&gt;</w:t>
        <w:br/>
        <w:t>супроти вас? Хто бачив блискавицю,&lt;br /&gt;</w:t>
        <w:br/>
        <w:t>яскравішу над полиск ваших крил?&lt;br /&gt;</w:t>
        <w:br/>
        <w:t>Коли бува, щоб заграва червона&lt;br /&gt;</w:t>
        <w:br/>
        <w:t>своєю кров’ю залила й втопила&lt;br /&gt;</w:t>
        <w:br/>
        <w:t>препишні, ярі багряниці ваші&lt;br /&gt;</w:t>
        <w:br/>
        <w:t>і ваш вогонь пожаром пойняла?&lt;br /&gt;</w:t>
        <w:br/>
        <w:t>І марилось невільникам-народам,&lt;br /&gt;</w:t>
        <w:br/>
        <w:t>що вже вони прокинулись навесні,&lt;br /&gt;</w:t>
        <w:br/>
        <w:t>і голосно вони вітали ранок,&lt;br /&gt;</w:t>
        <w:br/>
        <w:t>і руки простягали, і до неба&lt;br /&gt;</w:t>
        <w:br/>
        <w:t>зверталися засклеплені їх очі,&lt;br /&gt;</w:t>
        <w:br/>
        <w:t>аж тут повіяв зимний вітерець,&lt;br /&gt;</w:t>
        <w:br/>
        <w:t>обвіяв змучені палкі обличчя,&lt;br /&gt;</w:t>
        <w:br/>
        <w:t>умив холодною росою очі,&lt;br /&gt;</w:t>
        <w:br/>
        <w:t>розкрились очі, в’язні пробудились&lt;br /&gt;</w:t>
        <w:br/>
        <w:t>і бачать: побіліла їх темниця,&lt;br /&gt;</w:t>
        <w:br/>
        <w:t>виразно видко і склепіння, й стіни,&lt;br /&gt;</w:t>
        <w:br/>
        <w:t>і всю її ширінь, і всю тісноту,&lt;br /&gt;</w:t>
        <w:br/>
        <w:t>весь бруд, всю цвіль, всю нечисть, і всіх гадів,&lt;br /&gt;</w:t>
        <w:br/>
        <w:t>і всю страшну трагедію обличчів&lt;br /&gt;</w:t>
        <w:br/>
        <w:t>невільницьких… А де ж багрянець мрій?&lt;br /&gt;</w:t>
        <w:br/>
        <w:t>Як довго сон тривав? Чи се весна?&lt;br /&gt;</w:t>
        <w:br/>
        <w:t>Так де ж її раптові ранні зорі?&lt;br /&gt;</w:t>
        <w:br/>
        <w:t>З якого краю тута сонце сходить?&lt;br /&gt;</w:t>
        <w:br/>
        <w:t>Чи, може, се й не день, а біла ніч,&lt;br /&gt;</w:t>
        <w:br/>
        <w:t>та хвора тьма, та темрява бліда,&lt;br /&gt;</w:t>
        <w:br/>
        <w:t>що на півночі люди звуть весною?..</w:t>
      </w:r>
    </w:p>
    <w:p>
      <w:r>
        <w:br/>
        <w:t>7.08.1905</w:t>
      </w:r>
    </w:p>
    <w:p>
      <w:r>
        <w:br/>
        <w:t>"ОСЬ УНОЧІ ПРОБУДИЛИСЬ ДУМКИ…"</w:t>
      </w:r>
    </w:p>
    <w:p>
      <w:r>
        <w:br/>
        <w:t>Ось уночі пробудились думки:&lt;br /&gt;</w:t>
        <w:br/>
        <w:t>"Спиш?" – мені крикнули і залюбки&lt;br /&gt;</w:t>
        <w:br/>
        <w:t>кров мою пить почали, як вампіри…&lt;br /&gt;</w:t>
        <w:br/>
        <w:t>П’ють без ваги, без жалю і без міри…&lt;br /&gt;</w:t>
        <w:br/>
        <w:t>Ось налетіла одна промениста,&lt;br /&gt;</w:t>
        <w:br/>
        <w:t>як метеор, безпричальна, ветвиста&lt;br /&gt;</w:t>
        <w:br/>
        <w:t>і пролетіла… її не спинить…&lt;br /&gt;</w:t>
        <w:br/>
        <w:t>Чую, що погляд мій гостро зорить,&lt;br /&gt;</w:t>
        <w:br/>
        <w:t>пильно пронизує темряву чорну, –&lt;br /&gt;</w:t>
        <w:br/>
        <w:t>не подолати її необорну!&lt;br /&gt;</w:t>
        <w:br/>
        <w:t>Думка пролинула, зсунулась тьма,&lt;br /&gt;</w:t>
        <w:br/>
        <w:t>ось уже ясної й сліду нема…&lt;br /&gt;</w:t>
        <w:br/>
        <w:t>Тільки даремно горять мої очі:&lt;br /&gt;</w:t>
        <w:br/>
        <w:t>тьму освітити немає в них мочі…&lt;br /&gt;</w:t>
        <w:br/>
        <w:t>Темно… Ох, мучать як думи-вампіри!&lt;br /&gt;</w:t>
        <w:br/>
        <w:t>Годі, лишіть! всею силою віри&lt;br /&gt;</w:t>
        <w:br/>
        <w:t>я узброяюсь тепер проти вас,&lt;br /&gt;</w:t>
        <w:br/>
        <w:t>слушний, бажаний настав тепер час.&lt;br /&gt;</w:t>
        <w:br/>
        <w:t>Вірю я в правду свого ідеалу,&lt;br /&gt;</w:t>
        <w:br/>
        <w:t>і коли б я тую віру зламала,&lt;br /&gt;</w:t>
        <w:br/>
        <w:t>віра б зламалась у власне життя,&lt;br /&gt;</w:t>
        <w:br/>
        <w:t>в вічність розвитку і в світу буття,&lt;br /&gt;</w:t>
        <w:br/>
        <w:t>власним очам я б не вірила й слуху,&lt;br /&gt;</w:t>
        <w:br/>
        <w:t>я б не впевнялась ні тілу, ні духу.&lt;br /&gt;</w:t>
        <w:br/>
        <w:t>Се ж бо для віри найвищая міра!&lt;br /&gt;</w:t>
        <w:br/>
        <w:t>Думка питає: "І віра та щира?"</w:t>
      </w:r>
    </w:p>
    <w:p>
      <w:r>
        <w:br/>
        <w:t>3.12.1905</w:t>
      </w:r>
    </w:p>
    <w:p>
      <w:r>
        <w:br/>
        <w:t>ГРАФ ФОН ЕЙНЗІДЕЛЬ</w:t>
      </w:r>
    </w:p>
    <w:p>
      <w:r>
        <w:br/>
        <w:t>Чого в пишнім замку ні в однім вікні&lt;br /&gt;</w:t>
        <w:br/>
        <w:t>Всю ніч аж до ранку не гаснуть огні?&lt;br /&gt;</w:t>
        <w:br/>
        <w:t>Чи граф фон Ейнзідель гуляє?&lt;br /&gt;</w:t>
        <w:br/>
        <w:t>Так чом же ні співів не чуть, ні музик,&lt;br /&gt;</w:t>
        <w:br/>
        <w:t>А зрідка чувати приглушений крик?&lt;br /&gt;</w:t>
        <w:br/>
        <w:t>Чи граф фон Ейнзідель вмирає?</w:t>
      </w:r>
    </w:p>
    <w:p>
      <w:r>
        <w:br/>
        <w:t>Ні, граф фон Ейнзідель і жив, і здоров,&lt;br /&gt;</w:t>
        <w:br/>
        <w:t>Йому тільки в жилах бентежиться кров,&lt;br /&gt;</w:t>
        <w:br/>
        <w:t>Думки не дають йому спати.&lt;br /&gt;</w:t>
        <w:br/>
        <w:t>І вдень він даремно розваги шука,&lt;br /&gt;</w:t>
        <w:br/>
        <w:t>А потім по ночах марою блука,&lt;br /&gt;</w:t>
        <w:br/>
        <w:t>Обходить всі зали й кімнати.</w:t>
      </w:r>
    </w:p>
    <w:p>
      <w:r>
        <w:br/>
        <w:t>Що гляне в вікно, то зустріне пітьму&lt;br /&gt;</w:t>
        <w:br/>
        <w:t>І марища в вічі заглянуть йому;&lt;br /&gt;</w:t>
        <w:br/>
        <w:t>Він мусить заплющити очі,&lt;br /&gt;</w:t>
        <w:br/>
        <w:t>Та з думки не гинуть обличчя бліді&lt;br /&gt;</w:t>
        <w:br/>
        <w:t>І постаті згорблені, тонкі, худі,&lt;br /&gt;</w:t>
        <w:br/>
        <w:t>Старечі, дитячі, жіночі…</w:t>
      </w:r>
    </w:p>
    <w:p>
      <w:r>
        <w:br/>
        <w:t>Ті самі, що бачить він вдень навспражки:&lt;br /&gt;</w:t>
        <w:br/>
        <w:t>Усе то піддані його й двораки,&lt;br /&gt;</w:t>
        <w:br/>
        <w:t>Все слуги "від бога надані".&lt;br /&gt;</w:t>
        <w:br/>
        <w:t>Чого ж вони хочуть? Що винен він їм?&lt;br /&gt;</w:t>
        <w:br/>
        <w:t>Що він заподіяв підданим своїм?&lt;br /&gt;</w:t>
        <w:br/>
        <w:t>За що його мучать піддані?</w:t>
      </w:r>
    </w:p>
    <w:p>
      <w:r>
        <w:br/>
        <w:t>Він з божої волі, не з власної, пан&lt;br /&gt;</w:t>
        <w:br/>
        <w:t>І катом ніколи не був для селян,&lt;br /&gt;</w:t>
        <w:br/>
        <w:t>І панщина в нього лагідна,&lt;br /&gt;</w:t>
        <w:br/>
        <w:t>Малії відбутки і легкі чинші,&lt;br /&gt;</w:t>
        <w:br/>
        <w:t>Він з світу не звів нічиєї душі, –&lt;br /&gt;</w:t>
        <w:br/>
        <w:t>За що ж сяя кара негідна?</w:t>
      </w:r>
    </w:p>
    <w:p>
      <w:r>
        <w:br/>
        <w:t>Чому ж як він ступить на замковий двір,&lt;br /&gt;</w:t>
        <w:br/>
        <w:t>У кождих очах зустрічає докір,&lt;br /&gt;</w:t>
        <w:br/>
        <w:t>Мов Каїн, що вбив свого брата?&lt;br /&gt;</w:t>
        <w:br/>
        <w:t>Як піде на лан, де женці його жнуть,&lt;br /&gt;</w:t>
        <w:br/>
        <w:t>Здається, женці його мовчки кленуть:&lt;br /&gt;</w:t>
        <w:br/>
        <w:t>"Бодай тобі наглая страта!</w:t>
      </w:r>
    </w:p>
    <w:p>
      <w:r>
        <w:br/>
        <w:t>Ми тут, мов у пеклі, за душу твою,&lt;br /&gt;</w:t>
        <w:br/>
        <w:t>А ти розкошуєш, неначе в раю!&lt;br /&gt;</w:t>
        <w:br/>
        <w:t>За що тобі тії розкоші?&lt;br /&gt;</w:t>
        <w:br/>
        <w:t>Така хіба воля небесна була,&lt;br /&gt;</w:t>
        <w:br/>
        <w:t>Щоб кмет їв свій хліб тільки в поті чола,&lt;br /&gt;</w:t>
        <w:br/>
        <w:t>А ти їв і дарма й за гроші?.."</w:t>
      </w:r>
    </w:p>
    <w:p>
      <w:r>
        <w:br/>
        <w:t>Бринять день і ніч ті мовчазні слова,&lt;br /&gt;</w:t>
        <w:br/>
        <w:t>Болить від них серце, болить голова,&lt;br /&gt;</w:t>
        <w:br/>
        <w:t>Немає потіхи нізвідки.&lt;br /&gt;</w:t>
        <w:br/>
        <w:t>Граф пити покинув червоне вино –&lt;br /&gt;</w:t>
        <w:br/>
        <w:t>Підданською кров’ю відгонить воно –&lt;br /&gt;</w:t>
        <w:br/>
        <w:t>Не милі напитки й наїдки.</w:t>
      </w:r>
    </w:p>
    <w:p>
      <w:r>
        <w:br/>
        <w:t>І ворогом стала графиня-жона,&lt;br /&gt;</w:t>
        <w:br/>
        <w:t>Турбот свого пана не тямить вона, –&lt;br /&gt;</w:t>
        <w:br/>
        <w:t>Для неї то марні розмови,&lt;br /&gt;</w:t>
        <w:br/>
        <w:t>Спокійно живе серед панських вигод,&lt;br /&gt;</w:t>
        <w:br/>
        <w:t>Їй тільки на думці пишнота клейнод,&lt;br /&gt;</w:t>
        <w:br/>
        <w:t>Забави, турніри та влови.</w:t>
      </w:r>
    </w:p>
    <w:p>
      <w:r>
        <w:br/>
        <w:t>У неї працюють в покоях дівки,&lt;br /&gt;</w:t>
        <w:br/>
        <w:t>Все шати гаптують, мережать хустки,&lt;br /&gt;</w:t>
        <w:br/>
        <w:t>Нанизують перли дрібненькі.&lt;br /&gt;</w:t>
        <w:br/>
        <w:t>А графові страшно тих гарних речей:&lt;br /&gt;</w:t>
        <w:br/>
        <w:t>"Жона бере світло дівочих очей,&lt;br /&gt;</w:t>
        <w:br/>
        <w:t>Щоб з нього робить витребеньки…"</w:t>
      </w:r>
    </w:p>
    <w:p>
      <w:r>
        <w:br/>
        <w:t>Був син-одиночок, мале пахоля,&lt;br /&gt;</w:t>
        <w:br/>
        <w:t>Тепер він за пажа в дворі в короля,&lt;br /&gt;</w:t>
        <w:br/>
        <w:t>Бо так забажалось графині.&lt;br /&gt;</w:t>
        <w:br/>
        <w:t>Відколи в столицю подавсь його син,&lt;br /&gt;</w:t>
        <w:br/>
        <w:t>Зостався Ейнзідель, як палець, один&lt;br /&gt;</w:t>
        <w:br/>
        <w:t>У замку свому, як в пустині.</w:t>
      </w:r>
    </w:p>
    <w:p>
      <w:r>
        <w:br/>
        <w:t>З кімнати в кімнату, з палат до палат&lt;br /&gt;</w:t>
        <w:br/>
        <w:t>Як тінь сновигає нещасний магнат.&lt;br /&gt;</w:t>
        <w:br/>
        <w:t>За ним мов слідкують очима&lt;br /&gt;</w:t>
        <w:br/>
        <w:t>Суворі портрети з золочених рам,&lt;br /&gt;</w:t>
        <w:br/>
        <w:t>Аж граф затремтить і зупиниться сам,&lt;br /&gt;</w:t>
        <w:br/>
        <w:t>Бо холод пройде за плечима,</w:t>
      </w:r>
    </w:p>
    <w:p>
      <w:r>
        <w:br/>
        <w:t>І руки тремтячі до їх простяга,&lt;br /&gt;</w:t>
        <w:br/>
        <w:t>І так серед тиші уголос блага:&lt;br /&gt;</w:t>
        <w:br/>
        <w:t>"Скажіть мені, предки велебні,&lt;br /&gt;</w:t>
        <w:br/>
        <w:t>Хто дав мені панства непрошений дар?&lt;br /&gt;</w:t>
        <w:br/>
        <w:t>І як мені скинуть сей прикрий тягар,&lt;br /&gt;</w:t>
        <w:br/>
        <w:t>Сі пута, для духу ганебні?"</w:t>
      </w:r>
    </w:p>
    <w:p>
      <w:r>
        <w:br/>
        <w:t>Мальовані очі, мов справді живі,&lt;br /&gt;</w:t>
        <w:br/>
        <w:t>Йому відмовляють: "Ми всі вартові&lt;br /&gt;</w:t>
        <w:br/>
        <w:t>Твого предковічного права,&lt;br /&gt;</w:t>
        <w:br/>
        <w:t>Ми лицарі всі без догани й страху,&lt;br /&gt;</w:t>
        <w:br/>
        <w:t>Ми в серці ховали не марну пиху,&lt;br /&gt;</w:t>
        <w:br/>
        <w:t>А цноти, що зрощує слава.</w:t>
      </w:r>
    </w:p>
    <w:p>
      <w:r>
        <w:br/>
        <w:t>Глянь, всі ми – закуті в залізо борці,&lt;br /&gt;</w:t>
        <w:br/>
        <w:t>Або посивілі в науках ченці,&lt;br /&gt;</w:t>
        <w:br/>
        <w:t>Ми світочі свого народу.&lt;br /&gt;</w:t>
        <w:br/>
        <w:t>За нами спокійно жили орачі,&lt;br /&gt;</w:t>
        <w:br/>
        <w:t>Бо ми боронили і вдень і вночі&lt;br /&gt;</w:t>
        <w:br/>
        <w:t>Плоху гречкосійську породу.</w:t>
      </w:r>
    </w:p>
    <w:p>
      <w:r>
        <w:br/>
        <w:t>Лицарські повинності – гірше ярма,&lt;br /&gt;</w:t>
        <w:br/>
        <w:t>Ти скинуть їх прагнеш тепер, та дарма!&lt;br /&gt;</w:t>
        <w:br/>
        <w:t>У кров переходить лицарство!&lt;br /&gt;</w:t>
        <w:br/>
        <w:t>Поглянь у свічадо, чий погляд зорить&lt;br /&gt;</w:t>
        <w:br/>
        <w:t>З очей твоїх чорних та гострих в сю мить?&lt;br /&gt;</w:t>
        <w:br/>
        <w:t>Чи є ж проти спадку лікарство?</w:t>
      </w:r>
    </w:p>
    <w:p>
      <w:r>
        <w:br/>
        <w:t>Якби ж ти той спадок в собі поборов, –&lt;br /&gt;</w:t>
        <w:br/>
        <w:t>На тебе повстане вся предківська кров&lt;br /&gt;</w:t>
        <w:br/>
        <w:t>І буде змагатись запекло.&lt;br /&gt;</w:t>
        <w:br/>
        <w:t>З твоїх пориваннів не буде пуття:&lt;br /&gt;</w:t>
        <w:br/>
        <w:t>Хто так на розпутті прожив все життя,&lt;br /&gt;</w:t>
        <w:br/>
        <w:t>Не піде ні в рай, ані в пекло…"</w:t>
      </w:r>
    </w:p>
    <w:p>
      <w:r>
        <w:br/>
        <w:t>КАЗКА ПРО ОХА-ЧАРОДIЯ</w:t>
      </w:r>
    </w:p>
    <w:p>
      <w:r>
        <w:br/>
        <w:t>В тридев’ятім славнім царстві,&lt;br /&gt;</w:t>
        <w:br/>
        <w:t>де колись був цар Горох,&lt;br /&gt;</w:t>
        <w:br/>
        <w:t>є тепер на господарстві&lt;br /&gt;</w:t>
        <w:br/>
        <w:t>мудрий пан, вельможний Ох.</w:t>
      </w:r>
    </w:p>
    <w:p>
      <w:r>
        <w:br/>
        <w:t>Сам той Ох на корх заввишки,&lt;br /&gt;</w:t>
        <w:br/>
        <w:t>а на сажень борода,&lt;br /&gt;</w:t>
        <w:br/>
        <w:t>знає край і вдовж і вширшки,&lt;br /&gt;</w:t>
        <w:br/>
        <w:t>і кому яка біда.</w:t>
      </w:r>
    </w:p>
    <w:p>
      <w:r>
        <w:br/>
        <w:t>Чи хто правий, чи неправий,&lt;br /&gt;</w:t>
        <w:br/>
        <w:t>чи хто прийде сам, чи вдвох, –&lt;br /&gt;</w:t>
        <w:br/>
        <w:t>всіх приймає пан ласкавий,&lt;br /&gt;</w:t>
        <w:br/>
        <w:t>тільки треба мовить: "Ох!"</w:t>
      </w:r>
    </w:p>
    <w:p>
      <w:r>
        <w:br/>
        <w:t>На зеленому горбочку&lt;br /&gt;</w:t>
        <w:br/>
        <w:t>спершу він людей приймав,&lt;br /&gt;</w:t>
        <w:br/>
        <w:t>потім сів у холодочку,&lt;br /&gt;</w:t>
        <w:br/>
        <w:t>звідти голос подавав.</w:t>
      </w:r>
    </w:p>
    <w:p>
      <w:r>
        <w:br/>
        <w:t>А як з ранку та й до ранку&lt;br /&gt;</w:t>
        <w:br/>
        <w:t>стали люди обридать,&lt;br /&gt;</w:t>
        <w:br/>
        <w:t>Ох зробив собі землянку,&lt;br /&gt;</w:t>
        <w:br/>
        <w:t>Оха більше не видать.</w:t>
      </w:r>
    </w:p>
    <w:p>
      <w:r>
        <w:br/>
        <w:t>Але хто те місце знає,&lt;br /&gt;</w:t>
        <w:br/>
        <w:t>де трухлявий пень і мох,&lt;br /&gt;</w:t>
        <w:br/>
        <w:t>той приходить і волає&lt;br /&gt;</w:t>
        <w:br/>
        <w:t>або й тихо каже: "Ох!"</w:t>
      </w:r>
    </w:p>
    <w:p>
      <w:r>
        <w:br/>
        <w:t>Хоч би навіть ненароком&lt;br /&gt;</w:t>
        <w:br/>
        <w:t>теє "ох!" промовив ти,&lt;br /&gt;</w:t>
        <w:br/>
        <w:t>знай, що вилізе те боком, –&lt;br /&gt;</w:t>
        <w:br/>
        <w:t>воріття вже не знайти!</w:t>
      </w:r>
    </w:p>
    <w:p>
      <w:r>
        <w:br/>
        <w:t>Бо затягне з головою&lt;br /&gt;</w:t>
        <w:br/>
        <w:t>трясовиця мохова&lt;br /&gt;</w:t>
        <w:br/>
        <w:t>і з душею, ще живою,&lt;br /&gt;</w:t>
        <w:br/>
        <w:t>під землею похова.</w:t>
      </w:r>
    </w:p>
    <w:p>
      <w:r>
        <w:br/>
        <w:t>Під землею ж там – палати,&lt;br /&gt;</w:t>
        <w:br/>
        <w:t>де вельможний Ох сидить,&lt;br /&gt;</w:t>
        <w:br/>
        <w:t>гарні, пишнії кімнати,&lt;br /&gt;</w:t>
        <w:br/>
        <w:t>срібло-злото скрізь ряхтить;</w:t>
      </w:r>
    </w:p>
    <w:p>
      <w:r>
        <w:br/>
        <w:t>дорогії самоцвіти,&lt;br /&gt;</w:t>
        <w:br/>
        <w:t>наче зорі, миготять,&lt;br /&gt;</w:t>
        <w:br/>
        <w:t>скрізь заморські дивні квіти,&lt;br /&gt;</w:t>
        <w:br/>
        <w:t>по клітках пташки сидять;</w:t>
      </w:r>
    </w:p>
    <w:p>
      <w:r>
        <w:br/>
        <w:t>золотії грають рибки&lt;br /&gt;</w:t>
        <w:br/>
        <w:t>в кришталевих скриньочках;&lt;br /&gt;</w:t>
        <w:br/>
        <w:t>і ведмеді ходять дибки&lt;br /&gt;</w:t>
        <w:br/>
        <w:t>в рукавичках, жупанках.</w:t>
      </w:r>
    </w:p>
    <w:p>
      <w:r>
        <w:br/>
        <w:t>Враз тебе там обморочать&lt;br /&gt;</w:t>
        <w:br/>
        <w:t>блиск і пахощі міцні,&lt;br /&gt;</w:t>
        <w:br/>
        <w:t>попугаї заторочать&lt;br /&gt;</w:t>
        <w:br/>
        <w:t>приказки якісь дивні.</w:t>
      </w:r>
    </w:p>
    <w:p>
      <w:r>
        <w:br/>
        <w:t>І безглузді очі втупить&lt;br /&gt;</w:t>
        <w:br/>
        <w:t>в тебе рибка, мов чига…&lt;br /&gt;</w:t>
        <w:br/>
        <w:t>Тут ведмедів гурт обступить,&lt;br /&gt;</w:t>
        <w:br/>
        <w:t>кожен лапу простяга, –</w:t>
      </w:r>
    </w:p>
    <w:p>
      <w:r>
        <w:br/>
        <w:t>той бере тебе за руку,&lt;br /&gt;</w:t>
        <w:br/>
        <w:t>той торкає за плече;&lt;br /&gt;</w:t>
        <w:br/>
        <w:t>боронь боже ворухнутись! –&lt;br /&gt;</w:t>
        <w:br/>
        <w:t>кров одразу потече.</w:t>
      </w:r>
    </w:p>
    <w:p>
      <w:r>
        <w:br/>
        <w:t>Бо крізь білі рукавички&lt;br /&gt;</w:t>
        <w:br/>
        <w:t>враз проб’ються пазурі&lt;br /&gt;</w:t>
        <w:br/>
        <w:t>гачкуваті, мов гаплички, –&lt;br /&gt;</w:t>
        <w:br/>
        <w:t>так і вп’ються, мов щурі.</w:t>
      </w:r>
    </w:p>
    <w:p>
      <w:r>
        <w:br/>
        <w:t>Тож, коли вже раз попався, –&lt;br /&gt;</w:t>
        <w:br/>
        <w:t>наче в пастку бідна миш, –&lt;br /&gt;</w:t>
        <w:br/>
        <w:t>то сиди, мов прикувався,&lt;br /&gt;</w:t>
        <w:br/>
        <w:t>не рушай, мовчи та диш!</w:t>
      </w:r>
    </w:p>
    <w:p>
      <w:r>
        <w:br/>
        <w:t>Вийде Ох: "Вітай в гостині!&lt;br /&gt;</w:t>
        <w:br/>
        <w:t>Чи волієш нам служить?&lt;br /&gt;</w:t>
        <w:br/>
        <w:t>Чи волієш, може, нині&lt;br /&gt;</w:t>
        <w:br/>
        <w:t>головою наложить?"</w:t>
      </w:r>
    </w:p>
    <w:p>
      <w:r>
        <w:br/>
        <w:t>Скажеш: "Я служить не згоден", –&lt;br /&gt;</w:t>
        <w:br/>
        <w:t>зараз цок тебе в лобок,&lt;br /&gt;</w:t>
        <w:br/>
        <w:t>якщо ти носить не годен&lt;br /&gt;</w:t>
        <w:br/>
        <w:t>рукавички й жупанок.</w:t>
      </w:r>
    </w:p>
    <w:p>
      <w:r>
        <w:br/>
        <w:t>Стань на службу –&lt;br /&gt;</w:t>
        <w:br/>
        <w:t>подарують рукавички й жупанець,&lt;br /&gt;</w:t>
        <w:br/>
        <w:t>привітають, пошанують, –&lt;br /&gt;</w:t>
        <w:br/>
        <w:t>тільки ж там тобі й кінець!</w:t>
      </w:r>
    </w:p>
    <w:p>
      <w:r>
        <w:br/>
        <w:t>Вічно будеш пробувати&lt;br /&gt;</w:t>
        <w:br/>
        <w:t>у підземному дворі,&lt;br /&gt;</w:t>
        <w:br/>
        <w:t>більш тобі вже не видати&lt;br /&gt;</w:t>
        <w:br/>
        <w:t>ані сонця, ні зорі.</w:t>
      </w:r>
    </w:p>
    <w:p>
      <w:r>
        <w:br/>
        <w:t>Де торкнешся – всюди брами,&lt;br /&gt;</w:t>
        <w:br/>
        <w:t>під замком та під ключем…&lt;br /&gt;</w:t>
        <w:br/>
        <w:t>Десь далеко хтось часами&lt;br /&gt;</w:t>
        <w:br/>
        <w:t>озивається плачем.</w:t>
      </w:r>
    </w:p>
    <w:p>
      <w:r>
        <w:br/>
        <w:t>Спів на плач відповідає,&lt;br /&gt;</w:t>
        <w:br/>
        <w:t>плач на спів, так без кінця…&lt;br /&gt;</w:t>
        <w:br/>
        <w:t>Кажуть, бранка там ридає,&lt;br /&gt;</w:t>
        <w:br/>
        <w:t>жде юнака-молодця;</w:t>
      </w:r>
    </w:p>
    <w:p>
      <w:r>
        <w:br/>
        <w:t>коло неї там Жар-птиця&lt;br /&gt;</w:t>
        <w:br/>
        <w:t>співом душу потіша,&lt;br /&gt;</w:t>
        <w:br/>
        <w:t>та сумна міцна темниця,&lt;br /&gt;</w:t>
        <w:br/>
        <w:t>смутна в дівчини душа.</w:t>
      </w:r>
    </w:p>
    <w:p>
      <w:r>
        <w:br/>
        <w:t>Якби хтів їй волю дати&lt;br /&gt;</w:t>
        <w:br/>
        <w:t>хто з хоробрих юнаків,&lt;br /&gt;</w:t>
        <w:br/>
        <w:t>мусить перше розрубати&lt;br /&gt;</w:t>
        <w:br/>
        <w:t>сімдесят ще й сім замків…</w:t>
      </w:r>
    </w:p>
    <w:p>
      <w:r>
        <w:br/>
        <w:t>Вже вам казка обридав?&lt;br /&gt;</w:t>
        <w:br/>
        <w:t>Що ж! хто має кладенець,&lt;br /&gt;</w:t>
        <w:br/>
        <w:t>хай замки ті розрубає, –&lt;br /&gt;</w:t>
        <w:br/>
        <w:t>буде казочці кінець!</w:t>
      </w:r>
    </w:p>
    <w:p>
      <w:r>
        <w:br/>
        <w:t>[7.III 1906]</w:t>
      </w:r>
    </w:p>
    <w:p>
      <w:r>
        <w:br/>
        <w:t>ВЕСЕЛИЙ ПАН</w:t>
      </w:r>
    </w:p>
    <w:p>
      <w:r>
        <w:br/>
        <w:t>Далебі не стане мочі, –&lt;br /&gt;</w:t>
        <w:br/>
        <w:t>подуріли мужики!&lt;br /&gt;</w:t>
        <w:br/>
        <w:t>Лізуть в очі поторочі,&lt;br /&gt;</w:t>
        <w:br/>
        <w:t>пащекують про страйки…&lt;br /&gt;</w:t>
        <w:br/>
        <w:t>Чи дадуть мені ті хами хоч годину чисту?&lt;br /&gt;</w:t>
        <w:br/>
        <w:t>Гей, підіте приведіте музику троїсту!</w:t>
      </w:r>
    </w:p>
    <w:p>
      <w:r>
        <w:br/>
        <w:t>Кажуть, голод в їх почався, –&lt;br /&gt;</w:t>
        <w:br/>
        <w:t>якщо правда, дуже жаль.&lt;br /&gt;</w:t>
        <w:br/>
        <w:t>Я б зібрався, розпитався,&lt;br /&gt;</w:t>
        <w:br/>
        <w:t>але ж нині маю баль…&lt;br /&gt;</w:t>
        <w:br/>
        <w:t>Що? прийшли оті голодні? – Добре, почекайте!&lt;br /&gt;</w:t>
        <w:br/>
        <w:t>Гей, цимбали! швидко, шпарко! враз, музики, грайте.</w:t>
      </w:r>
    </w:p>
    <w:p>
      <w:r>
        <w:br/>
        <w:t>Що там? бунт?.. не бійся, Валю, –&lt;br /&gt;</w:t>
        <w:br/>
        <w:t>зараз будуть козаки…&lt;br /&gt;</w:t>
        <w:br/>
        <w:t>Прошу в залю всіх до балю…&lt;br /&gt;</w:t>
        <w:br/>
        <w:t>Гей, шампана, двораки!&lt;br /&gt;</w:t>
        <w:br/>
        <w:t>О, вже там дають їм хльосту… що за дикі крики?!&lt;br /&gt;</w:t>
        <w:br/>
        <w:t>Гей, цимбали! швидше! шпарче! голосніш, музики!!!</w:t>
      </w:r>
    </w:p>
    <w:p>
      <w:r>
        <w:br/>
        <w:t>[7.03.1906]</w:t>
      </w:r>
    </w:p>
    <w:p>
      <w:r>
        <w:br/>
        <w:t>ПРАКТИЧНИЙ ПАН</w:t>
      </w:r>
    </w:p>
    <w:p>
      <w:r>
        <w:br/>
        <w:t>Я не боюсь бунтівників,&lt;br /&gt;</w:t>
        <w:br/>
        <w:t>у мене з ними згода,&lt;br /&gt;</w:t>
        <w:br/>
        <w:t>я не покличу козаків,&lt;br /&gt;</w:t>
        <w:br/>
        <w:t>мені то невигода.</w:t>
      </w:r>
    </w:p>
    <w:p>
      <w:r>
        <w:br/>
        <w:t>Як прийде збіжжя розбирать&lt;br /&gt;</w:t>
        <w:br/>
        <w:t>із хуторів голота,&lt;br /&gt;</w:t>
        <w:br/>
        <w:t>я вийду сам її стрічать&lt;br /&gt;</w:t>
        <w:br/>
        <w:t>і розчиню ворота.</w:t>
      </w:r>
    </w:p>
    <w:p>
      <w:r>
        <w:br/>
        <w:t>Беріть, везіть хоч на возах,&lt;br /&gt;</w:t>
        <w:br/>
        <w:t>я й сам ще навантажу,&lt;br /&gt;</w:t>
        <w:br/>
        <w:t>я лиш на власних терезах&lt;br /&gt;</w:t>
        <w:br/>
        <w:t>мішечок кожний зважу.</w:t>
      </w:r>
    </w:p>
    <w:p>
      <w:r>
        <w:br/>
        <w:t>Що ж, се товар якраз про вас,&lt;br /&gt;</w:t>
        <w:br/>
        <w:t>шановні "продуценти",&lt;br /&gt;</w:t>
        <w:br/>
        <w:t>я певен, ви мені в свій час&lt;br /&gt;</w:t>
        <w:br/>
        <w:t>заплатите проценти.</w:t>
      </w:r>
    </w:p>
    <w:p>
      <w:r>
        <w:br/>
        <w:t>Сам грошей править не піду,&lt;br /&gt;</w:t>
        <w:br/>
        <w:t>Я ж не лихвар-жидюга!&lt;br /&gt;</w:t>
        <w:br/>
        <w:t>Вже я собі таких знайду,&lt;br /&gt;</w:t>
        <w:br/>
        <w:t>Що зроблять се для друга.</w:t>
      </w:r>
    </w:p>
    <w:p>
      <w:r>
        <w:br/>
        <w:t>ПАН ПОЛІТИК</w:t>
      </w:r>
    </w:p>
    <w:p>
      <w:r>
        <w:br/>
        <w:t>Ба, що робить? скінчився вік лицарства,&lt;br /&gt;</w:t>
        <w:br/>
        <w:t>доводиться не списом, а пером&lt;br /&gt;</w:t>
        <w:br/>
        <w:t>боротися з Іваном та Петром…&lt;br /&gt;</w:t>
        <w:br/>
        <w:t>Пишу статтю "Про кризис господарства".</w:t>
      </w:r>
    </w:p>
    <w:p>
      <w:r>
        <w:br/>
        <w:t>Я знаю сам, що я не Ціцерон,&lt;br /&gt;</w:t>
        <w:br/>
        <w:t>а все ж таки, коли я добре схочу,&lt;br /&gt;</w:t>
        <w:br/>
        <w:t>то хоч кого словами обморочу…&lt;br /&gt;</w:t>
        <w:br/>
        <w:t>Скажу промову в "партії ворон".</w:t>
      </w:r>
    </w:p>
    <w:p>
      <w:r>
        <w:br/>
        <w:t>Тепер всяк хам показує натуру,&lt;br /&gt;</w:t>
        <w:br/>
        <w:t>а нам мовчать? Се був би чистий страм!&lt;br /&gt;</w:t>
        <w:br/>
        <w:t>Та я готов піддержать сім програм!..&lt;br /&gt;</w:t>
        <w:br/>
        <w:t>Я становлю свою кандидатуру!</w:t>
      </w:r>
    </w:p>
    <w:p>
      <w:r>
        <w:br/>
        <w:t>ПАН НАРОДОВЕЦЬ</w:t>
      </w:r>
    </w:p>
    <w:p>
      <w:r>
        <w:br/>
        <w:t>Ось послухайте, Іванцю,&lt;br /&gt;</w:t>
        <w:br/>
        <w:t>я ж добра вам жичу,&lt;br /&gt;</w:t>
        <w:br/>
        <w:t>я надумав видавати&lt;br /&gt;</w:t>
        <w:br/>
        <w:t>часопись мужичу…</w:t>
      </w:r>
    </w:p>
    <w:p>
      <w:r>
        <w:br/>
        <w:t>Нащо вам здалася тая&lt;br /&gt;</w:t>
        <w:br/>
        <w:t>мудра політика,&lt;br /&gt;</w:t>
        <w:br/>
        <w:t>тільки часу марнування –&lt;br /&gt;</w:t>
        <w:br/>
        <w:t>сварка, біятика.</w:t>
      </w:r>
    </w:p>
    <w:p>
      <w:r>
        <w:br/>
        <w:t>Хай пани ідуть до Думи&lt;br /&gt;</w:t>
        <w:br/>
        <w:t>голову сушити,&lt;br /&gt;</w:t>
        <w:br/>
        <w:t>я вам справи господарські&lt;br /&gt;</w:t>
        <w:br/>
        <w:t>поможу рішити.</w:t>
      </w:r>
    </w:p>
    <w:p>
      <w:r>
        <w:br/>
        <w:t>Я навчу вас, як гноїти&lt;br /&gt;</w:t>
        <w:br/>
        <w:t>землю для пшениці.&lt;br /&gt;</w:t>
        <w:br/>
        <w:t>Кажете, землі немає?&lt;br /&gt;</w:t>
        <w:br/>
        <w:t>То пусте, дрібниці!</w:t>
      </w:r>
    </w:p>
    <w:p>
      <w:r>
        <w:br/>
        <w:t>Розкажу вам, як де в світі&lt;br /&gt;</w:t>
        <w:br/>
        <w:t>сіно косять люде…&lt;br /&gt;</w:t>
        <w:br/>
        <w:t>В вас немає сіножаті?&lt;br /&gt;</w:t>
        <w:br/>
        <w:t>Ет, якось-то буде!</w:t>
      </w:r>
    </w:p>
    <w:p>
      <w:r>
        <w:br/>
        <w:t>Розкажу вам, як худобу&lt;br /&gt;</w:t>
        <w:br/>
        <w:t>треба випасати…&lt;br /&gt;</w:t>
        <w:br/>
        <w:t>Вам не стало пасовиська?&lt;br /&gt;</w:t>
        <w:br/>
        <w:t>Чи ж на те вважати?</w:t>
      </w:r>
    </w:p>
    <w:p>
      <w:r>
        <w:br/>
        <w:t>Ну, навчу вас, як належить&lt;br /&gt;</w:t>
        <w:br/>
        <w:t>пильнувати ліса…&lt;br /&gt;</w:t>
        <w:br/>
        <w:t>Ви не маєте вже ліса?&lt;br /&gt;</w:t>
        <w:br/>
        <w:t>Отуди до біса!</w:t>
      </w:r>
    </w:p>
    <w:p>
      <w:r>
        <w:br/>
        <w:t>То хіба навчу сушити&lt;br /&gt;</w:t>
        <w:br/>
        <w:t>вікове болото…&lt;br /&gt;</w:t>
        <w:br/>
        <w:t>Як? Не маєте й болота?&lt;br /&gt;</w:t>
        <w:br/>
        <w:t>No, to mniejsza о to !</w:t>
      </w:r>
    </w:p>
    <w:p>
      <w:r>
        <w:br/>
        <w:t>Але ж слухайте, коханку,&lt;br /&gt;</w:t>
        <w:br/>
        <w:t>я ж добра вам жичу!&lt;br /&gt;</w:t>
        <w:br/>
        <w:t>Хоч спаліте, а купіте&lt;br /&gt;</w:t>
        <w:br/>
        <w:t>часопись мужичу.</w:t>
      </w:r>
    </w:p>
    <w:p>
      <w:r>
        <w:br/>
        <w:t>КАЗОЧКА ПРО КРАЙ ЦАРЯ ГОРОХА</w:t>
      </w:r>
    </w:p>
    <w:p>
      <w:r>
        <w:br/>
        <w:t>Ви чули казочку про край царя Гороха?&lt;br /&gt;</w:t>
        <w:br/>
        <w:t>Чи знаєте, чому людей там стало "троха"?&lt;br /&gt;</w:t>
        <w:br/>
        <w:t>Хтось з люльки іскру здув, а загасить не зміг,&lt;br /&gt;</w:t>
        <w:br/>
        <w:t>і знявсь пожар такий, аж загорівся сніг.&lt;br /&gt;</w:t>
        <w:br/>
        <w:t>У ратуші пан війт зліз на високу вежу&lt;br /&gt;</w:t>
        <w:br/>
        <w:t>і радив притлумить соломою пожежу.&lt;br /&gt;</w:t>
        <w:br/>
        <w:t>Тут райці всі до стирт, – хто скільки зміг, загріб,&lt;br /&gt;</w:t>
        <w:br/>
        <w:t>та й жбурнули в вогонь з соломою ввесь хліб.&lt;br /&gt;</w:t>
        <w:br/>
        <w:t>Горіли городи, зникали цілі села,&lt;br /&gt;</w:t>
        <w:br/>
        <w:t>країна вся була червона та весела.&lt;br /&gt;</w:t>
        <w:br/>
        <w:t>А потім стало враз так сумно, як вночі, –&lt;br /&gt;</w:t>
        <w:br/>
        <w:t>де ділись цехові, лицарство, орачі?&lt;br /&gt;</w:t>
        <w:br/>
        <w:t>Хоч хто й живий зоставсь, то ледве совав ноги…&lt;br /&gt;</w:t>
        <w:br/>
        <w:t>Тоді пішли в похід проти людей безроги.</w:t>
      </w:r>
    </w:p>
    <w:p>
      <w:r>
        <w:br/>
        <w:t>[7.03.1906]</w:t>
      </w:r>
    </w:p>
    <w:p>
      <w:r>
        <w:br/>
        <w:t>ЛЕГЕНДА</w:t>
      </w:r>
    </w:p>
    <w:p>
      <w:r>
        <w:br/>
        <w:t>Було колись в одній країні:&lt;br /&gt;</w:t>
        <w:br/>
        <w:t>сумний поет в сумній хатині&lt;br /&gt;</w:t>
        <w:br/>
        <w:t>рядами думи шикував;&lt;br /&gt;</w:t>
        <w:br/>
        <w:t>вони й "рівнялись",&lt;br /&gt;</w:t>
        <w:br/>
        <w:t>мов піхота, аж тут співця взяла охота –&lt;br /&gt;</w:t>
        <w:br/>
        <w:t>і він їм крила подавав.</w:t>
      </w:r>
    </w:p>
    <w:p>
      <w:r>
        <w:br/>
        <w:t>Крилами думоньки тріпочуть,&lt;br /&gt;</w:t>
        <w:br/>
        <w:t>порядку слухати не хочуть,&lt;br /&gt;</w:t>
        <w:br/>
        <w:t>розбили всі шеренги вмить!&lt;br /&gt;</w:t>
        <w:br/>
        <w:t>І врозсип те крилате військо&lt;br /&gt;</w:t>
        <w:br/>
        <w:t>на життьовеє бойовисько&lt;br /&gt;</w:t>
        <w:br/>
        <w:t>з тісної хати в світ летить.</w:t>
      </w:r>
    </w:p>
    <w:p>
      <w:r>
        <w:br/>
        <w:t>Одна полинула високо,&lt;br /&gt;</w:t>
        <w:br/>
        <w:t>друга поринула глибоко,&lt;br /&gt;</w:t>
        <w:br/>
        <w:t>а третя вже гніздечко в’є;&lt;br /&gt;</w:t>
        <w:br/>
        <w:t>та – мов орлиця славу кличе,&lt;br /&gt;</w:t>
        <w:br/>
        <w:t>а друга чайкою кигиче&lt;br /&gt;</w:t>
        <w:br/>
        <w:t>або зозулею кує.</w:t>
      </w:r>
    </w:p>
    <w:p>
      <w:r>
        <w:br/>
        <w:t>Буйна шукає сходу сонця,&lt;br /&gt;</w:t>
        <w:br/>
        <w:t>лагідна в’ється край віконця.&lt;br /&gt;</w:t>
        <w:br/>
        <w:t>мов ластівка все припада,&lt;br /&gt;</w:t>
        <w:br/>
        <w:t>закохана – співа дівчині,&lt;br /&gt;</w:t>
        <w:br/>
        <w:t>мов соловейко на калині&lt;br /&gt;</w:t>
        <w:br/>
        <w:t>сльозами-співами рида…</w:t>
      </w:r>
    </w:p>
    <w:p>
      <w:r>
        <w:br/>
        <w:t>Тим часом люди працьовиті&lt;br /&gt;</w:t>
        <w:br/>
        <w:t>розкинули майстерні сіті,&lt;br /&gt;</w:t>
        <w:br/>
        <w:t>сильця поставили, пастки,&lt;br /&gt;</w:t>
        <w:br/>
        <w:t>по кущиках позасідали,&lt;br /&gt;</w:t>
        <w:br/>
        <w:t>принадоньки понакладали&lt;br /&gt;</w:t>
        <w:br/>
        <w:t>та й ну ловить думки-пташки.</w:t>
      </w:r>
    </w:p>
    <w:p>
      <w:r>
        <w:br/>
        <w:t>Так люди, думок наловивши,&lt;br /&gt;</w:t>
        <w:br/>
        <w:t>по кліточках розсадовивши,&lt;br /&gt;</w:t>
        <w:br/>
        <w:t>їх заходились чепурить:&lt;br /&gt;</w:t>
        <w:br/>
        <w:t>всіх чорнокрилих побілили,&lt;br /&gt;</w:t>
        <w:br/>
        <w:t>а білих трошки почорнили&lt;br /&gt;</w:t>
        <w:br/>
        <w:t>і всіх дали позолотить.</w:t>
      </w:r>
    </w:p>
    <w:p>
      <w:r>
        <w:br/>
        <w:t>А щоб котра не полетіла,&lt;br /&gt;</w:t>
        <w:br/>
        <w:t>приборкали усім їм крила –&lt;br /&gt;</w:t>
        <w:br/>
        <w:t>тепер буянню їх кінець ! –&lt;br /&gt;</w:t>
        <w:br/>
        <w:t>Ніжки докупи пов’язавши,&lt;br /&gt;</w:t>
        <w:br/>
        <w:t>у кошик гарно повкладавши,&lt;br /&gt;</w:t>
        <w:br/>
        <w:t>несуть співцеві на ралець.</w:t>
      </w:r>
    </w:p>
    <w:p>
      <w:r>
        <w:br/>
        <w:t>Співець тоді вже не в хатині&lt;br /&gt;</w:t>
        <w:br/>
        <w:t>і навіть вже не в домовині,&lt;br /&gt;</w:t>
        <w:br/>
        <w:t>а в Вічній Славі пробував&lt;br /&gt;</w:t>
        <w:br/>
        <w:t>(се є така країна гарна,&lt;br /&gt;</w:t>
        <w:br/>
        <w:t>хоч дехто каже – легендарна),&lt;br /&gt;</w:t>
        <w:br/>
        <w:t>то ж там поет гостей приймав.</w:t>
      </w:r>
    </w:p>
    <w:p>
      <w:r>
        <w:br/>
        <w:t>Бо то ж якраз тієї днини&lt;br /&gt;</w:t>
        <w:br/>
        <w:t>були співцеві роковини –&lt;br /&gt;</w:t>
        <w:br/>
        <w:t>рождення й смерті заразом.&lt;br /&gt;</w:t>
        <w:br/>
        <w:t>Віншують гості, подарунки&lt;br /&gt;</w:t>
        <w:br/>
        <w:t>виймають, розв’язавши клунки:&lt;br /&gt;</w:t>
        <w:br/>
        <w:t>"Твоїм добром – тобі ж чолом!"</w:t>
      </w:r>
    </w:p>
    <w:p>
      <w:r>
        <w:br/>
        <w:t>Пташки тоненько щось пищали&lt;br /&gt;</w:t>
        <w:br/>
        <w:t>та позолотою бряжчали…&lt;br /&gt;</w:t>
        <w:br/>
        <w:t>Поет звернувся до гостей:&lt;br /&gt;</w:t>
        <w:br/>
        <w:t>"Громадонько моя поштива,&lt;br /&gt;</w:t>
        <w:br/>
        <w:t>де ти набрала сього дива?.."&lt;br /&gt;</w:t>
        <w:br/>
        <w:t>Він не пізнав своїх дітей!</w:t>
      </w:r>
    </w:p>
    <w:p>
      <w:r>
        <w:br/>
        <w:t>[1906]</w:t>
      </w:r>
    </w:p>
    <w:p>
      <w:r>
        <w:br/>
        <w:t>"ТИХУ ЗАДУМУ ВЕЧІРНЮЮ…"</w:t>
      </w:r>
    </w:p>
    <w:p>
      <w:r>
        <w:br/>
        <w:t>Тиху задуму вечірнюю&lt;br /&gt;</w:t>
        <w:br/>
        <w:t>напрасна буря розвіяла.&lt;br /&gt;</w:t>
        <w:br/>
        <w:t>Білу чуприну розтріпавши,&lt;br /&gt;</w:t>
        <w:br/>
        <w:t>сивії брови насупивши,&lt;br /&gt;</w:t>
        <w:br/>
        <w:t>з чорних очей розсипаючи&lt;br /&gt;</w:t>
        <w:br/>
        <w:t>то блискавиці палючії,&lt;br /&gt;</w:t>
        <w:br/>
        <w:t>то градовиння холоднеє,&lt;br /&gt;</w:t>
        <w:br/>
        <w:t>гналась вона навісна.</w:t>
      </w:r>
    </w:p>
    <w:p>
      <w:r>
        <w:br/>
        <w:t>Перешуміла. Та досі ще&lt;br /&gt;</w:t>
        <w:br/>
        <w:t>сльози важкі ронить дерево,&lt;br /&gt;</w:t>
        <w:br/>
        <w:t>бережно-тихо спускаючи&lt;br /&gt;</w:t>
        <w:br/>
        <w:t>з віття на віття і в діл…&lt;br /&gt;</w:t>
        <w:br/>
        <w:t>Сумно по гаю осиковім&lt;br /&gt;</w:t>
        <w:br/>
        <w:t>тіні блукають похилії,&lt;br /&gt;</w:t>
        <w:br/>
        <w:t>тіні від хмар дощових.</w:t>
      </w:r>
    </w:p>
    <w:p>
      <w:r>
        <w:br/>
        <w:t>Місячним світлом переткані,&lt;br /&gt;</w:t>
        <w:br/>
        <w:t>наче серпанки жалобнії,&lt;br /&gt;</w:t>
        <w:br/>
        <w:t>між деревами спиняються,&lt;br /&gt;</w:t>
        <w:br/>
        <w:t>стовбури білі, тоненькії&lt;br /&gt;</w:t>
        <w:br/>
        <w:t>в тузі німій обіймаючи,&lt;br /&gt;</w:t>
        <w:br/>
        <w:t>стовбури тихо тремтять.</w:t>
      </w:r>
    </w:p>
    <w:p>
      <w:r>
        <w:br/>
        <w:t>Страшно дивитись, як сунуться&lt;br /&gt;</w:t>
        <w:br/>
        <w:t>тії серпанки без постатів,&lt;br /&gt;</w:t>
        <w:br/>
        <w:t>сліпо непевними рухами,&lt;br /&gt;</w:t>
        <w:br/>
        <w:t>наче тіла без душі.</w:t>
      </w:r>
    </w:p>
    <w:p>
      <w:r>
        <w:br/>
        <w:t>Сунуться марища й журяться&lt;br /&gt;</w:t>
        <w:br/>
        <w:t>тою журбою нелюдською,&lt;br /&gt;</w:t>
        <w:br/>
        <w:t>що як людину оплутає,&lt;br /&gt;</w:t>
        <w:br/>
        <w:t>то заморозить всю кров.</w:t>
      </w:r>
    </w:p>
    <w:p>
      <w:r>
        <w:br/>
        <w:t>Сумно в гаю заспокоєнім,&lt;br /&gt;</w:t>
        <w:br/>
        <w:t>вогкою ніччю придавленім,&lt;br /&gt;</w:t>
        <w:br/>
        <w:t>жаско не так перед бурею,&lt;br /&gt;</w:t>
        <w:br/>
        <w:t>як після бурі з нудьги.</w:t>
      </w:r>
    </w:p>
    <w:p>
      <w:r>
        <w:br/>
        <w:t>21.06.1906. Зелений Гай</w:t>
      </w:r>
    </w:p>
    <w:p>
      <w:r>
        <w:br/>
        <w:t>ПРОРОК</w:t>
      </w:r>
    </w:p>
    <w:p>
      <w:r>
        <w:br/>
        <w:t>(З біблійних мотивів)</w:t>
      </w:r>
    </w:p>
    <w:p>
      <w:r>
        <w:br/>
        <w:t>Я духові серцем сказав:&lt;br /&gt;</w:t>
        <w:br/>
        <w:t>"Навіщо ти будиш мене серед ночі?&lt;br /&gt;</w:t>
        <w:br/>
        <w:t>Навіщо сі тихі уста розв’язав&lt;br /&gt;</w:t>
        <w:br/>
        <w:t>І речі надав їм пророчі?&lt;br /&gt;</w:t>
        <w:br/>
        <w:t>Оспалі тут люди, в них в’ялі серця,&lt;br /&gt;</w:t>
        <w:br/>
        <w:t>Народ сей не вдавсь на борця".</w:t>
      </w:r>
    </w:p>
    <w:p>
      <w:r>
        <w:br/>
        <w:t>Мій дух промовляє мені:&lt;br /&gt;</w:t>
        <w:br/>
        <w:t>"Ставай, вартовий, без вагання на чати!&lt;br /&gt;</w:t>
        <w:br/>
        <w:t>Хоч люди замлілі в рідній стороні&lt;br /&gt;</w:t>
        <w:br/>
        <w:t>На голос твій будуть мовчати,&lt;br /&gt;</w:t>
        <w:br/>
        <w:t>Та слава про них загримить до зірок,&lt;br /&gt;</w:t>
        <w:br/>
        <w:t>Що є з їх народу пророк".</w:t>
      </w:r>
    </w:p>
    <w:p>
      <w:r>
        <w:br/>
        <w:t>Київ 11.11.1906</w:t>
      </w:r>
    </w:p>
    <w:p>
      <w:r>
        <w:br/>
        <w:t>ЖІНОЧИЙ ПОРТРЕТ</w:t>
      </w:r>
    </w:p>
    <w:p>
      <w:r>
        <w:br/>
        <w:t>Ти чесна жінка, ти не продаєш&lt;br /&gt;</w:t>
        <w:br/>
        <w:t>своєї вроди й пестощів за гроші,&lt;br /&gt;</w:t>
        <w:br/>
        <w:t>нещирих поцілунків не даєш&lt;br /&gt;</w:t>
        <w:br/>
        <w:t>за лакомство нещасне, за розкоші.</w:t>
      </w:r>
    </w:p>
    <w:p>
      <w:r>
        <w:br/>
        <w:t>Ти горда жінка, ти не увійшла&lt;br /&gt;</w:t>
        <w:br/>
        <w:t>в кубельце, звите дружніми руками,&lt;br /&gt;</w:t>
        <w:br/>
        <w:t>найтяжчу працю ти собі взяла,&lt;br /&gt;</w:t>
        <w:br/>
        <w:t>несеш мовчазно довгими роками.</w:t>
      </w:r>
    </w:p>
    <w:p>
      <w:r>
        <w:br/>
        <w:t>Ти добра жінка, слів терпких нема&lt;br /&gt;</w:t>
        <w:br/>
        <w:t>у тебе для таких, що "впали низько",&lt;br /&gt;</w:t>
        <w:br/>
        <w:t>хоч злидні перетерпіла й сама,&lt;br /&gt;</w:t>
        <w:br/>
        <w:t>хоч і тобі була спокуса близька.</w:t>
      </w:r>
    </w:p>
    <w:p>
      <w:r>
        <w:br/>
        <w:t>Ти щира жінка. Тим своє чоло&lt;br /&gt;</w:t>
        <w:br/>
        <w:t>ти хилиш низько, про таких згадавши,&lt;br /&gt;</w:t>
        <w:br/>
        <w:t>що продаються; знаєш, як було&lt;br /&gt;</w:t>
        <w:br/>
        <w:t>їм гірко й солодко, в неволю впавши.</w:t>
      </w:r>
    </w:p>
    <w:p>
      <w:r>
        <w:br/>
        <w:t>Бо продалась і ти. Не за срібло&lt;br /&gt;</w:t>
        <w:br/>
        <w:t>і не за ласощі, не за дарунки,&lt;br /&gt;</w:t>
        <w:br/>
        <w:t>але за те пестливеє тепло,&lt;br /&gt;</w:t>
        <w:br/>
        <w:t>за любі речі та за поцілунки…</w:t>
      </w:r>
    </w:p>
    <w:p>
      <w:r>
        <w:br/>
        <w:t>Се ж голод серця гнав тебе за тим,&lt;br /&gt;</w:t>
        <w:br/>
        <w:t>у кого в очах діаманти ясні,&lt;br /&gt;</w:t>
        <w:br/>
        <w:t>чий сміх тобі здавався золотим,&lt;br /&gt;</w:t>
        <w:br/>
        <w:t>а кучері були, мов грона рясні.</w:t>
      </w:r>
    </w:p>
    <w:p>
      <w:r>
        <w:br/>
        <w:t>Не тіло ти, а душу продала,&lt;br /&gt;</w:t>
        <w:br/>
        <w:t>свій хист і розум віддала в неволю,&lt;br /&gt;</w:t>
        <w:br/>
        <w:t>у каторгу довічну завдала, –&lt;br /&gt;</w:t>
        <w:br/>
        <w:t>і гірко й солодко тобі до болю.</w:t>
      </w:r>
    </w:p>
    <w:p>
      <w:r>
        <w:br/>
        <w:t>27.11.1906</w:t>
      </w:r>
    </w:p>
    <w:p>
      <w:r>
        <w:br/>
        <w:t>"НЕ ХУТКО ТЕ БУДЕ…"</w:t>
      </w:r>
    </w:p>
    <w:p>
      <w:r>
        <w:br/>
        <w:t>Не хутко те буде… Чи й буде, чи ні?&lt;br /&gt;</w:t>
        <w:br/>
        <w:t>Не знаю. Та видиться все те мені,&lt;br /&gt;</w:t>
        <w:br/>
        <w:t>так ясно – виразно стає перед очі,&lt;br /&gt;</w:t>
        <w:br/>
        <w:t>як часом в яскравії, місячні ночі&lt;br /&gt;</w:t>
        <w:br/>
        <w:t>малюються тіні на білій стіні –&lt;br /&gt;</w:t>
        <w:br/>
        <w:t>виразні та прості, хоча й таємні,&lt;br /&gt;</w:t>
        <w:br/>
        <w:t>різкі, хоч тремтячі. Враз хмарка налине&lt;br /&gt;</w:t>
        <w:br/>
        <w:t>і тіні змішає, і сутінь поплине,&lt;br /&gt;</w:t>
        <w:br/>
        <w:t>мов сивий серпанок… хвилина одна –&lt;br /&gt;</w:t>
        <w:br/>
        <w:t>і знову показує тіні стіна&lt;br /&gt;</w:t>
        <w:br/>
        <w:t>різкі, хоч непевні. Невже се тополя&lt;br /&gt;</w:t>
        <w:br/>
        <w:t>відбилась ота, що стоїть серед поля?&lt;br /&gt;</w:t>
        <w:br/>
        <w:t>Вона тут подібна до вежі. А се&lt;br /&gt;</w:t>
        <w:br/>
        <w:t>невже той листочок, що вітер несе?&lt;br /&gt;</w:t>
        <w:br/>
        <w:t>Зовсім він подібний до хижої птиці…&lt;br /&gt;</w:t>
        <w:br/>
        <w:t>Отак в моїх мріях ідуть плетениці,&lt;br /&gt;</w:t>
        <w:br/>
        <w:t>непевнії тіні далеких речей,&lt;br /&gt;</w:t>
        <w:br/>
        <w:t>і раптом зникають від пильних очей,&lt;br /&gt;</w:t>
        <w:br/>
        <w:t>і знов виступають. І теє, що буде,&lt;br /&gt;</w:t>
        <w:br/>
        <w:t>здається мені вже минулим: ті люде,&lt;br /&gt;</w:t>
        <w:br/>
        <w:t>їх речі й події знайомі мені,&lt;br /&gt;</w:t>
        <w:br/>
        <w:t>мов чула їх в казці, мов бачила в сні&lt;br /&gt;</w:t>
        <w:br/>
        <w:t>ще здавна, ще змалку… Так, наче сі тіні&lt;br /&gt;</w:t>
        <w:br/>
        <w:t>жили десь зо мною в незнаній країні.&lt;br /&gt;</w:t>
        <w:br/>
        <w:t>І я до їх рвуся у ту далечінь,&lt;br /&gt;</w:t>
        <w:br/>
        <w:t>де спогад про мене вже буде, мов тінь&lt;br /&gt;</w:t>
        <w:br/>
        <w:t>від того листка, що зірвався до ранку&lt;br /&gt;</w:t>
        <w:br/>
        <w:t>і в сутіні зник, мов у сивім серпанку…</w:t>
      </w:r>
    </w:p>
    <w:p>
      <w:r>
        <w:br/>
        <w:t>2.12.1906</w:t>
      </w:r>
    </w:p>
    <w:p>
      <w:r>
        <w:br/>
        <w:t>"ОЙ В РАЮ, В РАЮ…"</w:t>
      </w:r>
    </w:p>
    <w:p>
      <w:r>
        <w:br/>
        <w:t>Ой в раю, в раю, близько Дунаю&lt;br /&gt;</w:t>
        <w:br/>
        <w:t>виросло зело, всім нам весело.&lt;br /&gt;</w:t>
        <w:br/>
        <w:t>В нього стебельце – з коп’я деревце,&lt;br /&gt;</w:t>
        <w:br/>
        <w:t>на ньому гілки – золоті стрілки.&lt;br /&gt;</w:t>
        <w:br/>
        <w:t>А на вершечку квіточка сяє,&lt;br /&gt;</w:t>
        <w:br/>
        <w:t>квіточка сяє, рай звеселяє.</w:t>
      </w:r>
    </w:p>
    <w:p>
      <w:r>
        <w:br/>
        <w:t>Десь узялася лютая змія,&lt;br /&gt;</w:t>
        <w:br/>
        <w:t>розп’яла крило та понад зело,&lt;br /&gt;</w:t>
        <w:br/>
        <w:t>ясна квіточка потьмарилася,&lt;br /&gt;</w:t>
        <w:br/>
        <w:t>райськая земля засмутилася.</w:t>
      </w:r>
    </w:p>
    <w:p>
      <w:r>
        <w:br/>
        <w:t>Ой надбіг, надбіг білий молодець,&lt;br /&gt;</w:t>
        <w:br/>
        <w:t>білий молодець, всім переборець,&lt;br /&gt;</w:t>
        <w:br/>
        <w:t>вирізав сучок та зробив лучок,&lt;br /&gt;</w:t>
        <w:br/>
        <w:t>вломив гілочку, ясну стрілочку,&lt;br /&gt;</w:t>
        <w:br/>
        <w:t>устрелив змію попід реберце,&lt;br /&gt;</w:t>
        <w:br/>
        <w:t>попід реберце в самеє серце.</w:t>
      </w:r>
    </w:p>
    <w:p>
      <w:r>
        <w:br/>
        <w:t>А де кров кане, там пожар стане&lt;br /&gt;</w:t>
        <w:br/>
        <w:t>та запалають гори-долини&lt;br /&gt;</w:t>
        <w:br/>
        <w:t>ясним пожаром без пожарини.</w:t>
      </w:r>
    </w:p>
    <w:p>
      <w:r>
        <w:br/>
        <w:t>Райськая птиця вся сполошиться,&lt;br /&gt;</w:t>
        <w:br/>
        <w:t>замахне крилом та понад зелом,&lt;br /&gt;</w:t>
        <w:br/>
        <w:t>ярая квітка злотом засяє,&lt;br /&gt;</w:t>
        <w:br/>
        <w:t>нехай же сяє та й не згасає.</w:t>
      </w:r>
    </w:p>
    <w:p>
      <w:r>
        <w:br/>
        <w:t>"В ХОЛОДНУ НІЧ САМОТНІЙ МАНДРІВЕЦЬ…"</w:t>
      </w:r>
    </w:p>
    <w:p>
      <w:r>
        <w:br/>
        <w:t>В холодну ніч самотній мандрівець&lt;br /&gt;</w:t>
        <w:br/>
        <w:t>в глухім бору знайшов старе кострище;&lt;br /&gt;</w:t>
        <w:br/>
        <w:t>при місяці білів холодний попілець,&lt;br /&gt;</w:t>
        <w:br/>
        <w:t>чорніло вколо нього пожарище,&lt;br /&gt;</w:t>
        <w:br/>
        <w:t>стреміло скілька цілих ще дровець,&lt;br /&gt;</w:t>
        <w:br/>
        <w:t>були сирі ті, що лежали вище,&lt;br /&gt;</w:t>
        <w:br/>
        <w:t>либонь, отой, хто сей вогонь палив,&lt;br /&gt;</w:t>
        <w:br/>
        <w:t>не допаливши, кинув і залив.</w:t>
      </w:r>
    </w:p>
    <w:p>
      <w:r>
        <w:br/>
        <w:t>І мандрівець тремтячими руками&lt;br /&gt;</w:t>
        <w:br/>
        <w:t>почав багаття згасле ворушить,&lt;br /&gt;</w:t>
        <w:br/>
        <w:t>знайшов десь іскорку межи трісками,&lt;br /&gt;</w:t>
        <w:br/>
        <w:t>і втішився, і став її живить.&lt;br /&gt;</w:t>
        <w:br/>
        <w:t>Затлівся присок дрібними зірками,&lt;br /&gt;</w:t>
        <w:br/>
        <w:t>та вогник не спалахнув ні на мить,&lt;br /&gt;</w:t>
        <w:br/>
        <w:t>і мандрівець, прогаявши годину,&lt;br /&gt;</w:t>
        <w:br/>
        <w:t>подався геть, проклявши пожарину.</w:t>
      </w:r>
    </w:p>
    <w:p>
      <w:r>
        <w:br/>
        <w:t>А іскра тліла в попелі важкім&lt;br /&gt;</w:t>
        <w:br/>
        <w:t>і ятрилась, мов незагойна рана,&lt;br /&gt;</w:t>
        <w:br/>
        <w:t>все не могла ожить в огні яркім&lt;br /&gt;</w:t>
        <w:br/>
        <w:t>і хворий пал той жеврів аж до рана.&lt;br /&gt;</w:t>
        <w:br/>
        <w:t>На сході сонця у димку тонкім&lt;br /&gt;</w:t>
        <w:br/>
        <w:t>вогню блиснула смужечка багряна.&lt;br /&gt;</w:t>
        <w:br/>
        <w:t>А поки сонце осіяло бір,&lt;br /&gt;</w:t>
        <w:br/>
        <w:t>вогонь вже лютував, мов дикий звір.</w:t>
      </w:r>
    </w:p>
    <w:p>
      <w:r>
        <w:br/>
        <w:t>L&amp;#201;GENDE DES SI&amp;#201;CLES</w:t>
      </w:r>
    </w:p>
    <w:p>
      <w:r>
        <w:br/>
        <w:t>Здавен, було, марю: коли б мені сила,&lt;br /&gt;</w:t>
        <w:br/>
        <w:t>то я б у той храм таємничий вступила,&lt;br /&gt;</w:t>
        <w:br/>
        <w:t>де світять крізь пітьму науки дива,&lt;br /&gt;</w:t>
        <w:br/>
        <w:t>де людська не хилиться вділ голова,&lt;br /&gt;</w:t>
        <w:br/>
        <w:t>а гордо здіймається чоло думливе,&lt;br /&gt;</w:t>
        <w:br/>
        <w:t>знаття свого певне, і ясне, й щасливе,&lt;br /&gt;</w:t>
        <w:br/>
        <w:t>де ллється у душу величний спокій,&lt;br /&gt;</w:t>
        <w:br/>
        <w:t>немов легендарний цілющий напій.&lt;br /&gt;</w:t>
        <w:br/>
        <w:t>Гадала: замкнуся у тиху кімнату,&lt;br /&gt;</w:t>
        <w:br/>
        <w:t>на скарби всесвітньої думки багату,&lt;br /&gt;</w:t>
        <w:br/>
        <w:t>сховаю в книжки всі чуття, мов у труни,&lt;br /&gt;</w:t>
        <w:br/>
        <w:t>замовкнуть у серці моєму всі струни,&lt;br /&gt;</w:t>
        <w:br/>
        <w:t>сама тільки думка, холодна, ясна,&lt;br /&gt;</w:t>
        <w:br/>
        <w:t>жива в мені буде, вона лиш одна.&lt;br /&gt;</w:t>
        <w:br/>
        <w:t>Мій розум тоді розів’ється так вільно&lt;br /&gt;</w:t>
        <w:br/>
        <w:t>і буде зорити без гніву, а пильно&lt;br /&gt;</w:t>
        <w:br/>
        <w:t>на давні віки, на колишні події,&lt;br /&gt;</w:t>
        <w:br/>
        <w:t>на трупи світів, на померлі надії,&lt;br /&gt;</w:t>
        <w:br/>
        <w:t>на марища віри, на кості людей,&lt;br /&gt;</w:t>
        <w:br/>
        <w:t>на зародки звірів, ростин та ідей.&lt;br /&gt;</w:t>
        <w:br/>
        <w:t>Все злучиться в цілість – природа і люди,&lt;br /&gt;</w:t>
        <w:br/>
        <w:t>що є, що минуло, що сталось, що буде,&lt;br /&gt;</w:t>
        <w:br/>
        <w:t>і рідне й чуже поєднається щільно&lt;br /&gt;</w:t>
        <w:br/>
        <w:t>і житиме в думці моїй нероздільно,&lt;br /&gt;</w:t>
        <w:br/>
        <w:t>затихнуть навік ворожнеча і болі,&lt;br /&gt;</w:t>
        <w:br/>
        <w:t>не буде діймати вже й ганьба неволі,&lt;br /&gt;</w:t>
        <w:br/>
        <w:t>усім моїм мукам настане кінець –&lt;br /&gt;</w:t>
        <w:br/>
        <w:t>і се буде пильної праці вінець.</w:t>
      </w:r>
    </w:p>
    <w:p>
      <w:r>
        <w:br/>
        <w:t>* * *&lt;br /&gt;</w:t>
        <w:br/>
        <w:t>Так марила… аж надійшла під браму –&lt;br /&gt;</w:t>
        <w:br/>
        <w:t>не храму, ні, а тільки огорожі,&lt;br /&gt;</w:t>
        <w:br/>
        <w:t>що там стоїть, неначе на сторожі,&lt;br /&gt;</w:t>
        <w:br/>
        <w:t>і заступа профанам вхід до храму.&lt;br /&gt;</w:t>
        <w:br/>
        <w:t>Високий був у брамі тій поріг,&lt;br /&gt;</w:t>
        <w:br/>
        <w:t>його переступить не кожен міг.&lt;br /&gt;</w:t>
        <w:br/>
        <w:t>Не перейшла і я, – жадібний зір&lt;br /&gt;</w:t>
        <w:br/>
        <w:t>промкнувся тільки за поріг до двору,&lt;br /&gt;</w:t>
        <w:br/>
        <w:t>хотів пробігти по всьому простору&lt;br /&gt;</w:t>
        <w:br/>
        <w:t>і потьмарився – то страшний був двір,&lt;br /&gt;</w:t>
        <w:br/>
        <w:t>між трупами світів, ідей, народів&lt;br /&gt;</w:t>
        <w:br/>
        <w:t>вились, як змії, звої хороводів.&lt;br /&gt;</w:t>
        <w:br/>
        <w:t>Якісь чужі, незнані племена&lt;br /&gt;</w:t>
        <w:br/>
        <w:t>людей чи звірів виринали дикі&lt;br /&gt;</w:t>
        <w:br/>
        <w:t>із сутіні віків, страшні, великі,&lt;br /&gt;</w:t>
        <w:br/>
        <w:t>зникали з ними враз їх імена…&lt;br /&gt;</w:t>
        <w:br/>
        <w:t>Од їх лишились тільки дивні руни.&lt;br /&gt;</w:t>
        <w:br/>
        <w:t>І затремтіли мого серця струни.&lt;br /&gt;</w:t>
        <w:br/>
        <w:t>Колись так, може, й наша рідна мова&lt;br /&gt;</w:t>
        <w:br/>
        <w:t>зостанеться на загадку вікам</w:t>
      </w:r>
    </w:p>
    <w:p>
      <w:r>
        <w:br/>
        <w:t>***&lt;br /&gt;</w:t>
        <w:br/>
        <w:t>німим, холодним, дивним трупом слова</w:t>
      </w:r>
    </w:p>
    <w:p>
      <w:r>
        <w:br/>
        <w:t>***&lt;br /&gt;</w:t>
        <w:br/>
        <w:t>Стогнав він під напасницьким бичем,&lt;br /&gt;</w:t>
        <w:br/>
        <w:t>тиранам груди пробивав мечем,&lt;br /&gt;</w:t>
        <w:br/>
        <w:t>укупі з бранцями ридав він у полоні,&lt;br /&gt;</w:t>
        <w:br/>
        <w:t>пророкував у гордім Вавілоні,&lt;br /&gt;</w:t>
        <w:br/>
        <w:t>горів пожаром, в небо линув з димом,&lt;br /&gt;</w:t>
        <w:br/>
        <w:t>і ріс, і падав з Карфагеном, з Римом,&lt;br /&gt;</w:t>
        <w:br/>
        <w:t>і гартувався серед бучних чвар,&lt;br /&gt;</w:t>
        <w:br/>
        <w:t>від різновірних мучився примар,&lt;br /&gt;</w:t>
        <w:br/>
        <w:t>на міліон часток він поділився,&lt;br /&gt;</w:t>
        <w:br/>
        <w:t>і все ж він ні на йоту не змінився.&lt;br /&gt;</w:t>
        <w:br/>
        <w:t>Коли стрічав гурти рабів німих,&lt;br /&gt;</w:t>
        <w:br/>
        <w:t>свій голос гучно подавав за них,&lt;br /&gt;</w:t>
        <w:br/>
        <w:t>і в їх гіркій, давно минулій долі&lt;br /&gt;</w:t>
        <w:br/>
        <w:t>все бачив образ рідної неволі.</w:t>
      </w:r>
    </w:p>
    <w:p>
      <w:r>
        <w:br/>
        <w:t>***&lt;br /&gt;</w:t>
        <w:br/>
        <w:t>Насунула важка червона хмара,&lt;br /&gt;</w:t>
        <w:br/>
        <w:t>гула в ній громом братобійна чвара,&lt;br /&gt;</w:t>
        <w:br/>
        <w:t>вона покрила цілую країну&lt;br /&gt;</w:t>
        <w:br/>
        <w:t>і повернула всю її в руїну.&lt;br /&gt;</w:t>
        <w:br/>
        <w:t>Замерк мій дух, і серце заніміло,&lt;br /&gt;</w:t>
        <w:br/>
        <w:t>і слово з уст озватися не сміло,&lt;br /&gt;</w:t>
        <w:br/>
        <w:t>бо та країна – то була моя…</w:t>
      </w:r>
    </w:p>
    <w:p>
      <w:r>
        <w:br/>
        <w:t>"ЗА ГОРОЮ БЛИСКАВИЦІ…"</w:t>
      </w:r>
    </w:p>
    <w:p>
      <w:r>
        <w:br/>
        <w:t>За горою блискавиці,&lt;br /&gt;</w:t>
        <w:br/>
        <w:t>а в долині нашій темно.&lt;br /&gt;</w:t>
        <w:br/>
        <w:t>У затоці чорні води&lt;br /&gt;</w:t>
        <w:br/>
        <w:t>плещуться таємно.</w:t>
      </w:r>
    </w:p>
    <w:p>
      <w:r>
        <w:br/>
        <w:t>Блискавиця в небі лине,&lt;br /&gt;</w:t>
        <w:br/>
        <w:t>а в затоці потопає,&lt;br /&gt;</w:t>
        <w:br/>
        <w:t>в чорний гріб вода понура&lt;br /&gt;</w:t>
        <w:br/>
        <w:t>ясную ховає.</w:t>
      </w:r>
    </w:p>
    <w:p>
      <w:r>
        <w:br/>
        <w:t>Аж тоді скориться світлу&lt;br /&gt;</w:t>
        <w:br/>
        <w:t>темноводная затока,&lt;br /&gt;</w:t>
        <w:br/>
        <w:t>як звоює небо ціле&lt;br /&gt;</w:t>
        <w:br/>
        <w:t>буря ясноока,</w:t>
      </w:r>
    </w:p>
    <w:p>
      <w:r>
        <w:br/>
        <w:t>як прониже блискавиця&lt;br /&gt;</w:t>
        <w:br/>
        <w:t>води срібними мечами&lt;br /&gt;</w:t>
        <w:br/>
        <w:t>і на саме дно загляне&lt;br /&gt;</w:t>
        <w:br/>
        <w:t>бистрими очами.</w:t>
      </w:r>
    </w:p>
    <w:p>
      <w:r>
        <w:br/>
        <w:t>Аж тоді на світло світлом&lt;br /&gt;</w:t>
        <w:br/>
        <w:t>відповість оця затока,&lt;br /&gt;</w:t>
        <w:br/>
        <w:t>як висока блискавиця стане&lt;br /&gt;</w:t>
        <w:br/>
        <w:t>ще й глибока.</w:t>
      </w:r>
    </w:p>
    <w:p>
      <w:r>
        <w:br/>
        <w:t>Балаклава, 28.08.1907</w:t>
      </w:r>
    </w:p>
    <w:p>
      <w:r>
        <w:br/>
        <w:t>НАРОД ПРОРОКОВІ</w:t>
      </w:r>
    </w:p>
    <w:p>
      <w:r>
        <w:br/>
        <w:t>Ти прокляв нас прокльоном важким&lt;br /&gt;</w:t>
        <w:br/>
        <w:t>За жорстокість, упертість і зраду.&lt;br /&gt;</w:t>
        <w:br/>
        <w:t>Сам судив нас, і вирок дав сам,&lt;br /&gt;</w:t>
        <w:br/>
        <w:t>І ніколи не кликав на раду.</w:t>
      </w:r>
    </w:p>
    <w:p>
      <w:r>
        <w:br/>
        <w:t>Скорпіоном язик твій був нам,&lt;br /&gt;</w:t>
        <w:br/>
        <w:t>Ти нас мучив і жалив невпинно,&lt;br /&gt;</w:t>
        <w:br/>
        <w:t>А тепер ще й стоїш проти нас,&lt;br /&gt;</w:t>
        <w:br/>
        <w:t>Мов ображений ти безневинно.</w:t>
      </w:r>
    </w:p>
    <w:p>
      <w:r>
        <w:br/>
        <w:t>Так, тепера здається тобі,&lt;br /&gt;</w:t>
        <w:br/>
        <w:t>Що вже й світ не видав стільки муки,&lt;br /&gt;</w:t>
        <w:br/>
        <w:t>Скільки ти від народу прийняв&lt;br /&gt;</w:t>
        <w:br/>
        <w:t>За свої велемудрі науки.</w:t>
      </w:r>
    </w:p>
    <w:p>
      <w:r>
        <w:br/>
        <w:t>Ох, який же це з тебе пророк,&lt;br /&gt;</w:t>
        <w:br/>
        <w:t>Що твоє винозореє око&lt;br /&gt;</w:t>
        <w:br/>
        <w:t>Тільки власную бачить біду,&lt;br /&gt;</w:t>
        <w:br/>
        <w:t>Та й тієї не бачить глибоко?</w:t>
      </w:r>
    </w:p>
    <w:p>
      <w:r>
        <w:br/>
        <w:t>Ти ще скарги заводиш та жаль,&lt;br /&gt;</w:t>
        <w:br/>
        <w:t>Ти, єдиний безсмертний в сім тлумі!&lt;br /&gt;</w:t>
        <w:br/>
        <w:t>Адже вічно твій житиме дух&lt;br /&gt;</w:t>
        <w:br/>
        <w:t>Вкупі з словом в прокльонах та глумі.</w:t>
      </w:r>
    </w:p>
    <w:p>
      <w:r>
        <w:br/>
        <w:t>Хоч побити ми можем тебе,&lt;br /&gt;</w:t>
        <w:br/>
        <w:t>Каміняччя навергавши силу,&lt;br /&gt;</w:t>
        <w:br/>
        <w:t>Але ж тим тільки вищу тобі&lt;br /&gt;</w:t>
        <w:br/>
        <w:t>Та міцнішу насиплем могилу.</w:t>
      </w:r>
    </w:p>
    <w:p>
      <w:r>
        <w:br/>
        <w:t>Хоч блиснеш, мов летюча зоря,&lt;br /&gt;</w:t>
        <w:br/>
        <w:t>Се для твого безсмертя доволі,&lt;br /&gt;</w:t>
        <w:br/>
        <w:t>Ми ж, неначе Молочная путь,&lt;br /&gt;</w:t>
        <w:br/>
        <w:t>Мусим довго світити поволі…</w:t>
      </w:r>
    </w:p>
    <w:p>
      <w:r>
        <w:br/>
        <w:t>А на кожного з нас темна ніч&lt;br /&gt;</w:t>
        <w:br/>
        <w:t>Наче ворог у схові чигає,&lt;br /&gt;</w:t>
        <w:br/>
        <w:t>Зимні руки – важке забуття&lt;br /&gt;</w:t>
        <w:br/>
        <w:t>Із простору віків простягає.</w:t>
      </w:r>
    </w:p>
    <w:p>
      <w:r>
        <w:br/>
        <w:t>Де є камінь такий на шляху,&lt;br /&gt;</w:t>
        <w:br/>
        <w:t>Щоб на нього не збили ми ноги?&lt;br /&gt;</w:t>
        <w:br/>
        <w:t>Чи бував нам проводар коли,&lt;br /&gt;</w:t>
        <w:br/>
        <w:t>Що не вів манівцем без дороги?</w:t>
      </w:r>
    </w:p>
    <w:p>
      <w:r>
        <w:br/>
        <w:t>Так, зачерствіли наші серця,&lt;br /&gt;</w:t>
        <w:br/>
        <w:t>Мов рілля через довгу посуху,&lt;br /&gt;</w:t>
        <w:br/>
        <w:t>Та за теє не нас ти клени,&lt;br /&gt;</w:t>
        <w:br/>
        <w:t>Проклинай своє браття по духу.</w:t>
      </w:r>
    </w:p>
    <w:p>
      <w:r>
        <w:br/>
        <w:t>Чи один же такий, як і ти,&lt;br /&gt;</w:t>
        <w:br/>
        <w:t>Нам казав: "Так говорить найвищий".&lt;br /&gt;</w:t>
        <w:br/>
        <w:t>Інший тому брехню завдавав:&lt;br /&gt;</w:t>
        <w:br/>
        <w:t>"Я від бога", – казав. Хто щиріший?</w:t>
      </w:r>
    </w:p>
    <w:p>
      <w:r>
        <w:br/>
        <w:t>Адже тільки не хутко діла&lt;br /&gt;</w:t>
        <w:br/>
        <w:t>Виявляють нещирість у слові,&lt;br /&gt;</w:t>
        <w:br/>
        <w:t>Як же маєм одразу, без діл,&lt;br /&gt;</w:t>
        <w:br/>
        <w:t>Пізнавать вашу душу по мові?</w:t>
      </w:r>
    </w:p>
    <w:p>
      <w:r>
        <w:br/>
        <w:t>О, якби ж ми побачить могли&lt;br /&gt;</w:t>
        <w:br/>
        <w:t>Власним оком хоч раз того бога,&lt;br /&gt;</w:t>
        <w:br/>
        <w:t>Що до нього ви кличете нас!&lt;br /&gt;</w:t>
        <w:br/>
        <w:t>Як стріла була б рівна дорога.</w:t>
      </w:r>
    </w:p>
    <w:p>
      <w:r>
        <w:br/>
        <w:t>Ох, якби ж він і нам уділив&lt;br /&gt;</w:t>
        <w:br/>
        <w:t>Світла мудрості з свого проміння,&lt;br /&gt;</w:t>
        <w:br/>
        <w:t>Ти б не кидав прокльонів на нас,&lt;br /&gt;</w:t>
        <w:br/>
        <w:t>Ми б не кидали в тебе каміння.</w:t>
      </w:r>
    </w:p>
    <w:p>
      <w:r>
        <w:br/>
        <w:t>Та чи був би ти радий, щоб ми&lt;br /&gt;</w:t>
        <w:br/>
        <w:t>Раптом стали, як ти, всевидющі?&lt;br /&gt;</w:t>
        <w:br/>
        <w:t>Ох, либонь, ти б сконати волів,&lt;br /&gt;</w:t>
        <w:br/>
        <w:t>Як вигнанець-пророк серед пущі…</w:t>
      </w:r>
    </w:p>
    <w:p>
      <w:r>
        <w:br/>
        <w:t>[Ялта. 3.12.1907]</w:t>
      </w:r>
    </w:p>
    <w:p>
      <w:r>
        <w:br/>
        <w:t>ХВИЛЯ</w:t>
      </w:r>
    </w:p>
    <w:p>
      <w:r>
        <w:br/>
        <w:t>Хвиля йде,&lt;br /&gt;</w:t>
        <w:br/>
        <w:t>вал гуде — білий, смілий, срібний, дрібний,&lt;br /&gt;</w:t>
        <w:br/>
        <w:t>нападе&lt;br /&gt;</w:t>
        <w:br/>
        <w:t>на сухеє баговиння,&lt;br /&gt;</w:t>
        <w:br/>
        <w:t>на розсипане каміння,&lt;br /&gt;</w:t>
        <w:br/>
        <w:t>білим пломенем метнеться,&lt;br /&gt;</w:t>
        <w:br/>
        <w:t>стрепенеться,&lt;br /&gt;</w:t>
        <w:br/>
        <w:t>скине з себе все, що ясне,&lt;br /&gt;</w:t>
        <w:br/>
        <w:t>й гасне…</w:t>
      </w:r>
    </w:p>
    <w:p>
      <w:r>
        <w:br/>
        <w:t>Хвиля смутна,&lt;br /&gt;</w:t>
        <w:br/>
        <w:t>каламутна,&lt;br /&gt;</w:t>
        <w:br/>
        <w:t>вже не ясна, вже не біла,&lt;br /&gt;</w:t>
        <w:br/>
        <w:t>відпливає посумніла,&lt;br /&gt;</w:t>
        <w:br/>
        <w:t>мов до гробу.&lt;br /&gt;</w:t>
        <w:br/>
        <w:t>Із плачем до себе горне&lt;br /&gt;</w:t>
        <w:br/>
        <w:t>баговиння тьмяне, чорне,&lt;br /&gt;</w:t>
        <w:br/>
        <w:t>мов жалобу.&lt;br /&gt;</w:t>
        <w:br/>
        <w:t>І зітхає,&lt;br /&gt;</w:t>
        <w:br/>
        <w:t>і втихає,&lt;br /&gt;</w:t>
        <w:br/>
        <w:t>рине в море величезне&lt;br /&gt;</w:t>
        <w:br/>
        <w:t>й щезне…</w:t>
      </w:r>
    </w:p>
    <w:p>
      <w:r>
        <w:br/>
        <w:t>Чи вона&lt;br /&gt;</w:t>
        <w:br/>
        <w:t>йде до дна?&lt;br /&gt;</w:t>
        <w:br/>
        <w:t>Може, буде там покірно,&lt;br /&gt;</w:t>
        <w:br/>
        <w:t>мов рабиня, тихо, вірно,&lt;br /&gt;</w:t>
        <w:br/>
        <w:t>колихать малі молюски,&lt;br /&gt;</w:t>
        <w:br/>
        <w:t>гаптувать прозорі луски,&lt;br /&gt;</w:t>
        <w:br/>
        <w:t>на коралі класти карби,&lt;br /&gt;</w:t>
        <w:br/>
        <w:t>вартувати морю скарби,&lt;br /&gt;</w:t>
        <w:br/>
        <w:t>і слугою&lt;br /&gt;</w:t>
        <w:br/>
        <w:t>під вагою там вона довіку&lt;br /&gt;</w:t>
        <w:br/>
        <w:t>стане й не повстане?</w:t>
      </w:r>
    </w:p>
    <w:p>
      <w:r>
        <w:br/>
        <w:t>Чи полине межи сестри, межи милі,&lt;br /&gt;</w:t>
        <w:br/>
        <w:t>вільні хвилі,&lt;br /&gt;</w:t>
        <w:br/>
        <w:t>розтечеться, розпливеться,&lt;br /&gt;</w:t>
        <w:br/>
        <w:t>знову сили набереться,&lt;br /&gt;</w:t>
        <w:br/>
        <w:t>потім зрине&lt;br /&gt;</w:t>
        <w:br/>
        <w:t>і гучна,&lt;br /&gt;</w:t>
        <w:br/>
        <w:t>і бучна,&lt;br /&gt;</w:t>
        <w:br/>
        <w:t>переможно валом сплесне&lt;br /&gt;</w:t>
        <w:br/>
        <w:t>і воскресне?</w:t>
      </w:r>
    </w:p>
    <w:p>
      <w:r>
        <w:br/>
        <w:t>[Євпаторія, 8.07.1908]</w:t>
      </w:r>
    </w:p>
    <w:p>
      <w:r>
        <w:br/>
        <w:t>ПОЛЯРНА НІЧ</w:t>
      </w:r>
    </w:p>
    <w:p>
      <w:r>
        <w:br/>
        <w:t>(Фантазія)</w:t>
      </w:r>
    </w:p>
    <w:p>
      <w:r>
        <w:br/>
        <w:t>Сиділи ми при згаслому багатті&lt;br /&gt;</w:t>
        <w:br/>
        <w:t>усі гуртом, – а гурт нас був чималий, –&lt;br /&gt;</w:t>
        <w:br/>
        <w:t>дивилися, як вогники блакитні&lt;br /&gt;</w:t>
        <w:br/>
        <w:t>тремтіли і конали, як між вуглям&lt;br /&gt;</w:t>
        <w:br/>
        <w:t>вилися прудко золоті гадючки&lt;br /&gt;</w:t>
        <w:br/>
        <w:t>і чезли, а за ними чорний вугіль&lt;br /&gt;</w:t>
        <w:br/>
        <w:t>сивизною вкривався, наче старів.&lt;br /&gt;</w:t>
        <w:br/>
        <w:t>Нам хата все тіснішою здавалась,&lt;br /&gt;</w:t>
        <w:br/>
        <w:t>бо темрява з кутків давно вже вийшла&lt;br /&gt;</w:t>
        <w:br/>
        <w:t>та й обступила нас, немов облога.&lt;br /&gt;</w:t>
        <w:br/>
        <w:t>Остатня свічка наша догоріла,&lt;br /&gt;</w:t>
        <w:br/>
        <w:t>і вже не видно стало ні стола,&lt;br /&gt;</w:t>
        <w:br/>
        <w:t>ні плям з вина червоного на ньому,&lt;br /&gt;</w:t>
        <w:br/>
        <w:t>ні чарочок порожніх та побитих,&lt;br /&gt;</w:t>
        <w:br/>
        <w:t>ніяких решток з бенкету… той бенкет&lt;br /&gt;</w:t>
        <w:br/>
        <w:t>немов останній був на сьому світі,&lt;br /&gt;</w:t>
        <w:br/>
        <w:t>так сумно нам було тепер по ньому.&lt;br /&gt;</w:t>
        <w:br/>
        <w:t>Один з нас обізвався: "Як погасне&lt;br /&gt;</w:t>
        <w:br/>
        <w:t>се вугля – буде чорно, як у гробі".&lt;br /&gt;</w:t>
        <w:br/>
        <w:t>"То принеси ще топлива", – хтось мовив.&lt;br /&gt;</w:t>
        <w:br/>
        <w:t>"Принести? Звідки? Ти хіба не чуєш,&lt;br /&gt;</w:t>
        <w:br/>
        <w:t>як хуртовина грає? Коли хочеш&lt;br /&gt;</w:t>
        <w:br/>
        <w:t>позбутися життя, то вийди з хати", –&lt;br /&gt;</w:t>
        <w:br/>
        <w:t>понуро перший відказав і змовк.&lt;br /&gt;</w:t>
        <w:br/>
        <w:t>"Та що, посидьмо в темряві, братове, –&lt;br /&gt;</w:t>
        <w:br/>
        <w:t>озвався наймолодший веселенько, –&lt;br /&gt;</w:t>
        <w:br/>
        <w:t>припас для їжі є, живитись будем&lt;br /&gt;</w:t>
        <w:br/>
        <w:t>навпомацки, а там настане день…"&lt;br /&gt;</w:t>
        <w:br/>
        <w:t>"День? Кажеш, день? Ти звідки знаєш?" –&lt;br /&gt;</w:t>
        <w:br/>
        <w:t>на його всі сердито загукали,&lt;br /&gt;</w:t>
        <w:br/>
        <w:t>та не збентежився ні крихти хлопець:&lt;br /&gt;</w:t>
        <w:br/>
        <w:t>"Відомо всім, що ніч бува по дневі,&lt;br /&gt;</w:t>
        <w:br/>
        <w:t>А день по ночі!" Ще й зареготався.&lt;br /&gt;</w:t>
        <w:br/>
        <w:t>"Ото сказав! – промовив злісно дід, –&lt;br /&gt;</w:t>
        <w:br/>
        <w:t>Раденький, що дурненький! Ще й сміється.&lt;br /&gt;</w:t>
        <w:br/>
        <w:t>"Відомо всім!" Либонь же, й те відомо,&lt;br /&gt;</w:t>
        <w:br/>
        <w:t>що смерть, бува, і поночі приходить,&lt;br /&gt;</w:t>
        <w:br/>
        <w:t>і до схід сонця"… – "Ба! Коли вмирати,&lt;br /&gt;</w:t>
        <w:br/>
        <w:t>то день чи ніч надворі – все одно, –&lt;br /&gt;</w:t>
        <w:br/>
        <w:t>для мертвого і сонце в небі чорне, –&lt;br /&gt;</w:t>
        <w:br/>
        <w:t>перечився хлопчина невгамовний, –&lt;br /&gt;</w:t>
        <w:br/>
        <w:t>ви б краще те подумали, дідусю:&lt;br /&gt;</w:t>
        <w:br/>
        <w:t>як довга ніч, то й день же буде довгий,&lt;br /&gt;</w:t>
        <w:br/>
        <w:t>полярний, вічний день!" – "Ніщо не вічне!" –&lt;br /&gt;</w:t>
        <w:br/>
        <w:t>пробовкнув дід, – ніхто його не слухав,&lt;br /&gt;</w:t>
        <w:br/>
        <w:t>бо хлопець розбудив надію нашу,&lt;br /&gt;</w:t>
        <w:br/>
        <w:t>і всі його питали, мов пророка:&lt;br /&gt;</w:t>
        <w:br/>
        <w:t>"Коли ж той день? Чи довго ще ся ніч?"&lt;br /&gt;</w:t>
        <w:br/>
        <w:t>"Недовго, ні!" – "А ти ж по чому знаєш?.."&lt;br /&gt;</w:t>
        <w:br/>
        <w:t>"Передсвітом буває найтемніше,&lt;br /&gt;</w:t>
        <w:br/>
        <w:t>а темряви, як ся, ще не бувало!"&lt;br /&gt;</w:t>
        <w:br/>
        <w:t>І в голосі озвалась перемога&lt;br /&gt;</w:t>
        <w:br/>
        <w:t>у юнака. Хто мовив: "Правда, правда!",&lt;br /&gt;</w:t>
        <w:br/>
        <w:t>а хто почав прогадувати вголос,&lt;br /&gt;</w:t>
        <w:br/>
        <w:t>чи вже давно ся ніч нас обгорнула,&lt;br /&gt;</w:t>
        <w:br/>
        <w:t>один казав: "Два тижні!", другий: "Місяць!",&lt;br /&gt;</w:t>
        <w:br/>
        <w:t>ще інший: "Де! давніше!" – "Ні, недавно!" –&lt;br /&gt;</w:t>
        <w:br/>
        <w:t>змагався ще якийсь. "Одно відомо, –&lt;br /&gt;</w:t>
        <w:br/>
        <w:t>знов дід проворкотів понурим гласом, –&lt;br /&gt;</w:t>
        <w:br/>
        <w:t>що всі ми й доби, й тижні погубили&lt;br /&gt;</w:t>
        <w:br/>
        <w:t>в сій клятій тьмі, шкода їх і шукати!&lt;br /&gt;</w:t>
        <w:br/>
        <w:t>Про найтемнішу ніч – ніхто не знає,&lt;br /&gt;</w:t>
        <w:br/>
        <w:t>чи се вона остатня… Може, перша&lt;br /&gt;</w:t>
        <w:br/>
        <w:t>з тих, що без просвіту". – "Та ну вже, діду,&lt;br /&gt;</w:t>
        <w:br/>
        <w:t>хоч би мовчали. Справді, ви, мов пугач,&lt;br /&gt;</w:t>
        <w:br/>
        <w:t>віщуєте лихе"… – Жіночий голос&lt;br /&gt;</w:t>
        <w:br/>
        <w:t>бринів сльозами, теє промовлявши,&lt;br /&gt;</w:t>
        <w:br/>
        <w:t>зате дитячий, мов злотиста стрілка,&lt;br /&gt;</w:t>
        <w:br/>
        <w:t>з уст вирвався, аж темрява схитнулась:&lt;br /&gt;</w:t>
        <w:br/>
        <w:t>"А я вже бачив день!" – "Коли?!" – "Не знаю".&lt;br /&gt;</w:t>
        <w:br/>
        <w:t>"Який же він?" – "Хороший! Дуже славний!&lt;br /&gt;</w:t>
        <w:br/>
        <w:t>Червоний, золотий – який ще, мамо?&lt;br /&gt;</w:t>
        <w:br/>
        <w:t>Ти знаєш, ти тоді мені казала".&lt;br /&gt;</w:t>
        <w:br/>
        <w:t>"Ет, – байдуже озвалася матуся, –&lt;br /&gt;</w:t>
        <w:br/>
        <w:t>то був не день, то сполох був, та й годі".&lt;br /&gt;</w:t>
        <w:br/>
        <w:t>"А ти ж казала!" – "То я помилилась".&lt;br /&gt;</w:t>
        <w:br/>
        <w:t>Дитина вже заплакати збиралась,&lt;br /&gt;</w:t>
        <w:br/>
        <w:t>коли замріли в хаті стіни й лави&lt;br /&gt;</w:t>
        <w:br/>
        <w:t>і наш юнак покликнув: "Сонце сходить!&lt;br /&gt;</w:t>
        <w:br/>
        <w:t>Бач, я казав!" Ми кинулись до вікон.&lt;br /&gt;</w:t>
        <w:br/>
        <w:t>За сніжною пустинею далеко&lt;br /&gt;</w:t>
        <w:br/>
        <w:t>Займалося півкругом сяйво. "Де ж там! –&lt;br /&gt;</w:t>
        <w:br/>
        <w:t>сказала жінка, – се ж був знову сполох".&lt;br /&gt;</w:t>
        <w:br/>
        <w:t>"У сніжні ночі сполохи не сяють, –&lt;br /&gt;</w:t>
        <w:br/>
        <w:t>промовив дід. – Се просто місяць сходить".</w:t>
      </w:r>
    </w:p>
    <w:p>
      <w:r>
        <w:br/>
        <w:t>ВЕСНА В ЄГИПТІ</w:t>
      </w:r>
    </w:p>
    <w:p>
      <w:r>
        <w:br/>
        <w:t>ХАМСІН</w:t>
      </w:r>
    </w:p>
    <w:p>
      <w:r>
        <w:br/>
        <w:t>Рудий Хамсін в пустині розгулявся,&lt;br /&gt;</w:t>
        <w:br/>
        <w:t>Жагою палений, мчить у повітрі,&lt;br /&gt;</w:t>
        <w:br/>
        <w:t>Черкаючи пісок сухими крильми,&lt;br /&gt;</w:t>
        <w:br/>
        <w:t>І дише густим полум’ям пекучим.&lt;br /&gt;</w:t>
        <w:br/>
        <w:t>Якесь весілля дике! Мов сопілка –&lt;br /&gt;</w:t>
        <w:br/>
        <w:t>Співа пісок, зірвавшися зненацька&lt;br /&gt;</w:t>
        <w:br/>
        <w:t>З важкої нерухомості своєї,&lt;br /&gt;</w:t>
        <w:br/>
        <w:t>А камінці на бубнах приграють.&lt;br /&gt;</w:t>
        <w:br/>
        <w:t>Хто ж там у жовтій та сліпучій млі&lt;br /&gt;</w:t>
        <w:br/>
        <w:t>На честь Хамсінові таночки водить?&lt;br /&gt;</w:t>
        <w:br/>
        <w:t>Щось віє покривалами тонкими,&lt;br /&gt;</w:t>
        <w:br/>
        <w:t>Так прудко-прудко крутячись у танці…&lt;br /&gt;</w:t>
        <w:br/>
        <w:t>Якісь таємні вітряні дівчата,&lt;br /&gt;</w:t>
        <w:br/>
        <w:t>Веселі діти смутної пустині?&lt;br /&gt;</w:t>
        <w:br/>
        <w:t>"Чужинко, не дивись! Засиплю очі!"&lt;br /&gt;</w:t>
        <w:br/>
        <w:t>І заздро загорнув Хамсін полою&lt;br /&gt;</w:t>
        <w:br/>
        <w:t>Киреї жовтої своїх танечниць.&lt;br /&gt;</w:t>
        <w:br/>
        <w:t>Ніхто не сміє бачить їх. Араб&lt;br /&gt;</w:t>
        <w:br/>
        <w:t>Серед пустині падає додолу,&lt;br /&gt;</w:t>
        <w:br/>
        <w:t>Як на молитві. "Вже ж! Молись! Молись!&lt;br /&gt;</w:t>
        <w:br/>
        <w:t>Я давній бог, я той могутній Сет,&lt;br /&gt;</w:t>
        <w:br/>
        <w:t>Що тіло Озірісове нетлінне&lt;br /&gt;</w:t>
        <w:br/>
        <w:t>Розшматував і кинув у пустиню.&lt;br /&gt;</w:t>
        <w:br/>
        <w:t>Ох, як тоді Ізіда заридала".&lt;br /&gt;</w:t>
        <w:br/>
        <w:t>І звеселився спогадом Хамсін,&lt;br /&gt;</w:t>
        <w:br/>
        <w:t>І вся пустиня мов знялася вгору&lt;br /&gt;</w:t>
        <w:br/>
        <w:t>І в небо ринула. На жовтім небі&lt;br /&gt;</w:t>
        <w:br/>
        <w:t>Померкло сонце – око Озіріса –&lt;br /&gt;</w:t>
        <w:br/>
        <w:t>І стало так, мов цілий світ осліп…&lt;br /&gt;</w:t>
        <w:br/>
        <w:t>5.04.1910, Гелуан</w:t>
      </w:r>
    </w:p>
    <w:p>
      <w:r>
        <w:br/>
        <w:t>ДИХАННЯ ПУСТИНІ</w:t>
      </w:r>
    </w:p>
    <w:p>
      <w:r>
        <w:br/>
        <w:t>Пустиня дише. Рівний подих, вільний,&lt;br /&gt;</w:t>
        <w:br/>
        <w:t>Гарячий він та чистий, мов святий.&lt;br /&gt;</w:t>
        <w:br/>
        <w:t>Пісок лежить без руху золотий,&lt;br /&gt;</w:t>
        <w:br/>
        <w:t>Так, як лишив його Хамсін свавільний.</w:t>
      </w:r>
    </w:p>
    <w:p>
      <w:r>
        <w:br/>
        <w:t>Феллах працює мовчки, тихий, пильний,&lt;br /&gt;</w:t>
        <w:br/>
        <w:t>Будує дім, – там житиме пустий,&lt;br /&gt;</w:t>
        <w:br/>
        <w:t>Летючий рій мандрівців, і густий&lt;br /&gt;</w:t>
        <w:br/>
        <w:t>Зросте навколо сад. Феллах – всесильний.</w:t>
      </w:r>
    </w:p>
    <w:p>
      <w:r>
        <w:br/>
        <w:t>Оази робить він серед пустині,&lt;br /&gt;</w:t>
        <w:br/>
        <w:t>Лиш не для себе… Он уже він пише&lt;br /&gt;</w:t>
        <w:br/>
        <w:t>Бігунчик по піддашші… Поколише</w:t>
      </w:r>
    </w:p>
    <w:p>
      <w:r>
        <w:br/>
        <w:t>Гарячий вітер одіж на людині,&lt;br /&gt;</w:t>
        <w:br/>
        <w:t>Обсушить піт… і далі по рівнині&lt;br /&gt;</w:t>
        <w:br/>
        <w:t>Пролине… знов і знов… Пустиня дише.</w:t>
      </w:r>
    </w:p>
    <w:p>
      <w:r>
        <w:br/>
        <w:t>5.04.1910, Гелуан</w:t>
      </w:r>
    </w:p>
    <w:p>
      <w:r>
        <w:br/>
        <w:t>АФРА</w:t>
      </w:r>
    </w:p>
    <w:p>
      <w:r>
        <w:br/>
        <w:t>Тихо. Повітря стоїть нерухоме, як води стоячі.&lt;br /&gt;</w:t>
        <w:br/>
        <w:t>Закам’янів на бананах широкий нерепаний лист.&lt;br /&gt;</w:t>
        <w:br/>
        <w:t>Ніжні мімози – і ті розгорнули листочки гарячі.&lt;br /&gt;</w:t>
        <w:br/>
        <w:t>Мліють без мрії…</w:t>
      </w:r>
    </w:p>
    <w:p>
      <w:r>
        <w:br/>
        <w:t>Ой, звідки се вирвався свист?&lt;br /&gt;</w:t>
        <w:br/>
        <w:t>Сурмлять у сурми і гатять в різкі тарабани!&lt;br /&gt;</w:t>
        <w:br/>
        <w:t>Гей, схаменіться! Хто сеї муки хотів?&lt;br /&gt;</w:t>
        <w:br/>
        <w:t>Їм байдуже! Гучно силу свою англічани&lt;br /&gt;</w:t>
        <w:br/>
        <w:t>Берегом Ніла несуть, щоб Єгипет почув і тремтів.</w:t>
      </w:r>
    </w:p>
    <w:p>
      <w:r>
        <w:br/>
        <w:t>Ледве пройшли, як замкнулася тиша за ними,&lt;br /&gt;</w:t>
        <w:br/>
        <w:t>Наче в таємному храмі велика запона важка.&lt;br /&gt;</w:t>
        <w:br/>
        <w:t>Пальми поникли покірно гілками сухими, смутними,&lt;br /&gt;</w:t>
        <w:br/>
        <w:t>Наче на їх налягла невидимого бога рука.&lt;br /&gt;</w:t>
        <w:br/>
        <w:t>Небо, збіліле від спеки, вже сивіє, мов попеліє,&lt;br /&gt;</w:t>
        <w:br/>
        <w:t>День до останку згорів і лишилася нічка бліда;&lt;br /&gt;</w:t>
        <w:br/>
        <w:t>Світла немає, а темрява наче не сміє&lt;br /&gt;</w:t>
        <w:br/>
        <w:t>В тишу пекучу вступити. Не видно зірок ні сліда;&lt;br /&gt;</w:t>
        <w:br/>
        <w:t>Так, наче світ спорожнів. Не співа на добраніч пташина.&lt;br /&gt;</w:t>
        <w:br/>
        <w:t>Тільки безгучно літають великі, чудні кажани,&lt;br /&gt;</w:t>
        <w:br/>
        <w:t>Гасла неначе розносять, щоб стишилась ціла країна.&lt;br /&gt;</w:t>
        <w:br/>
        <w:t>Летом своїм оксамитним ще збільшують тишу вони…</w:t>
      </w:r>
    </w:p>
    <w:p>
      <w:r>
        <w:br/>
        <w:t>6.04.1910, Гелуан</w:t>
      </w:r>
    </w:p>
    <w:p>
      <w:r>
        <w:br/>
        <w:t>ВІТРЯНА НІЧ</w:t>
      </w:r>
    </w:p>
    <w:p>
      <w:r>
        <w:br/>
        <w:t>Чорна-чорна та глибока ніч –&lt;br /&gt;</w:t>
        <w:br/>
        <w:t>(Є такі тут погляди жіночі) –&lt;br /&gt;</w:t>
        <w:br/>
        <w:t>Вітер мчить шалено із півночі,&lt;br /&gt;</w:t>
        <w:br/>
        <w:t>Мов тікає від погоні пріч.</w:t>
      </w:r>
    </w:p>
    <w:p>
      <w:r>
        <w:br/>
        <w:t>Розігрівся щось вітрець мій рідний,&lt;br /&gt;</w:t>
        <w:br/>
        <w:t>Став палкий, неначе той Хамсін,&lt;br /&gt;</w:t>
        <w:br/>
        <w:t>Запальний, рвачкий Сахари син, –&lt;br /&gt;</w:t>
        <w:br/>
        <w:t>Чи давно ж покинув край мій бідний?</w:t>
      </w:r>
    </w:p>
    <w:p>
      <w:r>
        <w:br/>
        <w:t>Там він по конаючих снігах&lt;br /&gt;</w:t>
        <w:br/>
        <w:t>Волочив важкі та вогкі шати,&lt;br /&gt;</w:t>
        <w:br/>
        <w:t>Забирався холодом до хати&lt;br /&gt;</w:t>
        <w:br/>
        <w:t>І стогнав, мов пугач по лугах.</w:t>
      </w:r>
    </w:p>
    <w:p>
      <w:r>
        <w:br/>
        <w:t>Чи його коханням запалила&lt;br /&gt;</w:t>
        <w:br/>
        <w:t>Раптом ця пустиня золота,&lt;br /&gt;</w:t>
        <w:br/>
        <w:t>Що над нею він огнем літа,&lt;br /&gt;</w:t>
        <w:br/>
        <w:t>Мов його й не північ породила?</w:t>
      </w:r>
    </w:p>
    <w:p>
      <w:r>
        <w:br/>
        <w:t>Він влетів до мене у вікно,&lt;br /&gt;</w:t>
        <w:br/>
        <w:t>Наче приском в темну хату кинув&lt;br /&gt;</w:t>
        <w:br/>
        <w:t>Тим дзвінким піском… і геть полинув!&lt;br /&gt;</w:t>
        <w:br/>
        <w:t>Що ж, лети, про мене все одно.</w:t>
      </w:r>
    </w:p>
    <w:p>
      <w:r>
        <w:br/>
        <w:t>Ти чужий тут став у сій країні,&lt;br /&gt;</w:t>
        <w:br/>
        <w:t>Не приніс для мене ні луни&lt;br /&gt;</w:t>
        <w:br/>
        <w:t>Здалека, з моєї сторони, –&lt;br /&gt;</w:t>
        <w:br/>
        <w:t>Тільки спів кохання для пустині.</w:t>
      </w:r>
    </w:p>
    <w:p>
      <w:r>
        <w:br/>
        <w:t>9.04.1910, Гелуан</w:t>
      </w:r>
    </w:p>
    <w:p>
      <w:r>
        <w:br/>
        <w:t>ВІСТЬ З ПІВНОЧІ</w:t>
      </w:r>
    </w:p>
    <w:p>
      <w:r>
        <w:br/>
        <w:t>Таки недарма прилітав&lt;br /&gt;</w:t>
        <w:br/>
        <w:t>Північний гість… Дивлюся ранком –&lt;br /&gt;</w:t>
        <w:br/>
        <w:t>Вже заволочено серпанком&lt;br /&gt;</w:t>
        <w:br/>
        <w:t>Сіреньким небо. Далі став&lt;br /&gt;</w:t>
        <w:br/>
        <w:t>Помалу й дощик накрапати,&lt;br /&gt;</w:t>
        <w:br/>
        <w:t>І вогким холодом до хати&lt;br /&gt;</w:t>
        <w:br/>
        <w:t>Зайшов притихлий вітерець.&lt;br /&gt;</w:t>
        <w:br/>
        <w:t>Щось охолонув молодець!..&lt;br /&gt;</w:t>
        <w:br/>
        <w:t>Чи не сподобалась пустині&lt;br /&gt;</w:t>
        <w:br/>
        <w:t>Його зальоти? Чи згадав&lt;br /&gt;</w:t>
        <w:br/>
        <w:t>Далеку милу й заридав&lt;br /&gt;</w:t>
        <w:br/>
        <w:t>Дрібними слізьми на чужині ?&lt;br /&gt;</w:t>
        <w:br/>
        <w:t>Шепоче вітер в мокрім листі:&lt;br /&gt;</w:t>
        <w:br/>
        <w:t>"Се ж я з твоєї сторони&lt;br /&gt;</w:t>
        <w:br/>
        <w:t>Приніс оці плакучі вісті, –&lt;br /&gt;</w:t>
        <w:br/>
        <w:t>Якої ще тобі луни ?.."</w:t>
      </w:r>
    </w:p>
    <w:p>
      <w:r>
        <w:br/>
        <w:t>10.04.1910, Гелуан</w:t>
      </w:r>
    </w:p>
    <w:p>
      <w:r>
        <w:br/>
        <w:t>ТАЄМНИЙ ДАР</w:t>
      </w:r>
    </w:p>
    <w:p>
      <w:r>
        <w:br/>
        <w:t>Плакати довго Єгипет не вміє. Умив свої пальми,&lt;br /&gt;</w:t>
        <w:br/>
        <w:t>Руно зелене та буйне ланів понаднільських скропив&lt;br /&gt;</w:t>
        <w:br/>
        <w:t>І підновив позолоту блискучу в розлогій пустині,&lt;br /&gt;</w:t>
        <w:br/>
        <w:t>Та й усміхається знову, – таємнії радощі Сфінкса!&lt;br /&gt;</w:t>
        <w:br/>
        <w:t>Бачу: єгиптянок очі сміються з-під чорних серпанків,&lt;br /&gt;</w:t>
        <w:br/>
        <w:t>Жінку Іслам пригнобив, але очі зосталися вільні!..&lt;br /&gt;</w:t>
        <w:br/>
        <w:t>Співом свій крам вихваляють жінки й чоловіки,&lt;br /&gt;</w:t>
        <w:br/>
        <w:t>Гордо важенную ношу несучи на головах гарних,&lt;br /&gt;</w:t>
        <w:br/>
        <w:t>Так, мов на їх спочивають подвійні Єгипту вінці.&lt;br /&gt;</w:t>
        <w:br/>
        <w:t>Весь у червонім іде водонос, – мов жартуючи, дзвонить&lt;br /&gt;</w:t>
        <w:br/>
        <w:t>Ясним начинням і швидко жадібному люду&lt;br /&gt;</w:t>
        <w:br/>
        <w:t>Воду холодну, солодку з важкої баклажки вділяє,&lt;br /&gt;</w:t>
        <w:br/>
        <w:t>Жартом її приправляє, з усміхом плату бере.&lt;br /&gt;</w:t>
        <w:br/>
        <w:t>Вбогі феллахові діти пустують безжурно на сонці; –&lt;br /&gt;</w:t>
        <w:br/>
        <w:t>Жваві маленькі головки! Цікаві очиці зорять…&lt;br /&gt;</w:t>
        <w:br/>
        <w:t>Мов для забави дитячої просять "бакшиш" у мандрівця.&lt;br /&gt;</w:t>
        <w:br/>
        <w:t>Дав чи не дав, – засміяться, неначебто їм і дарма.&lt;br /&gt;</w:t>
        <w:br/>
        <w:t>От, аби був очерету солодкого дрібний уламок; –&lt;br /&gt;</w:t>
        <w:br/>
        <w:t>Смокчуть і раді-веселі, мов панство-багатство посіли.&lt;br /&gt;</w:t>
        <w:br/>
        <w:t>"Звідки ся радість?" – гадаю… І мариться щось мені в думці,&lt;br /&gt;</w:t>
        <w:br/>
        <w:t>Так, наче голос таємний забутую править легенду:&lt;br /&gt;</w:t>
        <w:br/>
        <w:t>"В давню давнину, як Ніл народився в пустині,&lt;br /&gt;</w:t>
        <w:br/>
        <w:t>Мати його положила в розкішну зелену колиску,&lt;br /&gt;</w:t>
        <w:br/>
        <w:t>Батько з високого неба промінням утішним дивився,&lt;br /&gt;</w:t>
        <w:br/>
        <w:t>Як його син виростав не по днях – по годинах,&lt;br /&gt;</w:t>
        <w:br/>
        <w:t>В силу вбирався і ніс тую силу до моря…&lt;br /&gt;</w:t>
        <w:br/>
        <w:t>Отже, при тім народженні зібрались премудрі Гатори,&lt;br /&gt;</w:t>
        <w:br/>
        <w:t>Сім їх було і несли вони всі для дитини дари.&lt;br /&gt;</w:t>
        <w:br/>
        <w:t>Перша сказала: "Даю тобі ситую землю в обладу".&lt;br /&gt;</w:t>
        <w:br/>
        <w:t>Зважила друга: "Три жнива нехай тобі буде на рік".&lt;br /&gt;</w:t>
        <w:br/>
        <w:t>Третя промовила: "Pa буде вічно ласкавий до тебе".&lt;br /&gt;</w:t>
        <w:br/>
        <w:t>Руку четверта простерла: "Ось пальмовий щит проти Сета".&lt;br /&gt;</w:t>
        <w:br/>
        <w:t>П’ята мовчазно папірус, і лотос, і камінь поклала.&lt;br /&gt;</w:t>
        <w:br/>
        <w:t>Шоста шепнула: "Ніхто не вгадає твоїх таємниць".&lt;br /&gt;</w:t>
        <w:br/>
        <w:t>Сьома всміхнулась крізь сльози і мовила щиро:&lt;br /&gt;</w:t>
        <w:br/>
        <w:t>"З заздрощів, вічну неволю судили боги твоїм дітям,&lt;br /&gt;</w:t>
        <w:br/>
        <w:t>Я ж у незламную радість озброю народную душу, –&lt;br /&gt;</w:t>
        <w:br/>
        <w:t>Гніт фараонів, кормига чужинців її не здолає".&lt;br /&gt;</w:t>
        <w:br/>
        <w:t>Так на початку віків обіцяли премудрі Гатори…&lt;br /&gt;</w:t>
        <w:br/>
        <w:t>Вірю: до скону віків не порушиться слово богинь!</w:t>
      </w:r>
    </w:p>
    <w:p>
      <w:r>
        <w:br/>
        <w:t>Єгипет, Гелуан. 23 – 30 марця 1910 p.</w:t>
      </w:r>
    </w:p>
    <w:p>
      <w:r>
        <w:br/>
        <w:t>НА РОКОВИНИ</w:t>
      </w:r>
    </w:p>
    <w:p>
      <w:r>
        <w:br/>
        <w:t>Вiрш присвячено Т. Г. Шевченку.</w:t>
      </w:r>
    </w:p>
    <w:p>
      <w:r>
        <w:br/>
        <w:t>Не вiн один її любив,&lt;br /&gt;</w:t>
        <w:br/>
        <w:t>немов "красу-дiвчину",&lt;br /&gt;</w:t>
        <w:br/>
        <w:t>поети славили в пiснях,&lt;br /&gt;</w:t>
        <w:br/>
        <w:t>вiддавна Україну.</w:t>
      </w:r>
    </w:p>
    <w:p>
      <w:r>
        <w:br/>
        <w:t>Вiд неї переймали смiх,&lt;br /&gt;</w:t>
        <w:br/>
        <w:t>i жарти, i таночки,&lt;br /&gt;</w:t>
        <w:br/>
        <w:t>її байки, немов квiтки,&lt;br /&gt;</w:t>
        <w:br/>
        <w:t>сплiтали у вiночки.</w:t>
      </w:r>
    </w:p>
    <w:p>
      <w:r>
        <w:br/>
        <w:t>Той в нiй давнину покохав,&lt;br /&gt;</w:t>
        <w:br/>
        <w:t>той мрiю молоденьку.&lt;br /&gt;</w:t>
        <w:br/>
        <w:t>Вiн перший полюбив її,&lt;br /&gt;</w:t>
        <w:br/>
        <w:t>як син кохає неньку.</w:t>
      </w:r>
    </w:p>
    <w:p>
      <w:r>
        <w:br/>
        <w:t>Хоч би була вона стара,&lt;br /&gt;</w:t>
        <w:br/>
        <w:t>сумна, змарнiла, бiдна,&lt;br /&gt;</w:t>
        <w:br/>
        <w:t>для сина вiрного вона&lt;br /&gt;</w:t>
        <w:br/>
        <w:t>єдина, люба, рiдна;</w:t>
      </w:r>
    </w:p>
    <w:p>
      <w:r>
        <w:br/>
        <w:t>хоч би була вона слiпа,&lt;br /&gt;</w:t>
        <w:br/>
        <w:t>калiка-недорiка,&lt;br /&gt;</w:t>
        <w:br/>
        <w:t>мов рана ятриться в ньому,&lt;br /&gt;</w:t>
        <w:br/>
        <w:t>любов його велика.</w:t>
      </w:r>
    </w:p>
    <w:p>
      <w:r>
        <w:br/>
        <w:t>Вкраїна бачила не раз,&lt;br /&gt;</w:t>
        <w:br/>
        <w:t>як тiї закоханцi&lt;br /&gt;</w:t>
        <w:br/>
        <w:t>надвечiр забували все,&lt;br /&gt;</w:t>
        <w:br/>
        <w:t>про що спiвали вранцi.</w:t>
      </w:r>
    </w:p>
    <w:p>
      <w:r>
        <w:br/>
        <w:t>І, взявши дар вiд неї,&lt;br /&gt;</w:t>
        <w:br/>
        <w:t>йшли до iншої в гостину;&lt;br /&gt;</w:t>
        <w:br/>
        <w:t>вони не знали, що то є&lt;br /&gt;</w:t>
        <w:br/>
        <w:t>любити до загину.</w:t>
      </w:r>
    </w:p>
    <w:p>
      <w:r>
        <w:br/>
        <w:t>Вiн перший за свою любов&lt;br /&gt;</w:t>
        <w:br/>
        <w:t>тяжкi дiстав кайдани,&lt;br /&gt;</w:t>
        <w:br/>
        <w:t>але до скону їй служив&lt;br /&gt;</w:t>
        <w:br/>
        <w:t>без зради, без омани.</w:t>
      </w:r>
    </w:p>
    <w:p>
      <w:r>
        <w:br/>
        <w:t>Усе знесла й перемогла&lt;br /&gt;</w:t>
        <w:br/>
        <w:t>його любовi сила.&lt;br /&gt;</w:t>
        <w:br/>
        <w:t>Того великого вогню&lt;br /&gt;</w:t>
        <w:br/>
        <w:t>i смерть не погасила.</w:t>
      </w:r>
    </w:p>
    <w:p>
      <w:r>
        <w:br/>
        <w:t>[8/ІІІ 1911]</w:t>
      </w:r>
    </w:p>
    <w:p>
      <w:r>
        <w:br/>
        <w:t>КОЛИСКОВА</w:t>
      </w:r>
    </w:p>
    <w:p>
      <w:r>
        <w:br/>
        <w:t>Мiсяць яснесенький&lt;br /&gt;</w:t>
        <w:br/>
        <w:t>Промiнь тихесенький&lt;br /&gt;</w:t>
        <w:br/>
        <w:t>Кинув до нас.&lt;br /&gt;</w:t>
        <w:br/>
        <w:t>Спи ж ти малесенький,&lt;br /&gt;</w:t>
        <w:br/>
        <w:t>Пiзнiй бо час&lt;br /&gt;</w:t>
        <w:br/>
        <w:t>Любо ти спатимеш,&lt;br /&gt;</w:t>
        <w:br/>
        <w:t>Поки не знатимеш,&lt;br /&gt;</w:t>
        <w:br/>
        <w:t>Що то печаль;&lt;br /&gt;</w:t>
        <w:br/>
        <w:t>Хутко прийматимеш&lt;br /&gt;</w:t>
        <w:br/>
        <w:t>Лихо та жаль.&lt;br /&gt;</w:t>
        <w:br/>
        <w:t>Тяжка годинонько!&lt;br /&gt;</w:t>
        <w:br/>
        <w:t>Гiрка хвилинонько!&lt;br /&gt;</w:t>
        <w:br/>
        <w:t>Лихо не спить…&lt;br /&gt;</w:t>
        <w:br/>
        <w:t>Леле, дитинонько!&lt;br /&gt;</w:t>
        <w:br/>
        <w:t>Жить — сльози лить.&lt;br /&gt;</w:t>
        <w:br/>
        <w:t>Сором хилитися,&lt;br /&gt;</w:t>
        <w:br/>
        <w:t>Долi коритися!&lt;br /&gt;</w:t>
        <w:br/>
        <w:t>Час твiй прийде&lt;br /&gt;</w:t>
        <w:br/>
        <w:t>З долею битися, Сон пропаде…&lt;br /&gt;</w:t>
        <w:br/>
        <w:t>Мiсяць яснесенький&lt;br /&gt;</w:t>
        <w:br/>
        <w:t>Промiнь тихесенький&lt;br /&gt;</w:t>
        <w:br/>
        <w:t>Кинув до нас…&lt;br /&gt;</w:t>
        <w:br/>
        <w:t>Спи ж ти, малесенький,&lt;br /&gt;</w:t>
        <w:br/>
        <w:t>Поки є час!</w:t>
      </w:r>
    </w:p>
    <w:p>
      <w:r>
        <w:br/>
        <w:t>СКРІЗЬ ПЛАЧ, І СТОГІН І РИДАННЯ</w:t>
      </w:r>
    </w:p>
    <w:p>
      <w:r>
        <w:br/>
        <w:t>Скрізь плач, і стогін, і ридання,&lt;br /&gt;</w:t>
        <w:br/>
        <w:t>Несмілі поклики, слабі,&lt;br /&gt;</w:t>
        <w:br/>
        <w:t>На долю марні нарікання І чола, схилені в журбі.</w:t>
      </w:r>
    </w:p>
    <w:p>
      <w:r>
        <w:br/>
        <w:t>Над давнім лихом України&lt;br /&gt;</w:t>
        <w:br/>
        <w:t>Жалкуєм-тужим в кожний час,&lt;br /&gt;</w:t>
        <w:br/>
        <w:t>З плачем ждемо тії години,&lt;br /&gt;</w:t>
        <w:br/>
        <w:t>Коли спадуть кайдани з нас.</w:t>
      </w:r>
    </w:p>
    <w:p>
      <w:r>
        <w:br/>
        <w:t>Ті сльози розтроюдять рани,&lt;br /&gt;</w:t>
        <w:br/>
        <w:t>Загоїтись їм не дадуть,&lt;br /&gt;</w:t>
        <w:br/>
        <w:t>Заржавіють від сліз кайдани,&lt;br /&gt;</w:t>
        <w:br/>
        <w:t>Самі ж ніколи не спадуть!</w:t>
      </w:r>
    </w:p>
    <w:p>
      <w:r>
        <w:br/>
        <w:t>Нащо даремнії скорботи?&lt;br /&gt;</w:t>
        <w:br/>
        <w:t>Назад нема нам воріття!&lt;br /&gt;</w:t>
        <w:br/>
        <w:t>Берімось краще до роботи,&lt;br /&gt;</w:t>
        <w:br/>
        <w:t>Змагаймось за нове життя!</w:t>
      </w:r>
    </w:p>
    <w:p>
      <w:r>
        <w:br/>
        <w:t>ДОСВІТНІ ОГНІ</w:t>
      </w:r>
    </w:p>
    <w:p>
      <w:r>
        <w:br/>
        <w:t>Ніч темна людей всіх потомлених скрила&lt;br /&gt;</w:t>
        <w:br/>
        <w:t>Під чорні, широкії крила.&lt;br /&gt;</w:t>
        <w:br/>
        <w:t>Погасли вечірні огні;&lt;br /&gt;</w:t>
        <w:br/>
        <w:t>Усі спочивають у сні.&lt;br /&gt;</w:t>
        <w:br/>
        <w:t>Всіх владарка ніч покорила.</w:t>
      </w:r>
    </w:p>
    <w:p>
      <w:r>
        <w:br/>
        <w:t>Хто спить, хто не спить, — покорись темній силі!&lt;br /&gt;</w:t>
        <w:br/>
        <w:t>Щасливий, хто сни має милі!&lt;br /&gt;</w:t>
        <w:br/>
        <w:t>Від мене сон милий тіка…&lt;br /&gt;</w:t>
        <w:br/>
        <w:t>Навколо темнота тяжка,&lt;br /&gt;</w:t>
        <w:br/>
        <w:t>Навколо все спить, як в могилі.</w:t>
      </w:r>
    </w:p>
    <w:p>
      <w:r>
        <w:br/>
        <w:t>Привиддя лихі мені душу гнітили,&lt;br /&gt;</w:t>
        <w:br/>
        <w:t>Повстати ж не мала я сили…&lt;br /&gt;</w:t>
        <w:br/>
        <w:t>Зненацька проміння ясне&lt;br /&gt;</w:t>
        <w:br/>
        <w:t>Од сну пробудило мене, —&lt;br /&gt;</w:t>
        <w:br/>
        <w:t>Досвітні огні засвітили!</w:t>
      </w:r>
    </w:p>
    <w:p>
      <w:r>
        <w:br/>
        <w:t>Досвітні огні, переможні, урочі,&lt;br /&gt;</w:t>
        <w:br/>
        <w:t>Прорізали темряву ночі,&lt;br /&gt;</w:t>
        <w:br/>
        <w:t>Ще сонячні промені сплять, —&lt;br /&gt;</w:t>
        <w:br/>
        <w:t>Досвітні огні вже горять.&lt;br /&gt;</w:t>
        <w:br/>
        <w:t>То світять їх люди робочі.</w:t>
      </w:r>
    </w:p>
    <w:p>
      <w:r>
        <w:br/>
        <w:t>Вставай, хто живий, в кого думка повстала!&lt;br /&gt;</w:t>
        <w:br/>
        <w:t>Година для праці настала!&lt;br /&gt;</w:t>
        <w:br/>
        <w:t>Не бійся досвітньої мли, —&lt;br /&gt;</w:t>
        <w:br/>
        <w:t>Досвітній огонь запали,&lt;br /&gt;</w:t>
        <w:br/>
        <w:t>Коли ще зоря не заграла.</w:t>
      </w:r>
    </w:p>
    <w:p>
      <w:r>
        <w:br/>
        <w:t>ТИША МОРСЬКА</w:t>
      </w:r>
    </w:p>
    <w:p>
      <w:r>
        <w:br/>
        <w:t>В час гарячий полудневий&lt;br /&gt;</w:t>
        <w:br/>
        <w:t>Виглядаю у віконце:&lt;br /&gt;</w:t>
        <w:br/>
        <w:t>Ясне небо, ясне море,&lt;br /&gt;</w:t>
        <w:br/>
        <w:t>Ясні хмарки, ясне сонце.</w:t>
      </w:r>
    </w:p>
    <w:p>
      <w:r>
        <w:br/>
        <w:t>Певно, се країна світла&lt;br /&gt;</w:t>
        <w:br/>
        <w:t>Та злотистої блакиті,&lt;br /&gt;</w:t>
        <w:br/>
        <w:t>Певно, тут не чули зроду,&lt;br /&gt;</w:t>
        <w:br/>
        <w:t>Що бува негода в світі!</w:t>
      </w:r>
    </w:p>
    <w:p>
      <w:r>
        <w:br/>
        <w:t>Тиша в морі… ледве-ледве&lt;br /&gt;</w:t>
        <w:br/>
        <w:t>Колихає море хвилі;&lt;br /&gt;</w:t>
        <w:br/>
        <w:t>Не колишуться од вітру&lt;br /&gt;</w:t>
        <w:br/>
        <w:t>На човнах вітрила білі.</w:t>
      </w:r>
    </w:p>
    <w:p>
      <w:r>
        <w:br/>
        <w:t>З тихим плескотом на берег&lt;br /&gt;</w:t>
        <w:br/>
        <w:t>Рине хвилечка перлиста;&lt;br /&gt;</w:t>
        <w:br/>
        <w:t>Править хтось малим човенцем,&lt;br /&gt;</w:t>
        <w:br/>
        <w:t>В’ється стежечка злотиста.</w:t>
      </w:r>
    </w:p>
    <w:p>
      <w:r>
        <w:br/>
        <w:t>Править хтось малим човенцем,&lt;br /&gt;</w:t>
        <w:br/>
        <w:t>Стиха весла підіймає,&lt;br /&gt;</w:t>
        <w:br/>
        <w:t>І здається, що з весельця&lt;br /&gt;</w:t>
        <w:br/>
        <w:t>Щире золото спадає.</w:t>
      </w:r>
    </w:p>
    <w:p>
      <w:r>
        <w:br/>
        <w:t>Як би я тепер хотіла&lt;br /&gt;</w:t>
        <w:br/>
        <w:t>У мале човенце сісти&lt;br /&gt;</w:t>
        <w:br/>
        <w:t>І далеко на схід сонця&lt;br /&gt;</w:t>
        <w:br/>
        <w:t>Золотим шляхом поплисти!</w:t>
      </w:r>
    </w:p>
    <w:p>
      <w:r>
        <w:br/>
        <w:t>Попливла б я на схід сонця,&lt;br /&gt;</w:t>
        <w:br/>
        <w:t>А від сходу до заходу,&lt;br /&gt;</w:t>
        <w:br/>
        <w:t>Тим шляхом, що проложило&lt;br /&gt;</w:t>
        <w:br/>
        <w:t>Ясне сонце через воду.</w:t>
      </w:r>
    </w:p>
    <w:p>
      <w:r>
        <w:br/>
        <w:t>Не страшні для мене вітри,&lt;br /&gt;</w:t>
        <w:br/>
        <w:t>Ні підводнії каміння, —&lt;br /&gt;</w:t>
        <w:br/>
        <w:t>Я про них би й не згадала&lt;br /&gt;</w:t>
        <w:br/>
        <w:t>В краю вічного проміння.</w:t>
      </w:r>
    </w:p>
    <w:p>
      <w:r>
        <w:br/>
        <w:t>У ДИТЯЧІ ЛЮБІ РОКИ</w:t>
      </w:r>
    </w:p>
    <w:p>
      <w:r>
        <w:br/>
        <w:t>У дитячі любі роки,&lt;br /&gt;</w:t>
        <w:br/>
        <w:t>Коли так душа бажала&lt;br /&gt;</w:t>
        <w:br/>
        <w:t>Надзвичайного, дивного,&lt;br /&gt;</w:t>
        <w:br/>
        <w:t>Я любила вік лицарства.</w:t>
      </w:r>
    </w:p>
    <w:p>
      <w:r>
        <w:br/>
        <w:t>Тільки дивно, що не принци,&lt;br /&gt;</w:t>
        <w:br/>
        <w:t>Таємницею укриті,&lt;br /&gt;</w:t>
        <w:br/>
        <w:t>Не вродливі королівни&lt;br /&gt;</w:t>
        <w:br/>
        <w:t>Розум мій очарували.</w:t>
      </w:r>
    </w:p>
    <w:p>
      <w:r>
        <w:br/>
        <w:t>Я дивилась на малюнках&lt;br /&gt;</w:t>
        <w:br/>
        <w:t>Не на гордих переможців,&lt;br /&gt;</w:t>
        <w:br/>
        <w:t>Що, сперечника зваливши,&lt;br /&gt;</w:t>
        <w:br/>
        <w:t>Промовляють люто: "Здайся!"</w:t>
      </w:r>
    </w:p>
    <w:p>
      <w:r>
        <w:br/>
        <w:t>Погляд мій спускався нижче,&lt;br /&gt;</w:t>
        <w:br/>
        <w:t>На того, хто, розпростертий,&lt;br /&gt;</w:t>
        <w:br/>
        <w:t>До землі прибитий списом,&lt;br /&gt;</w:t>
        <w:br/>
        <w:t>Говорив: "Убий, не здамся!"</w:t>
      </w:r>
    </w:p>
    <w:p>
      <w:r>
        <w:br/>
        <w:t>Не здававсь мені величним&lt;br /&gt;</w:t>
        <w:br/>
        <w:t>Той завзятий, пишний лицар,&lt;br /&gt;</w:t>
        <w:br/>
        <w:t>Що красуню непокірну&lt;br /&gt;</w:t>
        <w:br/>
        <w:t>Взяв оружною рукою.</w:t>
      </w:r>
    </w:p>
    <w:p>
      <w:r>
        <w:br/>
        <w:t>Тільки серце чарувала&lt;br /&gt;</w:t>
        <w:br/>
        <w:t>Бранки смілива відповідь&lt;br /&gt;</w:t>
        <w:br/>
        <w:t>"Ти мене убити можеш,&lt;br /&gt;</w:t>
        <w:br/>
        <w:t>Але жити не примусиш!"</w:t>
      </w:r>
    </w:p>
    <w:p>
      <w:r>
        <w:br/>
        <w:t>Роки любії, дитячі,&lt;br /&gt;</w:t>
        <w:br/>
        <w:t>Як весняні води, зникли,&lt;br /&gt;</w:t>
        <w:br/>
        <w:t>Але гомін вод весняних&lt;br /&gt;</w:t>
        <w:br/>
        <w:t>Не забудеться ніколи.</w:t>
      </w:r>
    </w:p>
    <w:p>
      <w:r>
        <w:br/>
        <w:t>Він, було, мені лунає&lt;br /&gt;</w:t>
        <w:br/>
        <w:t>У безсонні довгі ночі&lt;br /&gt;</w:t>
        <w:br/>
        <w:t>І єднається так дивно&lt;br /&gt;</w:t>
        <w:br/>
        <w:t>З візерунками гарячки:</w:t>
      </w:r>
    </w:p>
    <w:p>
      <w:r>
        <w:br/>
        <w:t>Мріє стеля надо мною,&lt;br /&gt;</w:t>
        <w:br/>
        <w:t>Мов готичнеє склепіння,&lt;br /&gt;</w:t>
        <w:br/>
        <w:t>А гілки квіток сплелися&lt;br /&gt;</w:t>
        <w:br/>
        <w:t>На вікні, неначе грати.</w:t>
      </w:r>
    </w:p>
    <w:p>
      <w:r>
        <w:br/>
        <w:t>Од вікна до мене в хату&lt;br /&gt;</w:t>
        <w:br/>
        <w:t>Червонясте світло впало, —&lt;br /&gt;</w:t>
        <w:br/>
        <w:t>Чи то вуличнеє світло,&lt;br /&gt;</w:t>
        <w:br/>
        <w:t>Чи то полиски пожежі?</w:t>
      </w:r>
    </w:p>
    <w:p>
      <w:r>
        <w:br/>
        <w:t>Що се так шумить невпинно?&lt;br /&gt;</w:t>
        <w:br/>
        <w:t>Навісний, безладний гомін!&lt;br /&gt;</w:t>
        <w:br/>
        <w:t>Чи в крові гарячка грає,&lt;br /&gt;</w:t>
        <w:br/>
        <w:t>Чи війна лютує в місті?</w:t>
      </w:r>
    </w:p>
    <w:p>
      <w:r>
        <w:br/>
        <w:t>Чи се лютий біль у мене&lt;br /&gt;</w:t>
        <w:br/>
        <w:t>Тихий стогін вириває,&lt;br /&gt;</w:t>
        <w:br/>
        <w:t>Чи то стогне бранець-лицар,&lt;br /&gt;</w:t>
        <w:br/>
        <w:t>Знемагаючи на рани:</w:t>
      </w:r>
    </w:p>
    <w:p>
      <w:r>
        <w:br/>
        <w:t>"Хто живий у сьому замку?&lt;br /&gt;</w:t>
        <w:br/>
        <w:t>Хто тут має серце в грудях?&lt;br /&gt;</w:t>
        <w:br/>
        <w:t>Другом будь, зійди на вежу,&lt;br /&gt;</w:t>
        <w:br/>
        <w:t>Подивись на бойовисько!</w:t>
      </w:r>
    </w:p>
    <w:p>
      <w:r>
        <w:br/>
        <w:t>Подивись на бойовисько,&lt;br /&gt;</w:t>
        <w:br/>
        <w:t>Хто кого перемагає?&lt;br /&gt;</w:t>
        <w:br/>
        <w:t>Чи над лавами ще в’ється&lt;br /&gt;</w:t>
        <w:br/>
        <w:t>Корогва хрещата наша?</w:t>
      </w:r>
    </w:p>
    <w:p>
      <w:r>
        <w:br/>
        <w:t>Коли ні,— зірву завої!&lt;br /&gt;</w:t>
        <w:br/>
        <w:t>Хай джерелом кров поллється,&lt;br /&gt;</w:t>
        <w:br/>
        <w:t>Будь проклята кров ледача,&lt;br /&gt;</w:t>
        <w:br/>
        <w:t>Не за рідний край пролита!</w:t>
      </w:r>
    </w:p>
    <w:p>
      <w:r>
        <w:br/>
        <w:t>Ні, я чую наше гасло!&lt;br /&gt;</w:t>
        <w:br/>
        <w:t>Ось воно все голосніше…&lt;br /&gt;</w:t>
        <w:br/>
        <w:t>Зав’яжіть тісніше рани,&lt;br /&gt;</w:t>
        <w:br/>
        <w:t>Шкода кров губити марне!.."</w:t>
      </w:r>
    </w:p>
    <w:p>
      <w:r>
        <w:br/>
        <w:t>Так дитячі мрії грали&lt;br /&gt;</w:t>
        <w:br/>
        <w:t>Між примарами гарячки.&lt;br /&gt;</w:t>
        <w:br/>
        <w:t>А тепер? — гарячка зникла,&lt;br /&gt;</w:t>
        <w:br/>
        <w:t>Але мрії не зникають.</w:t>
      </w:r>
    </w:p>
    <w:p>
      <w:r>
        <w:br/>
        <w:t>І не раз мені здається,&lt;br /&gt;</w:t>
        <w:br/>
        <w:t>Що сиджу я у полоні&lt;br /&gt;</w:t>
        <w:br/>
        <w:t>І закута у кайдани&lt;br /&gt;</w:t>
        <w:br/>
        <w:t>Невидимою рукою,</w:t>
      </w:r>
    </w:p>
    <w:p>
      <w:r>
        <w:br/>
        <w:t>Що в руці у мене зброя&lt;br /&gt;</w:t>
        <w:br/>
        <w:t>Неполамана зосталась,&lt;br /&gt;</w:t>
        <w:br/>
        <w:t>Та порушити рукою&lt;br /&gt;</w:t>
        <w:br/>
        <w:t>Не дають мені кайдани.</w:t>
      </w:r>
    </w:p>
    <w:p>
      <w:r>
        <w:br/>
        <w:t>Глухо так навколо, тихо,&lt;br /&gt;</w:t>
        <w:br/>
        <w:t>Не шумить гарячка в жилах,&lt;br /&gt;</w:t>
        <w:br/>
        <w:t>Не вчувається здалека&lt;br /&gt;</w:t>
        <w:br/>
        <w:t>Дикий гомін з бойовиська.</w:t>
      </w:r>
    </w:p>
    <w:p>
      <w:r>
        <w:br/>
        <w:t>Так і хочеться гукнути,&lt;br /&gt;</w:t>
        <w:br/>
        <w:t>Наче лицар мрій дитячих:&lt;br /&gt;</w:t>
        <w:br/>
        <w:t>"Хто живий? Зійди на вежу,&lt;br /&gt;</w:t>
        <w:br/>
        <w:t>Подивися наокбло!</w:t>
      </w:r>
    </w:p>
    <w:p>
      <w:r>
        <w:br/>
        <w:t>Подивись, чи в полі видко&lt;br /&gt;</w:t>
        <w:br/>
        <w:t>Нашу чесну короговку?&lt;br /&gt;</w:t>
        <w:br/>
        <w:t>Коли ні, не хочу жити,&lt;br /&gt;</w:t>
        <w:br/>
        <w:t>Хай мені відкриють жили,</w:t>
      </w:r>
    </w:p>
    <w:p>
      <w:r>
        <w:br/>
        <w:t>Хай джерелом кров поллється,&lt;br /&gt;</w:t>
        <w:br/>
        <w:t>Згину я від згуби крові.&lt;br /&gt;</w:t>
        <w:br/>
        <w:t>Будь проклята кров ледача,&lt;br /&gt;</w:t>
        <w:br/>
        <w:t>Не за чесний стяг пролита!.."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