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Поетичні твори</w:t>
      </w:r>
    </w:p>
    <w:p>
      <w:r>
        <w:br/>
        <w:t xml:space="preserve"> СИРОТИНА&lt;br /&gt;</w:t>
        <w:br/>
        <w:t>Не той сиротина —&lt;br /&gt;</w:t>
        <w:br/>
        <w:t>Кого рід не знає;&lt;br /&gt;</w:t>
        <w:br/>
        <w:t>У кого хатини&lt;br /&gt;</w:t>
        <w:br/>
        <w:t>Й худоби немає;&lt;br /&gt;</w:t>
        <w:br/>
        <w:t>Не той сиротина —&lt;br /&gt;</w:t>
        <w:br/>
        <w:t>Хто ходить в десятці,&lt;br /&gt;</w:t>
        <w:br/>
        <w:t>У кого свитина —&lt;br /&gt;</w:t>
        <w:br/>
        <w:t>Вся латка на латці;&lt;br /&gt;</w:t>
        <w:br/>
        <w:t>Аби була в його&lt;br /&gt;</w:t>
        <w:br/>
        <w:t>Голова та руки;&lt;br /&gt;</w:t>
        <w:br/>
        <w:t>Любов до народу,&lt;br /&gt;</w:t>
        <w:br/>
        <w:t>Волі і науки,—&lt;br /&gt;</w:t>
        <w:br/>
        <w:t>Він не сиротина,&lt;br /&gt;</w:t>
        <w:br/>
        <w:t>Він родину має,&lt;br /&gt;</w:t>
        <w:br/>
        <w:t>Він краю дитина,&lt;br /&gt;</w:t>
        <w:br/>
        <w:t>І край його знає;&lt;br /&gt;</w:t>
        <w:br/>
        <w:t>Він чадо громади:&lt;br /&gt;</w:t>
        <w:br/>
        <w:t>Вона його любить,&lt;br /&gt;</w:t>
        <w:br/>
        <w:t>Як сина кохає,&lt;br /&gt;</w:t>
        <w:br/>
        <w:t>Як сина голубить.&lt;br /&gt;</w:t>
        <w:br/>
        <w:t>Хто ж всім коверзує,&lt;br /&gt;</w:t>
        <w:br/>
        <w:t>Зневажа родину,&lt;br /&gt;</w:t>
        <w:br/>
        <w:t>Свого не шанує,&lt;br /&gt;</w:t>
        <w:br/>
        <w:t>А служить чужині;&lt;br /&gt;</w:t>
        <w:br/>
        <w:t>Хто в краще не вірить,&lt;br /&gt;</w:t>
        <w:br/>
        <w:t>Душею не рветься&lt;br /&gt;</w:t>
        <w:br/>
        <w:t>Будущину змірить&lt;br /&gt;</w:t>
        <w:br/>
        <w:t>Й живе "як живеться",&lt;br /&gt;</w:t>
        <w:br/>
        <w:t>Хто правди боїться,&lt;br /&gt;</w:t>
        <w:br/>
        <w:t>Хто панська дитина,—&lt;br /&gt;</w:t>
        <w:br/>
        <w:t>Отой-то безрідний,&lt;br /&gt;</w:t>
        <w:br/>
        <w:t>Отой сиротина;&lt;br /&gt;</w:t>
        <w:br/>
        <w:t>Тому треба плакать&lt;br /&gt;</w:t>
        <w:br/>
        <w:t>На себе самого,&lt;br /&gt;</w:t>
        <w:br/>
        <w:t>Бо не привітає&lt;br /&gt;</w:t>
        <w:br/>
        <w:t>Вкраїна такого.</w:t>
      </w:r>
    </w:p>
    <w:p>
      <w:r>
        <w:br/>
        <w:t>НА СМЕРТЬ ТАРАСА ШЕВЧЕНКА</w:t>
      </w:r>
    </w:p>
    <w:p>
      <w:r>
        <w:br/>
        <w:t>Вийшов місяць на могилки&lt;br /&gt;</w:t>
        <w:br/>
        <w:t>З неба подивитись;&lt;br /&gt;</w:t>
        <w:br/>
        <w:t>Округ глянув світлим оком,&lt;br /&gt;</w:t>
        <w:br/>
        <w:t>Став чогось журитись;&lt;br /&gt;</w:t>
        <w:br/>
        <w:t>Далі в хмару загорнувся,&lt;br /&gt;</w:t>
        <w:br/>
        <w:t>Перестав світити,&lt;br /&gt;</w:t>
        <w:br/>
        <w:t>За ним зірки поховались,&lt;br /&gt;</w:t>
        <w:br/>
        <w:t>Мов за батьком діти.&lt;br /&gt;</w:t>
        <w:br/>
        <w:t>Ніч, мов ворон, чорна стала,&lt;br /&gt;</w:t>
        <w:br/>
        <w:t>Хмари скрізь блукають;&lt;br /&gt;</w:t>
        <w:br/>
        <w:t>Вітри буйнії з хрестами&lt;br /&gt;</w:t>
        <w:br/>
        <w:t>Сумно розмовляють...&lt;br /&gt;</w:t>
        <w:br/>
        <w:t>Чого ж місяць, чого срібний&lt;br /&gt;</w:t>
        <w:br/>
        <w:t>Хмарою закрився?&lt;br /&gt;</w:t>
        <w:br/>
        <w:t>Чого вітер, чого буйний&lt;br /&gt;</w:t>
        <w:br/>
        <w:t>Грізно розходився?&lt;br /&gt;</w:t>
        <w:br/>
        <w:t>Місяць бачив, як учора&lt;br /&gt;</w:t>
        <w:br/>
        <w:t>Могилу копали,&lt;br /&gt;</w:t>
        <w:br/>
        <w:t>А в могилу домовину&lt;br /&gt;</w:t>
        <w:br/>
        <w:t>Стиха опускали...&lt;br /&gt;</w:t>
        <w:br/>
        <w:t>Зачинилось в Україні&lt;br /&gt;</w:t>
        <w:br/>
        <w:t>Покутне віконце;&lt;br /&gt;</w:t>
        <w:br/>
        <w:t>Заховалось під землею&lt;br /&gt;</w:t>
        <w:br/>
        <w:t>Українське сонце...&lt;br /&gt;</w:t>
        <w:br/>
        <w:t>Умер Кобзар! Його пісні&lt;br /&gt;</w:t>
        <w:br/>
        <w:t>Більше не гриміти...&lt;br /&gt;</w:t>
        <w:br/>
        <w:t>Почав вітер на могилі&lt;br /&gt;</w:t>
        <w:br/>
        <w:t>Сумно голосити;&lt;br /&gt;</w:t>
        <w:br/>
        <w:t>То завиє, то застогне,&lt;br /&gt;</w:t>
        <w:br/>
        <w:t>Жалібно заллється,&lt;br /&gt;</w:t>
        <w:br/>
        <w:t>Наче сокіл об могилу&lt;br /&gt;</w:t>
        <w:br/>
        <w:t>Крилами заб'ється;&lt;br /&gt;</w:t>
        <w:br/>
        <w:t>Б'ється, квилить, свіжу землю&lt;br /&gt;</w:t>
        <w:br/>
        <w:t>З могили змітає,&lt;br /&gt;</w:t>
        <w:br/>
        <w:t>Молить: "Встань, мій вільний брате!"&lt;br /&gt;</w:t>
        <w:br/>
        <w:t>Ні! Не дочуває...&lt;br /&gt;</w:t>
        <w:br/>
        <w:t>Спи, Тарасе, тихо-тихо,&lt;br /&gt;</w:t>
        <w:br/>
        <w:t>Поки бог розбудить;&lt;br /&gt;</w:t>
        <w:br/>
        <w:t>Твою пісню в Україні&lt;br /&gt;</w:t>
        <w:br/>
        <w:t>Повік не забудуть.&lt;br /&gt;</w:t>
        <w:br/>
        <w:t>МОЄ БАЖАННЯ</w:t>
      </w:r>
    </w:p>
    <w:p>
      <w:r>
        <w:br/>
        <w:t>Не обскурант я, що не плачу&lt;br /&gt;</w:t>
        <w:br/>
        <w:t>За тим, чого нема.&lt;br /&gt;</w:t>
        <w:br/>
        <w:t>Що вже минуло і мина...&lt;br /&gt;</w:t>
        <w:br/>
        <w:t>Я України долю бачу&lt;br /&gt;</w:t>
        <w:br/>
        <w:t>Не в бунчуках, не в булаві,&lt;br /&gt;</w:t>
        <w:br/>
        <w:t>Не у гетьманській голові;&lt;br /&gt;</w:t>
        <w:br/>
        <w:t>Не в скарбах, схованих у скрині,&lt;br /&gt;</w:t>
        <w:br/>
        <w:t>Не в запорозькій Україні,&lt;br /&gt;</w:t>
        <w:br/>
        <w:t>Не в тім, щоб, вибившись на волю,&lt;br /&gt;</w:t>
        <w:br/>
        <w:t>З ляхами знову воювать&lt;br /&gt;</w:t>
        <w:br/>
        <w:t>Та кров слов'янську проливать&lt;br /&gt;</w:t>
        <w:br/>
        <w:t>І засівать трупами поле.&lt;br /&gt;</w:t>
        <w:br/>
        <w:t>Я даром сліз не проливаю:&lt;br /&gt;</w:t>
        <w:br/>
        <w:t>Слов'ян усіх в одній сім'ї&lt;br /&gt;</w:t>
        <w:br/>
        <w:t>Побачить хочеться мені...&lt;br /&gt;</w:t>
        <w:br/>
        <w:t>Ось бачте, я чого бажаю!&lt;br /&gt;</w:t>
        <w:br/>
        <w:t>В Полтаві, 1862</w:t>
      </w:r>
    </w:p>
    <w:p>
      <w:r>
        <w:br/>
        <w:t>ГРІШНИЦЯ</w:t>
      </w:r>
    </w:p>
    <w:p>
      <w:r>
        <w:br/>
        <w:t>Не дорікайте їй гріхом,&lt;br /&gt;</w:t>
        <w:br/>
        <w:t>Ви більш її грішили,&lt;br /&gt;</w:t>
        <w:br/>
        <w:t>Не дорікайте женихом —&lt;br /&gt;</w:t>
        <w:br/>
        <w:t>Вона його любила.&lt;br /&gt;</w:t>
        <w:br/>
        <w:t>Не дорікайте їй за те,&lt;br /&gt;</w:t>
        <w:br/>
        <w:t>Що серця не спинила&lt;br /&gt;</w:t>
        <w:br/>
        <w:t>І чувство чистеє святе&lt;br /&gt;</w:t>
        <w:br/>
        <w:t>Не знать з ким поділила.&lt;br /&gt;</w:t>
        <w:br/>
        <w:t>Не дорікайте серцем їй,&lt;br /&gt;</w:t>
        <w:br/>
        <w:t>Ви серце занедбали&lt;br /&gt;</w:t>
        <w:br/>
        <w:t>І холодний розум свій&lt;br /&gt;</w:t>
        <w:br/>
        <w:t>До серця прирівняли.&lt;br /&gt;</w:t>
        <w:br/>
        <w:t>Не дорікайте бідній їй,&lt;br /&gt;</w:t>
        <w:br/>
        <w:t>Із вас ніхто не бачить,&lt;br /&gt;</w:t>
        <w:br/>
        <w:t>Як тяжко їй самій,&lt;br /&gt;</w:t>
        <w:br/>
        <w:t>Як в неї серце плаче.&lt;br /&gt;</w:t>
        <w:br/>
        <w:t>Для вас чудна свята любов,&lt;br /&gt;</w:t>
        <w:br/>
        <w:t>Самі ви не любили,&lt;br /&gt;</w:t>
        <w:br/>
        <w:t>Вам: "Зуб за зуб, а кров за кров",&lt;br /&gt;</w:t>
        <w:br/>
        <w:t>Ви злом за зло платили.&lt;br /&gt;</w:t>
        <w:br/>
        <w:t>Не дорікайте, кажу знов,&lt;br /&gt;</w:t>
        <w:br/>
        <w:t>Хто з вас не согрішає?&lt;br /&gt;</w:t>
        <w:br/>
        <w:t>Вона любила: за любов&lt;br /&gt;</w:t>
        <w:br/>
        <w:t>Сам бог гріхи прощає!&lt;br /&gt;</w:t>
        <w:br/>
        <w:t>Полтава, 1862&lt;br /&gt;</w:t>
        <w:br/>
        <w:t>ЗАПОВІДЬ&lt;br /&gt;</w:t>
        <w:br/>
        <w:t>Богдану Олександровичу Калині&lt;br /&gt;</w:t>
        <w:br/>
        <w:t>Як помру я, любий друже,&lt;br /&gt;</w:t>
        <w:br/>
        <w:t>На чужій чужині,&lt;br /&gt;</w:t>
        <w:br/>
        <w:t>Перевези моє тіло&lt;br /&gt;</w:t>
        <w:br/>
        <w:t>В рідну Україну,&lt;br /&gt;</w:t>
        <w:br/>
        <w:t>Де і сонце ясній світить,&lt;br /&gt;</w:t>
        <w:br/>
        <w:t>Краще зорі сяють,&lt;br /&gt;</w:t>
        <w:br/>
        <w:t>Де порою весняною&lt;br /&gt;</w:t>
        <w:br/>
        <w:t>Солов'ї співають;&lt;br /&gt;</w:t>
        <w:br/>
        <w:t>Де, як море, хвилюються,&lt;br /&gt;</w:t>
        <w:br/>
        <w:t>Золотії ниви,&lt;br /&gt;</w:t>
        <w:br/>
        <w:t>Де дівчата красуються&lt;br /&gt;</w:t>
        <w:br/>
        <w:t>Світові на диво;&lt;br /&gt;</w:t>
        <w:br/>
        <w:t>Де, як килимом зеленим,&lt;br /&gt;</w:t>
        <w:br/>
        <w:t>Степи одяглися;&lt;br /&gt;</w:t>
        <w:br/>
        <w:t>Де могили, аж до моря,&lt;br /&gt;</w:t>
        <w:br/>
        <w:t>Сумно простяглися.&lt;br /&gt;</w:t>
        <w:br/>
        <w:t>Поховай там над Десною&lt;br /&gt;</w:t>
        <w:br/>
        <w:t>Де я народився;&lt;br /&gt;</w:t>
        <w:br/>
        <w:t>Де зустрівся я з тобою,&lt;br /&gt;</w:t>
        <w:br/>
        <w:t>Де правди навчився;&lt;br /&gt;</w:t>
        <w:br/>
        <w:t>Де, сидячи під вербою,&lt;br /&gt;</w:t>
        <w:br/>
        <w:t>Ми пісні співали;&lt;br /&gt;</w:t>
        <w:br/>
        <w:t>Де про волю з кобзарями&lt;br /&gt;</w:t>
        <w:br/>
        <w:t>Часто розмовляли;&lt;br /&gt;</w:t>
        <w:br/>
        <w:t>Де коріннями сплелися&lt;br /&gt;</w:t>
        <w:br/>
        <w:t>Дуби віковії;&lt;br /&gt;</w:t>
        <w:br/>
        <w:t>Де в нас перші полилися&lt;br /&gt;</w:t>
        <w:br/>
        <w:t>Сльози молодії,&lt;br /&gt;</w:t>
        <w:br/>
        <w:t>Як ми власно зрозуміли&lt;br /&gt;</w:t>
        <w:br/>
        <w:t>Предківськую долю,&lt;br /&gt;</w:t>
        <w:br/>
        <w:t>І бажанням загорілись&lt;br /&gt;</w:t>
        <w:br/>
        <w:t>Вернуть стару волю...&lt;br /&gt;</w:t>
        <w:br/>
        <w:t>От під тими-то дубами...&lt;br /&gt;</w:t>
        <w:br/>
        <w:t>Ми воскресли, брате,&lt;br /&gt;</w:t>
        <w:br/>
        <w:t>Просвітилися душами&lt;br /&gt;</w:t>
        <w:br/>
        <w:t>Полюбили хату!..&lt;br /&gt;</w:t>
        <w:br/>
        <w:t>От під тими ж то дубами&lt;br /&gt;</w:t>
        <w:br/>
        <w:t>Сховай мене, брате,&lt;br /&gt;</w:t>
        <w:br/>
        <w:t>Збудуй мені непорочну&lt;br /&gt;</w:t>
        <w:br/>
        <w:t>Домовину-хату.&lt;br /&gt;</w:t>
        <w:br/>
        <w:t>Там я буду спочивати&lt;br /&gt;</w:t>
        <w:br/>
        <w:t>До правого суду;&lt;br /&gt;</w:t>
        <w:br/>
        <w:t>На Вкраїну поглядати&lt;br /&gt;</w:t>
        <w:br/>
        <w:t>З-за могили буду.&lt;br /&gt;</w:t>
        <w:br/>
        <w:t>Буду, друже, сподіватись,&lt;br /&gt;</w:t>
        <w:br/>
        <w:t>Що пора прибуде,—&lt;br /&gt;</w:t>
        <w:br/>
        <w:t>Коли й наших невольників&lt;br /&gt;</w:t>
        <w:br/>
        <w:t>Архангел розбудить.&lt;br /&gt;</w:t>
        <w:br/>
        <w:t>У могилі, в домовині&lt;br /&gt;</w:t>
        <w:br/>
        <w:t>Я, брате, вгадаю,&lt;br /&gt;</w:t>
        <w:br/>
        <w:t>Як вольную на Вкраїні&lt;br /&gt;</w:t>
        <w:br/>
        <w:t>Пісню заспівають.&lt;br /&gt;</w:t>
        <w:br/>
        <w:t>Тая пісня всіх розбудить,&lt;br /&gt;</w:t>
        <w:br/>
        <w:t>Всі мертвії встануть,&lt;br /&gt;</w:t>
        <w:br/>
        <w:t>Щоб на вольну Україну&lt;br /&gt;</w:t>
        <w:br/>
        <w:t>Оком вольним глянуть!&lt;br /&gt;</w:t>
        <w:br/>
        <w:t>ї я встану подивитись&lt;br /&gt;</w:t>
        <w:br/>
        <w:t>Едемському раю;&lt;br /&gt;</w:t>
        <w:br/>
        <w:t>І я встану поклонитись&lt;br /&gt;</w:t>
        <w:br/>
        <w:t>Братам свого краю!..&lt;br /&gt;</w:t>
        <w:br/>
        <w:t>Не покинь же мене, брате,&lt;br /&gt;</w:t>
        <w:br/>
        <w:t>Лежати в чужині,&lt;br /&gt;</w:t>
        <w:br/>
        <w:t>Перевези моє тіло&lt;br /&gt;</w:t>
        <w:br/>
        <w:t>В рідну Україну...&lt;br /&gt;</w:t>
        <w:br/>
        <w:t>Полтава, ЗО серпня 1862&lt;br /&gt;</w:t>
        <w:br/>
        <w:t>КАЛІКА&lt;br /&gt;</w:t>
        <w:br/>
        <w:t>На цвинтарі під церквою&lt;br /&gt;</w:t>
        <w:br/>
        <w:t>Безрукий, безногий.&lt;br /&gt;</w:t>
        <w:br/>
        <w:t>Сидить старець, ветхий дуже&lt;br /&gt;</w:t>
        <w:br/>
        <w:t>Худий і убогий;&lt;br /&gt;</w:t>
        <w:br/>
        <w:t>Обідраний, обшарпаний,&lt;br /&gt;</w:t>
        <w:br/>
        <w:t>Сорочки не має;&lt;br /&gt;</w:t>
        <w:br/>
        <w:t>У прохожих він крізь сльози&lt;br /&gt;</w:t>
        <w:br/>
        <w:t>"На хліб дать" прохає.&lt;br /&gt;</w:t>
        <w:br/>
        <w:t>Оцей ветхий, сей безрукий,&lt;br /&gt;</w:t>
        <w:br/>
        <w:t>Сей старець убогий,—&lt;br /&gt;</w:t>
        <w:br/>
        <w:t>Колись звався "храбрим воином",&lt;br /&gt;</w:t>
        <w:br/>
        <w:t>Покіль мав він ноги,&lt;br /&gt;</w:t>
        <w:br/>
        <w:t>Покіль руки ще служили,&lt;br /&gt;</w:t>
        <w:br/>
        <w:t>Казна харчувала...&lt;br /&gt;</w:t>
        <w:br/>
        <w:t>Скалічено, замучено,&lt;br /&gt;</w:t>
        <w:br/>
        <w:t>Й нехай погибас!&lt;br /&gt;</w:t>
        <w:br/>
        <w:t>Полтава, серпень 1862 р.</w:t>
      </w:r>
    </w:p>
    <w:p>
      <w:r>
        <w:br/>
        <w:t>ДОЛЯ&lt;br /&gt;</w:t>
        <w:br/>
        <w:t>Де ти, доле, де ти, доле?&lt;br /&gt;</w:t>
        <w:br/>
        <w:t>Чи ти в лісі, чи ти в полі?&lt;br /&gt;</w:t>
        <w:br/>
        <w:t>Чи недужа під копою&lt;br /&gt;</w:t>
        <w:br/>
        <w:t>Притулилась самотою?&lt;br /&gt;</w:t>
        <w:br/>
        <w:t>Чи по селах тиняєшся?&lt;br /&gt;</w:t>
        <w:br/>
        <w:t>Чи у морі купаєшся?&lt;br /&gt;</w:t>
        <w:br/>
        <w:t>Чи на Дону з чумаками?&lt;br /&gt;</w:t>
        <w:br/>
        <w:t>Чи в будинках між панами?&lt;br /&gt;</w:t>
        <w:br/>
        <w:t>Чи з хлоп'ятками у школі?&lt;br /&gt;</w:t>
        <w:br/>
        <w:t>Скажи мені, моя доле:&lt;br /&gt;</w:t>
        <w:br/>
        <w:t>Куди йти тебе шукати,&lt;br /&gt;</w:t>
        <w:br/>
        <w:t>Відкіль тебе виглядати?&lt;br /&gt;</w:t>
        <w:br/>
        <w:t>Я, здається, син слухняний,&lt;br /&gt;</w:t>
        <w:br/>
        <w:t>Не лежнюха, не лукавий,&lt;br /&gt;</w:t>
        <w:br/>
        <w:t>Братів темних не цураюсь&lt;br /&gt;</w:t>
        <w:br/>
        <w:t>І з панами не братаюсь;&lt;br /&gt;</w:t>
        <w:br/>
        <w:t>Чом же й досі, моя доле,&lt;br /&gt;</w:t>
        <w:br/>
        <w:t>Ми не стрілися ніколи?&lt;br /&gt;</w:t>
        <w:br/>
        <w:t>Чом ти мене не вітаєш?&lt;br /&gt;</w:t>
        <w:br/>
        <w:t>Защо мене зневажаєш?&lt;br /&gt;</w:t>
        <w:br/>
        <w:t>Чом не вирвеш із неволі?&lt;br /&gt;</w:t>
        <w:br/>
        <w:t>Чом не даси мені волі?&lt;br /&gt;</w:t>
        <w:br/>
        <w:t>Тільки волі прошу в тебе,&lt;br /&gt;</w:t>
        <w:br/>
        <w:t>Більш ніщо мені не треба...</w:t>
      </w:r>
    </w:p>
    <w:p>
      <w:r>
        <w:br/>
        <w:t>ПРОРОК&lt;br /&gt;</w:t>
        <w:br/>
        <w:t>Миколі Івановичу Костомарову</w:t>
      </w:r>
    </w:p>
    <w:p>
      <w:r>
        <w:br/>
        <w:t>Ходім, ходім мерщій відсіль,&lt;br /&gt;</w:t>
        <w:br/>
        <w:t>Ми тут не найдем щастя-долі,&lt;br /&gt;</w:t>
        <w:br/>
        <w:t>Тут тісно нам, тут всі раби,&lt;br /&gt;</w:t>
        <w:br/>
        <w:t>Привикли жить в гіркій неволі.&lt;br /&gt;</w:t>
        <w:br/>
        <w:t>Тут нам привіту не дадуть,&lt;br /&gt;</w:t>
        <w:br/>
        <w:t>Тут брат над братом коверзує,&lt;br /&gt;</w:t>
        <w:br/>
        <w:t>Тут наше слово осміють;&lt;br /&gt;</w:t>
        <w:br/>
        <w:t>Бо тут за слово кат катує&lt;br /&gt;</w:t>
        <w:br/>
        <w:t>Тут нам і віри не дадуть;&lt;br /&gt;</w:t>
        <w:br/>
        <w:t>Бо віри в правду тут не мають,&lt;br /&gt;</w:t>
        <w:br/>
        <w:t>За гроші волю продають,&lt;br /&gt;</w:t>
        <w:br/>
        <w:t>На гроші правду тут міняють.&lt;br /&gt;</w:t>
        <w:br/>
        <w:t>Коли б Христос сюди прийшов&lt;br /&gt;</w:t>
        <w:br/>
        <w:t>Любов народню возвіщати,&lt;br /&gt;</w:t>
        <w:br/>
        <w:t>І він тут віри б не найшов,&lt;br /&gt;</w:t>
        <w:br/>
        <w:t>І його стали б зневажати.&lt;br /&gt;</w:t>
        <w:br/>
        <w:t>Ходім, ходім в далекий край,&lt;br /&gt;</w:t>
        <w:br/>
        <w:t>Куди-небудь, хоч у пустиню,&lt;br /&gt;</w:t>
        <w:br/>
        <w:t>А ти, родинонько, прощай!&lt;br /&gt;</w:t>
        <w:br/>
        <w:t>Прощай, невольників країно!&lt;br /&gt;</w:t>
        <w:br/>
        <w:t>Ходім, ходім мерщій відсіль:&lt;br /&gt;</w:t>
        <w:br/>
        <w:t>Бо ми обидва добре знаєм,&lt;br /&gt;</w:t>
        <w:br/>
        <w:t>Що в краю рідному ніхто&lt;br /&gt;</w:t>
        <w:br/>
        <w:t>З своїх пророком не буває.&lt;br /&gt;</w:t>
        <w:br/>
        <w:t>На Україні, 6 юлія 1862</w:t>
      </w:r>
    </w:p>
    <w:p>
      <w:r>
        <w:br/>
        <w:t>ДУМКА&lt;br /&gt;</w:t>
        <w:br/>
        <w:t>У киреях, у брилях,&lt;br /&gt;</w:t>
        <w:br/>
        <w:t>З люльками, з саквами&lt;br /&gt;</w:t>
        <w:br/>
        <w:t>Ішли наші на Ладогу&lt;br /&gt;</w:t>
        <w:br/>
        <w:t>Битими шляхами.&lt;br /&gt;</w:t>
        <w:br/>
        <w:t>Везли вони за собою&lt;br /&gt;</w:t>
        <w:br/>
        <w:t>Не з Січі гармати,&lt;br /&gt;</w:t>
        <w:br/>
        <w:t>Не рушниці й гаківниці,&lt;br /&gt;</w:t>
        <w:br/>
        <w:t>Заступи, лопати...&lt;br /&gt;</w:t>
        <w:br/>
        <w:t>Ішли вони не битися,&lt;br /&gt;</w:t>
        <w:br/>
        <w:t>Не шведів смиряти&lt;br /&gt;</w:t>
        <w:br/>
        <w:t>І не волі боронити,&lt;br /&gt;</w:t>
        <w:br/>
        <w:t>А рови копати!&lt;br /&gt;</w:t>
        <w:br/>
        <w:t>Йдучи вони, сіромахи,&lt;br /&gt;</w:t>
        <w:br/>
        <w:t>Не пісні співали,&lt;br /&gt;</w:t>
        <w:br/>
        <w:t>А хустками з мережками&lt;br /&gt;</w:t>
        <w:br/>
        <w:t>Слізоньки втирали...&lt;br /&gt;</w:t>
        <w:br/>
        <w:t>Ішли полки козацькії&lt;br /&gt;</w:t>
        <w:br/>
        <w:t>Смутними рядами,&lt;br /&gt;</w:t>
        <w:br/>
        <w:t>Наче батька-отамана&lt;br /&gt;</w:t>
        <w:br/>
        <w:t>В могилу сховали.&lt;br /&gt;</w:t>
        <w:br/>
        <w:t>Попереду Полуботок, 1&lt;br /&gt;</w:t>
        <w:br/>
        <w:t>А за ним Сулима 2...&lt;br /&gt;</w:t>
        <w:br/>
        <w:t>Заридала за синами&lt;br /&gt;</w:t>
        <w:br/>
        <w:t>Вдова-У країна...&lt;br /&gt;</w:t>
        <w:br/>
        <w:t>Не вернулись її діти&lt;br /&gt;</w:t>
        <w:br/>
        <w:t>З Ладоги додому,&lt;br /&gt;</w:t>
        <w:br/>
        <w:t>Де копали, там пропали...&lt;br /&gt;</w:t>
        <w:br/>
        <w:t>Така вже їх доля!..&lt;br /&gt;</w:t>
        <w:br/>
        <w:t>І за що таку поругу&lt;br /&gt;</w:t>
        <w:br/>
        <w:t>Вони потерпіли?&lt;br /&gt;</w:t>
        <w:br/>
        <w:t>Хіба за те, що правдою&lt;br /&gt;</w:t>
        <w:br/>
        <w:t>Щирою служили?!&lt;br /&gt;</w:t>
        <w:br/>
        <w:t>Хіба за те, що трупами&lt;br /&gt;</w:t>
        <w:br/>
        <w:t>Полтавщину вслали,&lt;br /&gt;</w:t>
        <w:br/>
        <w:t>Як від шведів відбитися&lt;br /&gt;</w:t>
        <w:br/>
        <w:t>Москві помагали?!&lt;br /&gt;</w:t>
        <w:br/>
        <w:t>Хіба за те, що із волі&lt;br /&gt;</w:t>
        <w:br/>
        <w:t>Віддались в неволю&lt;br /&gt;</w:t>
        <w:br/>
        <w:t>І навіки погубили&lt;br /&gt;</w:t>
        <w:br/>
        <w:t>Козацькую долю?!</w:t>
      </w:r>
    </w:p>
    <w:p>
      <w:r>
        <w:br/>
        <w:t>ДО РОДИНИ</w:t>
      </w:r>
    </w:p>
    <w:p>
      <w:r>
        <w:br/>
        <w:t>Ой що з тебе,— що зроблено:&lt;br /&gt;</w:t>
        <w:br/>
        <w:t>Жидам тебе запродано,&lt;br /&gt;</w:t>
        <w:br/>
        <w:t>Твої ниви поорано,&lt;br /&gt;</w:t>
        <w:br/>
        <w:t>Твої степи покошено,&lt;br /&gt;</w:t>
        <w:br/>
        <w:t>І могили розкопано,&lt;br /&gt;</w:t>
        <w:br/>
        <w:t>І Січ твою зруйновано,&lt;br /&gt;</w:t>
        <w:br/>
        <w:t>Родино моя!&lt;br /&gt;</w:t>
        <w:br/>
        <w:t>В найми тебе заручено,&lt;br /&gt;</w:t>
        <w:br/>
        <w:t>На світ божий не пущено,&lt;br /&gt;</w:t>
        <w:br/>
        <w:t>Твою славу потоптано,&lt;br /&gt;</w:t>
        <w:br/>
        <w:t>Твою мову занедбано,&lt;br /&gt;</w:t>
        <w:br/>
        <w:t>Речі правди задавлено,&lt;br /&gt;</w:t>
        <w:br/>
        <w:t>Думки-мислі придавлено,&lt;br /&gt;</w:t>
        <w:br/>
        <w:t>Родино моя!&lt;br /&gt;</w:t>
        <w:br/>
        <w:t>Твої ризи розідрано&lt;br /&gt;</w:t>
        <w:br/>
        <w:t>І худобу розібрано,&lt;br /&gt;</w:t>
        <w:br/>
        <w:t>Все, що мала, залучено,&lt;br /&gt;</w:t>
        <w:br/>
        <w:t>З дітьми тебе розлучено,&lt;br /&gt;</w:t>
        <w:br/>
        <w:t>Усю тебе зграбовано,&lt;br /&gt;</w:t>
        <w:br/>
        <w:t>Святу волю зрабовано,&lt;br /&gt;</w:t>
        <w:br/>
        <w:t>Родино моя!&lt;br /&gt;</w:t>
        <w:br/>
        <w:t>Защо ж тебе так скручено?&lt;br /&gt;</w:t>
        <w:br/>
        <w:t>Защо тебе замучено,&lt;br /&gt;</w:t>
        <w:br/>
        <w:t>В тюрму защо посаджено&lt;br /&gt;</w:t>
        <w:br/>
        <w:t>І світ тобі зав'язано?&lt;br /&gt;</w:t>
        <w:br/>
        <w:t>Й чом не рвешся ти на волю&lt;br /&gt;</w:t>
        <w:br/>
        <w:t>Із каторги, із неволі,&lt;br /&gt;</w:t>
        <w:br/>
        <w:t>Родино моя!&lt;br /&gt;</w:t>
        <w:br/>
        <w:t>1862 р.</w:t>
      </w:r>
    </w:p>
    <w:p>
      <w:r>
        <w:br/>
        <w:t>НЕ ВІРЮ КЛЯТВІ Я РАБА&lt;br /&gt;</w:t>
        <w:br/>
        <w:t>Не вірю клятві я раба,&lt;br /&gt;</w:t>
        <w:br/>
        <w:t>Бо правди раб не знає,&lt;br /&gt;</w:t>
        <w:br/>
        <w:t>Не вірю я сльозам раба,&lt;br /&gt;</w:t>
        <w:br/>
        <w:t>Бо сліз в раба немає.&lt;br /&gt;</w:t>
        <w:br/>
        <w:t>Не вірю я рабам-панам,&lt;br /&gt;</w:t>
        <w:br/>
        <w:t>Бо віри в їх немає,&lt;br /&gt;</w:t>
        <w:br/>
        <w:t>Вони давно свого Христа&lt;br /&gt;</w:t>
        <w:br/>
        <w:t>На ідолів зміняли.&lt;br /&gt;</w:t>
        <w:br/>
        <w:t>Не вірю панській доброті,&lt;br /&gt;</w:t>
        <w:br/>
        <w:t>Бо серця пан не має,&lt;br /&gt;</w:t>
        <w:br/>
        <w:t>Правдивий з серцем чоловік&lt;br /&gt;</w:t>
        <w:br/>
        <w:t>Братів не обижає.&lt;br /&gt;</w:t>
        <w:br/>
        <w:t>Кажу: не вірю я панам,&lt;br /&gt;</w:t>
        <w:br/>
        <w:t>Вони ні в що не вірять,&lt;br /&gt;</w:t>
        <w:br/>
        <w:t>Вони з жінками, і з дітьми,&lt;br /&gt;</w:t>
        <w:br/>
        <w:t>З собою лицемірять!&lt;br /&gt;</w:t>
        <w:br/>
        <w:t>Се фарисеї наших днів,&lt;br /&gt;</w:t>
        <w:br/>
        <w:t>Тільки хрестом покриті,&lt;br /&gt;</w:t>
        <w:br/>
        <w:t>Брехнею спутані кругом,&lt;br /&gt;</w:t>
        <w:br/>
        <w:t>Неволею повиті.&lt;br /&gt;</w:t>
        <w:br/>
        <w:t>Не той їх бог, що в небесах,&lt;br /&gt;</w:t>
        <w:br/>
        <w:t>Що на хресті розп'ятий,&lt;br /&gt;</w:t>
        <w:br/>
        <w:t>їх бог брехня, їх гроші бог,&lt;br /&gt;</w:t>
        <w:br/>
        <w:t>їх бог — їх раб багатий.</w:t>
      </w:r>
    </w:p>
    <w:p>
      <w:r>
        <w:br/>
        <w:t>МОЯ ЛЮБОВ&lt;br /&gt;</w:t>
        <w:br/>
        <w:t>Була пора — знавав і я&lt;br /&gt;</w:t>
        <w:br/>
        <w:t>Літа веселі, парубочі;&lt;br /&gt;</w:t>
        <w:br/>
        <w:t>Була пора — любив і я&lt;br /&gt;</w:t>
        <w:br/>
        <w:t>Дивитися в блакитні очі.&lt;br /&gt;</w:t>
        <w:br/>
        <w:t>Була пора — не раз і я&lt;br /&gt;</w:t>
        <w:br/>
        <w:t>Без сну один проводив ночі,&lt;br /&gt;</w:t>
        <w:br/>
        <w:t>Не раз слізьми вмивавсь і я&lt;br /&gt;</w:t>
        <w:br/>
        <w:t>Через пісні оті дівочі.&lt;br /&gt;</w:t>
        <w:br/>
        <w:t>Була пора, і в мене кров,&lt;br /&gt;</w:t>
        <w:br/>
        <w:t>Мов хвиля в морі, бушувала,&lt;br /&gt;</w:t>
        <w:br/>
        <w:t>Була пора — я знав любов,&lt;br /&gt;</w:t>
        <w:br/>
        <w:t>Була пора — й мене кохали!...&lt;br /&gt;</w:t>
        <w:br/>
        <w:t>Тепер не те; друга пора,&lt;br /&gt;</w:t>
        <w:br/>
        <w:t>Друга любов тепер настала;&lt;br /&gt;</w:t>
        <w:br/>
        <w:t>До світу, волі і добра&lt;br /&gt;</w:t>
        <w:br/>
        <w:t>Мене навік опанувала...</w:t>
      </w:r>
    </w:p>
    <w:p>
      <w:r>
        <w:br/>
        <w:t>СПОКОЮ РАБСЬКОГО НЕ ХОЧУ Я</w:t>
      </w:r>
    </w:p>
    <w:p>
      <w:r>
        <w:br/>
        <w:t>Спокою рабського не хочу я,&lt;br /&gt;</w:t>
        <w:br/>
        <w:t>Рабом в покої жить не вмію,&lt;br /&gt;</w:t>
        <w:br/>
        <w:t>Дарма, що тілом я марнію,&lt;br /&gt;</w:t>
        <w:br/>
        <w:t>А житиме повік душа моя!&lt;br /&gt;</w:t>
        <w:br/>
        <w:t>Спокою рабського не хочу я!..&lt;br /&gt;</w:t>
        <w:br/>
        <w:t>Він гірш мені нудьги, неволі,&lt;br /&gt;</w:t>
        <w:br/>
        <w:t>Дарма, що я живу без долі,&lt;br /&gt;</w:t>
        <w:br/>
        <w:t>Дождусь, зоря засвітить і моя...&lt;br /&gt;</w:t>
        <w:br/>
        <w:t>Спокою рабського не хочу я!&lt;br /&gt;</w:t>
        <w:br/>
        <w:t>Він серце труїть і морозить,&lt;br /&gt;</w:t>
        <w:br/>
        <w:t>І снігом душу він заносить,&lt;br /&gt;</w:t>
        <w:br/>
        <w:t>Не любить він розумного життя.&lt;br /&gt;</w:t>
        <w:br/>
        <w:t>Спокою рабського не хочу я!&lt;br /&gt;</w:t>
        <w:br/>
        <w:t>Нехай рабам спокой і доля,&lt;br /&gt;</w:t>
        <w:br/>
        <w:t>А я в чужині, у неволі,&lt;br /&gt;</w:t>
        <w:br/>
        <w:t>Бажаю з ураганами життя!</w:t>
      </w:r>
    </w:p>
    <w:p>
      <w:r>
        <w:br/>
        <w:t>ПРОРОК&lt;br /&gt;</w:t>
        <w:br/>
        <w:t>(За Лєрмонтовим)&lt;br /&gt;</w:t>
        <w:br/>
        <w:t>З тих пір, як вічний судія&lt;br /&gt;</w:t>
        <w:br/>
        <w:t>Мене наставив на пророка,&lt;br /&gt;</w:t>
        <w:br/>
        <w:t>Проміж людей вбачаю я&lt;br /&gt;</w:t>
        <w:br/>
        <w:t>Велику заздрість і пороки.&lt;br /&gt;</w:t>
        <w:br/>
        <w:t>За те, що став я возвіщать&lt;br /&gt;</w:t>
        <w:br/>
        <w:t>Любові, правди чисте вчення,&lt;br /&gt;</w:t>
        <w:br/>
        <w:t>На мене стали всі кидать,&lt;br /&gt;</w:t>
        <w:br/>
        <w:t>Немов скаженії, каміння.&lt;br /&gt;</w:t>
        <w:br/>
        <w:t>Мерщій в пустиню я утік,&lt;br /&gt;</w:t>
        <w:br/>
        <w:t>Голодний, голий, необутий,&lt;br /&gt;</w:t>
        <w:br/>
        <w:t>І тут тягну свій трудний вік, _&lt;br /&gt;</w:t>
        <w:br/>
        <w:t>І тут я богом не забутий.&lt;br /&gt;</w:t>
        <w:br/>
        <w:t>Покірне все мені земне,&lt;br /&gt;</w:t>
        <w:br/>
        <w:t>Бо правди заповіт конаю,&lt;br /&gt;</w:t>
        <w:br/>
        <w:t>І зорі слухають мене,&lt;br /&gt;</w:t>
        <w:br/>
        <w:t>Як в небі весело гуляють.&lt;br /&gt;</w:t>
        <w:br/>
        <w:t>Через село, мов боючись,&lt;br /&gt;</w:t>
        <w:br/>
        <w:t>Коли іду куди тихенько,&lt;br /&gt;</w:t>
        <w:br/>
        <w:t>Діди там кажуть, сміючись,&lt;br /&gt;</w:t>
        <w:br/>
        <w:t>Хлоп'ятам всім своїм маленьким:&lt;br /&gt;</w:t>
        <w:br/>
        <w:t>"Дивіться! Се примір для вас;&lt;br /&gt;</w:t>
        <w:br/>
        <w:t>Він не схотів ужитись з нами;&lt;br /&gt;</w:t>
        <w:br/>
        <w:t>Дурний! хотів завірить нас,&lt;br /&gt;</w:t>
        <w:br/>
        <w:t>Що бог гласить його устами.&lt;br /&gt;</w:t>
        <w:br/>
        <w:t>Дивіться, діти, на його:&lt;br /&gt;</w:t>
        <w:br/>
        <w:t>Який мугир, худий і блідий,&lt;br /&gt;</w:t>
        <w:br/>
        <w:t>Який голісінький і бідний,&lt;br /&gt;</w:t>
        <w:br/>
        <w:t>Як зневажають всі його..."</w:t>
      </w:r>
    </w:p>
    <w:p>
      <w:r>
        <w:br/>
        <w:t>ПРОЩАННЯ ЧАЙЛЬД-ГАРОЛЬДА&lt;br /&gt;</w:t>
        <w:br/>
        <w:t>(З Байрона)</w:t>
      </w:r>
    </w:p>
    <w:p>
      <w:r>
        <w:br/>
        <w:t>Прощай, прощай мій рідний краю!&lt;br /&gt;</w:t>
        <w:br/>
        <w:t>Ти вже ховаєшся в тумані,&lt;br /&gt;</w:t>
        <w:br/>
        <w:t>Вже вітер свище, море грає,&lt;br /&gt;</w:t>
        <w:br/>
        <w:t>І хвиля хвилю доганяє.&lt;br /&gt;</w:t>
        <w:br/>
        <w:t>В западній сонце стороні&lt;br /&gt;</w:t>
        <w:br/>
        <w:t>У білу піну пониряє,&lt;br /&gt;</w:t>
        <w:br/>
        <w:t>Його не бачить там мені...&lt;br /&gt;</w:t>
        <w:br/>
        <w:t>Прощай, прощай, мій рідний краю!&lt;br /&gt;</w:t>
        <w:br/>
        <w:t>Я бачу, в небі сяють зорі,&lt;br /&gt;</w:t>
        <w:br/>
        <w:t>Я бачу, місяць плава в морі,&lt;br /&gt;</w:t>
        <w:br/>
        <w:t>А краю рідного не бачу,&lt;br /&gt;</w:t>
        <w:br/>
        <w:t>ї тяжко мучуся і плачу...&lt;br /&gt;</w:t>
        <w:br/>
        <w:t>Я кинув хату, сад і двір,&lt;br /&gt;</w:t>
        <w:br/>
        <w:t>Він бур'яном зазеленіє;&lt;br /&gt;</w:t>
        <w:br/>
        <w:t>Тепер там, стоячи в воріт,&lt;br /&gt;</w:t>
        <w:br/>
        <w:t>Собака вірная завиє...&lt;br /&gt;</w:t>
        <w:br/>
        <w:t>Ходи сюди, мій любий джуро!&lt;br /&gt;</w:t>
        <w:br/>
        <w:t>Скажи мені, чого ти хмурий&lt;br /&gt;</w:t>
        <w:br/>
        <w:t>Чого ти журишся і плачеш,&lt;br /&gt;</w:t>
        <w:br/>
        <w:t>За слізьми й світу ти не бачиш?&lt;br /&gt;</w:t>
        <w:br/>
        <w:t>Не бійся моря, годі плакать,&lt;br /&gt;</w:t>
        <w:br/>
        <w:t>Ми снасті маєм справні дулсе,&lt;br /&gt;</w:t>
        <w:br/>
        <w:t>Мов ті орли ми будем плавать.&lt;br /&gt;</w:t>
        <w:br/>
        <w:t>Нам буря, хвилі — все байдуже!&lt;br /&gt;</w:t>
        <w:br/>
        <w:t>Нехай, нехай вітри шумують,&lt;br /&gt;</w:t>
        <w:br/>
        <w:t>Най хвилі грають і бушують,&lt;br /&gt;</w:t>
        <w:br/>
        <w:t>Душа моя не улякнеться,&lt;br /&gt;</w:t>
        <w:br/>
        <w:t>А тільки слізьми обіллється...&lt;br /&gt;</w:t>
        <w:br/>
        <w:t>Країну кинув я свою,&lt;br /&gt;</w:t>
        <w:br/>
        <w:t>Покинув батька я старого,&lt;br /&gt;</w:t>
        <w:br/>
        <w:t>Покинув неньку і сім'ю,&lt;br /&gt;</w:t>
        <w:br/>
        <w:t>Усіх — опріч тебе та бога!..&lt;br /&gt;</w:t>
        <w:br/>
        <w:t>З якою тяжкою журбою&lt;br /&gt;</w:t>
        <w:br/>
        <w:t>Стара жде бачитись зі мною!&lt;br /&gt;</w:t>
        <w:br/>
        <w:t>Старий мій батько без тривоги&lt;br /&gt;</w:t>
        <w:br/>
        <w:t>Благословляв мене в дорогу!&lt;br /&gt;</w:t>
        <w:br/>
        <w:t>0 годі, джуро, сліз не лий,&lt;br /&gt;</w:t>
        <w:br/>
        <w:t>Нехай душа на час спочине,&lt;br /&gt;</w:t>
        <w:br/>
        <w:t>Об тім, що кинув, не жалій —&lt;br /&gt;</w:t>
        <w:br/>
        <w:t>Нехай журба навік загине.&lt;br /&gt;</w:t>
        <w:br/>
        <w:t>Ходи до мене й ти, козаче!&lt;br /&gt;</w:t>
        <w:br/>
        <w:t>1 ти поблід і гірко плачеш*&lt;br /&gt;</w:t>
        <w:br/>
        <w:t>Здається, моря ти боїшся.&lt;br /&gt;</w:t>
        <w:br/>
        <w:t>Чи розбишак морських страшишся?&lt;br /&gt;</w:t>
        <w:br/>
        <w:t>"Не по собі я так нужусь,&lt;br /&gt;</w:t>
        <w:br/>
        <w:t>Мій пане, мій Гарольде милий!&lt;br /&gt;</w:t>
        <w:br/>
        <w:t>Об жінці серцем я журюсь,&lt;br /&gt;</w:t>
        <w:br/>
        <w:t>Я діток кинув на родині.&lt;br /&gt;</w:t>
        <w:br/>
        <w:t>По край села стоїть хатинка,&lt;br /&gt;</w:t>
        <w:br/>
        <w:t>У ній зосталась люба жінка;&lt;br /&gt;</w:t>
        <w:br/>
        <w:t>Що скаже дітям, як спитають:&lt;br /&gt;</w:t>
        <w:br/>
        <w:t>"Де рідний батько їх блукає?"&lt;br /&gt;</w:t>
        <w:br/>
        <w:t>О годі, годі! Джуро мій,&lt;br /&gt;</w:t>
        <w:br/>
        <w:t>Твоя печаль святеє діло,&lt;br /&gt;</w:t>
        <w:br/>
        <w:t>Та треба бути нам смілій,&lt;br /&gt;</w:t>
        <w:br/>
        <w:t>Дарма, що серце наболіло...&lt;br /&gt;</w:t>
        <w:br/>
        <w:t>Блудить тепер в широкім світі&lt;br /&gt;</w:t>
        <w:br/>
        <w:t>Ми будем, джуро, наче діти;&lt;br /&gt;</w:t>
        <w:br/>
        <w:t>А плакать нічого, козаче!&lt;br /&gt;</w:t>
        <w:br/>
        <w:t>Ніхто й за нами не заплаче...&lt;br /&gt;</w:t>
        <w:br/>
        <w:t>Хіба уранці у воріт,&lt;br /&gt;</w:t>
        <w:br/>
        <w:t>Як ще туман надворі мріє,&lt;br /&gt;</w:t>
        <w:br/>
        <w:t>Голодний пес згада привіт&lt;br /&gt;</w:t>
        <w:br/>
        <w:t>Хазяїна й за ним завиє...&lt;br /&gt;</w:t>
        <w:br/>
        <w:t>Вже наш корабль відплив від краю,&lt;br /&gt;</w:t>
        <w:br/>
        <w:t>Вже вітер жаглик надимає.&lt;br /&gt;</w:t>
        <w:br/>
        <w:t>Нехай пливе, куди захоче,&lt;br /&gt;</w:t>
        <w:br/>
        <w:t>Аби назад вже не ворочав.&lt;br /&gt;</w:t>
        <w:br/>
        <w:t>Гаразд могилам, усьому&lt;br /&gt;</w:t>
        <w:br/>
        <w:t>Привіт свій щирий посилаю,&lt;br /&gt;</w:t>
        <w:br/>
        <w:t>А зла не зичу нікому...&lt;br /&gt;</w:t>
        <w:br/>
        <w:t>Бувай здоров, мій рідний краю!</w:t>
      </w:r>
    </w:p>
    <w:p>
      <w:r>
        <w:br/>
        <w:t>ДУМКА</w:t>
      </w:r>
    </w:p>
    <w:p>
      <w:r>
        <w:br/>
        <w:t>Я не боюсь тюрми і ката,&lt;br /&gt;</w:t>
        <w:br/>
        <w:t>Вони для мене не страшні!&lt;br /&gt;</w:t>
        <w:br/>
        <w:t>Страшніш тюрма у рідній хаті,&lt;br /&gt;</w:t>
        <w:br/>
        <w:t>Неволя в рідній стороні.&lt;br /&gt;</w:t>
        <w:br/>
        <w:t>Мені не стид носить кайдани&lt;br /&gt;</w:t>
        <w:br/>
        <w:t>За волю краю і братів;&lt;br /&gt;</w:t>
        <w:br/>
        <w:t>Позор — золочені жупани&lt;br /&gt;</w:t>
        <w:br/>
        <w:t>Носить, найнявшись до катів.&lt;br /&gt;</w:t>
        <w:br/>
        <w:t>Нехай нас мучать і катують,&lt;br /&gt;</w:t>
        <w:br/>
        <w:t>А слова правди не уб'ють!&lt;br /&gt;</w:t>
        <w:br/>
        <w:t>Нехай кати всі бенкетують —&lt;br /&gt;</w:t>
        <w:br/>
        <w:t>Час прийде — разом пропадуть.&lt;br /&gt;</w:t>
        <w:br/>
        <w:t>Що нам тюрма! То слава наша!&lt;br /&gt;</w:t>
        <w:br/>
        <w:t>Ми всі тепер сидим в тюрмі!&lt;br /&gt;</w:t>
        <w:br/>
        <w:t>Всі п'єм одну ми скорбну чашу,&lt;br /&gt;</w:t>
        <w:br/>
        <w:t>Одна вона — тобі й мені.&lt;br /&gt;</w:t>
        <w:br/>
        <w:t>В кого єсть совість і надія,&lt;br /&gt;</w:t>
        <w:br/>
        <w:t>Того ся чаша не мина,&lt;br /&gt;</w:t>
        <w:br/>
        <w:t>Той ВИПИТИ її зуміє&lt;br /&gt;</w:t>
        <w:br/>
        <w:t>Усю, усю! до дна, до дна!&lt;br /&gt;</w:t>
        <w:br/>
        <w:t>Кого у краще віра гріє,&lt;br /&gt;</w:t>
        <w:br/>
        <w:t>Тому ся чаша не страшна,—&lt;br /&gt;</w:t>
        <w:br/>
        <w:t>Вона прибавить ще надії,&lt;br /&gt;</w:t>
        <w:br/>
        <w:t>І більше укріпить вона. '&lt;br /&gt;</w:t>
        <w:br/>
        <w:t>ДУМКА&lt;br /&gt;</w:t>
        <w:br/>
        <w:t>На скелі високій сиджу одинокий,&lt;br /&gt;</w:t>
        <w:br/>
        <w:t>Круг ?лоре синіє безкрає та хвилі...&lt;br /&gt;</w:t>
        <w:br/>
        <w:t>Про тебе гадаю, моя чорноока!&lt;br /&gt;</w:t>
        <w:br/>
        <w:t>Лягла ти, спочила у тихій могилі!..&lt;br /&gt;</w:t>
        <w:br/>
        <w:t>Зорею ясною, пишною, святою&lt;br /&gt;</w:t>
        <w:br/>
        <w:t>Недовго для мене ти в світі зоріла,&lt;br /&gt;</w:t>
        <w:br/>
        <w:t>Недовго впивався я щастям з тобою,&lt;br /&gt;</w:t>
        <w:br/>
        <w:t>Недовго проміння людові світило...&lt;br /&gt;</w:t>
        <w:br/>
        <w:t>Зайшло моє сонце, скотилася зоря,&lt;br /&gt;</w:t>
        <w:br/>
        <w:t>Я знов одиноким на скелі сиджу;&lt;br /&gt;</w:t>
        <w:br/>
        <w:t>На синє, безкрає, на вольнеє море,&lt;br /&gt;</w:t>
        <w:br/>
        <w:t>Невольник-засланець, журливо гляджу!&lt;br /&gt;</w:t>
        <w:br/>
        <w:t>Кинувся б на хвилі, нехай би втопили,&lt;br /&gt;</w:t>
        <w:br/>
        <w:t>Так в серці палає ще інша любов:&lt;br /&gt;</w:t>
        <w:br/>
        <w:t>Любов до родини — святої Вкраїни!..&lt;br /&gt;</w:t>
        <w:br/>
        <w:t>Може, на Вкраїну вернуся я знов!&lt;br /&gt;</w:t>
        <w:br/>
        <w:t>І принесу в дари коханому краю,&lt;br /&gt;</w:t>
        <w:br/>
        <w:t>Не злато, не гроші — пісню голосну;&lt;br /&gt;</w:t>
        <w:br/>
        <w:t>Ту пісню старую про волю новую.&lt;br /&gt;</w:t>
        <w:br/>
        <w:t>Про рівність, братерство — та тоді і вмру...&lt;br /&gt;</w:t>
        <w:br/>
        <w:t>С. Петербург, 1866 р.&lt;br /&gt;</w:t>
        <w:br/>
        <w:t>СТАРИЙ&lt;br /&gt;</w:t>
        <w:br/>
        <w:t>Хоч вус його, мов сніг, біліє,&lt;br /&gt;</w:t>
        <w:br/>
        <w:t>Хоч голова вже посивіла,&lt;br /&gt;</w:t>
        <w:br/>
        <w:t>А серце юне у його!&lt;br /&gt;</w:t>
        <w:br/>
        <w:t>Хоч підтоптався він літами,&lt;br /&gt;</w:t>
        <w:br/>
        <w:t>Але іде з молодиками&lt;br /&gt;</w:t>
        <w:br/>
        <w:t>ї думки СВІЖІ V його.&lt;br /&gt;</w:t>
        <w:br/>
        <w:t>Хоч на чолі видно морщини,&lt;br /&gt;</w:t>
        <w:br/>
        <w:t>Хоч боротьба його зсушила,&lt;br /&gt;</w:t>
        <w:br/>
        <w:t>Але він духом не упав.&lt;br /&gt;</w:t>
        <w:br/>
        <w:t>Громадську ниву засіває&lt;br /&gt;</w:t>
        <w:br/>
        <w:t>Словесним хлібом і гадає:&lt;br /&gt;</w:t>
        <w:br/>
        <w:t>"Колись-то буде урожай"</w:t>
      </w:r>
    </w:p>
    <w:p>
      <w:r>
        <w:br/>
        <w:t>УТОПЛЕНИЙ</w:t>
      </w:r>
    </w:p>
    <w:p>
      <w:r>
        <w:br/>
        <w:t>Жене вітер тихо хвилю,&lt;br /&gt;</w:t>
        <w:br/>
        <w:t>На берег звертає;&lt;br /&gt;</w:t>
        <w:br/>
        <w:t>Хвиля берег поцілує&lt;br /&gt;</w:t>
        <w:br/>
        <w:t>І швидше втікає.&lt;br /&gt;</w:t>
        <w:br/>
        <w:t>Ніби щось вона тихенько&lt;br /&gt;</w:t>
        <w:br/>
        <w:t>Берегу шепнула,&lt;br /&gt;</w:t>
        <w:br/>
        <w:t>Ніби скеля на березі&lt;br /&gt;</w:t>
        <w:br/>
        <w:t>Важенько зітхнула...&lt;br /&gt;</w:t>
        <w:br/>
        <w:t>Може, хвиля їй сказала,&lt;br /&gt;</w:t>
        <w:br/>
        <w:t>Як тієї ночі&lt;br /&gt;</w:t>
        <w:br/>
        <w:t>Наміткою водяною&lt;br /&gt;</w:t>
        <w:br/>
        <w:t>Закривала очі&lt;br /&gt;</w:t>
        <w:br/>
        <w:t>Убогому, голодному&lt;br /&gt;</w:t>
        <w:br/>
        <w:t>Наймиту-голоті,&lt;br /&gt;</w:t>
        <w:br/>
        <w:t>Що покинув "свято жизні"&lt;br /&gt;</w:t>
        <w:br/>
        <w:t>Та шубовсть у воду...&lt;br /&gt;</w:t>
        <w:br/>
        <w:t>Наче неня — його хвиля&lt;br /&gt;</w:t>
        <w:br/>
        <w:t>Обняла, погнала&lt;br /&gt;</w:t>
        <w:br/>
        <w:t>Аж у море, щоб не чув він,&lt;br /&gt;</w:t>
        <w:br/>
        <w:t>Як жінка ридає&lt;br /&gt;</w:t>
        <w:br/>
        <w:t>Над малою дітворою&lt;br /&gt;</w:t>
        <w:br/>
        <w:t>Без хліба, без хати...&lt;br /&gt;</w:t>
        <w:br/>
        <w:t>Тяжко жити убогому,&lt;br /&gt;</w:t>
        <w:br/>
        <w:t>Тяжко і вмирати.</w:t>
      </w:r>
    </w:p>
    <w:p>
      <w:r>
        <w:br/>
        <w:t>ДО МУЗИ&lt;br /&gt;</w:t>
        <w:br/>
        <w:t>Молю тебе, моя благая,&lt;br /&gt;</w:t>
        <w:br/>
        <w:t>Моя ти, Музо, пресвятая,&lt;br /&gt;</w:t>
        <w:br/>
        <w:t>Мене сірому не покинь!&lt;br /&gt;</w:t>
        <w:br/>
        <w:t>Люби мене, як перш любила.&lt;br /&gt;</w:t>
        <w:br/>
        <w:t>Нехай до самої могили&lt;br /&gt;</w:t>
        <w:br/>
        <w:t>Мені да світить твій промінь.&lt;br /&gt;</w:t>
        <w:br/>
        <w:t>З тобою серце молодіє,&lt;br /&gt;</w:t>
        <w:br/>
        <w:t>З тобою віру і надію&lt;br /&gt;</w:t>
        <w:br/>
        <w:t>На крашу долю я ношу.&lt;br /&gt;</w:t>
        <w:br/>
        <w:t>Я поруч тебе не спіткнуся,&lt;br /&gt;</w:t>
        <w:br/>
        <w:t>Людської кривди не вбоюся&lt;br /&gt;</w:t>
        <w:br/>
        <w:t>І правду сміло возглашу.&lt;br /&gt;</w:t>
        <w:br/>
        <w:t>0 Музо! чистая, єдина!&lt;br /&gt;</w:t>
        <w:br/>
        <w:t>З тобою дома і в чужині&lt;br /&gt;</w:t>
        <w:br/>
        <w:t>Я духом твердий, наче дуб.&lt;br /&gt;</w:t>
        <w:br/>
        <w:t>Без тебе немощен я, Музо!&lt;br /&gt;</w:t>
        <w:br/>
        <w:t>Без тебе духом я недужий,&lt;br /&gt;</w:t>
        <w:br/>
        <w:t>Без тебе я — холодний труп!..</w:t>
      </w:r>
    </w:p>
    <w:p>
      <w:r>
        <w:br/>
        <w:t>НА БЕРЕЗІ МОРЯ&lt;br /&gt;</w:t>
        <w:br/>
        <w:t>Хвилюй, хвилюй, сердите море,&lt;br /&gt;</w:t>
        <w:br/>
        <w:t>1 хижим звіром завивай;&lt;br /&gt;</w:t>
        <w:br/>
        <w:t>Бушуй і скелі на просторі&lt;br /&gt;</w:t>
        <w:br/>
        <w:t>У білу піну убирай.&lt;br /&gt;</w:t>
        <w:br/>
        <w:t>Реви, бушуй, сердите море,&lt;br /&gt;</w:t>
        <w:br/>
        <w:t>Людські ридання заглушай;&lt;br /&gt;</w:t>
        <w:br/>
        <w:t>І кров, пролитую за волю,&lt;br /&gt;</w:t>
        <w:br/>
        <w:t>З землі невольної змивай!&lt;br /&gt;</w:t>
        <w:br/>
        <w:t>Коти* коти сердиті хвилі...&lt;br /&gt;</w:t>
        <w:br/>
        <w:t>В твою, безодню глибиню&lt;br /&gt;</w:t>
        <w:br/>
        <w:t>Пішли й мої надії милі,&lt;br /&gt;</w:t>
        <w:br/>
        <w:t>Пішло усе, що я люблю.&lt;br /&gt;</w:t>
        <w:br/>
        <w:t>Усе святе, що дух живило,&lt;br /&gt;</w:t>
        <w:br/>
        <w:t>Що хвилювало в жилах кров —&lt;br /&gt;</w:t>
        <w:br/>
        <w:t>Ти все те, море, затопило,&lt;br /&gt;</w:t>
        <w:br/>
        <w:t>Ти вкрало в сироти любов!&lt;br /&gt;</w:t>
        <w:br/>
        <w:t>Реви ж, хвилюй, сердите море,&lt;br /&gt;</w:t>
        <w:br/>
        <w:t>І хижим звіром завивай,&lt;br /&gt;</w:t>
        <w:br/>
        <w:t>Втопи й мене в моєму горі&lt;br /&gt;</w:t>
        <w:br/>
        <w:t>Або верни мій давній рай!..&lt;br /&gt;</w:t>
        <w:br/>
        <w:t>Не вернеш тй святого раю,&lt;br /&gt;</w:t>
        <w:br/>
        <w:t>Зарило ти його на дні —&lt;br /&gt;</w:t>
        <w:br/>
        <w:t>Той рай ніколи, добре знаю,&lt;br /&gt;</w:t>
        <w:br/>
        <w:t>І не присниться вже мені!&lt;br /&gt;</w:t>
        <w:br/>
        <w:t>Реви ж, бушуй, безкрає море,&lt;br /&gt;</w:t>
        <w:br/>
        <w:t>І хвилю хвилею вкривай!&lt;br /&gt;</w:t>
        <w:br/>
        <w:t>Погибло все: душа холоне —&lt;br /&gt;</w:t>
        <w:br/>
        <w:t>Навіщо ж щиро я кохав?!&lt;br /&gt;</w:t>
        <w:br/>
        <w:t>29 січня 1876&lt;br /&gt;</w:t>
        <w:br/>
        <w:t>В БОЛЬНИЦ! ДУШЕВНО НЕДУЖИХ&lt;br /&gt;</w:t>
        <w:br/>
        <w:t>Сидить на ліжку одинока...&lt;br /&gt;</w:t>
        <w:br/>
        <w:t>Яка хороша, чорноока,&lt;br /&gt;</w:t>
        <w:br/>
        <w:t>Рум'янець грає, кров кипить,&lt;br /&gt;</w:t>
        <w:br/>
        <w:t>Любові жар в очах горить...&lt;br /&gt;</w:t>
        <w:br/>
        <w:t>До лона руки притискає&lt;br /&gt;</w:t>
        <w:br/>
        <w:t>І стиха "котика" співає.&lt;br /&gt;</w:t>
        <w:br/>
        <w:t>Сумна історія її:&lt;br /&gt;</w:t>
        <w:br/>
        <w:t>Вона не знала батька зроду,&lt;br /&gt;</w:t>
        <w:br/>
        <w:t>А мати вже на восьмім року&lt;br /&gt;</w:t>
        <w:br/>
        <w:t>На службу віддала її;&lt;br /&gt;</w:t>
        <w:br/>
        <w:t>Сім літ за хліб вона служила,&lt;br /&gt;</w:t>
        <w:br/>
        <w:t>На восьме плату получила.&lt;br /&gt;</w:t>
        <w:br/>
        <w:t>Пан добрий був — подарував&lt;br /&gt;</w:t>
        <w:br/>
        <w:t>Разок намиста і хустину...&lt;br /&gt;</w:t>
        <w:br/>
        <w:t>А навесні господь дитину&lt;br /&gt;</w:t>
        <w:br/>
        <w:t>їй "несподівано" послав.&lt;br /&gt;</w:t>
        <w:br/>
        <w:t>За се її недужу, вбогу&lt;br /&gt;</w:t>
        <w:br/>
        <w:t>Пан з двору протурив, небогу.&lt;br /&gt;</w:t>
        <w:br/>
        <w:t>Шукать роботи потягла;&lt;br /&gt;</w:t>
        <w:br/>
        <w:t>Потіль ходила та шукала,&lt;br /&gt;</w:t>
        <w:br/>
        <w:t>Покіль на улиці упала...&lt;br /&gt;</w:t>
        <w:br/>
        <w:t>Очнулась вже в тюрмі вона;&lt;br /&gt;</w:t>
        <w:br/>
        <w:t>"А де дитя моє?" — спитала.&lt;br /&gt;</w:t>
        <w:br/>
        <w:t>"Його давно вже поховали".&lt;br /&gt;</w:t>
        <w:br/>
        <w:t>Заголосила, .заревла,&lt;br /&gt;</w:t>
        <w:br/>
        <w:t>Несамовито закричала,&lt;br /&gt;</w:t>
        <w:br/>
        <w:t>Одежу на собі порвала&lt;br /&gt;</w:t>
        <w:br/>
        <w:t>Й "кота" співати почала...&lt;br /&gt;</w:t>
        <w:br/>
        <w:t>Так третій рік сидить, співає,&lt;br /&gt;</w:t>
        <w:br/>
        <w:t>Дитину ніби присипає.</w:t>
      </w:r>
    </w:p>
    <w:p>
      <w:r>
        <w:br/>
        <w:t>ЛЮБЛЮ</w:t>
      </w:r>
    </w:p>
    <w:p>
      <w:r>
        <w:br/>
        <w:t>Люблю дивитись, як водиця&lt;br /&gt;</w:t>
        <w:br/>
        <w:t>По білім каменю білсить;&lt;br /&gt;</w:t>
        <w:br/>
        <w:t>Люблю дивитись, як пшениця&lt;br /&gt;</w:t>
        <w:br/>
        <w:t>На нивах золотом блищить.&lt;br /&gt;</w:t>
        <w:br/>
        <w:t>Люблю дивитись, як на небі&lt;br /&gt;</w:t>
        <w:br/>
        <w:t>Огидливо сходить молодик&lt;br /&gt;</w:t>
        <w:br/>
        <w:t>І зіркам ясним, мов дівчатам,&lt;br /&gt;</w:t>
        <w:br/>
        <w:t>На "добрий вечір" шле привіт;&lt;br /&gt;</w:t>
        <w:br/>
        <w:t>Люблю дивитись, як дівчина,&lt;br /&gt;</w:t>
        <w:br/>
        <w:t>Обнявшись з парубком, стоїть,&lt;br /&gt;</w:t>
        <w:br/>
        <w:t>А соловейко недалечко&lt;br /&gt;</w:t>
        <w:br/>
        <w:t>І заливається й тремтить;&lt;br /&gt;</w:t>
        <w:br/>
        <w:t>Тоді і я, мов молодію,&lt;br /&gt;</w:t>
        <w:br/>
        <w:t>І оживаю, і люблю,&lt;br /&gt;</w:t>
        <w:br/>
        <w:t>І серцем чистим, незлобивим&lt;br /&gt;</w:t>
        <w:br/>
        <w:t>Усіх людей благословлю...</w:t>
      </w:r>
    </w:p>
    <w:p>
      <w:r>
        <w:br/>
        <w:t>УКРАЇНСЬКА ПІСНЯ&lt;br /&gt;</w:t>
        <w:br/>
        <w:t>Федьковичу 1&lt;br /&gt;</w:t>
        <w:br/>
        <w:t>Вранці-рано по садочку&lt;br /&gt;</w:t>
        <w:br/>
        <w:t>Мати походжає,&lt;br /&gt;</w:t>
        <w:br/>
        <w:t>Та на рожі свіжу росу&lt;br /&gt;</w:t>
        <w:br/>
        <w:t>Краплями збирає;&lt;br /&gt;</w:t>
        <w:br/>
        <w:t>А ввечері при зіроньках —&lt;br /&gt;</w:t>
        <w:br/>
        <w:t>Тихою добою,&lt;br /&gt;</w:t>
        <w:br/>
        <w:t>Своє перше немовлятко&lt;br /&gt;</w:t>
        <w:br/>
        <w:t>Умиє росою;&lt;br /&gt;</w:t>
        <w:br/>
        <w:t>Шовковою червоною&lt;br /&gt;</w:t>
        <w:br/>
        <w:t>Хустиною вкриє,&lt;br /&gt;</w:t>
        <w:br/>
        <w:t>Спати вложить, заспіває,&lt;br /&gt;</w:t>
        <w:br/>
        <w:t>Не пісню, молитву:&lt;br /&gt;</w:t>
        <w:br/>
        <w:t>"Милий боже! Якби знала,&lt;br /&gt;</w:t>
        <w:br/>
        <w:t>Що моя дитина&lt;br /&gt;</w:t>
        <w:br/>
        <w:t>Зросте мені на утіху,&lt;br /&gt;</w:t>
        <w:br/>
        <w:t>На користь Вкраїні,&lt;br /&gt;</w:t>
        <w:br/>
        <w:t>Я б щоранку до схід-сонця&lt;br /&gt;</w:t>
        <w:br/>
        <w:t>Росоньку збирала;&lt;br /&gt;</w:t>
        <w:br/>
        <w:t>Щовечора при зіроньках&lt;br /&gt;</w:t>
        <w:br/>
        <w:t>Росою б вмивала;&lt;br /&gt;</w:t>
        <w:br/>
        <w:t>І на квітках, на рожевих&lt;br /&gt;</w:t>
        <w:br/>
        <w:t>її спати клала,&lt;br /&gt;</w:t>
        <w:br/>
        <w:t>Шовковою хустиною&lt;br /&gt;</w:t>
        <w:br/>
        <w:t>її сповивала;&lt;br /&gt;</w:t>
        <w:br/>
        <w:t>Й гарячими слізоньками&lt;br /&gt;</w:t>
        <w:br/>
        <w:t>Все б тебе благала,&lt;br /&gt;</w:t>
        <w:br/>
        <w:t>Щоб моя дитина перша&lt;br /&gt;</w:t>
        <w:br/>
        <w:t>Росла-виростала!..&lt;br /&gt;</w:t>
        <w:br/>
        <w:t>Коли б знала, милий боже!&lt;br /&gt;</w:t>
        <w:br/>
        <w:t>Що моя дитина&lt;br /&gt;</w:t>
        <w:br/>
        <w:t>Зросте мені на нещастя,&lt;br /&gt;</w:t>
        <w:br/>
        <w:t>На зраду Вкраїні,&lt;br /&gt;</w:t>
        <w:br/>
        <w:t>Коли б знала я, що з неї&lt;br /&gt;</w:t>
        <w:br/>
        <w:t>Слуга кату буде,&lt;br /&gt;</w:t>
        <w:br/>
        <w:t>Я б на неї наложила&lt;br /&gt;</w:t>
        <w:br/>
        <w:t>До схід-сонця і*уки,&lt;br /&gt;</w:t>
        <w:br/>
        <w:t>Я б отрути наварила,&lt;br /&gt;</w:t>
        <w:br/>
        <w:t>Сповила б в ряднину&lt;br /&gt;</w:t>
        <w:br/>
        <w:t>І живою закинула б&lt;br /&gt;</w:t>
        <w:br/>
        <w:t>В колючу тернину..."&lt;br /&gt;</w:t>
        <w:br/>
        <w:t>Київ, 8 червня 1877</w:t>
      </w:r>
    </w:p>
    <w:p>
      <w:r>
        <w:br/>
        <w:t>БІЛЯ ЦЕРКВИ</w:t>
      </w:r>
    </w:p>
    <w:p>
      <w:r>
        <w:br/>
        <w:t>Іду біля церкви: тиск панства великий,&lt;br /&gt;</w:t>
        <w:br/>
        <w:t>На дверях сторожа з шаблями стоїть,&lt;br /&gt;</w:t>
        <w:br/>
        <w:t>Побідний молебень сам править владика,&lt;br /&gt;</w:t>
        <w:br/>
        <w:t>А дяк горлатий "много літ" кричить.&lt;br /&gt;</w:t>
        <w:br/>
        <w:t>В молитву єдину всі уста злилися,&lt;br /&gt;</w:t>
        <w:br/>
        <w:t>Всі дякують богу за вбитих людей;&lt;br /&gt;</w:t>
        <w:br/>
        <w:t>Хвалити святого гуртом прийнялися&lt;br /&gt;</w:t>
        <w:br/>
        <w:t>За ріки криваві й тисячі смертей!&lt;br /&gt;</w:t>
        <w:br/>
        <w:t>А в мене в серці ні молитви,&lt;br /&gt;</w:t>
        <w:br/>
        <w:t>Ані хвилі в душі нема:&lt;br /&gt;</w:t>
        <w:br/>
        <w:t>За що хвала? За що молитва?&lt;br /&gt;</w:t>
        <w:br/>
        <w:t>За що подячливі слова?..&lt;br /&gt;</w:t>
        <w:br/>
        <w:t>Ні, не молитву і не славу,&lt;br /&gt;</w:t>
        <w:br/>
        <w:t>Тому, хто підніма війну,&lt;br /&gt;</w:t>
        <w:br/>
        <w:t>Я чистим серцем нелукавим&lt;br /&gt;</w:t>
        <w:br/>
        <w:t>Проклін навік пошлю йому...&lt;br /&gt;</w:t>
        <w:br/>
        <w:t>1. XII. 1877</w:t>
      </w:r>
    </w:p>
    <w:p>
      <w:r>
        <w:br/>
        <w:t>* *&lt;br /&gt;</w:t>
        <w:br/>
        <w:t>*</w:t>
      </w:r>
    </w:p>
    <w:p>
      <w:r>
        <w:br/>
        <w:t>Чого б, здається, бідувати,&lt;br /&gt;</w:t>
        <w:br/>
        <w:t>Чого б журитися Мені?&lt;br /&gt;</w:t>
        <w:br/>
        <w:t>Що холодно в сусіда в хаті&lt;br /&gt;</w:t>
        <w:br/>
        <w:t>Й розбита шибка у вікні,&lt;br /&gt;</w:t>
        <w:br/>
        <w:t>Що пухне з голоду дітвора,&lt;br /&gt;</w:t>
        <w:br/>
        <w:t>А грошей і шага нема,&lt;br /&gt;</w:t>
        <w:br/>
        <w:t>І хліба в хаті і коморі&lt;br /&gt;</w:t>
        <w:br/>
        <w:t>Не знайде й миша ні зерна?&lt;br /&gt;</w:t>
        <w:br/>
        <w:t>Чого б, здається, сумувати,&lt;br /&gt;</w:t>
        <w:br/>
        <w:t>Що за подушне у його&lt;br /&gt;</w:t>
        <w:br/>
        <w:t>Останню шкапу цінувати&lt;br /&gt;</w:t>
        <w:br/>
        <w:t>"Начальство" вчора узяло?..&lt;br /&gt;</w:t>
        <w:br/>
        <w:t>Не слід-бо й справді сумувати,&lt;br /&gt;</w:t>
        <w:br/>
        <w:t>"Що груш немає на вербі..."&lt;br /&gt;</w:t>
        <w:br/>
        <w:t>Дурне ти, серце! Час би знати:&lt;br /&gt;</w:t>
        <w:br/>
        <w:t>"На всіх не стане в нас журби".&lt;br /&gt;</w:t>
        <w:br/>
        <w:t>&amp;#9830; *&lt;br /&gt;</w:t>
        <w:br/>
        <w:t>*&lt;br /&gt;</w:t>
        <w:br/>
        <w:t>Ніч надворі: тихо, ясно,&lt;br /&gt;</w:t>
        <w:br/>
        <w:t>Срібний сніг кругом;&lt;br /&gt;</w:t>
        <w:br/>
        <w:t>Повний місяць серед неба&lt;br /&gt;</w:t>
        <w:br/>
        <w:t>Сяє над селом.&lt;br /&gt;</w:t>
        <w:br/>
        <w:t>Он на церкві хрест високий,&lt;br /&gt;</w:t>
        <w:br/>
        <w:t>Мов огонь блищить;&lt;br /&gt;</w:t>
        <w:br/>
        <w:t>Мов на варті запорожець&lt;br /&gt;</w:t>
        <w:br/>
        <w:t>Січовий стоїть:&lt;br /&gt;</w:t>
        <w:br/>
        <w:t>Стереже людей убогих&lt;br /&gt;</w:t>
        <w:br/>
        <w:t>В сонному селі.&lt;br /&gt;</w:t>
        <w:br/>
        <w:t>Най сердечнії спочинуть&lt;br /&gt;</w:t>
        <w:br/>
        <w:t>На хвилину — хоч у сні!&lt;br /&gt;</w:t>
        <w:br/>
        <w:t>Най у сні хоча забудуть&lt;br /&gt;</w:t>
        <w:br/>
        <w:t>Голод і нулсду,&lt;br /&gt;</w:t>
        <w:br/>
        <w:t>Тялску працю нескінченну,&lt;br /&gt;</w:t>
        <w:br/>
        <w:t>Неволю й тюрму!</w:t>
      </w:r>
    </w:p>
    <w:p>
      <w:r>
        <w:br/>
        <w:t>В'ЇЗДЯЧИ НА УКРАЇНУ&lt;br /&gt;</w:t>
        <w:br/>
        <w:t>Вкраїно рідная моя!&lt;br /&gt;</w:t>
        <w:br/>
        <w:t>Я знов тебе в неволі бачу,&lt;br /&gt;</w:t>
        <w:br/>
        <w:t>болію, серденько, і плачу,&lt;br /&gt;</w:t>
        <w:br/>
        <w:t>що ти обідрана така!..&lt;br /&gt;</w:t>
        <w:br/>
        <w:t>О, скільки б сліз не вилив я,&lt;br /&gt;</w:t>
        <w:br/>
        <w:t>якії б я не виніс болі —&lt;br /&gt;</w:t>
        <w:br/>
        <w:t>не виплачу тобі тим волі,&lt;br /&gt;</w:t>
        <w:br/>
        <w:t>убога родино моя!&lt;br /&gt;</w:t>
        <w:br/>
        <w:t>* *</w:t>
      </w:r>
    </w:p>
    <w:p>
      <w:r>
        <w:br/>
        <w:t>Отак, не вирвавшись на волю,&lt;br /&gt;</w:t>
        <w:br/>
        <w:t>в тюрмі, в неволі і помру!..&lt;br /&gt;</w:t>
        <w:br/>
        <w:t>В чаду безправ'я і неволі —&lt;br /&gt;</w:t>
        <w:br/>
        <w:t>в кайданах руки я згорну...&lt;br /&gt;</w:t>
        <w:br/>
        <w:t>А кат у тісну домовину&lt;br /&gt;</w:t>
        <w:br/>
        <w:t>положить тіло і заб'є...&lt;br /&gt;</w:t>
        <w:br/>
        <w:t>Отак, безслідно, без спомину&lt;br /&gt;</w:t>
        <w:br/>
        <w:t>життя скінчається моє...&lt;br /&gt;</w:t>
        <w:br/>
        <w:t>Тоді вона — моя єдина,&lt;br /&gt;</w:t>
        <w:br/>
        <w:t>хіба згадає про мене&lt;br /&gt;</w:t>
        <w:br/>
        <w:t>і нишком вранці на могилі&lt;br /&gt;</w:t>
        <w:br/>
        <w:t>мене в молитві пом'яне.&lt;br /&gt;</w:t>
        <w:br/>
        <w:t>І скаже: "Він умів любити,&lt;br /&gt;</w:t>
        <w:br/>
        <w:t>його завіт — свята любов!"&lt;br /&gt;</w:t>
        <w:br/>
        <w:t>О, серденько! На всьому світі&lt;br /&gt;</w:t>
        <w:br/>
        <w:t>є тільки вічного — любов...</w:t>
      </w:r>
    </w:p>
    <w:p>
      <w:r>
        <w:br/>
        <w:t>ДО МИКОЛИ ЛИСЕНКА</w:t>
      </w:r>
    </w:p>
    <w:p>
      <w:r>
        <w:br/>
        <w:t>Вдар по струнах тихесенько,&lt;br /&gt;</w:t>
        <w:br/>
        <w:t>та про нашу долю&lt;br /&gt;</w:t>
        <w:br/>
        <w:t>не грай мені веселої,&lt;br /&gt;</w:t>
        <w:br/>
        <w:t>а заграй смутної...&lt;br /&gt;</w:t>
        <w:br/>
        <w:t>Легесенько, тихесенько,&lt;br /&gt;</w:t>
        <w:br/>
        <w:t>мов на сон дитині,&lt;br /&gt;</w:t>
        <w:br/>
        <w:t>щоб встав образ перед мене&lt;br /&gt;</w:t>
        <w:br/>
        <w:t>сонної Вкраїни.&lt;br /&gt;</w:t>
        <w:br/>
        <w:t>Ніч зорява... блідий місяць...&lt;br /&gt;</w:t>
        <w:br/>
        <w:t>соловей співає,—&lt;br /&gt;</w:t>
        <w:br/>
        <w:t>мати в хаті голодного&lt;br /&gt;</w:t>
        <w:br/>
        <w:t>сина присипляє...&lt;br /&gt;</w:t>
        <w:br/>
        <w:t>Світ на дворі,— із кошари&lt;br /&gt;</w:t>
        <w:br/>
        <w:t>останню телицю&lt;br /&gt;</w:t>
        <w:br/>
        <w:t>бере збірщик за податки...&lt;br /&gt;</w:t>
        <w:br/>
        <w:t>Плаче молодиця!&lt;br /&gt;</w:t>
        <w:br/>
        <w:t>А от літо... от і жнива:&lt;br /&gt;</w:t>
        <w:br/>
        <w:t>на вкраїнських нивах&lt;br /&gt;</w:t>
        <w:br/>
        <w:t>буйне жито, колосисте,&lt;br /&gt;</w:t>
        <w:br/>
        <w:t>на славу вродило.&lt;br /&gt;</w:t>
        <w:br/>
        <w:t>От пожали, в копи склали,&lt;br /&gt;</w:t>
        <w:br/>
        <w:t>у клуню звозили;&lt;br /&gt;</w:t>
        <w:br/>
        <w:t>змолотили — попродали,&lt;br /&gt;</w:t>
        <w:br/>
        <w:t>подать заплатили...&lt;br /&gt;</w:t>
        <w:br/>
        <w:t>Зима, холод; діти плачуть&lt;br /&gt;</w:t>
        <w:br/>
        <w:t>голодні і голі...&lt;br /&gt;</w:t>
        <w:br/>
        <w:t>В теплій хаті лічить гроші&lt;br /&gt;</w:t>
        <w:br/>
        <w:t>Лейба довгополий...&lt;br /&gt;</w:t>
        <w:br/>
        <w:t>Оттакої-то смутної&lt;br /&gt;</w:t>
        <w:br/>
        <w:t>заспівай, козаче!&lt;br /&gt;</w:t>
        <w:br/>
        <w:t>Нехай в пісні і в музиці&lt;br /&gt;</w:t>
        <w:br/>
        <w:t>Україна плаче...&lt;br /&gt;</w:t>
        <w:br/>
        <w:t>1881</w:t>
      </w:r>
    </w:p>
    <w:p>
      <w:r>
        <w:br/>
        <w:t>ФІЛАНТРОПИ&lt;br /&gt;</w:t>
        <w:br/>
        <w:t>Світлом залита світлиця,&lt;br /&gt;</w:t>
        <w:br/>
        <w:t>Золото сяє, горить;&lt;br /&gt;</w:t>
        <w:br/>
        <w:t>Ходять веселії лиця,&lt;br /&gt;</w:t>
        <w:br/>
        <w:t>Гомін веселий стоїть.&lt;br /&gt;</w:t>
        <w:br/>
        <w:t>От і,музики заграли,&lt;br /&gt;</w:t>
        <w:br/>
        <w:t>Танці до світу гули;&lt;br /&gt;</w:t>
        <w:br/>
        <w:t>Світом вечерять сідали,&lt;br /&gt;</w:t>
        <w:br/>
        <w:t>Вина коштовні пили;&lt;br /&gt;</w:t>
        <w:br/>
        <w:t>Чарками вгору махали,&lt;br /&gt;</w:t>
        <w:br/>
        <w:t>Вбогих здоров'я пили!..&lt;br /&gt;</w:t>
        <w:br/>
        <w:t>Весело, жваво гуляли,&lt;br /&gt;</w:t>
        <w:br/>
        <w:t>В південь на спочин пішли...&lt;br /&gt;</w:t>
        <w:br/>
        <w:t>Так філантропи потіють&lt;br /&gt;</w:t>
        <w:br/>
        <w:t>Для вбогих, голодних дітей;&lt;br /&gt;</w:t>
        <w:br/>
        <w:t>Дітки ж, дурненькі, не вміють&lt;br /&gt;</w:t>
        <w:br/>
        <w:t>Славити "добрих людей"...</w:t>
      </w:r>
    </w:p>
    <w:p>
      <w:r>
        <w:br/>
        <w:t>ЗАСПІВ ДО ПОЕМИ "ГУЦУЛ"&lt;br /&gt;</w:t>
        <w:br/>
        <w:t>Ой поля ви, поля!&lt;br /&gt;</w:t>
        <w:br/>
        <w:t>Мати, рідна земля!&lt;br /&gt;</w:t>
        <w:br/>
        <w:t>Скільки крові і сліз&lt;br /&gt;</w:t>
        <w:br/>
        <w:t>По вас вітер розніс!&lt;br /&gt;</w:t>
        <w:br/>
        <w:t>Він розносив кругом,&lt;br /&gt;</w:t>
        <w:br/>
        <w:t>І Дніпром, і Дністром,</w:t>
      </w:r>
    </w:p>
    <w:p>
      <w:r>
        <w:br/>
        <w:t>В Чорне море котив,&lt;br /&gt;</w:t>
        <w:br/>
        <w:t>Босфор кров'ю поїв.&lt;br /&gt;</w:t>
        <w:br/>
        <w:t>Од Карпат, за Кубань,&lt;br /&gt;</w:t>
        <w:br/>
        <w:t>Поза Сейм, за Есмань,&lt;br /&gt;</w:t>
        <w:br/>
        <w:t>По траві, по степах,&lt;br /&gt;</w:t>
        <w:br/>
        <w:t>У горах, у ярах.&lt;br /&gt;</w:t>
        <w:br/>
        <w:t>І на листі в лісах&lt;br /&gt;</w:t>
        <w:br/>
        <w:t>Блищить, наче роса,&lt;br /&gt;</w:t>
        <w:br/>
        <w:t>Наша руська сльоза,&lt;br /&gt;</w:t>
        <w:br/>
        <w:t>Наша тямка лиха.&lt;br /&gt;</w:t>
        <w:br/>
        <w:t>І блищить, і горить,&lt;br /&gt;</w:t>
        <w:br/>
        <w:t>Жалем серце гнітить;&lt;br /&gt;</w:t>
        <w:br/>
        <w:t>Та сльоза гаряче&lt;br /&gt;</w:t>
        <w:br/>
        <w:t>Душу чулу пече.&lt;br /&gt;</w:t>
        <w:br/>
        <w:t>Сивий діду Дніпро!&lt;br /&gt;</w:t>
        <w:br/>
        <w:t>Свої води давно&lt;br /&gt;</w:t>
        <w:br/>
        <w:t>Ти всі морю віддав,&lt;br /&gt;</w:t>
        <w:br/>
        <w:t>Собі сліз ти набрав.&lt;br /&gt;</w:t>
        <w:br/>
        <w:t>І у Дністер, і в Прут&lt;br /&gt;</w:t>
        <w:br/>
        <w:t>З гір не води течуть;&lt;br /&gt;</w:t>
        <w:br/>
        <w:t>Не повінь то була,&lt;br /&gt;</w:t>
        <w:br/>
        <w:t>Що поля залила;&lt;br /&gt;</w:t>
        <w:br/>
        <w:t>Не водою заливсь&lt;br /&gt;</w:t>
        <w:br/>
        <w:t>Дніпровою наш низ,—&lt;br /&gt;</w:t>
        <w:br/>
        <w:t>То з народних із сліз&lt;br /&gt;</w:t>
        <w:br/>
        <w:t>Береги розійшлись...&lt;br /&gt;</w:t>
        <w:br/>
        <w:t>Діти руські, ідіть,&lt;br /&gt;</w:t>
        <w:br/>
        <w:t>Сльози нені утріть!&lt;br /&gt;</w:t>
        <w:br/>
        <w:t>Нехай промінь весни&lt;br /&gt;</w:t>
        <w:br/>
        <w:t>Зсушить сльози старі.&lt;br /&gt;</w:t>
        <w:br/>
        <w:t>Яворів, ЗО червня 1884 р.</w:t>
      </w:r>
    </w:p>
    <w:p>
      <w:r>
        <w:br/>
        <w:t>СПОДІВАННЯ&lt;br /&gt;</w:t>
        <w:br/>
        <w:t>В душі пекли гарячі муки,&lt;br /&gt;</w:t>
        <w:br/>
        <w:t>На серце скорби налягли...&lt;br /&gt;</w:t>
        <w:br/>
        <w:t>І ми, до бога звівши руки,&lt;br /&gt;</w:t>
        <w:br/>
        <w:t>Недолю та людей кляли.</w:t>
      </w:r>
    </w:p>
    <w:p>
      <w:r>
        <w:br/>
        <w:t>Ми сподівались: сонце зійде,&lt;br /&gt;</w:t>
        <w:br/>
        <w:t>День тьму розгонить навісну;&lt;br /&gt;</w:t>
        <w:br/>
        <w:t>Настане світ, і правда прийде,&lt;br /&gt;</w:t>
        <w:br/>
        <w:t>Всім приведе красу-весну...&lt;br /&gt;</w:t>
        <w:br/>
        <w:t>Ми сподівались, ждали, лсдали,&lt;br /&gt;</w:t>
        <w:br/>
        <w:t>Ждемо й тепер... весни нема,&lt;br /&gt;</w:t>
        <w:br/>
        <w:t>А перед нами і за нами&lt;br /&gt;</w:t>
        <w:br/>
        <w:t>Холодна, темная зима!..</w:t>
      </w:r>
    </w:p>
    <w:p>
      <w:r>
        <w:br/>
        <w:t>РОЗМОВА МУЗИ З ПОЕТОМ&lt;br /&gt;</w:t>
        <w:br/>
        <w:t>(Із Альфреда де Мюссе 1)&lt;br /&gt;</w:t>
        <w:br/>
        <w:t>Присвячую В. П. докт. проф. Омеляну Огоновському 2&lt;br /&gt;</w:t>
        <w:br/>
        <w:t>М у *за&lt;br /&gt;</w:t>
        <w:br/>
        <w:t>Поете мій! З тривожним сподіванням,&lt;br /&gt;</w:t>
        <w:br/>
        <w:t>Даремно нудячись, зову тебе;&lt;br /&gt;</w:t>
        <w:br/>
        <w:t>Даремно я на ніжне раювання&lt;br /&gt;</w:t>
        <w:br/>
        <w:t>Спішу з коханням чистим до тебе...&lt;br /&gt;</w:t>
        <w:br/>
        <w:t>Поете! Голосу твого не чую:&lt;br /&gt;</w:t>
        <w:br/>
        <w:t>Скрізь тиша в домі, як в труні,&lt;br /&gt;</w:t>
        <w:br/>
        <w:t>І мовчки я одна стою, сумую;&lt;br /&gt;</w:t>
        <w:br/>
        <w:t>Журливо, тяжко тут отак мені,&lt;br /&gt;</w:t>
        <w:br/>
        <w:t>Як матері на свіжій тій могилі,&lt;br /&gt;</w:t>
        <w:br/>
        <w:t>Де син її спочив, одинчик милий!&lt;br /&gt;</w:t>
        <w:br/>
        <w:t>Поет&lt;br /&gt;</w:t>
        <w:br/>
        <w:t>Перед тобою знов я, Музо,&lt;br /&gt;</w:t>
        <w:br/>
        <w:t>Упившись мріями, стою!&lt;br /&gt;</w:t>
        <w:br/>
        <w:t>Знов я недужою душею&lt;br /&gt;</w:t>
        <w:br/>
        <w:t>Твій вплив небесний пізнаю...&lt;br /&gt;</w:t>
        <w:br/>
        <w:t>Людське життя бажав спізнать я,&lt;br /&gt;</w:t>
        <w:br/>
        <w:t>Йому оддавсь,— даремна річ:&lt;br /&gt;</w:t>
        <w:br/>
        <w:t>Сушили грудь мою страждання,&lt;br /&gt;</w:t>
        <w:br/>
        <w:t>Проклін та сльози день і ніч...&lt;br /&gt;</w:t>
        <w:br/>
        <w:t>Коли ж палка твоя любов,&lt;br /&gt;</w:t>
        <w:br/>
        <w:t>Я пісню заспіваю знов.&lt;br /&gt;</w:t>
        <w:br/>
        <w:t>Муза&lt;br /&gt;</w:t>
        <w:br/>
        <w:t>Нащо ж, поет, на довгу ти розлуку,&lt;br /&gt;</w:t>
        <w:br/>
        <w:t>Скалси, так часто кидаєш мене?&lt;br /&gt;</w:t>
        <w:br/>
        <w:t>Шукаючи любов, знаходиш муку,&lt;br /&gt;</w:t>
        <w:br/>
        <w:t>Як хвилею журба журбу жене.&lt;br /&gt;</w:t>
        <w:br/>
        <w:t>Всю ніч тебе даремно дожидаю,&lt;br /&gt;</w:t>
        <w:br/>
        <w:t>Томлюся тугою,— тебе нема!&lt;br /&gt;</w:t>
        <w:br/>
        <w:t>ї звідкіль виглядать тебе, не знаю...&lt;br /&gt;</w:t>
        <w:br/>
        <w:t>ї ніч проводжу я в сльозах сама.&lt;br /&gt;</w:t>
        <w:br/>
        <w:t>Даремно жду коханого привіту,&lt;br /&gt;</w:t>
        <w:br/>
        <w:t>Округ мене скрізь темрява стоїть&lt;br /&gt;</w:t>
        <w:br/>
        <w:t>Не тим огнем душа твоя нагріта,&lt;br /&gt;</w:t>
        <w:br/>
        <w:t>І мрія вже не та в тебе мигтить.&lt;br /&gt;</w:t>
        <w:br/>
        <w:t>Весну життя, і молодість, і силу&lt;br /&gt;</w:t>
        <w:br/>
        <w:t>По вітру десь розвіяв марно ти,&lt;br /&gt;</w:t>
        <w:br/>
        <w:t>Тепер й мене, подругу незрадливу,&lt;br /&gt;</w:t>
        <w:br/>
        <w:t>Вернувшися, чи опізнаєш ти?&lt;br /&gt;</w:t>
        <w:br/>
        <w:t>Дивись, зав'яли вже в садку навіки&lt;br /&gt;</w:t>
        <w:br/>
        <w:t>Твої колись коханії квітки.&lt;br /&gt;</w:t>
        <w:br/>
        <w:t>Згадай: любив ти рожі і гвоздики,&lt;br /&gt;</w:t>
        <w:br/>
        <w:t>Барвінок, чорнобривці, нагідки...&lt;br /&gt;</w:t>
        <w:br/>
        <w:t>Ти пестив їх і інколи сльозою&lt;br /&gt;</w:t>
        <w:br/>
        <w:t>У ясну ніч скропляв їх лепестки,&lt;br /&gt;</w:t>
        <w:br/>
        <w:t>їх умивав, неначе ніч, росою...&lt;br /&gt;</w:t>
        <w:br/>
        <w:t>Поете! я похожа на квітки!..&lt;br /&gt;</w:t>
        <w:br/>
        <w:t>Покинеш музу — вір: ти пожалкуєш.&lt;br /&gt;</w:t>
        <w:br/>
        <w:t>В пустині, знай, не іїадає роса;&lt;br /&gt;</w:t>
        <w:br/>
        <w:t>Натхнення і пісень моїх не вчуєш,—&lt;br /&gt;</w:t>
        <w:br/>
        <w:t>Навік вони полинуть в небеса.&lt;br /&gt;</w:t>
        <w:br/>
        <w:t>Поет&lt;br /&gt;</w:t>
        <w:br/>
        <w:t>В долині рожа зав'ядала,&lt;br /&gt;</w:t>
        <w:br/>
        <w:t>Недовгії проживши дні,&lt;br /&gt;</w:t>
        <w:br/>
        <w:t>А біля неї розцвітала&lt;br /&gt;</w:t>
        <w:br/>
        <w:t>Друга, пишніша од її.&lt;br /&gt;</w:t>
        <w:br/>
        <w:t>Росте одно, друге вмирає,&lt;br /&gt;</w:t>
        <w:br/>
        <w:t>І поруч сліз існує сміх.&lt;br /&gt;</w:t>
        <w:br/>
        <w:t>Усе кінець на світі має,&lt;br /&gt;</w:t>
        <w:br/>
        <w:t>І обновлення — доля всіх.&lt;br /&gt;</w:t>
        <w:br/>
        <w:t>Муза&lt;br /&gt;</w:t>
        <w:br/>
        <w:t>Скрізь плач і стогін чую я,&lt;br /&gt;</w:t>
        <w:br/>
        <w:t>Сльозами повна всюди хата.&lt;br /&gt;</w:t>
        <w:br/>
        <w:t>Чи є на світі де сім'я,&lt;br /&gt;</w:t>
        <w:br/>
        <w:t>Щоб брат не встав на брата?&lt;br /&gt;</w:t>
        <w:br/>
        <w:t>Усюди кров людська тече,&lt;br /&gt;</w:t>
        <w:br/>
        <w:t>Скорботи, вбожество усюди&lt;br /&gt;</w:t>
        <w:br/>
        <w:t>І чорна зрада... Боляче&lt;br /&gt;</w:t>
        <w:br/>
        <w:t>Вони печуть у мене груди.&lt;br /&gt;</w:t>
        <w:br/>
        <w:t>Дивись на серце: там на дні,&lt;br /&gt;</w:t>
        <w:br/>
        <w:t>Яка глибока рана зяє.&lt;br /&gt;</w:t>
        <w:br/>
        <w:t>Брехня і заздрість між людьми,&lt;br /&gt;</w:t>
        <w:br/>
        <w:t>Мов шашель, рану роз'їдає.&lt;br /&gt;</w:t>
        <w:br/>
        <w:t>І скрізь по світу те ж саме:&lt;br /&gt;</w:t>
        <w:br/>
        <w:t>Актори, сцена ті ж самії;&lt;br /&gt;</w:t>
        <w:br/>
        <w:t>Фізична сила правду гне,&lt;br /&gt;</w:t>
        <w:br/>
        <w:t>Даремні мрії і надії.&lt;br /&gt;</w:t>
        <w:br/>
        <w:t>А воля? Де вона — скажи,&lt;br /&gt;</w:t>
        <w:br/>
        <w:t>Про неї люде вже забули!&lt;br /&gt;</w:t>
        <w:br/>
        <w:t>Ти хоч куточок покажи,&lt;br /&gt;</w:t>
        <w:br/>
        <w:t>Де б люде ший в ярмі не гнули.&lt;br /&gt;</w:t>
        <w:br/>
        <w:t>Поет&lt;br /&gt;</w:t>
        <w:br/>
        <w:t>Даремна річ... Мовчать уста...&lt;br /&gt;</w:t>
        <w:br/>
        <w:t>Мовчить моя свята бандура...&lt;br /&gt;</w:t>
        <w:br/>
        <w:t>Неволі, темряви рука&lt;br /&gt;</w:t>
        <w:br/>
        <w:t>На їй в шматки порвала струни.&lt;br /&gt;</w:t>
        <w:br/>
        <w:t>Коли ж палка твоя любов,&lt;br /&gt;</w:t>
        <w:br/>
        <w:t>Без струн ми заспіваєм знов.</w:t>
      </w:r>
    </w:p>
    <w:p>
      <w:r>
        <w:br/>
        <w:t>СМЕРТЬ ВАТАЖКА ПЕРЕХОЖИХ&lt;br /&gt;</w:t>
        <w:br/>
        <w:t>(Пісні Фрейліграта х)</w:t>
      </w:r>
    </w:p>
    <w:p>
      <w:r>
        <w:br/>
        <w:t>Вогкість з жагликів аж капле,&lt;br /&gt;</w:t>
        <w:br/>
        <w:t>Округи густий туман;&lt;br /&gt;</w:t>
        <w:br/>
        <w:t>"Засвітить огонь на щоглі" —&lt;br /&gt;</w:t>
        <w:br/>
        <w:t>Каже гучно копитан;&lt;br /&gt;</w:t>
        <w:br/>
        <w:t>"На молитву всім ставати,&lt;br /&gt;</w:t>
        <w:br/>
        <w:t>До каюти всі ідіть,&lt;br /&gt;</w:t>
        <w:br/>
        <w:t>Шапки скиньте, помолітесь,&lt;br /&gt;</w:t>
        <w:br/>
        <w:t>Там покійничок лежить".—&lt;br /&gt;</w:t>
        <w:br/>
        <w:t>І пішли за копитаном&lt;br /&gt;</w:t>
        <w:br/>
        <w:t>Перехожі по трапу...&lt;br /&gt;</w:t>
        <w:br/>
        <w:t>Боже, боже! ватажок їх&lt;br /&gt;</w:t>
        <w:br/>
        <w:t>Лелшть мертвий на полу.&lt;br /&gt;</w:t>
        <w:br/>
        <w:t>Всі вони плили по морю&lt;br /&gt;</w:t>
        <w:br/>
        <w:t>Хліба, волі пошукать...&lt;br /&gt;</w:t>
        <w:br/>
        <w:t>Довелося ватажкові&lt;br /&gt;</w:t>
        <w:br/>
        <w:t>Серед моря помирать.&lt;br /&gt;</w:t>
        <w:br/>
        <w:t>Він повів їх в путь далекий&lt;br /&gt;</w:t>
        <w:br/>
        <w:t>В невідому чужину —&lt;br /&gt;</w:t>
        <w:br/>
        <w:t>Хліба — волі добувати,&lt;br /&gt;</w:t>
        <w:br/>
        <w:t>Пошукати талану,&lt;br /&gt;</w:t>
        <w:br/>
        <w:t>Він казав їм: "Гей ходімої&lt;br /&gt;</w:t>
        <w:br/>
        <w:t>Знайдем долю в чужині,—&lt;br /&gt;</w:t>
        <w:br/>
        <w:t>В власнім краю ми не маєм&lt;br /&gt;</w:t>
        <w:br/>
        <w:t>Клаптя власної землі.&lt;br /&gt;</w:t>
        <w:br/>
        <w:t>Попливем геть-геть на захід —&lt;br /&gt;</w:t>
        <w:br/>
        <w:t>Наша зоря там блищить,&lt;br /&gt;</w:t>
        <w:br/>
        <w:t>Долі-волі ясний промінь&lt;br /&gt;</w:t>
        <w:br/>
        <w:t>Світлом радощів горить;&lt;br /&gt;</w:t>
        <w:br/>
        <w:t>Там засіємо пустиню,&lt;br /&gt;</w:t>
        <w:br/>
        <w:t>Хоч проллємо тяжкий піт,&lt;br /&gt;</w:t>
        <w:br/>
        <w:t>З віковічної цілини&lt;br /&gt;</w:t>
        <w:br/>
        <w:t>Ми добудем добрий плід.&lt;br /&gt;</w:t>
        <w:br/>
        <w:t>Там гаї неісходимі&lt;br /&gt;</w:t>
        <w:br/>
        <w:t>Без кінця степи, луги;&lt;br /&gt;</w:t>
        <w:br/>
        <w:t>Заживем ми на просторі,&lt;br /&gt;</w:t>
        <w:br/>
        <w:t>Мов біблейські пастухи.&lt;br /&gt;</w:t>
        <w:br/>
        <w:t>Вічний світ в дорозі стане&lt;br /&gt;</w:t>
        <w:br/>
        <w:t>Огняним стовпом для нас,&lt;br /&gt;</w:t>
        <w:br/>
        <w:t>Проведе нас, шлях нам вкаже,&lt;br /&gt;</w:t>
        <w:br/>
        <w:t>Гей! за мною в добрий час!&lt;br /&gt;</w:t>
        <w:br/>
        <w:t>В силу світу, в силу праці&lt;br /&gt;</w:t>
        <w:br/>
        <w:t>Щиро, твердо вірю я:&lt;br /&gt;</w:t>
        <w:br/>
        <w:t>Де світ, праця і надія,&lt;br /&gt;</w:t>
        <w:br/>
        <w:t>Безталанних там нема.&lt;br /&gt;</w:t>
        <w:br/>
        <w:t>Прощавай, мій рідний краю!&lt;br /&gt;</w:t>
        <w:br/>
        <w:t>Хоч в чужині я помру,&lt;br /&gt;</w:t>
        <w:br/>
        <w:t>Але з добрим сподіванням&lt;br /&gt;</w:t>
        <w:br/>
        <w:t>Торбу й палицю беру!"&lt;br /&gt;</w:t>
        <w:br/>
        <w:t>І.подібно він Мойсею 2,&lt;br /&gt;</w:t>
        <w:br/>
        <w:t>Посеред чужих країв,&lt;br /&gt;</w:t>
        <w:br/>
        <w:t>Свій бажаний іздалека&lt;br /&gt;</w:t>
        <w:br/>
        <w:t>Ханаан 3 новий узрів,&lt;br /&gt;</w:t>
        <w:br/>
        <w:t>Він спочив в далекім морі;&lt;br /&gt;</w:t>
        <w:br/>
        <w:t>З ним спочили вічним сном&lt;br /&gt;</w:t>
        <w:br/>
        <w:t>Сподівання і бажання&lt;br /&gt;</w:t>
        <w:br/>
        <w:t>І потух святий огонь.&lt;br /&gt;</w:t>
        <w:br/>
        <w:t>Тяжко, сумно перехожим&lt;br /&gt;</w:t>
        <w:br/>
        <w:t>Ватажка прийшлось ховать;&lt;br /&gt;</w:t>
        <w:br/>
        <w:t>Плачуть матері тихенько,&lt;br /&gt;</w:t>
        <w:br/>
        <w:t>Діти злякані мовчать;&lt;br /&gt;</w:t>
        <w:br/>
        <w:t>Батьки дивляться тривожно&lt;br /&gt;</w:t>
        <w:br/>
        <w:t>На чужії береги,&lt;br /&gt;</w:t>
        <w:br/>
        <w:t>Де вовіки не поставить&lt;br /&gt;</w:t>
        <w:br/>
        <w:t>Проводатир їх ноги...&lt;br /&gt;</w:t>
        <w:br/>
        <w:t>Вогкість з жагликів аж капле,&lt;br /&gt;</w:t>
        <w:br/>
        <w:t>Обгорнув корабль туман;&lt;br /&gt;</w:t>
        <w:br/>
        <w:t>"Труп небіжчика у воду&lt;br /&gt;</w:t>
        <w:br/>
        <w:t>Киньте!" — каже копитан.&lt;br /&gt;</w:t>
        <w:br/>
        <w:t>Розступилась вода в морі!&lt;br /&gt;</w:t>
        <w:br/>
        <w:t>І безодня прийняла&lt;br /&gt;</w:t>
        <w:br/>
        <w:t>Труп того, кому родина&lt;br /&gt;</w:t>
        <w:br/>
        <w:t>Праці й хліба не дала...</w:t>
      </w:r>
    </w:p>
    <w:p>
      <w:r>
        <w:br/>
        <w:t>УДОСВІТА&lt;br /&gt;</w:t>
        <w:br/>
        <w:t>Ти рано, рано, друже, встав,&lt;br /&gt;</w:t>
        <w:br/>
        <w:t>Удосвіта збудив ти долю;&lt;br /&gt;</w:t>
        <w:br/>
        <w:t>І рано, друже, розпочав&lt;br /&gt;</w:t>
        <w:br/>
        <w:t>Вовік не оранеє поле.&lt;br /&gt;</w:t>
        <w:br/>
        <w:t>Поглянь, щириця скрізь яка,&lt;br /&gt;</w:t>
        <w:br/>
        <w:t>Яка тверда, як скаменіла;&lt;br /&gt;</w:t>
        <w:br/>
        <w:t>Вовік тут ратая рука&lt;br /&gt;</w:t>
        <w:br/>
        <w:t>По ниві з плугом не ходила.&lt;br /&gt;</w:t>
        <w:br/>
        <w:t>Давно й дощу тут не було,&lt;br /&gt;</w:t>
        <w:br/>
        <w:t>Все без роси позасихало;&lt;br /&gt;</w:t>
        <w:br/>
        <w:t>Бур'ян та зілля поросло&lt;br /&gt;</w:t>
        <w:br/>
        <w:t>І пирію сліду не стало.&lt;br /&gt;</w:t>
        <w:br/>
        <w:t>Даремна праця, друже мій!&lt;br /&gt;</w:t>
        <w:br/>
        <w:t>На камінь кидати насіння;&lt;br /&gt;</w:t>
        <w:br/>
        <w:t>Даремно час загубиш свій,&lt;br /&gt;</w:t>
        <w:br/>
        <w:t>Не буде вжитку поколінням.&lt;br /&gt;</w:t>
        <w:br/>
        <w:t>Покиньмо мертвих, брате мій!&lt;br /&gt;</w:t>
        <w:br/>
        <w:t>Будім леивих; ходім орати&lt;br /&gt;</w:t>
        <w:br/>
        <w:t>Свої степи; та знання сій,—&lt;br /&gt;</w:t>
        <w:br/>
        <w:t>То хліб і долю будем мати.</w:t>
      </w:r>
    </w:p>
    <w:p>
      <w:r>
        <w:br/>
        <w:t>ДО м. о. к.&lt;br /&gt;</w:t>
        <w:br/>
        <w:t>(На пам'ять 10 січня 1865 р.)&lt;br /&gt;</w:t>
        <w:br/>
        <w:t>Як у неволі на чужині&lt;br /&gt;</w:t>
        <w:br/>
        <w:t>Округ мене пославсь туман,&lt;br /&gt;</w:t>
        <w:br/>
        <w:t>Здавалось: розум потухав;&lt;br /&gt;</w:t>
        <w:br/>
        <w:t>В той час, коли остання сила&lt;br /&gt;</w:t>
        <w:br/>
        <w:t>От-от вже кидала мене,&lt;br /&gt;</w:t>
        <w:br/>
        <w:t>Холола кров, і річ німіла,&lt;br /&gt;</w:t>
        <w:br/>
        <w:t>Смерть підступала до мене;&lt;br /&gt;</w:t>
        <w:br/>
        <w:t>В той тяжкий час, як клеветою&lt;br /&gt;</w:t>
        <w:br/>
        <w:t>"Приятелі" труїли грудь,—&lt;br /&gt;</w:t>
        <w:br/>
        <w:t>Явилась ти мені зорею&lt;br /&gt;</w:t>
        <w:br/>
        <w:t>І не дала на вік заснуть.&lt;br /&gt;</w:t>
        <w:br/>
        <w:t>Моя небесна, ясна зоре!&lt;br /&gt;</w:t>
        <w:br/>
        <w:t>Любові світоч і добра!&lt;br /&gt;</w:t>
        <w:br/>
        <w:t>Живила ти мене в неволі&lt;br /&gt;</w:t>
        <w:br/>
        <w:t>З тюрми на "волю" провела!&lt;br /&gt;</w:t>
        <w:br/>
        <w:t>Ти вбите серце воскресила,&lt;br /&gt;</w:t>
        <w:br/>
        <w:t>Життя нового налила;&lt;br /&gt;</w:t>
        <w:br/>
        <w:t>Мій шлях ти сонцем освітила,&lt;br /&gt;</w:t>
        <w:br/>
        <w:t>Ожив, живу й співаю я;&lt;br /&gt;</w:t>
        <w:br/>
        <w:t>Благословен святий той світ,&lt;br /&gt;</w:t>
        <w:br/>
        <w:t>Світ непорочної любові!&lt;br /&gt;</w:t>
        <w:br/>
        <w:t>Благословене будь вовік&lt;br /&gt;</w:t>
        <w:br/>
        <w:t>Дівоче серце й серця слово!</w:t>
      </w:r>
    </w:p>
    <w:p>
      <w:r>
        <w:br/>
        <w:t>РАТАЙ</w:t>
      </w:r>
    </w:p>
    <w:p>
      <w:r>
        <w:br/>
        <w:t>Дивлюсь: схилившись над сохою,&lt;br /&gt;</w:t>
        <w:br/>
        <w:t>Працює ратай на ролі;&lt;br /&gt;</w:t>
        <w:br/>
        <w:t>Працює мовчки, хоч порою&lt;br /&gt;</w:t>
        <w:br/>
        <w:t>Нудьга, злигавшися з журбою,&lt;br /&gt;</w:t>
        <w:br/>
        <w:t>Мигає в його на чолі.&lt;br /&gt;</w:t>
        <w:br/>
        <w:t>В ярмі скорбот, нужди, неволі&lt;br /&gt;</w:t>
        <w:br/>
        <w:t>Важке він тягне "житіє"&lt;br /&gt;</w:t>
        <w:br/>
        <w:t>І, затаївши в серці болі,&lt;br /&gt;</w:t>
        <w:br/>
        <w:t>Не нарікаючи на долю,&lt;br /&gt;</w:t>
        <w:br/>
        <w:t>Оре він поле не своє...</w:t>
      </w:r>
    </w:p>
    <w:p>
      <w:r>
        <w:br/>
        <w:t>НА ШЕВЧЕНКОВОМУ ВЕЧОРІ&lt;br /&gt;</w:t>
        <w:br/>
        <w:t>(26 лютого 1882 року)&lt;br /&gt;</w:t>
        <w:br/>
        <w:t>І холодно, і тьмяно, і не дніє!&lt;br /&gt;</w:t>
        <w:br/>
        <w:t>Коли ся довга, темна ніч мине,&lt;br /&gt;</w:t>
        <w:br/>
        <w:t>Коли те сонечко ясне пригріє?&lt;br /&gt;</w:t>
        <w:br/>
        <w:t>Коли той вітер хмари розжене?&lt;br /&gt;</w:t>
        <w:br/>
        <w:t>Остило вже так довго в хаті спати,&lt;br /&gt;</w:t>
        <w:br/>
        <w:t>Ждеш не діждеш, коли той буде світ,&lt;br /&gt;</w:t>
        <w:br/>
        <w:t>Коли гукнуть: що сп'ящим час" вставати,&lt;br /&gt;</w:t>
        <w:br/>
        <w:t>Що ніч минула вже й надворі світ?&lt;br /&gt;</w:t>
        <w:br/>
        <w:t>О, господи! коли б мерщій світало,&lt;br /&gt;</w:t>
        <w:br/>
        <w:t>Коли б хоч в щілину мигнув промінь,&lt;br /&gt;</w:t>
        <w:br/>
        <w:t>Коли б мерщій на світ займатись стало,&lt;br /&gt;</w:t>
        <w:br/>
        <w:t>Коли б розвиднялось у нас мерщій!&lt;br /&gt;</w:t>
        <w:br/>
        <w:t>Благослови ж, святий! Най ніч минає.&lt;br /&gt;</w:t>
        <w:br/>
        <w:t>І теплий, ясний ранок нам подай;&lt;br /&gt;</w:t>
        <w:br/>
        <w:t>І тихий світ нехай нас окриває,&lt;br /&gt;</w:t>
        <w:br/>
        <w:t>Промінням волі нас благословляй!..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Поетичні твори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