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Поет-віршошкряб</w:t>
      </w:r>
    </w:p>
    <w:p>
      <w:r>
        <w:br/>
        <w:t xml:space="preserve"> Чи день минув,&lt;br /&gt;</w:t>
        <w:br/>
        <w:t>Чи день настав,&lt;br /&gt;</w:t>
        <w:br/>
        <w:t>І сонце світить ясно,&lt;br /&gt;</w:t>
        <w:br/>
        <w:t>Й вітрець дмухнув,&lt;br /&gt;</w:t>
        <w:br/>
        <w:t>Чи місяць сяв,&lt;br /&gt;</w:t>
        <w:br/>
        <w:t>Чи зорі в небі гасли,&lt;br /&gt;</w:t>
        <w:br/>
        <w:t>Поету все незгірше:&lt;br /&gt;</w:t>
        <w:br/>
        <w:t>Він зараз пише вірші.</w:t>
      </w:r>
    </w:p>
    <w:p>
      <w:r>
        <w:br/>
        <w:t>Чи він коха,&lt;br /&gt;</w:t>
        <w:br/>
        <w:t>Чи розлюбив,&lt;br /&gt;</w:t>
        <w:br/>
        <w:t>Чи знову закохався,&lt;br /&gt;</w:t>
        <w:br/>
        <w:t>Чи десь ґуля,&lt;br /&gt;</w:t>
        <w:br/>
        <w:t>Й багато пив,&lt;br /&gt;</w:t>
        <w:br/>
        <w:t>Чи, може, з ким подрався,&lt;br /&gt;</w:t>
        <w:br/>
        <w:t>Піїт папір вже лапа,&lt;br /&gt;</w:t>
        <w:br/>
        <w:t>Схопив перо і — дряпа!</w:t>
      </w:r>
    </w:p>
    <w:p>
      <w:r>
        <w:br/>
        <w:t>Бува, часом&lt;br /&gt;</w:t>
        <w:br/>
        <w:t>Живіт болить&lt;br /&gt;</w:t>
        <w:br/>
        <w:t>У бідного піїти,&lt;br /&gt;</w:t>
        <w:br/>
        <w:t>Він же разом&lt;br /&gt;</w:t>
        <w:br/>
        <w:t>Про мир строчить,&lt;br /&gt;</w:t>
        <w:br/>
        <w:t>Що стогне без просвіти:&lt;br /&gt;</w:t>
        <w:br/>
        <w:t>"Неправда всім панує",&lt;br /&gt;</w:t>
        <w:br/>
        <w:t>Він складно так римує.</w:t>
      </w:r>
    </w:p>
    <w:p>
      <w:r>
        <w:br/>
        <w:t>От бідний люд&lt;br /&gt;</w:t>
        <w:br/>
        <w:t>Хліб заробля&lt;br /&gt;</w:t>
        <w:br/>
        <w:t>Роботою важкою,&lt;br /&gt;</w:t>
        <w:br/>
        <w:t>Працює вік,&lt;br /&gt;</w:t>
        <w:br/>
        <w:t>Щоб другі, бач,&lt;br /&gt;</w:t>
        <w:br/>
        <w:t>Не зналися з нудьгою,&lt;br /&gt;</w:t>
        <w:br/>
        <w:t>Працює так, що ледве дише,&lt;br /&gt;</w:t>
        <w:br/>
        <w:t>"Любіть народ!"— він в риму пише.</w:t>
      </w:r>
    </w:p>
    <w:p>
      <w:r>
        <w:br/>
        <w:t>От цілу ніч&lt;br /&gt;</w:t>
        <w:br/>
        <w:t>Він п'є, ґуля,&lt;br /&gt;</w:t>
        <w:br/>
        <w:t>Діставши десь-то гроші,&lt;br /&gt;</w:t>
        <w:br/>
        <w:t>Мота безліч,&lt;br /&gt;</w:t>
        <w:br/>
        <w:t>Все пропива,&lt;br /&gt;</w:t>
        <w:br/>
        <w:t>А вранці вже хороший&lt;br /&gt;</w:t>
        <w:br/>
        <w:t>Він зладив вірш:&lt;br /&gt;</w:t>
        <w:br/>
        <w:t>"Працюй, роби,&lt;br /&gt;</w:t>
        <w:br/>
        <w:t>На бій сміліш за правду йди!"</w:t>
      </w:r>
    </w:p>
    <w:p>
      <w:r>
        <w:br/>
        <w:t>Женивсь піїт,&lt;br /&gt;</w:t>
        <w:br/>
        <w:t>Забув весь світ,&lt;br /&gt;</w:t>
        <w:br/>
        <w:t>Узявши гарну жінку,&lt;br /&gt;</w:t>
        <w:br/>
        <w:t>Коли ж біда:&lt;br /&gt;</w:t>
        <w:br/>
        <w:t>Втекла вона&lt;br /&gt;</w:t>
        <w:br/>
        <w:t>Через яку годинку,&lt;br /&gt;</w:t>
        <w:br/>
        <w:t>"Вже іншого кохає баба!.."—&lt;br /&gt;</w:t>
        <w:br/>
        <w:t>Поет сатиру шкряба!..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Поет-віршошкряб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