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</w:t>
      </w:r>
    </w:p>
    <w:p>
      <w:r>
        <w:br/>
        <w:t xml:space="preserve"> ПОЕТ</w:t>
      </w:r>
    </w:p>
    <w:p>
      <w:r>
        <w:br/>
        <w:t>ПОЕМА НА 24 ПІСНІ, ТРИ ЧАСТИНИ&lt;br /&gt;</w:t>
        <w:br/>
        <w:t>ВСТУП</w:t>
      </w:r>
    </w:p>
    <w:p>
      <w:r>
        <w:br/>
        <w:t>1.&lt;br /&gt;</w:t>
        <w:br/>
        <w:t>О горе, мрійнику, тобі без мір,&lt;br /&gt;</w:t>
        <w:br/>
        <w:t>і гріх без опрощення в кожнім разі,&lt;br /&gt;</w:t>
        <w:br/>
        <w:t>коли ти, склавши правдолюбний твір,&lt;br /&gt;</w:t>
        <w:br/>
        <w:t>його байдужій віддаєш увазі:&lt;br /&gt;</w:t>
        <w:br/>
        <w:t>бо з тих часів, як ночі повні зір&lt;br /&gt;</w:t>
        <w:br/>
        <w:t>і дурень вищає на перелазі,&lt;br /&gt;</w:t>
        <w:br/>
        <w:t>потрібні грамотякам самогін,&lt;br /&gt;</w:t>
        <w:br/>
        <w:t>москаль як друг і на любов загін.</w:t>
      </w:r>
    </w:p>
    <w:p>
      <w:r>
        <w:br/>
        <w:t>2.&lt;br /&gt;</w:t>
        <w:br/>
        <w:t>І незбагненно, як і смертна туга,&lt;br /&gt;</w:t>
        <w:br/>
        <w:t>луна гуде і від таємних діл:&lt;br /&gt;</w:t>
        <w:br/>
        <w:t>і в тім краю, де від Москви послуга&lt;br /&gt;</w:t>
        <w:br/>
        <w:t>підтравно доторкнулася до сіл, —&lt;br /&gt;</w:t>
        <w:br/>
        <w:t>то й логіка реве із-під обуха,&lt;br /&gt;</w:t>
        <w:br/>
        <w:t>на інших роблячи, неначе віл,&lt;br /&gt;</w:t>
        <w:br/>
        <w:t>і кожний, мов Свирид, із самотини&lt;br /&gt;</w:t>
        <w:br/>
        <w:t>упізнає прийдешнього хвилини.</w:t>
      </w:r>
    </w:p>
    <w:p>
      <w:r>
        <w:br/>
        <w:t>3.&lt;br /&gt;</w:t>
        <w:br/>
        <w:t>І краще вже читати власний твір&lt;br /&gt;</w:t>
        <w:br/>
        <w:t>в розбиті вікна тій холодній пустці,&lt;br /&gt;</w:t>
        <w:br/>
        <w:t>з якої всіх господарів в Сибір&lt;br /&gt;</w:t>
        <w:br/>
        <w:t>Чека везла в розхряпаній теплушці:&lt;br /&gt;</w:t>
        <w:br/>
        <w:t>і сови з вивода, з цеглових нір,&lt;br /&gt;</w:t>
        <w:br/>
        <w:t>з пеньків гукнуть не зрубаній ще грушці,&lt;br /&gt;</w:t>
        <w:br/>
        <w:t>що супроводила колись така&lt;br /&gt;</w:t>
        <w:br/>
        <w:t>луна і Полуботка й Павлюка.</w:t>
      </w:r>
    </w:p>
    <w:p>
      <w:r>
        <w:br/>
        <w:t>4.&lt;br /&gt;</w:t>
        <w:br/>
        <w:t>І може збільшиться в душі розпука,&lt;br /&gt;</w:t>
        <w:br/>
        <w:t>що слова не промовить твій слухач,&lt;br /&gt;</w:t>
        <w:br/>
        <w:t>і залишиться на колишніх муках&lt;br /&gt;</w:t>
        <w:br/>
        <w:t>вже перестояний самотній плач,&lt;br /&gt;</w:t>
        <w:br/>
        <w:t>немов на давніх чорних каменюках&lt;br /&gt;</w:t>
        <w:br/>
        <w:t>важкий казан, порожній закипач,&lt;br /&gt;</w:t>
        <w:br/>
        <w:t>який від полум'я страшного в споді&lt;br /&gt;</w:t>
        <w:br/>
        <w:t>спроможний тільки луснути та й годі, —&lt;br /&gt;</w:t>
        <w:br/>
        <w:t>5.&lt;br /&gt;</w:t>
        <w:br/>
        <w:t>Та будеш певний тихої мети,&lt;br /&gt;</w:t>
        <w:br/>
        <w:t>що до останнього твого зідхання&lt;br /&gt;</w:t>
        <w:br/>
        <w:t>від пустки бідної не вчуєш ти&lt;br /&gt;</w:t>
        <w:br/>
        <w:t>лукавого й підтравного питання:&lt;br /&gt;</w:t>
        <w:br/>
        <w:t>кому твоє прокляття самоти&lt;br /&gt;</w:t>
        <w:br/>
        <w:t>потрібне для спокійного читання,&lt;br /&gt;</w:t>
        <w:br/>
        <w:t>яке вкладаєш у сичання мук,&lt;br /&gt;</w:t>
        <w:br/>
        <w:t>незрозуміле й довше від гадюк?&lt;br /&gt;</w:t>
        <w:br/>
        <w:t>6.&lt;br /&gt;</w:t>
        <w:br/>
        <w:t>Але, коли людина все втрачає&lt;br /&gt;</w:t>
        <w:br/>
        <w:t>серед великих і малих тривог&lt;br /&gt;</w:t>
        <w:br/>
        <w:t>і гірко до розпачливости знає,&lt;br /&gt;</w:t>
        <w:br/>
        <w:t>що співрозмовник в неї тільки Бог&lt;br /&gt;</w:t>
        <w:br/>
        <w:t>та ті кущі, що ще ростуть під гаєм —&lt;br /&gt;</w:t>
        <w:br/>
        <w:t>то нітить очі у прозорий льох&lt;br /&gt;</w:t>
        <w:br/>
        <w:t>минувшини, і з супокоєм гуски&lt;br /&gt;</w:t>
        <w:br/>
        <w:t>на шию не шука собі мотузки.</w:t>
      </w:r>
    </w:p>
    <w:p>
      <w:r>
        <w:br/>
        <w:t>7.&lt;br /&gt;</w:t>
        <w:br/>
        <w:t>І наш Кобзар звертався теж до стін,&lt;br /&gt;</w:t>
        <w:br/>
        <w:t>щоб часом не пропасти від зневіри,&lt;br /&gt;</w:t>
        <w:br/>
        <w:t>і, залишаючись самотнім, він&lt;br /&gt;</w:t>
        <w:br/>
        <w:t>схилявся нишком до святої ліри,&lt;br /&gt;</w:t>
        <w:br/>
        <w:t>яка гуде й мені, неначе в дзвін:&lt;br /&gt;</w:t>
        <w:br/>
        <w:t>о горе, мрійнику, тобі без міри,&lt;br /&gt;</w:t>
        <w:br/>
        <w:t>коли живий ще ти, то стогін струн&lt;br /&gt;</w:t>
        <w:br/>
        <w:t>шукає вух живих і серед трун . ..&lt;br /&gt;</w:t>
        <w:br/>
        <w:t>8.&lt;br /&gt;</w:t>
        <w:br/>
        <w:t>Тому, минувши всякі перешкоди,&lt;br /&gt;</w:t>
        <w:br/>
        <w:t>звертаюся до тебе, Краю мій,&lt;br /&gt;</w:t>
        <w:br/>
        <w:t>я з вірою, що ти у час свободи&lt;br /&gt;</w:t>
        <w:br/>
        <w:t>мене згадаєш, як найтяжчий бій,&lt;br /&gt;</w:t>
        <w:br/>
        <w:t>що виграли тобі твої походи&lt;br /&gt;</w:t>
        <w:br/>
        <w:t>на полі духу і живих надій,&lt;br /&gt;</w:t>
        <w:br/>
        <w:t>і скажеш: "Це не помилка й провина,&lt;br /&gt;</w:t>
        <w:br/>
        <w:t>а голос вірного мойого сина!"</w:t>
      </w:r>
    </w:p>
    <w:p>
      <w:r>
        <w:br/>
        <w:t>Чи знаєте ви українську ніч?&lt;br /&gt;</w:t>
        <w:br/>
        <w:t>Ох, ви не знаєте української ночі&lt;br /&gt;</w:t>
        <w:br/>
        <w:t>Гоголь.</w:t>
      </w:r>
    </w:p>
    <w:p>
      <w:r>
        <w:br/>
        <w:t>ЧАСТИНА ПЕРША&lt;br /&gt;</w:t>
        <w:br/>
        <w:t>ПРОЯСЕНЬ:&lt;br /&gt;</w:t>
        <w:br/>
        <w:t>Хоч і стежки не було, а зустрілися.</w:t>
      </w:r>
    </w:p>
    <w:p>
      <w:r>
        <w:br/>
        <w:t>ЗНАЙОМСТВО</w:t>
      </w:r>
    </w:p>
    <w:p>
      <w:r>
        <w:br/>
        <w:t>9.&lt;br /&gt;</w:t>
        <w:br/>
        <w:t>Блищав ставок від сонця у яру,&lt;br /&gt;</w:t>
        <w:br/>
        <w:t>над ним стара Руда сягала неба,&lt;br /&gt;</w:t>
        <w:br/>
        <w:t>по цей бік хутір; і його й Стару&lt;br /&gt;</w:t>
        <w:br/>
        <w:t>єднала гребля у дуплистих вербах.&lt;br /&gt;</w:t>
        <w:br/>
        <w:t>Від греблі берегом туди, де рух&lt;br /&gt;</w:t>
        <w:br/>
        <w:t>не тихне псиний на конячих ребрах,&lt;br /&gt;</w:t>
        <w:br/>
        <w:t>тополі, ритвини і жовтий корч,&lt;br /&gt;</w:t>
        <w:br/>
        <w:t>перехиляли в став відбитки сторч.</w:t>
      </w:r>
    </w:p>
    <w:p>
      <w:r>
        <w:br/>
        <w:t>10.&lt;br /&gt;</w:t>
        <w:br/>
        <w:t>На цім же боці просто у болото&lt;br /&gt;</w:t>
        <w:br/>
        <w:t>гнила криниця нагинала зруб;&lt;br /&gt;</w:t>
        <w:br/>
        <w:t>в її слизькій воді з роздертим ротом&lt;br /&gt;</w:t>
        <w:br/>
        <w:t>рябого цуценяти плавав труп;&lt;br /&gt;</w:t>
        <w:br/>
        <w:t>а під крутим, не ораним городом&lt;br /&gt;</w:t>
        <w:br/>
        <w:t>серед калюжі та гноїстих куп —&lt;br /&gt;</w:t>
        <w:br/>
        <w:t>криниця друга й разом ринва мокра&lt;br /&gt;</w:t>
        <w:br/>
        <w:t>держалася на двох безверхих кроквах.</w:t>
      </w:r>
    </w:p>
    <w:p>
      <w:r>
        <w:br/>
        <w:t>11.&lt;br /&gt;</w:t>
        <w:br/>
        <w:t>А на дубових. держнях корита&lt;br /&gt;</w:t>
        <w:br/>
        <w:t>трималися у шнур один під нею&lt;br /&gt;</w:t>
        <w:br/>
        <w:t>і напували вусаня кота&lt;br /&gt;</w:t>
        <w:br/>
        <w:t>і з яру пса з обдертою шерстею;&lt;br /&gt;</w:t>
        <w:br/>
        <w:t>і ту скотину, що росла в скиртах&lt;br /&gt;</w:t>
        <w:br/>
        <w:t>і ріг збивала на ногах ріллею,&lt;br /&gt;</w:t>
        <w:br/>
        <w:t>і на Великдень у таємний час&lt;br /&gt;</w:t>
        <w:br/>
        <w:t>по-людськи розмовляла щось про нас.&lt;br /&gt;</w:t>
        <w:br/>
        <w:t>12.&lt;br /&gt;</w:t>
        <w:br/>
        <w:t>І журавель у дно криничне чорне,&lt;br /&gt;</w:t>
        <w:br/>
        <w:t>зворушене холодним джерелом,&lt;br /&gt;</w:t>
        <w:br/>
        <w:t>скрипів у вилицях залізним шворнем&lt;br /&gt;</w:t>
        <w:br/>
        <w:t>і прип'ятим у цямринах цебром&lt;br /&gt;</w:t>
        <w:br/>
        <w:t>про те, що знає диво словотворне&lt;br /&gt;</w:t>
        <w:br/>
        <w:t>у тварів, не задавлених ярмом,&lt;br /&gt;</w:t>
        <w:br/>
        <w:t>і галка крякала аж на вершечку,&lt;br /&gt;</w:t>
        <w:br/>
        <w:t>згадавши, мабуть, писане яєчко.&lt;br /&gt;</w:t>
        <w:br/>
        <w:t>13.&lt;br /&gt;</w:t>
        <w:br/>
        <w:t>І тут же шлях із яру хату вів&lt;br /&gt;</w:t>
        <w:br/>
        <w:t>обнесену кільчастим тином простим&lt;br /&gt;</w:t>
        <w:br/>
        <w:t>крізь котрий кури й гуси сто разів&lt;br /&gt;</w:t>
        <w:br/>
        <w:t>на день пролазили, аби не постить;&lt;br /&gt;</w:t>
        <w:br/>
        <w:t>а збоку явори держали хлів,&lt;br /&gt;</w:t>
        <w:br/>
        <w:t>чекаючи за це від вітру помсти;&lt;br /&gt;</w:t>
        <w:br/>
        <w:t>правіше льох і клямка і замок&lt;br /&gt;</w:t>
        <w:br/>
        <w:t>блищали навстяж від дверей в ставок.&lt;br /&gt;</w:t>
        <w:br/>
        <w:t>14.&lt;br /&gt;</w:t>
        <w:br/>
        <w:t>Від хати далі, на узвишші, в світлі&lt;br /&gt;</w:t>
        <w:br/>
        <w:t>була конюшня і вербовий конов'яз,&lt;br /&gt;</w:t>
        <w:br/>
        <w:t>і будяки торішні, не розквітлі,&lt;br /&gt;</w:t>
        <w:br/>
        <w:t>сухіші як у спеку перелаз;&lt;br /&gt;</w:t>
        <w:br/>
        <w:t>і ніби очі вибиті навідлі&lt;br /&gt;</w:t>
        <w:br/>
        <w:t>рукою розлютованою враз,&lt;br /&gt;</w:t>
        <w:br/>
        <w:t>над конов'язом в тінях вікна чорні&lt;br /&gt;</w:t>
        <w:br/>
        <w:t>ловили вітер у дірки просторні.</w:t>
      </w:r>
    </w:p>
    <w:p>
      <w:r>
        <w:br/>
        <w:t>15.&lt;br /&gt;</w:t>
        <w:br/>
        <w:t>А на горі, геть-геть, у вишнику&lt;br /&gt;</w:t>
        <w:br/>
        <w:t>контора пильно зводила карнизи,&lt;br /&gt;</w:t>
        <w:br/>
        <w:t>бо в неї біля ґанку на гаку&lt;br /&gt;</w:t>
        <w:br/>
        <w:t>з мотузкою дзвінок гойдався лисий, —&lt;br /&gt;</w:t>
        <w:br/>
        <w:t>ту істину вістити гомінку,&lt;br /&gt;</w:t>
        <w:br/>
        <w:t>що на обличчі людськім робить риси,&lt;br /&gt;</w:t>
        <w:br/>
        <w:t>а не лише теленьканням рече,&lt;br /&gt;</w:t>
        <w:br/>
        <w:t>як робляться сніданки із вечер.&lt;br /&gt;</w:t>
        <w:br/>
        <w:t>16.&lt;br /&gt;</w:t>
        <w:br/>
        <w:t>І відділяв від всього тин високий&lt;br /&gt;</w:t>
        <w:br/>
        <w:t>контору й світлий аґрономів дім;&lt;br /&gt;</w:t>
        <w:br/>
        <w:t>над ним столітня сосна, і сороки&lt;br /&gt;</w:t>
        <w:br/>
        <w:t>кричали з неї в морі веснянім,&lt;br /&gt;</w:t>
        <w:br/>
        <w:t>аби не тьмарив сонця кригоокий&lt;br /&gt;</w:t>
        <w:br/>
        <w:t>ні в полі дощ, ні над лугами грім.&lt;br /&gt;</w:t>
        <w:br/>
        <w:t>Того не знало видно серце пташе,&lt;br /&gt;</w:t>
        <w:br/>
        <w:t>що і тепер дзвінок конторський каже.</w:t>
      </w:r>
    </w:p>
    <w:p>
      <w:r>
        <w:br/>
        <w:t>17.&lt;br /&gt;</w:t>
        <w:br/>
        <w:t>На хуторі німіла тиша скрізь:&lt;br /&gt;</w:t>
        <w:br/>
        <w:t>людей було не чути ні скотини,&lt;br /&gt;</w:t>
        <w:br/>
        <w:t>і дзвін у безгоміння мертве ріс,&lt;br /&gt;</w:t>
        <w:br/>
        <w:t>аби з часу не бризкали хвилини;&lt;br /&gt;</w:t>
        <w:br/>
        <w:t>і двері лунко раптом об завіс&lt;br /&gt;</w:t>
        <w:br/>
        <w:t>ніде не хрьопали там без причини,&lt;br /&gt;</w:t>
        <w:br/>
        <w:t>бо в степ ,,весінній вихід" всіх погнав,&lt;br /&gt;</w:t>
        <w:br/>
        <w:t>неначе буря рве із гаю ґав.</w:t>
      </w:r>
    </w:p>
    <w:p>
      <w:r>
        <w:br/>
        <w:t>18.&lt;br /&gt;</w:t>
        <w:br/>
        <w:t>Лише в яру, де журавель високий&lt;br /&gt;</w:t>
        <w:br/>
        <w:t>і льох, і птаство ворушке в гурті,&lt;br /&gt;</w:t>
        <w:br/>
        <w:t>сидів на мірці з буряками учень,&lt;br /&gt;</w:t>
        <w:br/>
        <w:t>читаючи Гомера в самоті,&lt;br /&gt;</w:t>
        <w:br/>
        <w:t>і від сторінки сонцем нестерпуче&lt;br /&gt;</w:t>
        <w:br/>
        <w:t>рядки мигтіли літер золоті,&lt;br /&gt;</w:t>
        <w:br/>
        <w:t>та видно Навсікая й сни чудові&lt;br /&gt;</w:t>
        <w:br/>
        <w:t>потрібні, як і сонце, юнакові.</w:t>
      </w:r>
    </w:p>
    <w:p>
      <w:r>
        <w:br/>
        <w:t>19.&lt;br /&gt;</w:t>
        <w:br/>
        <w:t>І враз від греблі похитнувся крик&lt;br /&gt;</w:t>
        <w:br/>
        <w:t>і всю вершину підхопив собою,&lt;br /&gt;</w:t>
        <w:br/>
        <w:t>і крижень зляканий у полі зник,&lt;br /&gt;</w:t>
        <w:br/>
        <w:t>крильми не продзвенівши над водою;&lt;br /&gt;</w:t>
        <w:br/>
        <w:t>схопився з мірки теж і ученик,&lt;br /&gt;</w:t>
        <w:br/>
        <w:t>на серці тишу стиснувши рукою:&lt;br /&gt;</w:t>
        <w:br/>
        <w:t>і стало чути тенькання краплин&lt;br /&gt;</w:t>
        <w:br/>
        <w:t>з цебра у воду — у криничний рин.&lt;br /&gt;</w:t>
        <w:br/>
        <w:t>20.&lt;br /&gt;</w:t>
        <w:br/>
        <w:t>І вже, здавивши книгу під пахвою,&lt;br /&gt;</w:t>
        <w:br/>
        <w:t>з суворим затиском дитячих вуст,&lt;br /&gt;</w:t>
        <w:br/>
        <w:t>шугнув юнак, помчав по-над водою&lt;br /&gt;</w:t>
        <w:br/>
        <w:t>туди, де гуркотів-шумів опуст,&lt;br /&gt;</w:t>
        <w:br/>
        <w:t>де на воді, за схилою вербою&lt;br /&gt;</w:t>
        <w:br/>
        <w:t>лежить і в липні холодковий згуст,&lt;br /&gt;</w:t>
        <w:br/>
        <w:t>чорніший за чаклунський дивний килим,&lt;br /&gt;</w:t>
        <w:br/>
        <w:t>захований під берегом похилим.</w:t>
      </w:r>
    </w:p>
    <w:p>
      <w:r>
        <w:br/>
        <w:t>21.&lt;br /&gt;</w:t>
        <w:br/>
        <w:t>Аж страшно там з ЕОДИ у лотоках&lt;br /&gt;</w:t>
        <w:br/>
        <w:t>зринала темна голова дівоча&lt;br /&gt;</w:t>
        <w:br/>
        <w:t>і поринала у холодний жах,&lt;br /&gt;</w:t>
        <w:br/>
        <w:t>що ним хлюпоче глибочінь ставоча;&lt;br /&gt;</w:t>
        <w:br/>
        <w:t>і водяні кружала у бульках&lt;br /&gt;</w:t>
        <w:br/>
        <w:t>туди пливли, де хвилі берег точать:&lt;br /&gt;</w:t>
        <w:br/>
        <w:t>маленьке серце тяжко гнало їх&lt;br /&gt;</w:t>
        <w:br/>
        <w:t>життю на ґвалт постукати в поріг.</w:t>
      </w:r>
    </w:p>
    <w:p>
      <w:r>
        <w:br/>
        <w:t>22.&lt;br /&gt;</w:t>
        <w:br/>
        <w:t>І ось, тримаючися вже за віти,&lt;br /&gt;</w:t>
        <w:br/>
        <w:t>юнак перехилився з балька в став, —&lt;br /&gt;</w:t>
        <w:br/>
        <w:t>і, щойно дівчину з води помітив,&lt;br /&gt;</w:t>
        <w:br/>
        <w:t>раптово за коси її дістав.. .&lt;br /&gt;</w:t>
        <w:br/>
        <w:t>І, витягши її повільно відти&lt;br /&gt;</w:t>
        <w:br/>
        <w:t>і за сорочку, і за намиста,&lt;br /&gt;</w:t>
        <w:br/>
        <w:t>ниць положив її тоненьку й мокру&lt;br /&gt;</w:t>
        <w:br/>
        <w:t>в густий шпориш, зелений тут щороку.</w:t>
      </w:r>
    </w:p>
    <w:p>
      <w:r>
        <w:br/>
        <w:t>23.&lt;br /&gt;</w:t>
        <w:br/>
        <w:t>І серце розірвало у крові&lt;br /&gt;</w:t>
        <w:br/>
        <w:t>холодний промінь водяної ночі,&lt;br /&gt;</w:t>
        <w:br/>
        <w:t>і дівчина звелася на траві,&lt;br /&gt;</w:t>
        <w:br/>
        <w:t>росплющивши свої таємні очі. ..&lt;br /&gt;</w:t>
        <w:br/>
        <w:t>Ані міста Карпатські горові,&lt;br /&gt;</w:t>
        <w:br/>
        <w:t>ні села на Полтавщині співочі,&lt;br /&gt;</w:t>
        <w:br/>
        <w:t>хоч їй ще не було й дванадцять літ,&lt;br /&gt;</w:t>
        <w:br/>
        <w:t>такої вроди не вели на світ.</w:t>
      </w:r>
    </w:p>
    <w:p>
      <w:r>
        <w:br/>
        <w:t>24.&lt;br /&gt;</w:t>
        <w:br/>
        <w:t>І хоч намокли плахта і сорочка&lt;br /&gt;</w:t>
        <w:br/>
        <w:t>і п'явка висла з правого виска&lt;br /&gt;</w:t>
        <w:br/>
        <w:t>і вибігала ротом із куточка&lt;br /&gt;</w:t>
        <w:br/>
        <w:t>вода у пазуху густа й слизька, —&lt;br /&gt;</w:t>
        <w:br/>
        <w:t>але ніде ще жадного рядочка,&lt;br /&gt;</w:t>
        <w:br/>
        <w:t>відколи й світу, не було в казках,&lt;br /&gt;</w:t>
        <w:br/>
        <w:t>гей, про таку красу дивезне-дивну,&lt;br /&gt;</w:t>
        <w:br/>
        <w:t>як та що осіяла цю дитину!</w:t>
      </w:r>
    </w:p>
    <w:p>
      <w:r>
        <w:br/>
        <w:t>25.&lt;br /&gt;</w:t>
        <w:br/>
        <w:t>Колись і Нарбут задивлявся так&lt;br /&gt;</w:t>
        <w:br/>
        <w:t>на знайдену мережку біля броду&lt;br /&gt;</w:t>
        <w:br/>
        <w:t>і чув розпуканий у серці мак&lt;br /&gt;</w:t>
        <w:br/>
        <w:t>на зустріч сонцю з рідного вже сходу, —&lt;br /&gt;</w:t>
        <w:br/>
        <w:t>як остовпівши споглядав юнак&lt;br /&gt;</w:t>
        <w:br/>
        <w:t>вже одозволену від смерти вроду,&lt;br /&gt;</w:t>
        <w:br/>
        <w:t>що тільки схаменувшися зірвав&lt;br /&gt;</w:t>
        <w:br/>
        <w:t>м'ясисту п'явку і шпурнув у став.</w:t>
      </w:r>
    </w:p>
    <w:p>
      <w:r>
        <w:br/>
        <w:t>26.&lt;br /&gt;</w:t>
        <w:br/>
        <w:t>І дівчина спитала майже нишком:&lt;br /&gt;</w:t>
        <w:br/>
        <w:t>"Хто ж ви такий, і чий ви есть синок?"&lt;br /&gt;</w:t>
        <w:br/>
        <w:t>А він мерщій з землі свою взяв книжку&lt;br /&gt;</w:t>
        <w:br/>
        <w:t>та й застромив її за поясок,&lt;br /&gt;</w:t>
        <w:br/>
        <w:t>а потім проказав аж крізь задишку:&lt;br /&gt;</w:t>
        <w:br/>
        <w:t>"Та я, школяр, сказавши без морок" ...&lt;br /&gt;</w:t>
        <w:br/>
        <w:t>"А ви про Вустю чули в аґронома? ..&lt;br /&gt;</w:t>
        <w:br/>
        <w:t>Ох, поможіте, бо така утома" ...</w:t>
      </w:r>
    </w:p>
    <w:p>
      <w:r>
        <w:br/>
        <w:t>27.&lt;br /&gt;</w:t>
        <w:br/>
        <w:t>І обгорнувши бік і пасмо кіс&lt;br /&gt;</w:t>
        <w:br/>
        <w:t>і підігнувши з-під колін рукою,&lt;br /&gt;</w:t>
        <w:br/>
        <w:t>з такою обережністю поніс,&lt;br /&gt;</w:t>
        <w:br/>
        <w:t>яка і сонце застує собою...&lt;br /&gt;</w:t>
        <w:br/>
        <w:t>Хіба ще мати носить так в заміс&lt;br /&gt;</w:t>
        <w:br/>
        <w:t>шафран у мисці з медом і водою,&lt;br /&gt;</w:t>
        <w:br/>
        <w:t>узятою з Ордані з-під хреста&lt;br /&gt;</w:t>
        <w:br/>
        <w:t>у тикву, ніби писанка свята.&lt;br /&gt;</w:t>
        <w:br/>
        <w:t>28.&lt;br /&gt;</w:t>
        <w:br/>
        <w:t>Але, помітивши висок набряклий&lt;br /&gt;</w:t>
        <w:br/>
        <w:t>і крови переплетені струмки,&lt;br /&gt;</w:t>
        <w:br/>
        <w:t>він спотикнувся без пенька і мряки&lt;br /&gt;</w:t>
        <w:br/>
        <w:t>і стан притис, мов дубчик із ріки. ..&lt;br /&gt;</w:t>
        <w:br/>
        <w:t>І зараз же почув замість подяки&lt;br /&gt;</w:t>
        <w:br/>
        <w:t>з маленької дівчачої руки&lt;br /&gt;</w:t>
        <w:br/>
        <w:t>гарячий ляпас по чолі й по оці,&lt;br /&gt;</w:t>
        <w:br/>
        <w:t>пекучіший від печії на сонці.</w:t>
      </w:r>
    </w:p>
    <w:p>
      <w:r>
        <w:br/>
        <w:t>29.&lt;br /&gt;</w:t>
        <w:br/>
        <w:t>Коли удар пройшов, то Чиччин син&lt;br /&gt;</w:t>
        <w:br/>
        <w:t>побачив сосну, дім і в сінях меблі,&lt;br /&gt;</w:t>
        <w:br/>
        <w:t>і на канаві дерезу, мов тин;&lt;br /&gt;</w:t>
        <w:br/>
        <w:t>а поміж нею й парканом до греблі&lt;br /&gt;</w:t>
        <w:br/>
        <w:t>зелений ряст у сітці з павутин,&lt;br /&gt;</w:t>
        <w:br/>
        <w:t>і пні від сонця весняного теплі,&lt;br /&gt;</w:t>
        <w:br/>
        <w:t>з-серед яких велася стежка в спад,&lt;br /&gt;</w:t>
        <w:br/>
        <w:t>туди, де за буття пишався сад.</w:t>
      </w:r>
    </w:p>
    <w:p>
      <w:r>
        <w:br/>
        <w:t>30.&lt;br /&gt;</w:t>
        <w:br/>
        <w:t>А від опусту річкою уподовж&lt;br /&gt;</w:t>
        <w:br/>
        <w:t>шуміли верби давні й молоді&lt;br /&gt;</w:t>
        <w:br/>
        <w:t>тому таємному, що десь під сподом&lt;br /&gt;</w:t>
        <w:br/>
        <w:t>сидить справіку мовчки у Руді:&lt;br /&gt;</w:t>
        <w:br/>
        <w:t>"Великий сад був пишний над болотом,&lt;br /&gt;</w:t>
        <w:br/>
        <w:t>і там щороку з його по грудді&lt;br /&gt;</w:t>
        <w:br/>
        <w:t>пожовкле листя гнала гола осінь,&lt;br /&gt;</w:t>
        <w:br/>
        <w:t>аби він був принишклий на морозі...</w:t>
      </w:r>
    </w:p>
    <w:p>
      <w:r>
        <w:br/>
        <w:t>31.&lt;br /&gt;</w:t>
        <w:br/>
        <w:t>І смерть прийшла так само й деревам&lt;br /&gt;</w:t>
        <w:br/>
        <w:t>від хуґи, що бряжчить об кочережку. . .&lt;br /&gt;</w:t>
        <w:br/>
        <w:t>і ми побачили з весінніх плям&lt;br /&gt;</w:t>
        <w:br/>
        <w:t>пеньки в траві і в верболозах стежку...&lt;br /&gt;</w:t>
        <w:br/>
        <w:t>Ох, буде й нам те саме, що й садам:&lt;br /&gt;</w:t>
        <w:br/>
        <w:t>не дасть зима столітнього замешку&lt;br /&gt;</w:t>
        <w:br/>
        <w:t>над річкою, у луговій красі,&lt;br /&gt;</w:t>
        <w:br/>
        <w:t>де круглі, ніби місяць, карасі".&lt;br /&gt;</w:t>
        <w:br/>
        <w:t>32.&lt;br /&gt;</w:t>
        <w:br/>
        <w:t>Але Таємний як мовчав у надрах&lt;br /&gt;</w:t>
        <w:br/>
        <w:t>так і сидів у дикій самоті,&lt;br /&gt;</w:t>
        <w:br/>
        <w:t>і Вусті не було, неначе в Татрах&lt;br /&gt;</w:t>
        <w:br/>
        <w:t>навіки стежка згасла сироті.&lt;br /&gt;</w:t>
        <w:br/>
        <w:t>Лише на заході горіли шатра,&lt;br /&gt;</w:t>
        <w:br/>
        <w:t>що сонце підпалило на путі,&lt;br /&gt;</w:t>
        <w:br/>
        <w:t>та гуркотів опуст у очереті,&lt;br /&gt;</w:t>
        <w:br/>
        <w:t>і скиглив хлопець сам на переметі.</w:t>
      </w:r>
    </w:p>
    <w:p>
      <w:r>
        <w:br/>
        <w:t>33.&lt;br /&gt;</w:t>
        <w:br/>
        <w:t>Давно з криниці напоїли скот,&lt;br /&gt;</w:t>
        <w:br/>
        <w:t>за Ту гаєві гори сонце сіло,&lt;br /&gt;</w:t>
        <w:br/>
        <w:t>і підвели до зоряних висот&lt;br /&gt;</w:t>
        <w:br/>
        <w:t>тумани сиві волохате тіло,&lt;br /&gt;</w:t>
        <w:br/>
        <w:t>і в тінь Руда взяла, неначе в рот,&lt;br /&gt;</w:t>
        <w:br/>
        <w:t>те дерево, що з берегів стреміло&lt;br /&gt;</w:t>
        <w:br/>
        <w:t>і стовбурами блискало в простір,&lt;br /&gt;</w:t>
        <w:br/>
        <w:t>щоб став гадав, що скалить зуби звір.</w:t>
      </w:r>
    </w:p>
    <w:p>
      <w:r>
        <w:br/>
        <w:t>34.&lt;br /&gt;</w:t>
        <w:br/>
        <w:t>Уже світилося у Чичок в хаті&lt;br /&gt;</w:t>
        <w:br/>
        <w:t>із причілкового вікна на став,&lt;br /&gt;</w:t>
        <w:br/>
        <w:t>і на воді, по темноті рогатій&lt;br /&gt;</w:t>
        <w:br/>
        <w:t>від рям тремтіли назнаки хреста,&lt;br /&gt;</w:t>
        <w:br/>
        <w:t>і журавель на тлі небесних хартій&lt;br /&gt;</w:t>
        <w:br/>
        <w:t>у вилицях скрипіти перестав,&lt;br /&gt;</w:t>
        <w:br/>
        <w:t>узнавши, що і в Господа закони&lt;br /&gt;</w:t>
        <w:br/>
        <w:t>на небі без жаднісінької коми.</w:t>
      </w:r>
    </w:p>
    <w:p>
      <w:r>
        <w:br/>
        <w:t>35.&lt;br /&gt;</w:t>
        <w:br/>
        <w:t>А хлопець все сидів на місці тім,&lt;br /&gt;</w:t>
        <w:br/>
        <w:t>де ниць нова лежала Навсікая,&lt;br /&gt;</w:t>
        <w:br/>
        <w:t>і на худім коліні молодім&lt;br /&gt;</w:t>
        <w:br/>
        <w:t>лежала в його книжка золотая,&lt;br /&gt;</w:t>
        <w:br/>
        <w:t>а в лотоках гукало щось: "Ходім&lt;br /&gt;</w:t>
        <w:br/>
        <w:t>туди, де грається рибина зграя" —&lt;br /&gt;</w:t>
        <w:br/>
        <w:t>і сльози бігли в його по виду&lt;br /&gt;</w:t>
        <w:br/>
        <w:t>і в палятурку стукали тверду.</w:t>
      </w:r>
    </w:p>
    <w:p>
      <w:r>
        <w:br/>
        <w:t>Коли ж на хуторі у стражі первій&lt;br /&gt;</w:t>
        <w:br/>
        <w:t>у калатушку дід закалатав,&lt;br /&gt;</w:t>
        <w:br/>
        <w:t>а з-за Руди завили пси на стерві,&lt;br /&gt;</w:t>
        <w:br/>
        <w:t>чорніші від нічної зграї ґав, —&lt;br /&gt;</w:t>
        <w:br/>
        <w:t>схопився хлопець ввесь в напрузі нервів,&lt;br /&gt;</w:t>
        <w:br/>
        <w:t>щоб не дивитися уже на став,&lt;br /&gt;</w:t>
        <w:br/>
        <w:t>що проковтнув би неньку і домівку&lt;br /&gt;</w:t>
        <w:br/>
        <w:t>і опрощення з ласкою довіку...&lt;br /&gt;</w:t>
        <w:br/>
        <w:t>ПРОЯСЕНЬ&lt;br /&gt;</w:t>
        <w:br/>
        <w:t>Та болять ручки, та болять ніжки,&lt;br /&gt;</w:t>
        <w:br/>
        <w:t>що зустрівся тяжко, що побачив трішки.</w:t>
      </w:r>
    </w:p>
    <w:p>
      <w:r>
        <w:br/>
        <w:t>СОН</w:t>
      </w:r>
    </w:p>
    <w:p>
      <w:r>
        <w:br/>
        <w:t>37.&lt;br /&gt;</w:t>
        <w:br/>
        <w:t>Блищав із сволока на цвясі гас,&lt;br /&gt;</w:t>
        <w:br/>
        <w:t>уже на сон укручений в оселі,&lt;br /&gt;</w:t>
        <w:br/>
        <w:t>хоч і погойдувався раз-проз-раз&lt;br /&gt;</w:t>
        <w:br/>
        <w:t>і окружалами водив по стелі;&lt;br /&gt;</w:t>
        <w:br/>
        <w:t>і, на лежанці закипівши в час,&lt;br /&gt;</w:t>
        <w:br/>
        <w:t>неначе камінь у пісок пустелі,&lt;br /&gt;</w:t>
        <w:br/>
        <w:t>рядном укрита, тиха мов блакить,&lt;br /&gt;</w:t>
        <w:br/>
        <w:t>дрімала мати вже не першу мить.</w:t>
      </w:r>
    </w:p>
    <w:p>
      <w:r>
        <w:br/>
        <w:t>38.&lt;br /&gt;</w:t>
        <w:br/>
        <w:t>І в запічку мішок з пшоном на клоччі,&lt;br /&gt;</w:t>
        <w:br/>
        <w:t>і поцяцькований сріблом очкур,&lt;br /&gt;</w:t>
        <w:br/>
        <w:t>і глечики, і деко, проти ночі&lt;br /&gt;</w:t>
        <w:br/>
        <w:t>напоготовлені на припічку,&lt;br /&gt;</w:t>
        <w:br/>
        <w:t>і мисник з давнини, але без порчі:&lt;br /&gt;</w:t>
        <w:br/>
        <w:t>на міднім кільці і міцнім гачку,&lt;br /&gt;</w:t>
        <w:br/>
        <w:t>уставлений мисками й тарілками&lt;br /&gt;</w:t>
        <w:br/>
        <w:t>і писаними, з кришталю чарками. ..</w:t>
      </w:r>
    </w:p>
    <w:p>
      <w:r>
        <w:br/>
        <w:t>39.&lt;br /&gt;</w:t>
        <w:br/>
        <w:t>І з квітками вікно під рушником,&lt;br /&gt;</w:t>
        <w:br/>
        <w:t>і стіл, неначе у новій сорочці,&lt;br /&gt;</w:t>
        <w:br/>
        <w:t>і в нього з краю ринка з молоком,&lt;br /&gt;</w:t>
        <w:br/>
        <w:t>і кухлик, певно куплений в цім році,&lt;br /&gt;</w:t>
        <w:br/>
        <w:t>і добре вичищений ніж піском&lt;br /&gt;</w:t>
        <w:br/>
        <w:t>в мілкій ріці на кам'янистім боці,&lt;br /&gt;</w:t>
        <w:br/>
        <w:t>і паляниця без цілушки вже&lt;br /&gt;</w:t>
        <w:br/>
        <w:t>на рушнику з питльованим коржем ...&lt;br /&gt;</w:t>
        <w:br/>
        <w:t>40.&lt;br /&gt;</w:t>
        <w:br/>
        <w:t>І груба сторчова через господу&lt;br /&gt;</w:t>
        <w:br/>
        <w:t>підряд з постелею на тапчані,&lt;br /&gt;</w:t>
        <w:br/>
        <w:t>і цокання про сонце і негоду&lt;br /&gt;</w:t>
        <w:br/>
        <w:t>годинника нічній дичавині,&lt;br /&gt;</w:t>
        <w:br/>
        <w:t>і тягарець, похожий на колоду,&lt;br /&gt;</w:t>
        <w:br/>
        <w:t>і ланцюжок і мухи в нім нудні, —&lt;br /&gt;</w:t>
        <w:br/>
        <w:t>все, все трималося на самотині,&lt;br /&gt;</w:t>
        <w:br/>
        <w:t>щоб не відлинув сон від господині.</w:t>
      </w:r>
    </w:p>
    <w:p>
      <w:r>
        <w:br/>
        <w:t>41.&lt;br /&gt;</w:t>
        <w:br/>
        <w:t>І Чичка молодий відчув ясну,&lt;br /&gt;</w:t>
        <w:br/>
        <w:t>і надзвичайну, й непорушну тишу,&lt;br /&gt;</w:t>
        <w:br/>
        <w:t>і дивну святість неньчиного сну,&lt;br /&gt;</w:t>
        <w:br/>
        <w:t>що ним і зорі там себе колишуть,&lt;br /&gt;</w:t>
        <w:br/>
        <w:t>де океанську хвилю голосну&lt;br /&gt;</w:t>
        <w:br/>
        <w:t>ніякі бриґи піною не пишуть&lt;br /&gt;</w:t>
        <w:br/>
        <w:t>і жадний звук з-під людської ходи&lt;br /&gt;</w:t>
        <w:br/>
        <w:t>ще лунами не доліта туди.</w:t>
      </w:r>
    </w:p>
    <w:p>
      <w:r>
        <w:br/>
        <w:t>42.&lt;br /&gt;</w:t>
        <w:br/>
        <w:t>І, не торкнувши тихої вечері,&lt;br /&gt;</w:t>
        <w:br/>
        <w:t>Свирид подушку взяв поцілував&lt;br /&gt;</w:t>
        <w:br/>
        <w:t>у вузирі холодні й повнопері,&lt;br /&gt;</w:t>
        <w:br/>
        <w:t>що може материн торкав рукав;&lt;br /&gt;</w:t>
        <w:br/>
        <w:t>і за хвилину, не замкнувши й двері,&lt;br /&gt;</w:t>
        <w:br/>
        <w:t>під свитою неповорушно спав,&lt;br /&gt;</w:t>
        <w:br/>
        <w:t>і у лице безвусе юнакове&lt;br /&gt;</w:t>
        <w:br/>
        <w:t>дивилося з вікна щось загадкове.</w:t>
      </w:r>
    </w:p>
    <w:p>
      <w:r>
        <w:br/>
        <w:t>43.&lt;br /&gt;</w:t>
        <w:br/>
        <w:t>І з мисником, від посуду важким,&lt;br /&gt;</w:t>
        <w:br/>
        <w:t>та ще з вікном, де блискотіла зірка,&lt;br /&gt;</w:t>
        <w:br/>
        <w:t>стіна підсунулася, ніби дим,&lt;br /&gt;</w:t>
        <w:br/>
        <w:t>від груби до сінешного одвірка, —&lt;br /&gt;</w:t>
        <w:br/>
        <w:t>і перед ліжком день і ніч твердим&lt;br /&gt;</w:t>
        <w:br/>
        <w:t>на двір повстала добрим дверям дірка:&lt;br /&gt;</w:t>
        <w:br/>
        <w:t>крізь неї став тремтів від ісарасів,&lt;br /&gt;</w:t>
        <w:br/>
        <w:t>і хлопець на постелі звівся й сів...</w:t>
      </w:r>
    </w:p>
    <w:p>
      <w:r>
        <w:br/>
        <w:t>44.&lt;br /&gt;</w:t>
        <w:br/>
        <w:t>І вглядів: на Руді з-за осокорів&lt;br /&gt;</w:t>
        <w:br/>
        <w:t>перед печерою, немов курінь,&lt;br /&gt;</w:t>
        <w:br/>
        <w:t>палало вогнище під самі зорі&lt;br /&gt;</w:t>
        <w:br/>
        <w:t>і від куща у став хилило тінь;&lt;br /&gt;</w:t>
        <w:br/>
        <w:t>а з-між дерев, від довгих косогорів&lt;br /&gt;</w:t>
        <w:br/>
        <w:t>лягали відсвіти на дно, в глибінь&lt;br /&gt;</w:t>
        <w:br/>
        <w:t>тієї споконвічної безодні,&lt;br /&gt;</w:t>
        <w:br/>
        <w:t>що тільки хмари міряють холодні.</w:t>
      </w:r>
    </w:p>
    <w:p>
      <w:r>
        <w:br/>
        <w:t>45.&lt;br /&gt;</w:t>
        <w:br/>
        <w:t>А карасі, в'юни і бубирі,&lt;br /&gt;</w:t>
        <w:br/>
        <w:t>і коропи, линки і чорні раки&lt;br /&gt;</w:t>
        <w:br/>
        <w:t>покинули і дно у куширі,&lt;br /&gt;</w:t>
        <w:br/>
        <w:t>і стирчаки в вершині, і воряки,&lt;br /&gt;</w:t>
        <w:br/>
        <w:t>аби в воді минути пожарі&lt;br /&gt;</w:t>
        <w:br/>
        <w:t>ще червоніші, як на полі маки,&lt;br /&gt;</w:t>
        <w:br/>
        <w:t>але, наткнувшися на береги,&lt;br /&gt;</w:t>
        <w:br/>
        <w:t>хвостами збили піну навкруги.</w:t>
      </w:r>
    </w:p>
    <w:p>
      <w:r>
        <w:br/>
        <w:t>46.&lt;br /&gt;</w:t>
        <w:br/>
        <w:t>І виринуло ще щось серед ставу,&lt;br /&gt;</w:t>
        <w:br/>
        <w:t>і швидко теж пливло до берегів,&lt;br /&gt;</w:t>
        <w:br/>
        <w:t>де від палання піну золотаву&lt;br /&gt;</w:t>
        <w:br/>
        <w:t>хитала риба перами хвостів.&lt;br /&gt;</w:t>
        <w:br/>
        <w:t>Прибилося, взялося за отаву,&lt;br /&gt;</w:t>
        <w:br/>
        <w:t>не скошену торік із-під кущів.&lt;br /&gt;</w:t>
        <w:br/>
        <w:t>І упізнав Свирид свою знайому&lt;br /&gt;</w:t>
        <w:br/>
        <w:t>з-під даху аґрономового дому.</w:t>
      </w:r>
    </w:p>
    <w:p>
      <w:r>
        <w:br/>
        <w:t>47.&lt;br /&gt;</w:t>
        <w:br/>
        <w:t>І підійшла вона до вогнища&lt;br /&gt;</w:t>
        <w:br/>
        <w:t>сушитися, а може й на пораду,&lt;br /&gt;</w:t>
        <w:br/>
        <w:t>вся в чорних раках, ніби у хрущах&lt;br /&gt;</w:t>
        <w:br/>
        <w:t>з підводного, незрубаного саду.&lt;br /&gt;</w:t>
        <w:br/>
        <w:t>І так, неначе літом із куща&lt;br /&gt;</w:t>
        <w:br/>
        <w:t>вигонить сонце вогкість на росаду,&lt;br /&gt;</w:t>
        <w:br/>
        <w:t>ясне палання й лускіт хворосту&lt;br /&gt;</w:t>
        <w:br/>
        <w:t>на Вусті пару підняли густу...&lt;br /&gt;</w:t>
        <w:br/>
        <w:t>48.&lt;br /&gt;</w:t>
        <w:br/>
        <w:t>що, дим минаючи, ішла в печеру,&lt;br /&gt;</w:t>
        <w:br/>
        <w:t>а Вустя розтавала над вогнем.&lt;br /&gt;</w:t>
        <w:br/>
        <w:t>Нарешті, ставши аркушем паперу,&lt;br /&gt;</w:t>
        <w:br/>
        <w:t>пропала з вогкістю у тьмущу-тем.&lt;br /&gt;</w:t>
        <w:br/>
        <w:t>І все завмерло, хоч і без умеру&lt;br /&gt;</w:t>
        <w:br/>
        <w:t>придавлене притаєним рублем:&lt;br /&gt;</w:t>
        <w:br/>
        <w:t>і хутір в сутінках відпочивання,&lt;br /&gt;</w:t>
        <w:br/>
        <w:t>і звуки ночі, схожі на зідхання.</w:t>
      </w:r>
    </w:p>
    <w:p>
      <w:r>
        <w:br/>
        <w:t>49.&lt;br /&gt;</w:t>
        <w:br/>
        <w:t>Не швидше перевозять черепком&lt;br /&gt;</w:t>
        <w:br/>
        <w:t>маленькі діти "бабу" через воду,&lt;br /&gt;</w:t>
        <w:br/>
        <w:t>як перебіг Свирид ставок пішком,&lt;br /&gt;</w:t>
        <w:br/>
        <w:t>ні човна не жадаючи, ні броду.&lt;br /&gt;</w:t>
        <w:br/>
        <w:t>І, вскочивши в печеру, мов на лом&lt;br /&gt;</w:t>
        <w:br/>
        <w:t>наткнувся враз на тишу-прохолоду&lt;br /&gt;</w:t>
        <w:br/>
        <w:t>і на якийсь далекий дуже блиск,&lt;br /&gt;</w:t>
        <w:br/>
        <w:t>куди він ввесь і спрямував свій риск.</w:t>
      </w:r>
    </w:p>
    <w:p>
      <w:r>
        <w:br/>
        <w:t>50.&lt;br /&gt;</w:t>
        <w:br/>
        <w:t>І очерет, і трави білохвості&lt;br /&gt;</w:t>
        <w:br/>
        <w:t>у підземеллі на боках росли,&lt;br /&gt;</w:t>
        <w:br/>
        <w:t>й на стежці тліли жовті кості,&lt;br /&gt;</w:t>
        <w:br/>
        <w:t>що звідусіль собаки нанесли;&lt;br /&gt;</w:t>
        <w:br/>
        <w:t>і жаби у болотяній корості&lt;br /&gt;</w:t>
        <w:br/>
        <w:t>там скручувалися в гидкі вузли,&lt;br /&gt;</w:t>
        <w:br/>
        <w:t>і роси капали із стелі чорні,&lt;br /&gt;</w:t>
        <w:br/>
        <w:t>полохаючи сутінки потворні.</w:t>
      </w:r>
    </w:p>
    <w:p>
      <w:r>
        <w:br/>
        <w:t>51.&lt;br /&gt;</w:t>
        <w:br/>
        <w:t>В кінці печери дротом за копит&lt;br /&gt;</w:t>
        <w:br/>
        <w:t>від стелі висіла нога коняча,&lt;br /&gt;</w:t>
        <w:br/>
        <w:t>а в нім, що був як помокрілий щит,&lt;br /&gt;</w:t>
        <w:br/>
        <w:t>палала свічка лойова гаряча;&lt;br /&gt;</w:t>
        <w:br/>
        <w:t>під ними скриня, повна білих свит,&lt;br /&gt;</w:t>
        <w:br/>
        <w:t>обковами залізними добряча,&lt;br /&gt;</w:t>
        <w:br/>
        <w:t>на скелю ту поставлена була,&lt;br /&gt;</w:t>
        <w:br/>
        <w:t>що мала блиск такий, як і смола.&lt;br /&gt;</w:t>
        <w:br/>
        <w:t>52.&lt;br /&gt;</w:t>
        <w:br/>
        <w:t>І хлопець заклопотано помислив:&lt;br /&gt;</w:t>
        <w:br/>
        <w:t>Коли геть-геть під вербами в ставок&lt;br /&gt;</w:t>
        <w:br/>
        <w:t>і вогкість і хмарини сірі звисли,&lt;br /&gt;</w:t>
        <w:br/>
        <w:t>і хвилі хилитають блиск зірок,&lt;br /&gt;</w:t>
        <w:br/>
        <w:t>а Вустя мокра, хоч візьми та свисни&lt;br /&gt;</w:t>
        <w:br/>
        <w:t>від розпачу в осиковий кілок,&lt;br /&gt;</w:t>
        <w:br/>
        <w:t>то і нехай ця свита в неї груди&lt;br /&gt;</w:t>
        <w:br/>
        <w:t>ховає з серцем разом від простуди.</w:t>
      </w:r>
    </w:p>
    <w:p>
      <w:r>
        <w:br/>
        <w:t>53.&lt;br /&gt;</w:t>
        <w:br/>
        <w:t>І нахилився швидко він до свит,&lt;br /&gt;</w:t>
        <w:br/>
        <w:t>аж луснуло у молоденькій спині...&lt;br /&gt;</w:t>
        <w:br/>
        <w:t>І постать підвелася під копит&lt;br /&gt;</w:t>
        <w:br/>
        <w:t>із-за відчиненого віка скрині,&lt;br /&gt;</w:t>
        <w:br/>
        <w:t>і так, неначе раптом закипить&lt;br /&gt;</w:t>
        <w:br/>
        <w:t>з прокльонами гукання в булькотинні,&lt;br /&gt;</w:t>
        <w:br/>
        <w:t>вона ревнула реготом: "Ага!"&lt;br /&gt;</w:t>
        <w:br/>
        <w:t>І хлопця збила з ніг страшна вага.</w:t>
      </w:r>
    </w:p>
    <w:p>
      <w:r>
        <w:br/>
        <w:t>54.&lt;br /&gt;</w:t>
        <w:br/>
        <w:t>І стало все в хатині знов на місці:&lt;br /&gt;</w:t>
        <w:br/>
        <w:t>вікно і стіл, і скатерка нова,&lt;br /&gt;</w:t>
        <w:br/>
        <w:t>і гуки не гули вже, ані вісті&lt;br /&gt;</w:t>
        <w:br/>
        <w:t>про казкою овіяні дива,&lt;br /&gt;</w:t>
        <w:br/>
        <w:t>лише в Свирида, а не в сонця в діжці,&lt;br /&gt;</w:t>
        <w:br/>
        <w:t>палала від гарячки голова,&lt;br /&gt;</w:t>
        <w:br/>
        <w:t>бо з ліжка він дивився так очима,&lt;br /&gt;</w:t>
        <w:br/>
        <w:t>немов колись Шевченкова Причинна.</w:t>
      </w:r>
    </w:p>
    <w:p>
      <w:r>
        <w:br/>
        <w:t>55.&lt;br /&gt;</w:t>
        <w:br/>
        <w:t>А по вершині ранок, стирчаки&lt;br /&gt;</w:t>
        <w:br/>
        <w:t>і верби у воді між очеретом,&lt;br /&gt;</w:t>
        <w:br/>
        <w:t>тугіші, ніж рожеві щільники&lt;br /&gt;</w:t>
        <w:br/>
        <w:t>натоптані густопотоким медом —&lt;br /&gt;</w:t>
        <w:br/>
        <w:t>всі сонцю до тепленької щоки&lt;br /&gt;</w:t>
        <w:br/>
        <w:t>хилилися проясненим передом,&lt;br /&gt;</w:t>
        <w:br/>
        <w:t>а їм за це в кожнісінькім пружку&lt;br /&gt;</w:t>
        <w:br/>
        <w:t>зринали ніжні котики в пушку.&lt;br /&gt;</w:t>
        <w:br/>
        <w:t>56.&lt;br /&gt;</w:t>
        <w:br/>
        <w:t>А на криниці кукурікав півень,&lt;br /&gt;</w:t>
        <w:br/>
        <w:t>забувши навіть смітників журбу,&lt;br /&gt;</w:t>
        <w:br/>
        <w:t>про те, що полетить не до царівен,&lt;br /&gt;</w:t>
        <w:br/>
        <w:t>а на стару струхлявілу вербу,&lt;br /&gt;</w:t>
        <w:br/>
        <w:t>і стане радісно там сонцю врівень,&lt;br /&gt;</w:t>
        <w:br/>
        <w:t>і промине хмариночок плавбу&lt;br /&gt;</w:t>
        <w:br/>
        <w:t>по золотім та по блакитнім світі&lt;br /&gt;</w:t>
        <w:br/>
        <w:t>і без курей і червяків на смітті.</w:t>
      </w:r>
    </w:p>
    <w:p>
      <w:r>
        <w:br/>
        <w:t>57.&lt;br /&gt;</w:t>
        <w:br/>
        <w:t>А тумани аж сині порану&lt;br /&gt;</w:t>
        <w:br/>
        <w:t>без руху гнулися з води до хати,&lt;br /&gt;</w:t>
        <w:br/>
        <w:t>де вконтентовувала дробину&lt;br /&gt;</w:t>
        <w:br/>
        <w:t>Свиридова сивоволоса мати;&lt;br /&gt;</w:t>
        <w:br/>
        <w:t>і горобці скакали по тину,&lt;br /&gt;</w:t>
        <w:br/>
        <w:t>але остерігалися злітати&lt;br /&gt;</w:t>
        <w:br/>
        <w:t>в гущавину дзьобатих ненажер&lt;br /&gt;</w:t>
        <w:br/>
        <w:t>де навіть півнів крик могутній мер.</w:t>
      </w:r>
    </w:p>
    <w:p>
      <w:r>
        <w:br/>
        <w:t>58.&lt;br /&gt;</w:t>
        <w:br/>
        <w:t>Лише в хатині тишу крили рядна,&lt;br /&gt;</w:t>
        <w:br/>
        <w:t>і сон клонився в сон на деркачі,&lt;br /&gt;</w:t>
        <w:br/>
        <w:t>і свіжий діл, мов панночка ошатна,&lt;br /&gt;</w:t>
        <w:br/>
        <w:t>тхнув мазанням, сказали б паничі;&lt;br /&gt;</w:t>
        <w:br/>
        <w:t>і не одна із глечика принадна&lt;br /&gt;</w:t>
        <w:br/>
        <w:t>жовтіла шкурка в топленій печі,&lt;br /&gt;</w:t>
        <w:br/>
        <w:t>і крізь горшки та за високим глеком&lt;br /&gt;</w:t>
        <w:br/>
        <w:t>з солодким печивом виднілось деко.</w:t>
      </w:r>
    </w:p>
    <w:p>
      <w:r>
        <w:br/>
        <w:t>59.&lt;br /&gt;</w:t>
        <w:br/>
        <w:t>І бараболя смажена, жива&lt;br /&gt;</w:t>
        <w:br/>
        <w:t>на припічку була в накритій мисці,&lt;br /&gt;</w:t>
        <w:br/>
        <w:t>щоб снідати вставала голова&lt;br /&gt;</w:t>
        <w:br/>
        <w:t>сивіша від роси під ранок в листі,&lt;br /&gt;</w:t>
        <w:br/>
        <w:t>де може думка, ніби кропива,&lt;br /&gt;</w:t>
        <w:br/>
        <w:t>жалом держиться в мозку без користи,&lt;br /&gt;</w:t>
        <w:br/>
        <w:t>так само, як і, в тин ввігнавши вісь,&lt;br /&gt;</w:t>
        <w:br/>
        <w:t>без руху жадного стоїть ввесь віз.&lt;br /&gt;</w:t>
        <w:br/>
        <w:t>60.&lt;br /&gt;</w:t>
        <w:br/>
        <w:t>Не плач, не плач оганьблений юначе,&lt;br /&gt;</w:t>
        <w:br/>
        <w:t>і вічну кривду, як земля й вода,&lt;br /&gt;</w:t>
        <w:br/>
        <w:t>збирай у серце, у карнавку наче,&lt;br /&gt;</w:t>
        <w:br/>
        <w:t>і бережи до страшного Суда,&lt;br /&gt;</w:t>
        <w:br/>
        <w:t>і там її чи так, чи ні, одначе&lt;br /&gt;</w:t>
        <w:br/>
        <w:t>помітить той, хто людям душу дав&lt;br /&gt;</w:t>
        <w:br/>
        <w:t>і раз останній і найперший може&lt;br /&gt;</w:t>
        <w:br/>
        <w:t>тобі на небі в горі допоможе.</w:t>
      </w:r>
    </w:p>
    <w:p>
      <w:r>
        <w:br/>
        <w:t>61.&lt;br /&gt;</w:t>
        <w:br/>
        <w:t>Щодня у серце били і моє&lt;br /&gt;</w:t>
        <w:br/>
        <w:t>тверді монети людської уваги,&lt;br /&gt;</w:t>
        <w:br/>
        <w:t>аби дізнатися чи вартість є&lt;br /&gt;</w:t>
        <w:br/>
        <w:t>у йому для совєтського добряги,&lt;br /&gt;</w:t>
        <w:br/>
        <w:t>який скотину в бойні продає,&lt;br /&gt;</w:t>
        <w:br/>
        <w:t>а людську кров на хміль та шум до браги&lt;br /&gt;</w:t>
        <w:br/>
        <w:t>для тих, що топчуть пишні килими&lt;br /&gt;</w:t>
        <w:br/>
        <w:t>в "оперативних" закутках тюрми.</w:t>
      </w:r>
    </w:p>
    <w:p>
      <w:r>
        <w:br/>
        <w:t>62.&lt;br /&gt;</w:t>
        <w:br/>
        <w:t>Та я, закутавшися у кирею,&lt;br /&gt;</w:t>
        <w:br/>
        <w:t>неначе Бог, мету у серці ніс,&lt;br /&gt;</w:t>
        <w:br/>
        <w:t>що, підхопивши небо над землею,&lt;br /&gt;</w:t>
        <w:br/>
        <w:t>поглянув зорями в долини сліз,&lt;br /&gt;</w:t>
        <w:br/>
        <w:t>вважаючи, що з-під коліс грязею&lt;br /&gt;</w:t>
        <w:br/>
        <w:t>ніде ніякий не добризне віз&lt;br /&gt;</w:t>
        <w:br/>
        <w:t>і не затьмарить дивного склепіння,&lt;br /&gt;</w:t>
        <w:br/>
        <w:t>що виросло із вічного терпіння.</w:t>
      </w:r>
    </w:p>
    <w:p>
      <w:r>
        <w:br/>
        <w:t>63.&lt;br /&gt;</w:t>
        <w:br/>
        <w:t>Але не спас мене цей шлях важкий&lt;br /&gt;</w:t>
        <w:br/>
        <w:t>і в образі високої подоби, —&lt;br /&gt;</w:t>
        <w:br/>
        <w:t>і в серці ятрилися виразки&lt;br /&gt;</w:t>
        <w:br/>
        <w:t>від безнастанної глухої проби,&lt;br /&gt;</w:t>
        <w:br/>
        <w:t>і виступали із-під них струмки&lt;br /&gt;</w:t>
        <w:br/>
        <w:t>моєї сили на хустки жалоби,&lt;br /&gt;</w:t>
        <w:br/>
        <w:t>бо все життя моє лише для ґрат&lt;br /&gt;</w:t>
        <w:br/>
        <w:t>оцінував страшний державний кат!</w:t>
      </w:r>
    </w:p>
    <w:p>
      <w:r>
        <w:br/>
        <w:t>І я уже людиною із маси&lt;br /&gt;</w:t>
        <w:br/>
        <w:t>кричу до матері старовини,&lt;br /&gt;</w:t>
        <w:br/>
        <w:t>що розгубив не тільки всі образи,&lt;br /&gt;</w:t>
        <w:br/>
        <w:t>а й ті місця, де виникли вони,&lt;br /&gt;</w:t>
        <w:br/>
        <w:t>і вже зідханням однієї фрази&lt;br /&gt;</w:t>
        <w:br/>
        <w:t>не кину їх над крилами луни,&lt;br /&gt;</w:t>
        <w:br/>
        <w:t>де справедливість днює і ночує,&lt;br /&gt;</w:t>
        <w:br/>
        <w:t>а правди знизу й досі ще не чує.&lt;br /&gt;</w:t>
        <w:br/>
        <w:t>ПРОЯСЕНЬ&lt;br /&gt;</w:t>
        <w:br/>
        <w:t>І Бог людині дав стежки все прості,&lt;br /&gt;</w:t>
        <w:br/>
        <w:t>а правді тій, що з неба, все горбаті й гострі.</w:t>
      </w:r>
    </w:p>
    <w:p>
      <w:r>
        <w:br/>
        <w:t>ПОМИЛКА</w:t>
      </w:r>
    </w:p>
    <w:p>
      <w:r>
        <w:br/>
        <w:t>65.&lt;br /&gt;</w:t>
        <w:br/>
        <w:t>Ще не торкала сонця на лету&lt;br /&gt;</w:t>
        <w:br/>
        <w:t>на обрії вербова в полі гілка,&lt;br /&gt;</w:t>
        <w:br/>
        <w:t>а вже його промінність золоту&lt;br /&gt;</w:t>
        <w:br/>
        <w:t>вікно ловило шибкою з причілка,&lt;br /&gt;</w:t>
        <w:br/>
        <w:t>на скрині осяваючи товсту&lt;br /&gt;</w:t>
        <w:br/>
        <w:t>велику книгу у крижмових пілках,&lt;br /&gt;</w:t>
        <w:br/>
        <w:t>яку читав із шепотінням слів&lt;br /&gt;</w:t>
        <w:br/>
        <w:t>Свиридів батько про чуму в ослів.</w:t>
      </w:r>
    </w:p>
    <w:p>
      <w:r>
        <w:br/>
        <w:t>66.&lt;br /&gt;</w:t>
        <w:br/>
        <w:t>І в білих вусах, ніби мичка проста,&lt;br /&gt;</w:t>
        <w:br/>
        <w:t>і в сірому віччю з-під довгих брів&lt;br /&gt;</w:t>
        <w:br/>
        <w:t>зміїлася тонка усмішка, гостра&lt;br /&gt;</w:t>
        <w:br/>
        <w:t>і падала в борідку до крайків;&lt;br /&gt;</w:t>
        <w:br/>
        <w:t>та кожного за серце взяв би острах,&lt;br /&gt;</w:t>
        <w:br/>
        <w:t>якби її хоч трошки зрозумів:&lt;br /&gt;</w:t>
        <w:br/>
        <w:t>така була у сумі безнадійна,&lt;br /&gt;</w:t>
        <w:br/>
        <w:t>неначе зморшка в камені постійна..</w:t>
      </w:r>
    </w:p>
    <w:p>
      <w:r>
        <w:br/>
        <w:t>67.&lt;br /&gt;</w:t>
        <w:br/>
        <w:t>І лава, де сидів самотньо він,&lt;br /&gt;</w:t>
        <w:br/>
        <w:t>свіжіша, ніж у квітні завірюха;&lt;br /&gt;</w:t>
        <w:br/>
        <w:t>і носові знайомий нафталін&lt;br /&gt;</w:t>
        <w:br/>
        <w:t>із скрині й витягненого кожуха,&lt;br /&gt;</w:t>
        <w:br/>
        <w:t>що від нічних весінніх перемін&lt;br /&gt;</w:t>
        <w:br/>
        <w:t>господареві був до дня за друга,&lt;br /&gt;</w:t>
        <w:br/>
        <w:t>і зараз складений у добрий лад&lt;br /&gt;</w:t>
        <w:br/>
        <w:t>покластися у скриню ждав назад.&lt;br /&gt;</w:t>
        <w:br/>
        <w:t>68.&lt;br /&gt;</w:t>
        <w:br/>
        <w:t>І скатерка на скрині вже святкова,&lt;br /&gt;</w:t>
        <w:br/>
        <w:t>і паска у корзині, і плічко,&lt;br /&gt;</w:t>
        <w:br/>
        <w:t>і бабка із озюмами чудова&lt;br /&gt;</w:t>
        <w:br/>
        <w:t>присипана купованим мачком,&lt;br /&gt;</w:t>
        <w:br/>
        <w:t>і десь заховані соснові дрова,&lt;br /&gt;</w:t>
        <w:br/>
        <w:t>що пахли шкільним хором і смичком;&lt;br /&gt;</w:t>
        <w:br/>
        <w:t>ваніль, кориця і святиня тиші,&lt;br /&gt;</w:t>
        <w:br/>
        <w:t>і всемогутні пахощі ще інші;</w:t>
      </w:r>
    </w:p>
    <w:p>
      <w:r>
        <w:br/>
        <w:t>69.&lt;br /&gt;</w:t>
        <w:br/>
        <w:t>І на високім покуті, в кутку,&lt;br /&gt;</w:t>
        <w:br/>
        <w:t>над розташовою щедрот на скрині&lt;br /&gt;</w:t>
        <w:br/>
        <w:t>Спаситель у страшнім своїм вінку&lt;br /&gt;</w:t>
        <w:br/>
        <w:t>похилений предвічній самотині;&lt;br /&gt;</w:t>
        <w:br/>
        <w:t>і перед ним лямпадка на шнурку&lt;br /&gt;</w:t>
        <w:br/>
        <w:t>незагасима у склянині синій:&lt;br /&gt;</w:t>
        <w:br/>
        <w:t>від неї блиски в склі тремтіли два,&lt;br /&gt;</w:t>
        <w:br/>
        <w:t>неначе двоє серць для божества;</w:t>
      </w:r>
    </w:p>
    <w:p>
      <w:r>
        <w:br/>
        <w:t>70.&lt;br /&gt;</w:t>
        <w:br/>
        <w:t>чебрець, безсмертник і пташині дзвони,&lt;br /&gt;</w:t>
        <w:br/>
        <w:t>васильки і ромашки, і вуздик&lt;br /&gt;</w:t>
        <w:br/>
        <w:t>повтикані підряд навкруг ікони&lt;br /&gt;</w:t>
        <w:br/>
        <w:t>у шитий та в гаптований рушник;&lt;br /&gt;</w:t>
        <w:br/>
        <w:t>і глиною замазані поклони&lt;br /&gt;</w:t>
        <w:br/>
        <w:t>колишнім віхтем, що вже з двору зник,&lt;br /&gt;</w:t>
        <w:br/>
        <w:t>всі коми ці законів наших вусних&lt;br /&gt;</w:t>
        <w:br/>
        <w:t>Степанові освітлювали усміх ...</w:t>
      </w:r>
    </w:p>
    <w:p>
      <w:r>
        <w:br/>
        <w:t>71.&lt;br /&gt;</w:t>
        <w:br/>
        <w:t>І ніби ждали дзвона із села,&lt;br /&gt;</w:t>
        <w:br/>
        <w:t>що сповіщає про страсті Господні,&lt;br /&gt;</w:t>
        <w:br/>
        <w:t>яким би домальована була&lt;br /&gt;</w:t>
        <w:br/>
        <w:t>картина, повна тугою сьогодні,&lt;br /&gt;</w:t>
        <w:br/>
        <w:t>але з якої сповнені тепла&lt;br /&gt;</w:t>
        <w:br/>
        <w:t>повстали б дивні свята великодні,&lt;br /&gt;</w:t>
        <w:br/>
        <w:t>і в хаті цій під цокання хвилин&lt;br /&gt;</w:t>
        <w:br/>
        <w:t>до батька пригорнувся б щирий син.&lt;br /&gt;</w:t>
        <w:br/>
        <w:t>72.&lt;br /&gt;</w:t>
        <w:br/>
        <w:t>І вніс рядно Свирид, подушку й свиту&lt;br /&gt;</w:t>
        <w:br/>
        <w:t>і склав під жердкою на табурет...&lt;br /&gt;</w:t>
        <w:br/>
        <w:t>Аж книгу відіпхнув старий розкриту&lt;br /&gt;</w:t>
        <w:br/>
        <w:t>до бабки, що нагадувала мед,&lt;br /&gt;</w:t>
        <w:br/>
        <w:t>і так, неначе власну панахиду&lt;br /&gt;</w:t>
        <w:br/>
        <w:t>зібрався слухати на цей лиш мент,&lt;br /&gt;</w:t>
        <w:br/>
        <w:t>почав слова казати з глумом, з болем,&lt;br /&gt;</w:t>
        <w:br/>
        <w:t>який до згоди не веде ніколи:</w:t>
      </w:r>
    </w:p>
    <w:p>
      <w:r>
        <w:br/>
        <w:t>73.&lt;br /&gt;</w:t>
        <w:br/>
        <w:t>"Так що ж, мій сину, вже прийшла пора&lt;br /&gt;</w:t>
        <w:br/>
        <w:t>женитися, одрізати окраєць?&lt;br /&gt;</w:t>
        <w:br/>
        <w:t>шістнадцять років — це така гора,&lt;br /&gt;</w:t>
        <w:br/>
        <w:t>що і не всякий переплигне заєць.&lt;br /&gt;</w:t>
        <w:br/>
        <w:t>І мати наша вже хоч і стара,&lt;br /&gt;</w:t>
        <w:br/>
        <w:t>і пожовтіла з горя, мов китаєць,&lt;br /&gt;</w:t>
        <w:br/>
        <w:t>але ще швидко може й не умре,&lt;br /&gt;</w:t>
        <w:br/>
        <w:t>і вас обох обійде, обпере...</w:t>
      </w:r>
    </w:p>
    <w:p>
      <w:r>
        <w:br/>
        <w:t>74.&lt;br /&gt;</w:t>
        <w:br/>
        <w:t>І я, хоч і каліка у законі&lt;br /&gt;</w:t>
        <w:br/>
        <w:t>і людськім, і Господнім, так скажу,&lt;br /&gt;</w:t>
        <w:br/>
        <w:t>бо ліву руку викрутили коні,&lt;br /&gt;</w:t>
        <w:br/>
        <w:t>і я насилу нею ворушу,&lt;br /&gt;</w:t>
        <w:br/>
        <w:t>але годити синові і доні&lt;br /&gt;</w:t>
        <w:br/>
        <w:t>я матері завжди допоможу,&lt;br /&gt;</w:t>
        <w:br/>
        <w:t>а Дід-Кіт, чувши ваші крики й шуми,&lt;br /&gt;</w:t>
        <w:br/>
        <w:t>попроситься до вас у перші куми" ...</w:t>
      </w:r>
    </w:p>
    <w:p>
      <w:r>
        <w:br/>
        <w:t>75.&lt;br /&gt;</w:t>
        <w:br/>
        <w:t>І стало хлопцеві занадто це:&lt;br /&gt;</w:t>
        <w:br/>
        <w:t>він раптом, дико, обома руками&lt;br /&gt;</w:t>
        <w:br/>
        <w:t>сховав обмінене своє лице,&lt;br /&gt;</w:t>
        <w:br/>
        <w:t>і ввесь зайшовся хлипами-сльозами:&lt;br /&gt;</w:t>
        <w:br/>
        <w:t>"Та врятував же я ... бодай правцем ...&lt;br /&gt;</w:t>
        <w:br/>
        <w:t>Вона ж топилася під лотоками" ...&lt;br /&gt;</w:t>
        <w:br/>
        <w:t>І тріпотів від вибухів плачу&lt;br /&gt;</w:t>
        <w:br/>
        <w:t>і кривди, і ганьби, і розпачу.&lt;br /&gt;</w:t>
        <w:br/>
        <w:t>76.&lt;br /&gt;</w:t>
        <w:br/>
        <w:t>І батько задрижав... і встав з-за скрині,&lt;br /&gt;</w:t>
        <w:br/>
        <w:t>і швидко сина пригорнув собі:&lt;br /&gt;</w:t>
        <w:br/>
        <w:t>"Прости не сивині в моїй чуприні,&lt;br /&gt;</w:t>
        <w:br/>
        <w:t>а вибачай старій моїй журбі,&lt;br /&gt;</w:t>
        <w:br/>
        <w:t>що не шукав спочинку в домовині,&lt;br /&gt;</w:t>
        <w:br/>
        <w:t>ні скарбу найскарбішого з скарбів,&lt;br /&gt;</w:t>
        <w:br/>
        <w:t>твоїм життям обрісши, мов травою&lt;br /&gt;</w:t>
        <w:br/>
        <w:t>пень обгорілий літом над водою.</w:t>
      </w:r>
    </w:p>
    <w:p>
      <w:r>
        <w:br/>
        <w:t>77.&lt;br /&gt;</w:t>
        <w:br/>
        <w:t>Дня дощового народився ти&lt;br /&gt;</w:t>
        <w:br/>
        <w:t>на землю пишну і тисячоріку,&lt;br /&gt;</w:t>
        <w:br/>
        <w:t>а ввечорі гули очерети,&lt;br /&gt;</w:t>
        <w:br/>
        <w:t>що ненька вже твоя глуха довіку.&lt;br /&gt;</w:t>
        <w:br/>
        <w:t>А я з сіней дивився як брати&lt;br /&gt;</w:t>
        <w:br/>
        <w:t>на місяці каралися без ліку,&lt;br /&gt;</w:t>
        <w:br/>
        <w:t>і кров на землю не текла ніяк,&lt;br /&gt;</w:t>
        <w:br/>
        <w:t>хоч вила й вічно — в ребрах по держак.</w:t>
      </w:r>
    </w:p>
    <w:p>
      <w:r>
        <w:br/>
        <w:t>78.&lt;br /&gt;</w:t>
        <w:br/>
        <w:t>І в матері для недруга і друга&lt;br /&gt;</w:t>
        <w:br/>
        <w:t>мовчання стало в одповідь сумне,&lt;br /&gt;</w:t>
        <w:br/>
        <w:t>і пальцями показувала вуха,&lt;br /&gt;</w:t>
        <w:br/>
        <w:t>і "Бог", шептала, "покарав мене",&lt;br /&gt;</w:t>
        <w:br/>
        <w:t>і відвернувшися ішла напруга&lt;br /&gt;</w:t>
        <w:br/>
        <w:t>до праці чи до сина, що не сне;&lt;br /&gt;</w:t>
        <w:br/>
        <w:t>або ховалася у тінь за стіни,&lt;br /&gt;</w:t>
        <w:br/>
        <w:t>або виходила в порожні сіни.</w:t>
      </w:r>
    </w:p>
    <w:p>
      <w:r>
        <w:br/>
        <w:t>79.&lt;br /&gt;</w:t>
        <w:br/>
        <w:t>А, відозволившися від робіт,&lt;br /&gt;</w:t>
        <w:br/>
        <w:t>вона вклякала тихо до ікони,&lt;br /&gt;</w:t>
        <w:br/>
        <w:t>і зазирала в потойбічний світ,&lt;br /&gt;</w:t>
        <w:br/>
        <w:t>і діяла молитви і поклони;&lt;br /&gt;</w:t>
        <w:br/>
        <w:t>а я в скарбу топтав холодний слід&lt;br /&gt;</w:t>
        <w:br/>
        <w:t>то до волів, то наново до коней.&lt;br /&gt;</w:t>
        <w:br/>
        <w:t>А пашу зводячи з мажари в схил&lt;br /&gt;</w:t>
        <w:br/>
        <w:t>тремтів, щоб кров не бризнула із вил.&lt;br /&gt;</w:t>
        <w:br/>
        <w:t>80.&lt;br /&gt;</w:t>
        <w:br/>
        <w:t>А то колись ти забарився в школі,&lt;br /&gt;</w:t>
        <w:br/>
        <w:t>чекаючи весінніх нагород,&lt;br /&gt;</w:t>
        <w:br/>
        <w:t>а мати ждала, ждала і в тополі&lt;br /&gt;</w:t>
        <w:br/>
        <w:t>дивилася аж на Бровків город.&lt;br /&gt;</w:t>
        <w:br/>
        <w:t>Якраз і сонце спочивало в полі&lt;br /&gt;</w:t>
        <w:br/>
        <w:t>і в сльози їй світило із висот,&lt;br /&gt;</w:t>
        <w:br/>
        <w:t>але мені здавалося, неначе&lt;br /&gt;</w:t>
        <w:br/>
        <w:t>вона у самотині кров'ю плаче.</w:t>
      </w:r>
    </w:p>
    <w:p>
      <w:r>
        <w:br/>
        <w:t>81. І ліг не дома, а на сіннику,&lt;br /&gt;</w:t>
        <w:br/>
        <w:t>у тій воловні, що згоріла, спати,&lt;br /&gt;</w:t>
        <w:br/>
        <w:t>аж чую я про Вавилон-ріку&lt;br /&gt;</w:t>
        <w:br/>
        <w:t>хор великодній з церкви став співати,&lt;br /&gt;</w:t>
        <w:br/>
        <w:t>і віл волові в темнім деннику&lt;br /&gt;</w:t>
        <w:br/>
        <w:t>сказав, шепочучи, мов наша мати:&lt;br /&gt;</w:t>
        <w:br/>
        <w:t>"По-людськи не промовимо цей рік,&lt;br /&gt;</w:t>
        <w:br/>
        <w:t>бо слухає на сіні чоловік".</w:t>
      </w:r>
    </w:p>
    <w:p>
      <w:r>
        <w:br/>
        <w:t>82.&lt;br /&gt;</w:t>
        <w:br/>
        <w:t>І ревище зняли воли і вівці,&lt;br /&gt;</w:t>
        <w:br/>
        <w:t>і заіржали коні в конюшнях,&lt;br /&gt;</w:t>
        <w:br/>
        <w:t>а їм відповіли і в Сигнаївці,&lt;br /&gt;</w:t>
        <w:br/>
        <w:t>і в Ташлиці і скрізь по хуторах,&lt;br /&gt;</w:t>
        <w:br/>
        <w:t>неначе море закляті червінці&lt;br /&gt;</w:t>
        <w:br/>
        <w:t>заворушило скрізь на берегах.&lt;br /&gt;</w:t>
        <w:br/>
        <w:t>Нарешті в церкві і по селах стихло&lt;br /&gt;</w:t>
        <w:br/>
        <w:t>віднесене у безвість ночі вихром.</w:t>
      </w:r>
    </w:p>
    <w:p>
      <w:r>
        <w:br/>
        <w:t>83.&lt;br /&gt;</w:t>
        <w:br/>
        <w:t>І я відчув розпечену зорю&lt;br /&gt;</w:t>
        <w:br/>
        <w:t>посеред горла у горілій слині,&lt;br /&gt;</w:t>
        <w:br/>
        <w:t>і те, що з серця вже не відпорю&lt;br /&gt;</w:t>
        <w:br/>
        <w:t>своєї кревности смутній скотині,&lt;br /&gt;</w:t>
        <w:br/>
        <w:t>і що ніколи не заговорю&lt;br /&gt;</w:t>
        <w:br/>
        <w:t>по-рідному я з нею на спочині,&lt;br /&gt;</w:t>
        <w:br/>
        <w:t>але чого? не скаже і вві сні&lt;br /&gt;</w:t>
        <w:br/>
        <w:t>ніхто-ніхто тут на землі мені" ...&lt;br /&gt;</w:t>
        <w:br/>
        <w:t>Син&lt;br /&gt;</w:t>
        <w:br/>
        <w:t>84.&lt;br /&gt;</w:t>
        <w:br/>
        <w:t>Я, тату, теж таке щось почуваю,&lt;br /&gt;</w:t>
        <w:br/>
        <w:t>коли іду Рудою через ґлід,&lt;br /&gt;</w:t>
        <w:br/>
        <w:t>але оглянутися сил не маю&lt;br /&gt;</w:t>
        <w:br/>
        <w:t>очима ясно на великий світ.&lt;br /&gt;</w:t>
        <w:br/>
        <w:t>І знаю, що нічого серед гаю&lt;br /&gt;</w:t>
        <w:br/>
        <w:t>ні серед дальних польових робіт&lt;br /&gt;</w:t>
        <w:br/>
        <w:t>такого, що заріже, не побачу,&lt;br /&gt;</w:t>
        <w:br/>
        <w:t>але тремчу, аж мало не заплачу.</w:t>
      </w:r>
    </w:p>
    <w:p>
      <w:r>
        <w:br/>
        <w:t>85.&lt;br /&gt;</w:t>
        <w:br/>
        <w:t>І знаю, що якби без копачів&lt;br /&gt;</w:t>
        <w:br/>
        <w:t>я наскрізь прокопав Руду нагріту&lt;br /&gt;</w:t>
        <w:br/>
        <w:t>і зрізав гай, і верби уночі,&lt;br /&gt;</w:t>
        <w:br/>
        <w:t>і поколоти їх устиг до світу,&lt;br /&gt;</w:t>
        <w:br/>
        <w:t>то не знайшов би схованих ключів&lt;br /&gt;</w:t>
        <w:br/>
        <w:t>ні від гори, ні від її ґраніту,&lt;br /&gt;</w:t>
        <w:br/>
        <w:t>бо темна таємниця світова&lt;br /&gt;</w:t>
        <w:br/>
        <w:t>ключів від себе, мабуть, не хова.</w:t>
      </w:r>
    </w:p>
    <w:p>
      <w:r>
        <w:br/>
        <w:t>86.&lt;br /&gt;</w:t>
        <w:br/>
        <w:t>І все ж я матері про це ні слова&lt;br /&gt;</w:t>
        <w:br/>
        <w:t>не промовляю, бо вони глухі,&lt;br /&gt;</w:t>
        <w:br/>
        <w:t>але їм радісно рубаю дрова&lt;br /&gt;</w:t>
        <w:br/>
        <w:t>і верби дуже мокрі і сухі...&lt;br /&gt;</w:t>
        <w:br/>
        <w:t>І осоку жну в болотах коровам,&lt;br /&gt;</w:t>
        <w:br/>
        <w:t>і в діжці буряки січу тугі,&lt;br /&gt;</w:t>
        <w:br/>
        <w:t>і вранці гичку вергаю з городу,&lt;br /&gt;</w:t>
        <w:br/>
        <w:t>а потім з відрами біжу по воду.</w:t>
      </w:r>
    </w:p>
    <w:p>
      <w:r>
        <w:br/>
        <w:t>87.&lt;br /&gt;</w:t>
        <w:br/>
        <w:t>Але чи хто щасливий був такий,&lt;br /&gt;</w:t>
        <w:br/>
        <w:t>як я в хлівці старім, на трухлій дошці,&lt;br /&gt;</w:t>
        <w:br/>
        <w:t>коли в їх сльози у волосинки&lt;br /&gt;</w:t>
        <w:br/>
        <w:t>котилися на скронь по теплій зморшці,&lt;br /&gt;</w:t>
        <w:br/>
        <w:t>"Та не натоптуй повно в ряднинки",&lt;br /&gt;</w:t>
        <w:br/>
        <w:t>коли казали, "бо потрудиш кості,&lt;br /&gt;</w:t>
        <w:br/>
        <w:t>бо ще, гляди, підвередишся ти,&lt;br /&gt;</w:t>
        <w:br/>
        <w:t>не набирай багато ваготи" ...</w:t>
      </w:r>
    </w:p>
    <w:p>
      <w:r>
        <w:br/>
        <w:t>Батько&lt;br /&gt;</w:t>
        <w:br/>
        <w:t>88.&lt;br /&gt;</w:t>
        <w:br/>
        <w:t>А я кажу, дитино, може й вистиг&lt;br /&gt;</w:t>
        <w:br/>
        <w:t>твій розум знати, хто живе в Руді,&lt;br /&gt;</w:t>
        <w:br/>
        <w:t>якщо вже почуваєш в думах чистих&lt;br /&gt;</w:t>
        <w:br/>
        <w:t>безпомилково щось там при ході,&lt;br /&gt;</w:t>
        <w:br/>
        <w:t>але тобі про це не буду гризти&lt;br /&gt;</w:t>
        <w:br/>
        <w:t>тривожні почування молоді.&lt;br /&gt;</w:t>
        <w:br/>
        <w:t>Та ось дивися: я старий і сивий,&lt;br /&gt;</w:t>
        <w:br/>
        <w:t>а говорю, що справді ти щасливий...</w:t>
      </w:r>
    </w:p>
    <w:p>
      <w:r>
        <w:br/>
        <w:t>89.&lt;br /&gt;</w:t>
        <w:br/>
        <w:t>І потребую я тепер скарбів&lt;br /&gt;</w:t>
        <w:br/>
        <w:t>тебе і в університеті вчити,&lt;br /&gt;</w:t>
        <w:br/>
        <w:t>бо люди вийдуть не з багатіїв,&lt;br /&gt;</w:t>
        <w:br/>
        <w:t>а з нашої козацької вже свити...&lt;br /&gt;</w:t>
        <w:br/>
        <w:t>За Гострою Загатою є рів&lt;br /&gt;</w:t>
        <w:br/>
        <w:t>розсунутий дощами та розмитий:&lt;br /&gt;</w:t>
        <w:br/>
        <w:t>там, кажуть, гайдамака, Книш, на дні&lt;br /&gt;</w:t>
        <w:br/>
        <w:t>червінці закопав у казані.</w:t>
      </w:r>
    </w:p>
    <w:p>
      <w:r>
        <w:br/>
        <w:t>90.&lt;br /&gt;</w:t>
        <w:br/>
        <w:t>І взавтра вранці відведи корову&lt;br /&gt;</w:t>
        <w:br/>
        <w:t>до Пугача Андрія у загін,&lt;br /&gt;</w:t>
        <w:br/>
        <w:t>і Дідові-Котові стань на мову,&lt;br /&gt;</w:t>
        <w:br/>
        <w:t>аби свої штилі залізні він&lt;br /&gt;</w:t>
        <w:br/>
        <w:t>напоготовив та й ішов до рову,&lt;br /&gt;</w:t>
        <w:br/>
        <w:t>коли ударить Одіянський дзвін:&lt;br /&gt;</w:t>
        <w:br/>
        <w:t>його з святою бростю будем ждати&lt;br /&gt;</w:t>
        <w:br/>
        <w:t>у полі біля Гострої Загати.</w:t>
      </w:r>
    </w:p>
    <w:p>
      <w:r>
        <w:br/>
        <w:t>91.&lt;br /&gt;</w:t>
        <w:br/>
        <w:t>А зараз, сину, ти надвір піди&lt;br /&gt;</w:t>
        <w:br/>
        <w:t>і поторкай у лікоть неньку тиху:&lt;br /&gt;</w:t>
        <w:br/>
        <w:t>нехай сніданок подає сюди&lt;br /&gt;</w:t>
        <w:br/>
        <w:t>і ту горілку, що сховали в кригу" ...&lt;br /&gt;</w:t>
        <w:br/>
        <w:t>І хлопець вийшов з радої ходи,&lt;br /&gt;</w:t>
        <w:br/>
        <w:t>ну, а господар знов грубезну книгу&lt;br /&gt;</w:t>
        <w:br/>
        <w:t>потяг до себе і за скриню сів&lt;br /&gt;</w:t>
        <w:br/>
        <w:t>і затулив сторінку про ослів.</w:t>
      </w:r>
    </w:p>
    <w:p>
      <w:r>
        <w:br/>
        <w:t>ПРОЯСЕНЬ:&lt;br /&gt;</w:t>
        <w:br/>
        <w:t>І їздять жевжики&lt;br /&gt;</w:t>
        <w:br/>
        <w:t>а хазяйни волами.</w:t>
      </w:r>
    </w:p>
    <w:p>
      <w:r>
        <w:br/>
        <w:t>завжденно кіньми,</w:t>
      </w:r>
    </w:p>
    <w:p>
      <w:r>
        <w:br/>
        <w:t>ДИЯВОЛ</w:t>
      </w:r>
    </w:p>
    <w:p>
      <w:r>
        <w:br/>
        <w:t>92.&lt;br /&gt;</w:t>
        <w:br/>
        <w:t>Сидів за хатою на спризьбі Дід-Кіт&lt;br /&gt;</w:t>
        <w:br/>
        <w:t>і вузлик тяг зубами з постола,&lt;br /&gt;</w:t>
        <w:br/>
        <w:t>а долі на мішку, йому у підкіт&lt;br /&gt;</w:t>
        <w:br/>
        <w:t>лежала шевська шмульгана смола,&lt;br /&gt;</w:t>
        <w:br/>
        <w:t>і колодач придатний і на підкіп&lt;br /&gt;</w:t>
        <w:br/>
        <w:t>на Україні сонного села,&lt;br /&gt;</w:t>
        <w:br/>
        <w:t>і наконечники, і щипці куці,&lt;br /&gt;</w:t>
        <w:br/>
        <w:t>що в панській кузні ждали революцій.</w:t>
      </w:r>
    </w:p>
    <w:p>
      <w:r>
        <w:br/>
        <w:t>93.&lt;br /&gt;</w:t>
        <w:br/>
        <w:t>"Добридень", привітався Чиччин син:&lt;br /&gt;</w:t>
        <w:br/>
        <w:t>"Чи Вустя аґрономова не вмерла?"&lt;br /&gt;</w:t>
        <w:br/>
        <w:t>І кропива з сердечних глибочин&lt;br /&gt;</w:t>
        <w:br/>
        <w:t>йому обличчя зашаріле втерла.&lt;br /&gt;</w:t>
        <w:br/>
        <w:t>А він же мав тому із п'ять хвилин&lt;br /&gt;</w:t>
        <w:br/>
        <w:t>статечні батькові слова у нервах&lt;br /&gt;</w:t>
        <w:br/>
        <w:t>і, отже, висловився про той вплив,&lt;br /&gt;</w:t>
        <w:br/>
        <w:t>що в серце позавчора засвітив.</w:t>
      </w:r>
    </w:p>
    <w:p>
      <w:r>
        <w:br/>
        <w:t>Дід-Кіт&lt;br /&gt;</w:t>
        <w:br/>
        <w:t>94.&lt;br /&gt;</w:t>
        <w:br/>
        <w:t>"А з нею, кажеш ти, напарубочив&lt;br /&gt;</w:t>
        <w:br/>
        <w:t>і дурості, і горю на гаразд ...&lt;br /&gt;</w:t>
        <w:br/>
        <w:t>Я бачив із-за сніжаних обочин,&lt;br /&gt;</w:t>
        <w:br/>
        <w:t>як дівчина пручалася на ряст".&lt;br /&gt;</w:t>
        <w:br/>
        <w:t>Ніде ще так добро і лютий злочин&lt;br /&gt;</w:t>
        <w:br/>
        <w:t>не сходилися у такий контраст,&lt;br /&gt;</w:t>
        <w:br/>
        <w:t>як слово неуважне в односельця&lt;br /&gt;</w:t>
        <w:br/>
        <w:t>із правдою Свиридового серця.</w:t>
      </w:r>
    </w:p>
    <w:p>
      <w:r>
        <w:br/>
        <w:t>Свирид&lt;br /&gt;</w:t>
        <w:br/>
        <w:t>95.&lt;br /&gt;</w:t>
        <w:br/>
        <w:t>"Та я ж її з води на греблі спас,&lt;br /&gt;</w:t>
        <w:br/>
        <w:t>і ніс через пеньки по всяких звальках" ...&lt;br /&gt;</w:t>
        <w:br/>
        <w:t>І тишею дихнув байдужий час,&lt;br /&gt;</w:t>
        <w:br/>
        <w:t>і хлопець зблід, неначе з воску лялька.&lt;br /&gt;</w:t>
        <w:br/>
        <w:t>Дід-Кіт&lt;br /&gt;</w:t>
        <w:br/>
        <w:t>"Ото диявольський дороговказ&lt;br /&gt;</w:t>
        <w:br/>
        <w:t>її заводить швендяти по бальках:&lt;br /&gt;</w:t>
        <w:br/>
        <w:t>бо там, де круча, там, де глибочінь&lt;br /&gt;</w:t>
        <w:br/>
        <w:t>вона блукає навіть і вночі,&lt;br /&gt;</w:t>
        <w:br/>
        <w:t>96.&lt;br /&gt;</w:t>
        <w:br/>
        <w:t>А з Вустею стається щось непевне,&lt;br /&gt;</w:t>
        <w:br/>
        <w:t>скажу тобі, Свириде, не в ганьбу:&lt;br /&gt;</w:t>
        <w:br/>
        <w:t>Коли суботи вербної проз мене&lt;br /&gt;</w:t>
        <w:br/>
        <w:t>дівчата квапилися по вербу,&lt;br /&gt;</w:t>
        <w:br/>
        <w:t>я вирядив за просо вже зелене&lt;br /&gt;</w:t>
        <w:br/>
        <w:t>очима сонце під нічну габу,&lt;br /&gt;</w:t>
        <w:br/>
        <w:t>й несу старечу в калатушці втому&lt;br /&gt;</w:t>
        <w:br/>
        <w:t>помалу до 'ґрономового дому...&lt;br /&gt;</w:t>
        <w:br/>
        <w:t>97.&lt;br /&gt;</w:t>
        <w:br/>
        <w:t>Аж чую раптом над собою гук:&lt;br /&gt;</w:t>
        <w:br/>
        <w:t>"Погляньте, діду, я вже над гріхами!"&lt;br /&gt;</w:t>
        <w:br/>
        <w:t>Я з переляку із-під сосни гульк:&lt;br /&gt;</w:t>
        <w:br/>
        <w:t>стоїть вона на виводі ногами&lt;br /&gt;</w:t>
        <w:br/>
        <w:t>і віник мій з тонесесеньких рук&lt;br /&gt;</w:t>
        <w:br/>
        <w:t>пне до зірок, не вкритих порохами,&lt;br /&gt;</w:t>
        <w:br/>
        <w:t>й вигукує: "Я відьма й до відьом&lt;br /&gt;</w:t>
        <w:br/>
        <w:t>лечу на Лису Гору помелом!"&lt;br /&gt;</w:t>
        <w:br/>
        <w:t>98.&lt;br /&gt;</w:t>
        <w:br/>
        <w:t>І подерев'янів я ввесь від жаху&lt;br /&gt;</w:t>
        <w:br/>
        <w:t>і в жилах закували ковалі...&lt;br /&gt;</w:t>
        <w:br/>
        <w:t>І вже не знаю, як вона із даху&lt;br /&gt;</w:t>
        <w:br/>
        <w:t>зі мною стала поруч на землі,&lt;br /&gt;</w:t>
        <w:br/>
        <w:t>лише кажу, що на таку розвагу&lt;br /&gt;</w:t>
        <w:br/>
        <w:t>не важаться і хлопці взагалі...&lt;br /&gt;</w:t>
        <w:br/>
        <w:t>І Бога не шукай в душі козачки,&lt;br /&gt;</w:t>
        <w:br/>
        <w:t>бо там нечисті б'ються навкулачки".&lt;br /&gt;</w:t>
        <w:br/>
        <w:t>Свирид&lt;br /&gt;</w:t>
        <w:br/>
        <w:t>99.&lt;br /&gt;</w:t>
        <w:br/>
        <w:t>А в школі кажуть нам: "Чортів нема"...&lt;br /&gt;</w:t>
        <w:br/>
        <w:t>та: "Вірте мікроскоповому скельцю" ...&lt;br /&gt;</w:t>
        <w:br/>
        <w:t>Дід-Кіт&lt;br /&gt;</w:t>
        <w:br/>
        <w:t>"А я кажу, що школа ваша — тьма&lt;br /&gt;</w:t>
        <w:br/>
        <w:t>ніде ще не одуреному серцю...&lt;br /&gt;</w:t>
        <w:br/>
        <w:t>Бо скрізь лютує лютий сатана,&lt;br /&gt;</w:t>
        <w:br/>
        <w:t>шукаючи добра собі для герцю:&lt;br /&gt;</w:t>
        <w:br/>
        <w:t>серед пустот і за окропом рік,&lt;br /&gt;</w:t>
        <w:br/>
        <w:t>де землю в камінь денний час запік,&lt;br /&gt;</w:t>
        <w:br/>
        <w:t>100.&lt;br /&gt;</w:t>
        <w:br/>
        <w:t>і там, де разом вішальник з харцизом&lt;br /&gt;</w:t>
        <w:br/>
        <w:t>у гріб незапечатаний поліг,&lt;br /&gt;</w:t>
        <w:br/>
        <w:t>і там, де в ямах з попелом та хмизом&lt;br /&gt;</w:t>
        <w:br/>
        <w:t>від хльорок діти догризає гріх...&lt;br /&gt;</w:t>
        <w:br/>
        <w:t>І скрізь за селами горою й низом,&lt;br /&gt;</w:t>
        <w:br/>
        <w:t>де від коліс та від тваринних ніг&lt;br /&gt;</w:t>
        <w:br/>
        <w:t>лежать і без хрестів, і без дернини&lt;br /&gt;</w:t>
        <w:br/>
        <w:t>гроби на кладовищі серед глини...&lt;br /&gt;</w:t>
        <w:br/>
        <w:t>101.&lt;br /&gt;</w:t>
        <w:br/>
        <w:t>Але, коли вночі гуркоче грім,&lt;br /&gt;</w:t>
        <w:br/>
        <w:t>то хтось виходить на свої менини&lt;br /&gt;</w:t>
        <w:br/>
        <w:t>тягти сучок на цвинтарі старім&lt;br /&gt;</w:t>
        <w:br/>
        <w:t>із вішальникової домовини,&lt;br /&gt;</w:t>
        <w:br/>
        <w:t>і з паскою на рушниці однім&lt;br /&gt;</w:t>
        <w:br/>
        <w:t>його сім років святить без родини. . .&lt;br /&gt;</w:t>
        <w:br/>
        <w:t>А потім, вибивши в сучку тім дно,&lt;br /&gt;</w:t>
        <w:br/>
        <w:t>всю невір бачить, ніби у вікно.&lt;br /&gt;</w:t>
        <w:br/>
        <w:t>102.&lt;br /&gt;</w:t>
        <w:br/>
        <w:t>І батько мій, Юхим біловолосий,&lt;br /&gt;</w:t>
        <w:br/>
        <w:t>з таким сучком носилися завжди.&lt;br /&gt;</w:t>
        <w:br/>
        <w:t>І раз в неділю, ще не спали й роси,&lt;br /&gt;</w:t>
        <w:br/>
        <w:t>пішли набрати в березі води...&lt;br /&gt;</w:t>
        <w:br/>
        <w:t>Аж їм назустріч через довгі лози&lt;br /&gt;</w:t>
        <w:br/>
        <w:t>плигає велетенський пес рудий...&lt;br /&gt;</w:t>
        <w:br/>
        <w:t>Вони мерщій сучок до ока рогом —&lt;br /&gt;</w:t>
        <w:br/>
        <w:t>і впізнають польовика старого.&lt;br /&gt;</w:t>
        <w:br/>
        <w:t>103.&lt;br /&gt;</w:t>
        <w:br/>
        <w:t>І руки кинули на знак хреста,&lt;br /&gt;</w:t>
        <w:br/>
        <w:t>старому характерництву нівроку,&lt;br /&gt;</w:t>
        <w:br/>
        <w:t>тай вирвали у пса шматок хвоста&lt;br /&gt;</w:t>
        <w:br/>
        <w:t>умочений у копанку глибоку...&lt;br /&gt;</w:t>
        <w:br/>
        <w:t>І зашуміла осокою мста&lt;br /&gt;</w:t>
        <w:br/>
        <w:t>аж під човни до Симона в затоку,&lt;br /&gt;</w:t>
        <w:br/>
        <w:t>а польовик пропав на всі кінці,&lt;br /&gt;</w:t>
        <w:br/>
        <w:t>лишивши збитки в батьковій руці.</w:t>
      </w:r>
    </w:p>
    <w:p>
      <w:r>
        <w:br/>
        <w:t>104.&lt;br /&gt;</w:t>
        <w:br/>
        <w:t>І дома бісів хвіст у полотнину&lt;br /&gt;</w:t>
        <w:br/>
        <w:t>закутали мій батько уночі&lt;br /&gt;</w:t>
        <w:br/>
        <w:t>та й почепили на стару дротину&lt;br /&gt;</w:t>
        <w:br/>
        <w:t>сушитися на дідівській печі,&lt;br /&gt;</w:t>
        <w:br/>
        <w:t>аби ним з люльки сажу та печину&lt;br /&gt;</w:t>
        <w:br/>
        <w:t>в кутку витрушувати в рогачі&lt;br /&gt;</w:t>
        <w:br/>
        <w:t>і мати кожний час святу нагоду&lt;br /&gt;</w:t>
        <w:br/>
        <w:t>з приємністю гадати про пригоду.</w:t>
      </w:r>
    </w:p>
    <w:p>
      <w:r>
        <w:br/>
        <w:t>105.&lt;br /&gt;</w:t>
        <w:br/>
        <w:t>Та гицлів кіт, ласун до карасів,&lt;br /&gt;</w:t>
        <w:br/>
        <w:t>там скоромину і сприйняв до нюху...&lt;br /&gt;</w:t>
        <w:br/>
        <w:t>І геть до волосинки хвіст із'їв&lt;br /&gt;</w:t>
        <w:br/>
        <w:t>підземного, невидимого духу . . .&lt;br /&gt;</w:t>
        <w:br/>
        <w:t>І сам пропав у Костя в дерезі,&lt;br /&gt;</w:t>
        <w:br/>
        <w:t>немов страшну заносячи недугу...&lt;br /&gt;</w:t>
        <w:br/>
        <w:t>І стали сподіватися з Руди&lt;br /&gt;</w:t>
        <w:br/>
        <w:t>собі ми в двір великої біди.</w:t>
      </w:r>
    </w:p>
    <w:p>
      <w:r>
        <w:br/>
        <w:t>106.&lt;br /&gt;</w:t>
        <w:br/>
        <w:t>І в Рохмистрівку батько по сопілку&lt;br /&gt;</w:t>
        <w:br/>
        <w:t>поїхали для мене на базар,&lt;br /&gt;</w:t>
        <w:br/>
        <w:t>а свій сучок забули на причілку,&lt;br /&gt;</w:t>
        <w:br/>
        <w:t>і разом з ним і чорну силу чар.&lt;br /&gt;</w:t>
        <w:br/>
        <w:t>І на торговиці пили горілку,&lt;br /&gt;</w:t>
        <w:br/>
        <w:t>аж поки місяць не зійшов з-за хмар.&lt;br /&gt;</w:t>
        <w:br/>
        <w:t>А потім запрягли бичечків пару&lt;br /&gt;</w:t>
        <w:br/>
        <w:t>і рушили помалу із базару.&lt;br /&gt;</w:t>
        <w:br/>
        <w:t>107.&lt;br /&gt;</w:t>
        <w:br/>
        <w:t>Та й проїздять вони проз купу віт&lt;br /&gt;</w:t>
        <w:br/>
        <w:t>біля Курносенка на сінокосі,&lt;br /&gt;</w:t>
        <w:br/>
        <w:t>аж там на їй сидить наш сірий кіт&lt;br /&gt;</w:t>
        <w:br/>
        <w:t>з пташиною пір'їною на носі...&lt;br /&gt;</w:t>
        <w:br/>
        <w:t>А місяць з неба світиться в похід&lt;br /&gt;</w:t>
        <w:br/>
        <w:t>у кожній лютій снізці і в занозі.&lt;br /&gt;</w:t>
        <w:br/>
        <w:t>І батько кажуть з воза до кота:&lt;br /&gt;</w:t>
        <w:br/>
        <w:t>"Додому, кицю, вже пора свята".</w:t>
      </w:r>
    </w:p>
    <w:p>
      <w:r>
        <w:br/>
        <w:t>108.&lt;br /&gt;</w:t>
        <w:br/>
        <w:t>І він мерщій з гілляк тих плиг до батька!&lt;br /&gt;</w:t>
        <w:br/>
        <w:t>Так не плигають навіть і хорти,&lt;br /&gt;</w:t>
        <w:br/>
        <w:t>бо геть биків прошибла лихорадка,&lt;br /&gt;</w:t>
        <w:br/>
        <w:t>і стали мукати вони й хропти.&lt;br /&gt;</w:t>
        <w:br/>
        <w:t>І душу батькові хоч із достатка&lt;br /&gt;</w:t>
        <w:br/>
        <w:t>колись навіяли очерети,&lt;br /&gt;</w:t>
        <w:br/>
        <w:t>та тут з улесливого голосочку&lt;br /&gt;</w:t>
        <w:br/>
        <w:t>у їх злетіло: "Кицю мій, коточку!"</w:t>
      </w:r>
    </w:p>
    <w:p>
      <w:r>
        <w:br/>
        <w:t>109.&lt;br /&gt;</w:t>
        <w:br/>
        <w:t>А кіт мій шерсть роздувши, наче дерть,&lt;br /&gt;</w:t>
        <w:br/>
        <w:t>та з-людська й проказав: "Еге, коточку!"&lt;br /&gt;</w:t>
        <w:br/>
        <w:t>Бики ревнули, бо почули смерть&lt;br /&gt;</w:t>
        <w:br/>
        <w:t>і закривавлену її сорочку...&lt;br /&gt;</w:t>
        <w:br/>
        <w:t>Злетіли батько з воза шкереберть&lt;br /&gt;</w:t>
        <w:br/>
        <w:t>і мабуть простяглися не в пісочку...&lt;br /&gt;</w:t>
        <w:br/>
        <w:t>А віз летів на Матусівський шлях,&lt;br /&gt;</w:t>
        <w:br/>
        <w:t>немов скажений по нічних полях.</w:t>
      </w:r>
    </w:p>
    <w:p>
      <w:r>
        <w:br/>
        <w:t>110.&lt;br /&gt;</w:t>
        <w:br/>
        <w:t>А батько бігли навпрошки межею&lt;br /&gt;</w:t>
        <w:br/>
        <w:t>до місяцем залитого села,&lt;br /&gt;</w:t>
        <w:br/>
        <w:t>радіючи і серцем і душею,&lt;br /&gt;</w:t>
        <w:br/>
        <w:t>що вже не буде воза ні вола,&lt;br /&gt;</w:t>
        <w:br/>
        <w:t>зате ходитимуть вони з ріднею&lt;br /&gt;</w:t>
        <w:br/>
        <w:t>стежками теплими добра і зла&lt;br /&gt;</w:t>
        <w:br/>
        <w:t>і бачитимуть небо, сонце й зорі&lt;br /&gt;</w:t>
        <w:br/>
        <w:t>і золоті хрущі на осокорі.&lt;br /&gt;</w:t>
        <w:br/>
        <w:t>111. Коли женеться їм напереріз&lt;br /&gt;</w:t>
        <w:br/>
        <w:t>волами білими уже від піни.&lt;br /&gt;</w:t>
        <w:br/>
        <w:t>без колеса в задку проклятий віз,&lt;br /&gt;</w:t>
        <w:br/>
        <w:t>канави обертаючи в руїни,&lt;br /&gt;</w:t>
        <w:br/>
        <w:t>а в передку на задніх лапах біс&lt;br /&gt;</w:t>
        <w:br/>
        <w:t>без жадної пташиної пір'їни,&lt;br /&gt;</w:t>
        <w:br/>
        <w:t>такий і велетенський може, як&lt;br /&gt;</w:t>
        <w:br/>
        <w:t>тепер Мусій Антонович Третяк.</w:t>
      </w:r>
    </w:p>
    <w:p>
      <w:r>
        <w:br/>
        <w:t>112.&lt;br /&gt;</w:t>
        <w:br/>
        <w:t>А вслід страшна й велика тінь іскриться,&lt;br /&gt;</w:t>
        <w:br/>
        <w:t>така велика і густа така,&lt;br /&gt;</w:t>
        <w:br/>
        <w:t>немов напівзруйнована дзвіниця,&lt;br /&gt;</w:t>
        <w:br/>
        <w:t>де дзвони сплять на схилених гаках,&lt;br /&gt;</w:t>
        <w:br/>
        <w:t>і в міді сон їм споконвічний сниться&lt;br /&gt;</w:t>
        <w:br/>
        <w:t>про птаха, з лука вбитого крука,&lt;br /&gt;</w:t>
        <w:br/>
        <w:t>що у Пилата крякав на карнизі,&lt;br /&gt;</w:t>
        <w:br/>
        <w:t>коли спав воїн на Христовій ризі...</w:t>
      </w:r>
    </w:p>
    <w:p>
      <w:r>
        <w:br/>
        <w:t>113.&lt;br /&gt;</w:t>
        <w:br/>
        <w:t>І, порівнявшися із батьком, він:&lt;br /&gt;</w:t>
        <w:br/>
        <w:t>"Еге, коточку!" на ввесь степ гуконув...&lt;br /&gt;</w:t>
        <w:br/>
        <w:t>Аж завищали батько навздогін&lt;br /&gt;</w:t>
        <w:br/>
        <w:t>несвіцькому видовищу такому,&lt;br /&gt;</w:t>
        <w:br/>
        <w:t>тоді, коли воли з усіх колін&lt;br /&gt;</w:t>
        <w:br/>
        <w:t>у далечінь летіли невникому,&lt;br /&gt;</w:t>
        <w:br/>
        <w:t>а в передку під місяцем звір-кіт&lt;br /&gt;</w:t>
        <w:br/>
        <w:t>стояв і скалив зуби на ввесь світ.</w:t>
      </w:r>
    </w:p>
    <w:p>
      <w:r>
        <w:br/>
        <w:t>114.&lt;br /&gt;</w:t>
        <w:br/>
        <w:t>І батько, душу здавши Божій Неньці,&lt;br /&gt;</w:t>
        <w:br/>
        <w:t>чвалали в ґлід на цвинтарі густий,&lt;br /&gt;</w:t>
        <w:br/>
        <w:t>де спочивають вічним сном младенці&lt;br /&gt;</w:t>
        <w:br/>
        <w:t>і піднімають з-під землі хрести.&lt;br /&gt;</w:t>
        <w:br/>
        <w:t>І затихав холодний жах на серці&lt;br /&gt;</w:t>
        <w:br/>
        <w:t>у їх від місяця і самоти,&lt;br /&gt;</w:t>
        <w:br/>
        <w:t>де западаються гроби і квіти,&lt;br /&gt;</w:t>
        <w:br/>
        <w:t>і разом з ними в листі червосвіти.&lt;br /&gt;</w:t>
        <w:br/>
        <w:t>115.&lt;br /&gt;</w:t>
        <w:br/>
        <w:t>Коли це враз над ними знов захріп:&lt;br /&gt;</w:t>
        <w:br/>
        <w:t>"Еге, коточку!" невблаганний голос ...&lt;br /&gt;</w:t>
        <w:br/>
        <w:t>І батько повалилися на гріб,&lt;br /&gt;</w:t>
        <w:br/>
        <w:t>неначе скошений косою колос,&lt;br /&gt;</w:t>
        <w:br/>
        <w:t>а з-за хреста звір вискочив в окіп&lt;br /&gt;</w:t>
        <w:br/>
        <w:t>туди, де поле громом розкололось,&lt;br /&gt;</w:t>
        <w:br/>
        <w:t>і про воли і віз таємний звіт&lt;br /&gt;</w:t>
        <w:br/>
        <w:t>заніс під землю дивовижний кіт.&lt;br /&gt;</w:t>
        <w:br/>
        <w:t>Свирид&lt;br /&gt;</w:t>
        <w:br/>
        <w:t>116.&lt;br /&gt;</w:t>
        <w:br/>
        <w:t>Нехай же доля буде їй гробацька,&lt;br /&gt;</w:t>
        <w:br/>
        <w:t>по неї не піду, коли таке...&lt;br /&gt;</w:t>
        <w:br/>
        <w:t>Дід-Кіт&lt;br /&gt;</w:t>
        <w:br/>
        <w:t>Я, сину, слів твоїх не вчув зненацька:&lt;br /&gt;</w:t>
        <w:br/>
        <w:t>у мене вухо стало шкарубке.&lt;br /&gt;</w:t>
        <w:br/>
        <w:t>Свирид&lt;br /&gt;</w:t>
        <w:br/>
        <w:t>Та то ... Казали батько гайдамацька&lt;br /&gt;</w:t>
        <w:br/>
        <w:t>є в полі кладь... а коплище гребке...&lt;br /&gt;</w:t>
        <w:br/>
        <w:t>Щоб ви прийшли з штилями до Загати,&lt;br /&gt;</w:t>
        <w:br/>
        <w:t>як стануть на Діяння в дзвін скликати.&lt;br /&gt;</w:t>
        <w:br/>
        <w:t>Дід-Кіт&lt;br /&gt;</w:t>
        <w:br/>
        <w:t>117.&lt;br /&gt;</w:t>
        <w:br/>
        <w:t>"Га-ра-зд... А щоб не налякала ніч,&lt;br /&gt;</w:t>
        <w:br/>
        <w:t>коли попід церквами вгнеться обрій,&lt;br /&gt;</w:t>
        <w:br/>
        <w:t>я дам тобі одну дивезну річ,&lt;br /&gt;</w:t>
        <w:br/>
        <w:t>угодну Богові й людині добрій" . ..&lt;br /&gt;</w:t>
        <w:br/>
        <w:t>Пішов... Тай виніс і огарки свіч,&lt;br /&gt;</w:t>
        <w:br/>
        <w:t>і з борони зубок важкий у торбі&lt;br /&gt;</w:t>
        <w:br/>
        <w:t>помазаний оливою на те,&lt;br /&gt;</w:t>
        <w:br/>
        <w:t>аби іржа не сіла на святе.&lt;br /&gt;</w:t>
        <w:br/>
        <w:t>118.&lt;br /&gt;</w:t>
        <w:br/>
        <w:t>І дід казав: "Великих тридцять років&lt;br /&gt;</w:t>
        <w:br/>
        <w:t>сучок настромлений був на зубок,&lt;br /&gt;</w:t>
        <w:br/>
        <w:t>у скрині зберігаючись глибокій&lt;br /&gt;</w:t>
        <w:br/>
        <w:t>під купою кожухів та свиток...&lt;br /&gt;</w:t>
        <w:br/>
        <w:t>Від нашептів та від відьомських вроків&lt;br /&gt;</w:t>
        <w:br/>
        <w:t>міцніший був від кутих колодок.&lt;br /&gt;</w:t>
        <w:br/>
        <w:t>Бери ж його в святому добрім ладі,&lt;br /&gt;</w:t>
        <w:br/>
        <w:t>та йди шукати безборонно кладі.</w:t>
      </w:r>
    </w:p>
    <w:p>
      <w:r>
        <w:br/>
        <w:t>119.&lt;br /&gt;</w:t>
        <w:br/>
        <w:t>Із речі кожної злетить пилком&lt;br /&gt;</w:t>
        <w:br/>
        <w:t>облуда, що дало смердюче пекло,&lt;br /&gt;</w:t>
        <w:br/>
        <w:t>коли її поцілиш ти зубком&lt;br /&gt;</w:t>
        <w:br/>
        <w:t>чи близько коло себе, чи далеко:&lt;br /&gt;</w:t>
        <w:br/>
        <w:t>похилий дід з осиковим кілком&lt;br /&gt;</w:t>
        <w:br/>
        <w:t>посиплеться червінцями над глеком,&lt;br /&gt;</w:t>
        <w:br/>
        <w:t>ну, а кривий замурзаний коваль&lt;br /&gt;</w:t>
        <w:br/>
        <w:t>гребне у степ чортякою, на жаль..</w:t>
      </w:r>
    </w:p>
    <w:p>
      <w:r>
        <w:br/>
        <w:t>120.&lt;br /&gt;</w:t>
        <w:br/>
        <w:t>Та тут з огарками і постолами&lt;br /&gt;</w:t>
        <w:br/>
        <w:t>Свирид нечемно залишив Кота&lt;br /&gt;</w:t>
        <w:br/>
        <w:t>й побіг через садки стежками&lt;br /&gt;</w:t>
        <w:br/>
        <w:t>туди, де хвиля греблю хилита.&lt;br /&gt;</w:t>
        <w:br/>
        <w:t>А дід, побачивши таке, руками&lt;br /&gt;</w:t>
        <w:br/>
        <w:t>почав і очі терти і вуста.&lt;br /&gt;</w:t>
        <w:br/>
        <w:t>І, взявши всі потуги причандалу&lt;br /&gt;</w:t>
        <w:br/>
        <w:t>у хату почимчикував помалу.</w:t>
      </w:r>
    </w:p>
    <w:p>
      <w:r>
        <w:br/>
        <w:t>ПРОЯСЕНЬ:&lt;br /&gt;</w:t>
        <w:br/>
        <w:t>Якщо він не розбере Отченашу,&lt;br /&gt;</w:t>
        <w:br/>
        <w:t>то казки йому розповідай.</w:t>
      </w:r>
    </w:p>
    <w:p>
      <w:r>
        <w:br/>
        <w:t>ПЕКЛО</w:t>
      </w:r>
    </w:p>
    <w:p>
      <w:r>
        <w:br/>
        <w:t>121.&lt;br /&gt;</w:t>
        <w:br/>
        <w:t>За Гострою Загатою вночі,&lt;br /&gt;</w:t>
        <w:br/>
        <w:t>в канаві ще з торішньою травою,&lt;br /&gt;</w:t>
        <w:br/>
        <w:t>штилями шили ґрунт два шукачі&lt;br /&gt;</w:t>
        <w:br/>
        <w:t>захоплені турботою важкою.&lt;br /&gt;</w:t>
        <w:br/>
        <w:t>Але ніде залізні обручі&lt;br /&gt;</w:t>
        <w:br/>
        <w:t>не цокали, зачувши довгу зброю,&lt;br /&gt;</w:t>
        <w:br/>
        <w:t>лише по небі у далекий лет&lt;br /&gt;</w:t>
        <w:br/>
        <w:t>летіли зорі з мітлами комет.</w:t>
      </w:r>
    </w:p>
    <w:p>
      <w:r>
        <w:br/>
        <w:t>122.&lt;br /&gt;</w:t>
        <w:br/>
        <w:t>Нарешті в штиль Свирид рукою дзенькнув,&lt;br /&gt;</w:t>
        <w:br/>
        <w:t>і проказав: "Є щастя, а хоч гріх" ...&lt;br /&gt;</w:t>
        <w:br/>
        <w:t>До нього став і Дід-Кіт помаленьку,&lt;br /&gt;</w:t>
        <w:br/>
        <w:t>й на штиль тривожними грудьми наліг&lt;br /&gt;</w:t>
        <w:br/>
        <w:t>і, під землею мов свою стареньку&lt;br /&gt;</w:t>
        <w:br/>
        <w:t>побачивши, здавив блаженний сміх.&lt;br /&gt;</w:t>
        <w:br/>
        <w:t>А далі й проказав: "Христові Свята,&lt;br /&gt;</w:t>
        <w:br/>
        <w:t>та тут же гайдамацька кладь заклята!"</w:t>
      </w:r>
    </w:p>
    <w:p>
      <w:r>
        <w:br/>
        <w:t>123.&lt;br /&gt;</w:t>
        <w:br/>
        <w:t>І навхрест на закляту кладь штилі&lt;br /&gt;</w:t>
        <w:br/>
        <w:t>поклав під зоряною висотою,&lt;br /&gt;</w:t>
        <w:br/>
        <w:t>і швидко обсипати по землі&lt;br /&gt;</w:t>
        <w:br/>
        <w:t>ії він бростю розпочав святою,&lt;br /&gt;</w:t>
        <w:br/>
        <w:t>мовляючи: "Пекельні сили злі,&lt;br /&gt;</w:t>
        <w:br/>
        <w:t>розсиптеся на пил самі собою,&lt;br /&gt;</w:t>
        <w:br/>
        <w:t>нехай від ваших світових облуд&lt;br /&gt;</w:t>
        <w:br/>
        <w:t>народня праця стане вільна тут!"&lt;br /&gt;</w:t>
        <w:br/>
        <w:t>124.&lt;br /&gt;</w:t>
        <w:br/>
        <w:t>А на могилі в зоряній заграві&lt;br /&gt;</w:t>
        <w:br/>
        <w:t>Степан лежав під цей таємний гук&lt;br /&gt;</w:t>
        <w:br/>
        <w:t>й на все, що діялося у канаві,&lt;br /&gt;</w:t>
        <w:br/>
        <w:t>дивився з двох під бородою рук;&lt;br /&gt;</w:t>
        <w:br/>
        <w:t>але у відповідь копацькій справі&lt;br /&gt;</w:t>
        <w:br/>
        <w:t>не ворушився в нього жадний рух,&lt;br /&gt;</w:t>
        <w:br/>
        <w:t>і шапка удавала волохата,&lt;br /&gt;</w:t>
        <w:br/>
        <w:t>що сам це гайдамака, Книш, на чатах.</w:t>
      </w:r>
    </w:p>
    <w:p>
      <w:r>
        <w:br/>
        <w:t>125.&lt;br /&gt;</w:t>
        <w:br/>
        <w:t>Нарешті на могилу вийшов дід&lt;br /&gt;</w:t>
        <w:br/>
        <w:t>і мовчки ліг на північ, до Росєї,&lt;br /&gt;</w:t>
        <w:br/>
        <w:t>Степан же, не питаючись, на схід&lt;br /&gt;</w:t>
        <w:br/>
        <w:t>лежав у чорній, наче ніч, киреї;&lt;br /&gt;</w:t>
        <w:br/>
        <w:t>прийшов за дідом і Свирид услід,&lt;br /&gt;</w:t>
        <w:br/>
        <w:t>і, думки теж не кажучи своєї,&lt;br /&gt;</w:t>
        <w:br/>
        <w:t>при боці в батька ліг... і сумно всі&lt;br /&gt;</w:t>
        <w:br/>
        <w:t>немов чекали інших голосів.</w:t>
      </w:r>
    </w:p>
    <w:p>
      <w:r>
        <w:br/>
        <w:t>126.&lt;br /&gt;</w:t>
        <w:br/>
        <w:t>А в Буді, в Рохмистрівці, в Санджарівці&lt;br /&gt;</w:t>
        <w:br/>
        <w:t>та ще в Макіївці і в Ташлику,&lt;br /&gt;</w:t>
        <w:br/>
        <w:t>і в тихій Шполі, і на Сигнаївці,&lt;br /&gt;</w:t>
        <w:br/>
        <w:t>і за Цвітковою у В'язівку,&lt;br /&gt;</w:t>
        <w:br/>
        <w:t>і на скелястім Тясмині, в Тернівці,&lt;br /&gt;</w:t>
        <w:br/>
        <w:t>мов на осиковім старім пеньку,&lt;br /&gt;</w:t>
        <w:br/>
        <w:t>у тиші вогкій, весняній, урочій&lt;br /&gt;</w:t>
        <w:br/>
        <w:t>світилося з церков посеред ночі.</w:t>
      </w:r>
    </w:p>
    <w:p>
      <w:r>
        <w:br/>
        <w:t>127.&lt;br /&gt;</w:t>
        <w:br/>
        <w:t>Бо кожная душа в таку добу&lt;br /&gt;</w:t>
        <w:br/>
        <w:t>не спить від подиху якоїсь волі,&lt;br /&gt;</w:t>
        <w:br/>
        <w:t>забувши цілорічну боротьбу&lt;br /&gt;</w:t>
        <w:br/>
        <w:t>за хліб та сіль, і може й усміх долі,&lt;br /&gt;</w:t>
        <w:br/>
        <w:t>і душу гарячішу за клятьбу&lt;br /&gt;</w:t>
        <w:br/>
        <w:t>держить у церкві, у лямпаднім колі,&lt;br /&gt;</w:t>
        <w:br/>
        <w:t>аби жаркіше сяли ставники,&lt;br /&gt;</w:t>
        <w:br/>
        <w:t>як дочитають до хреста дяки...&lt;br /&gt;</w:t>
        <w:br/>
        <w:t>128.&lt;br /&gt;</w:t>
        <w:br/>
        <w:t>І пекло щоб з'явилося на очі&lt;br /&gt;</w:t>
        <w:br/>
        <w:t>у церкві людям на єдину мить,&lt;br /&gt;</w:t>
        <w:br/>
        <w:t>де круглі обрії, неначе ночі,&lt;br /&gt;</w:t>
        <w:br/>
        <w:t>димами заклубочують блакить&lt;br /&gt;</w:t>
        <w:br/>
        <w:t>ї зупиняють голоси і корчі,&lt;br /&gt;</w:t>
        <w:br/>
        <w:t>і лускотіння тіла, що горить;&lt;br /&gt;</w:t>
        <w:br/>
        <w:t>де сплять висоти, мов забуті ґрани,&lt;br /&gt;</w:t>
        <w:br/>
        <w:t>і бачать в сні холодні океани.</w:t>
      </w:r>
    </w:p>
    <w:p>
      <w:r>
        <w:br/>
        <w:t>129.&lt;br /&gt;</w:t>
        <w:br/>
        <w:t>А до висот, на сто сот миль чи ні,&lt;br /&gt;</w:t>
        <w:br/>
        <w:t>із центру радіюсом на всі боки&lt;br /&gt;</w:t>
        <w:br/>
        <w:t>круті стежки блищать по бочині,&lt;br /&gt;</w:t>
        <w:br/>
        <w:t>напоєні мовчанням замороки;&lt;br /&gt;</w:t>
        <w:br/>
        <w:t>по них сповзають хмари сірчані,&lt;br /&gt;</w:t>
        <w:br/>
        <w:t>із-під яких пливуть смердючі стоки&lt;br /&gt;</w:t>
        <w:br/>
        <w:t>і аж внизу чадний ховають рух&lt;br /&gt;</w:t>
        <w:br/>
        <w:t>в розвернуту, бездонную діру.</w:t>
      </w:r>
    </w:p>
    <w:p>
      <w:r>
        <w:br/>
        <w:t>130.&lt;br /&gt;</w:t>
        <w:br/>
        <w:t>Геть вся поверхня вічної в'язниці&lt;br /&gt;</w:t>
        <w:br/>
        <w:t>червона, ніби губи грішних чар,&lt;br /&gt;</w:t>
        <w:br/>
        <w:t>і ряд за рядом крутяться кабиці&lt;br /&gt;</w:t>
        <w:br/>
        <w:t>по ній розгонистим ґвинтом до хмар.&lt;br /&gt;</w:t>
        <w:br/>
        <w:t>Всі казани в землі. Над ними з криці&lt;br /&gt;</w:t>
        <w:br/>
        <w:t>триноги вкопано в масткий нагар,&lt;br /&gt;</w:t>
        <w:br/>
        <w:t>з яких в ланцях за кожну ногу голу&lt;br /&gt;</w:t>
        <w:br/>
        <w:t>звисають люди головами в смолу.</w:t>
      </w:r>
    </w:p>
    <w:p>
      <w:r>
        <w:br/>
        <w:t>131. А з-під землі лихий вогонь кінці&lt;br /&gt;</w:t>
        <w:br/>
        <w:t>свої жене по казанах боками&lt;br /&gt;</w:t>
        <w:br/>
        <w:t>й при кожнім гріє на важкім стільці&lt;br /&gt;</w:t>
        <w:br/>
        <w:t>сліпого вартового, ніби камінь,&lt;br /&gt;</w:t>
        <w:br/>
        <w:t>який придавлює гроби мерців&lt;br /&gt;</w:t>
        <w:br/>
        <w:t>єгипетських під нільськими пісками.&lt;br /&gt;</w:t>
        <w:br/>
        <w:t>І мученики висять без пригод,&lt;br /&gt;</w:t>
        <w:br/>
        <w:t>занурені в казан лише по рот.&lt;br /&gt;</w:t>
        <w:br/>
        <w:t>132.&lt;br /&gt;</w:t>
        <w:br/>
        <w:t>І всім їм незчисленним, міліонним&lt;br /&gt;</w:t>
        <w:br/>
        <w:t>з триногами для задубілих ніг&lt;br /&gt;</w:t>
        <w:br/>
        <w:t>та ще й з простором мовчазним, червоним,&lt;br /&gt;</w:t>
        <w:br/>
        <w:t>і хмарами червоними, мов гріх,&lt;br /&gt;</w:t>
        <w:br/>
        <w:t>де не почути грому, ні ворони,&lt;br /&gt;</w:t>
        <w:br/>
        <w:t>що може сісти сірому на ріг —&lt;br /&gt;</w:t>
        <w:br/>
        <w:t>ніщо, крім дзюркоту смердючих стоків,&lt;br /&gt;</w:t>
        <w:br/>
        <w:t>не будить тиші в пеклі цім безокім. . .</w:t>
      </w:r>
    </w:p>
    <w:p>
      <w:r>
        <w:br/>
        <w:t>133.&lt;br /&gt;</w:t>
        <w:br/>
        <w:t>Та ще аж там ... на щонайглибшім дні,&lt;br /&gt;</w:t>
        <w:br/>
        <w:t>від прірви сточної не більш як гони,&lt;br /&gt;</w:t>
        <w:br/>
        <w:t>куди найгрубші брили кам'яні&lt;br /&gt;</w:t>
        <w:br/>
        <w:t>дав мармур світовий на діл червоний,&lt;br /&gt;</w:t>
        <w:br/>
        <w:t>і де крицева куля сатані&lt;br /&gt;</w:t>
        <w:br/>
        <w:t>лежить замість всесвітньої корони,&lt;br /&gt;</w:t>
        <w:br/>
        <w:t>така і на великість і на стан,&lt;br /&gt;</w:t>
        <w:br/>
        <w:t>як Самгородський копаний майдан,</w:t>
      </w:r>
    </w:p>
    <w:p>
      <w:r>
        <w:br/>
        <w:t>134.&lt;br /&gt;</w:t>
        <w:br/>
        <w:t>від котрої розпечено й підлогу&lt;br /&gt;</w:t>
        <w:br/>
        <w:t>так, що аж іскор сиплються мірки,&lt;br /&gt;</w:t>
        <w:br/>
        <w:t>в якій Люципер ссе свою тривогу&lt;br /&gt;</w:t>
        <w:br/>
        <w:t>і волі жде бездоннії віки,&lt;br /&gt;</w:t>
        <w:br/>
        <w:t>то там... то там клепают на всю змогу&lt;br /&gt;</w:t>
        <w:br/>
        <w:t>могутньої надлюдської руки&lt;br /&gt;</w:t>
        <w:br/>
        <w:t>над вухами його без відпочину&lt;br /&gt;</w:t>
        <w:br/>
        <w:t>старі чорти і без життя й загину,</w:t>
      </w:r>
    </w:p>
    <w:p>
      <w:r>
        <w:br/>
        <w:t>135.&lt;br /&gt;</w:t>
        <w:br/>
        <w:t>щоб розвалити муку коронну,&lt;br /&gt;</w:t>
        <w:br/>
        <w:t>що виросла із заздрости та звади,&lt;br /&gt;</w:t>
        <w:br/>
        <w:t>і випустити ще раз сатану&lt;br /&gt;</w:t>
        <w:br/>
        <w:t>на світ до всемогутньої облади...&lt;br /&gt;</w:t>
        <w:br/>
        <w:t>І щойно щілину хоч би одну&lt;br /&gt;</w:t>
        <w:br/>
        <w:t>позначать молотів тяжкі упади, —&lt;br /&gt;</w:t>
        <w:br/>
        <w:t>Як скрізь у передсвітню ранню-рань&lt;br /&gt;</w:t>
        <w:br/>
        <w:t>аж від Карпатів по ріку Кубань,&lt;br /&gt;</w:t>
        <w:br/>
        <w:t>136.&lt;br /&gt;</w:t>
        <w:br/>
        <w:t>із сховищ вибігає кладь заклята&lt;br /&gt;</w:t>
        <w:br/>
        <w:t>в облудах людських і таких істот,&lt;br /&gt;</w:t>
        <w:br/>
        <w:t>і проти світлого блукає свята&lt;br /&gt;</w:t>
        <w:br/>
        <w:t>там, де пустиння поросло в город,&lt;br /&gt;</w:t>
        <w:br/>
        <w:t>аж доки до "Христа" при царських вратах&lt;br /&gt;</w:t>
        <w:br/>
        <w:t>дяки не дочитають з книг та нот,&lt;br /&gt;</w:t>
        <w:br/>
        <w:t>а дід священик на амвонних східцях&lt;br /&gt;</w:t>
        <w:br/>
        <w:t>не скаже в гук: "Замки, замки залліться"!</w:t>
      </w:r>
    </w:p>
    <w:p>
      <w:r>
        <w:br/>
        <w:t>137.&lt;br /&gt;</w:t>
        <w:br/>
        <w:t>І криця в пеклі знов на сатані&lt;br /&gt;</w:t>
        <w:br/>
        <w:t>збігається у гуркоті судомнім,&lt;br /&gt;</w:t>
        <w:br/>
        <w:t>і з молотами демони на дні&lt;br /&gt;</w:t>
        <w:br/>
        <w:t>здригаються, упавши, непритомні,&lt;br /&gt;</w:t>
        <w:br/>
        <w:t>і б'ють лютіше жалами вогні&lt;br /&gt;</w:t>
        <w:br/>
        <w:t>по всій червоній велетенській домні. . .&lt;br /&gt;</w:t>
        <w:br/>
        <w:t>І в неї знов з самісінького дна&lt;br /&gt;</w:t>
        <w:br/>
        <w:t>реве безумно в кулі сатана.</w:t>
      </w:r>
    </w:p>
    <w:p>
      <w:r>
        <w:br/>
        <w:t>138.&lt;br /&gt;</w:t>
        <w:br/>
        <w:t>А кладь заклята, вчувши цюю драму,&lt;br /&gt;</w:t>
        <w:br/>
        <w:t>блукання темне кидає своє&lt;br /&gt;</w:t>
        <w:br/>
        <w:t>й біжить назад ще у таємну яму,&lt;br /&gt;</w:t>
        <w:br/>
        <w:t>де пліснява іржу й сучки жує,&lt;br /&gt;</w:t>
        <w:br/>
        <w:t>але, на брость святу з нестяму&lt;br /&gt;</w:t>
        <w:br/>
        <w:t>наткнувшись, грішми чистими стає,&lt;br /&gt;</w:t>
        <w:br/>
        <w:t>і блискає в густій траві з росою,&lt;br /&gt;</w:t>
        <w:br/>
        <w:t>аж доки хтось не доторкне ногою.</w:t>
      </w:r>
    </w:p>
    <w:p>
      <w:r>
        <w:br/>
        <w:t>139.&lt;br /&gt;</w:t>
        <w:br/>
        <w:t>І враз від хутора почувся крок&lt;br /&gt;</w:t>
        <w:br/>
        <w:t>з-під людської тоненької облуди. . .&lt;br /&gt;</w:t>
        <w:br/>
        <w:t>І хлопець стиснув з борони зубок,&lt;br /&gt;</w:t>
        <w:br/>
        <w:t>аж помокріли в нього й пахви, й груди,&lt;br /&gt;</w:t>
        <w:br/>
        <w:t>і ґудзики злетіли з петельок&lt;br /&gt;</w:t>
        <w:br/>
        <w:t>без кашлю і раптової простуди;&lt;br /&gt;</w:t>
        <w:br/>
        <w:t>але і воїн так не йде у бій,&lt;br /&gt;</w:t>
        <w:br/>
        <w:t>як вирушив школяр на зустріч їй.&lt;br /&gt;</w:t>
        <w:br/>
        <w:t>140.&lt;br /&gt;</w:t>
        <w:br/>
        <w:t>А старші навздогін йому без слова&lt;br /&gt;</w:t>
        <w:br/>
        <w:t>дивилися, немов своїм літам,&lt;br /&gt;</w:t>
        <w:br/>
        <w:t>бо доля щасна, доля юнакова&lt;br /&gt;</w:t>
        <w:br/>
        <w:t>не засміється радісно дідам.&lt;br /&gt;</w:t>
        <w:br/>
        <w:t>І ось облуда ждана та казкова&lt;br /&gt;</w:t>
        <w:br/>
        <w:t>стоїть чогось, хитаючися там,&lt;br /&gt;</w:t>
        <w:br/>
        <w:t>і хлопець кидає перед собою&lt;br /&gt;</w:t>
        <w:br/>
        <w:t>в обличчя їй важку іржаву зброю.</w:t>
      </w:r>
    </w:p>
    <w:p>
      <w:r>
        <w:br/>
        <w:t>141.&lt;br /&gt;</w:t>
        <w:br/>
        <w:t>І вслід галаснуло: "Рят-уй-те, ґвалт!" ...&lt;br /&gt;</w:t>
        <w:br/>
        <w:t>Неначе вже знайомий голос Вустин...&lt;br /&gt;</w:t>
        <w:br/>
        <w:t>І від тополь і білосніжних хат&lt;br /&gt;</w:t>
        <w:br/>
        <w:t>розлігся відгомін широковустий . . .&lt;br /&gt;</w:t>
        <w:br/>
        <w:t>І ще видніші стали у. сто крат&lt;br /&gt;</w:t>
        <w:br/>
        <w:t>хати і тіні, і досвітні згусти.&lt;br /&gt;</w:t>
        <w:br/>
        <w:t>І впала в вилазку аж унизу&lt;br /&gt;</w:t>
        <w:br/>
        <w:t>заклята кладь до Костя в дерезу.</w:t>
      </w:r>
    </w:p>
    <w:p>
      <w:r>
        <w:br/>
        <w:t>142.&lt;br /&gt;</w:t>
        <w:br/>
        <w:t>З ліхтариками, прибраний і вмитий&lt;br /&gt;</w:t>
        <w:br/>
        <w:t>на вутреню пасхальну йшов народ,&lt;br /&gt;</w:t>
        <w:br/>
        <w:t>але, почувши крик несамовитий,&lt;br /&gt;</w:t>
        <w:br/>
        <w:t>бігом до Костя рушив у город,&lt;br /&gt;</w:t>
        <w:br/>
        <w:t>а степ, Чумацьким Шляхом оповитий,&lt;br /&gt;</w:t>
        <w:br/>
        <w:t>з могилами похованих дрімот,&lt;br /&gt;</w:t>
        <w:br/>
        <w:t>держав за кожную Свирида ногу,&lt;br /&gt;</w:t>
        <w:br/>
        <w:t>що важко споглядав нічну тривогу.</w:t>
      </w:r>
    </w:p>
    <w:p>
      <w:r>
        <w:br/>
        <w:t>143.&lt;br /&gt;</w:t>
        <w:br/>
        <w:t>"Ходім додому швидше відсіля",&lt;br /&gt;</w:t>
        <w:br/>
        <w:t>почулося із-за плечей, "мій сину,&lt;br /&gt;</w:t>
        <w:br/>
        <w:t>бо чули наші дідівські поля,&lt;br /&gt;</w:t>
        <w:br/>
        <w:t>як ми злякали людськую дитину" ...&lt;br /&gt;</w:t>
        <w:br/>
        <w:t>"Але чого це батько без штиля?"&lt;br /&gt;</w:t>
        <w:br/>
        <w:t>Свирид не ту, що треба думку кинув,&lt;br /&gt;</w:t>
        <w:br/>
        <w:t>і разом відійшли туди вночі,&lt;br /&gt;</w:t>
        <w:br/>
        <w:t>де з хутора кувавкали сичі.&lt;br /&gt;</w:t>
        <w:br/>
        <w:t>144.&lt;br /&gt;</w:t>
        <w:br/>
        <w:t>Чи знаєте ви тиху й великодню&lt;br /&gt;</w:t>
        <w:br/>
        <w:t>та ще й безхмарну українську ніч,&lt;br /&gt;</w:t>
        <w:br/>
        <w:t>що ронить зорі через Рось холодну&lt;br /&gt;</w:t>
        <w:br/>
        <w:t>церквам в огради, повні людських віч,&lt;br /&gt;</w:t>
        <w:br/>
        <w:t>щоб з ними з кошиків на всенародню&lt;br /&gt;</w:t>
        <w:br/>
        <w:t>світити радість років і сторіч&lt;br /&gt;</w:t>
        <w:br/>
        <w:t>та ще з тих риз, що носять ієреї,&lt;br /&gt;</w:t>
        <w:br/>
        <w:t>іскрити та ясніти теж на неї?</w:t>
      </w:r>
    </w:p>
    <w:p>
      <w:r>
        <w:br/>
        <w:t>145.&lt;br /&gt;</w:t>
        <w:br/>
        <w:t>Ту ніч, що глянувши в церкви з-за гір,&lt;br /&gt;</w:t>
        <w:br/>
        <w:t>від щастя нашорошившись і ляку,&lt;br /&gt;</w:t>
        <w:br/>
        <w:t>схиляється у степовий простір&lt;br /&gt;</w:t>
        <w:br/>
        <w:t>аж до кленового в степу байраку:&lt;br /&gt;</w:t>
        <w:br/>
        <w:t>чи вже знесли вітри з озер та нір&lt;br /&gt;</w:t>
        <w:br/>
        <w:t>і кригу ріками, і сніг, і мряку,&lt;br /&gt;</w:t>
        <w:br/>
        <w:t>і чи з бруньок порозгортався лист,&lt;br /&gt;</w:t>
        <w:br/>
        <w:t>аби зустріти солов'їний свист?</w:t>
      </w:r>
    </w:p>
    <w:p>
      <w:r>
        <w:br/>
        <w:t>146.&lt;br /&gt;</w:t>
        <w:br/>
        <w:t>Ох, ночі ви не знаєте тієї,&lt;br /&gt;</w:t>
        <w:br/>
        <w:t>що з зорями над ріками іде&lt;br /&gt;</w:t>
        <w:br/>
        <w:t>і розкидає їх, немов лілеї,&lt;br /&gt;</w:t>
        <w:br/>
        <w:t>скрізь на поля, ліси і на людей,&lt;br /&gt;</w:t>
        <w:br/>
        <w:t>але й сама на схід до однієї&lt;br /&gt;</w:t>
        <w:br/>
        <w:t>схиляється у полум'я бліде,&lt;br /&gt;</w:t>
        <w:br/>
        <w:t>щоб димом жовтим знятися над долом&lt;br /&gt;</w:t>
        <w:br/>
        <w:t>і догоріти в Бога під престолом...</w:t>
      </w:r>
    </w:p>
    <w:p>
      <w:r>
        <w:br/>
        <w:t>147.&lt;br /&gt;</w:t>
        <w:br/>
        <w:t>Бо соловей не проспівав з дерев,&lt;br /&gt;</w:t>
        <w:br/>
        <w:t>а десь у націй з кам'яного споду&lt;br /&gt;</w:t>
        <w:br/>
        <w:t>зірвався дикий і останній рев&lt;br /&gt;</w:t>
        <w:br/>
        <w:t>на вольну волю з нашого народу...&lt;br /&gt;</w:t>
        <w:br/>
        <w:t>Ніколи так не рів із клітки лев,&lt;br /&gt;</w:t>
        <w:br/>
        <w:t>згадавши пальму, Африку й свободу,&lt;br /&gt;</w:t>
        <w:br/>
        <w:t>хіба що десь у пеклі аж із дна&lt;br /&gt;</w:t>
        <w:br/>
        <w:t>реве так само з кулі Сатана!</w:t>
      </w:r>
    </w:p>
    <w:p>
      <w:r>
        <w:br/>
        <w:t>ПРОЯСЕНЬ&lt;br /&gt;</w:t>
        <w:br/>
        <w:t>Коли твій приятель говорить дуже вже багато, то він напевно&lt;br /&gt;</w:t>
        <w:br/>
        <w:t>хоче в душі сховати те порожнє місце, де колись совість була,&lt;br /&gt;</w:t>
        <w:br/>
        <w:t>або бажає заглушити стурбоване сумління. Врятуй його від слів,&lt;br /&gt;</w:t>
        <w:br/>
        <w:t>бо він страждає.</w:t>
      </w:r>
    </w:p>
    <w:p>
      <w:r>
        <w:br/>
        <w:t>БОГ</w:t>
      </w:r>
    </w:p>
    <w:p>
      <w:r>
        <w:br/>
        <w:t>148.&lt;br /&gt;</w:t>
        <w:br/>
        <w:t>На вкритій скатеркою давній скрині,&lt;br /&gt;</w:t>
        <w:br/>
        <w:t>закованій з ріжків у грубу мідь,&lt;br /&gt;</w:t>
        <w:br/>
        <w:t>й на сонцем запахущій полотнині&lt;br /&gt;</w:t>
        <w:br/>
        <w:t>свячене чарівну творило хіть:&lt;br /&gt;</w:t>
        <w:br/>
        <w:t>з озюмами засмаглими в шкурині,&lt;br /&gt;</w:t>
        <w:br/>
        <w:t>напоготовлені заздалегідь,&lt;br /&gt;</w:t>
        <w:br/>
        <w:t>скибки смашної паски в білій мисці&lt;br /&gt;</w:t>
        <w:br/>
        <w:t>аж розсипалися в кришки злотисті.</w:t>
      </w:r>
    </w:p>
    <w:p>
      <w:r>
        <w:br/>
        <w:t>149.&lt;br /&gt;</w:t>
        <w:br/>
        <w:t>А в другій, кращій за блакить ріки,&lt;br /&gt;</w:t>
        <w:br/>
        <w:t>з зубцями жовтими у вінцях білих&lt;br /&gt;</w:t>
        <w:br/>
        <w:t>і крашанки, і всякі писанки&lt;br /&gt;</w:t>
        <w:br/>
        <w:t>і рисами, і фарбами рябіли;&lt;br /&gt;</w:t>
        <w:br/>
        <w:t>і різане плічко, і вишкварки&lt;br /&gt;</w:t>
        <w:br/>
        <w:t>із миски межигорської пахтіли,&lt;br /&gt;</w:t>
        <w:br/>
        <w:t>де чорний перець, розімлівши, зм'як&lt;br /&gt;</w:t>
        <w:br/>
        <w:t>і в ніздрях дратував найтонший смак.</w:t>
      </w:r>
    </w:p>
    <w:p>
      <w:r>
        <w:br/>
        <w:t>150.&lt;br /&gt;</w:t>
        <w:br/>
        <w:t>Розговівлялися в смутній родині&lt;br /&gt;</w:t>
        <w:br/>
        <w:t>тривогою засмучені серця:&lt;br /&gt;</w:t>
        <w:br/>
        <w:t>сидів старий з одного краю скрині,&lt;br /&gt;</w:t>
        <w:br/>
        <w:t>а господиня з другого кінця,&lt;br /&gt;</w:t>
        <w:br/>
        <w:t>а на середній соняшній частині&lt;br /&gt;</w:t>
        <w:br/>
        <w:t>не тінь гнучка й тоненька з деревця,&lt;br /&gt;</w:t>
        <w:br/>
        <w:t>а син хилився квітом жовтосоким&lt;br /&gt;</w:t>
        <w:br/>
        <w:t>туди в вікно, де журавель високий.&lt;br /&gt;</w:t>
        <w:br/>
        <w:t>151.&lt;br /&gt;</w:t>
        <w:br/>
        <w:t>Заправлені і зіллям з луговин,&lt;br /&gt;</w:t>
        <w:br/>
        <w:t>і березовкою... Та що й казати?&lt;br /&gt;</w:t>
        <w:br/>
        <w:t>З горілкою і тиква, і графин&lt;br /&gt;</w:t>
        <w:br/>
        <w:t>стояв перед господарем мизатий,&lt;br /&gt;</w:t>
        <w:br/>
        <w:t>були чарки і келішок один,&lt;br /&gt;</w:t>
        <w:br/>
        <w:t>зготовлені сповновища зазнати,&lt;br /&gt;</w:t>
        <w:br/>
        <w:t>колючішого і над колосок,&lt;br /&gt;</w:t>
        <w:br/>
        <w:t>що хилить остюки в жнива в пісок.</w:t>
      </w:r>
    </w:p>
    <w:p>
      <w:r>
        <w:br/>
        <w:t>152.&lt;br /&gt;</w:t>
        <w:br/>
        <w:t>Та сонце з-за горба, і з-за криниці&lt;br /&gt;</w:t>
        <w:br/>
        <w:t>відбитком сяло у вікно з ставка,&lt;br /&gt;</w:t>
        <w:br/>
        <w:t>і, ніби із багряної живиці,&lt;br /&gt;</w:t>
        <w:br/>
        <w:t>просвічувало вуха в юнака,&lt;br /&gt;</w:t>
        <w:br/>
        <w:t>і враження робило у світлиці&lt;br /&gt;</w:t>
        <w:br/>
        <w:t>що кукла за столом без язика —&lt;br /&gt;</w:t>
        <w:br/>
        <w:t>і паску, і чарки, графин і келех,&lt;br /&gt;</w:t>
        <w:br/>
        <w:t>і все тримало в блисках невеселих.</w:t>
      </w:r>
    </w:p>
    <w:p>
      <w:r>
        <w:br/>
        <w:t>153.&lt;br /&gt;</w:t>
        <w:br/>
        <w:t>Бо говорив господар слово так,&lt;br /&gt;</w:t>
        <w:br/>
        <w:t>неначе тількищо поклав у банок&lt;br /&gt;</w:t>
        <w:br/>
        <w:t>замість червінця погнутий п'ятак,&lt;br /&gt;</w:t>
        <w:br/>
        <w:t>і закладає гірко на останок:&lt;br /&gt;</w:t>
        <w:br/>
        <w:t>воли і вівці, хату і вітряк,&lt;br /&gt;</w:t>
        <w:br/>
        <w:t>і Вустин крик, і ввесь пасхальний ранок&lt;br /&gt;</w:t>
        <w:br/>
        <w:t>з таким чуттям, що на життьовий кін&lt;br /&gt;</w:t>
        <w:br/>
        <w:t>без слави доброї поляже й він.</w:t>
      </w:r>
    </w:p>
    <w:p>
      <w:r>
        <w:br/>
        <w:t>154.&lt;br /&gt;</w:t>
        <w:br/>
        <w:t>А великодні аж співали дзвони&lt;br /&gt;</w:t>
        <w:br/>
        <w:t>про перемогу серцю дорогу —&lt;br /&gt;</w:t>
        <w:br/>
        <w:t>про те, що в пеклі сатана червоний&lt;br /&gt;</w:t>
        <w:br/>
        <w:t>закований у власную жагу,&lt;br /&gt;</w:t>
        <w:br/>
        <w:t>і геть могили, степові амвони,&lt;br /&gt;</w:t>
        <w:br/>
        <w:t>позводилися у блакить тугу,&lt;br /&gt;</w:t>
        <w:br/>
        <w:t>а з них, неначе ієреї дикі,&lt;br /&gt;</w:t>
        <w:br/>
        <w:t>кричали дзвонам щось орли великі...</w:t>
      </w:r>
    </w:p>
    <w:p>
      <w:r>
        <w:br/>
        <w:t>155.&lt;br /&gt;</w:t>
        <w:br/>
        <w:t>І все пливло в єдиний ранній гук&lt;br /&gt;</w:t>
        <w:br/>
        <w:t>понад ярами, по небесній смузі,&lt;br /&gt;</w:t>
        <w:br/>
        <w:t>але не заглушало в слові мук&lt;br /&gt;</w:t>
        <w:br/>
        <w:t>споріднених вночі рожденній тузі:&lt;br /&gt;</w:t>
        <w:br/>
        <w:t>Батько&lt;br /&gt;</w:t>
        <w:br/>
        <w:t>,,Коли коса сприсала з дужих рук&lt;br /&gt;</w:t>
        <w:br/>
        <w:t>на скошенім від жита й гречки прузі,&lt;br /&gt;</w:t>
        <w:br/>
        <w:t>а ввесь покіс в'язався у снопи&lt;br /&gt;</w:t>
        <w:br/>
        <w:t>і клався в господарський лад копи, —&lt;br /&gt;</w:t>
        <w:br/>
        <w:t>156.&lt;br /&gt;</w:t>
        <w:br/>
        <w:t>косар над ними клявся у просторі&lt;br /&gt;</w:t>
        <w:br/>
        <w:t>найменший сніп віддати у казну,&lt;br /&gt;</w:t>
        <w:br/>
        <w:t>але зимою витягав з коморі&lt;br /&gt;</w:t>
        <w:br/>
        <w:t>всю працю ту, що вистраждав без сну. .&lt;br /&gt;</w:t>
        <w:br/>
        <w:t>І для писання російських історій&lt;br /&gt;</w:t>
        <w:br/>
        <w:t>він бодню відчиняв колись масну&lt;br /&gt;</w:t>
        <w:br/>
        <w:t>і, коло дач діставши у халяву,&lt;br /&gt;</w:t>
        <w:br/>
        <w:t>із дому йшов на муку та неславу.</w:t>
      </w:r>
    </w:p>
    <w:p>
      <w:r>
        <w:br/>
        <w:t>157.&lt;br /&gt;</w:t>
        <w:br/>
        <w:t>А кров стираючи з колодача&lt;br /&gt;</w:t>
        <w:br/>
        <w:t>злочинно-комісарську у байраці,&lt;br /&gt;</w:t>
        <w:br/>
        <w:t>співав ту пісню, що із-під бича&lt;br /&gt;</w:t>
        <w:br/>
        <w:t>татарського 'співали наші бранці:&lt;br /&gt;</w:t>
        <w:br/>
        <w:t>"Немає в світі правди" ... Бо свіча,&lt;br /&gt;</w:t>
        <w:br/>
        <w:t>аби її знайти, погасла в націй,&lt;br /&gt;</w:t>
        <w:br/>
        <w:t>і скрізь неправда правдувати вже&lt;br /&gt;</w:t>
        <w:br/>
        <w:t>і хитрощами стала і ножем.</w:t>
      </w:r>
    </w:p>
    <w:p>
      <w:r>
        <w:br/>
        <w:t>158.&lt;br /&gt;</w:t>
        <w:br/>
        <w:t>А дізнаючи мук в Чеці під катом,&lt;br /&gt;</w:t>
        <w:br/>
        <w:t>на цементі, у дикій самоті,&lt;br /&gt;</w:t>
        <w:br/>
        <w:t>він звав того харциза рідним братом,&lt;br /&gt;</w:t>
        <w:br/>
        <w:t>що погибав з Icy сом на хресті,&lt;br /&gt;</w:t>
        <w:br/>
        <w:t>і чув слова: "Сьогодні будеш рядом&lt;br /&gt;</w:t>
        <w:br/>
        <w:t>зі мною в ангельськім, святім гурті!"&lt;br /&gt;</w:t>
        <w:br/>
        <w:t>І гріб здавався лебединим пухом,&lt;br /&gt;</w:t>
        <w:br/>
        <w:t>і умирав косар з пресвітлим духом.&lt;br /&gt;</w:t>
        <w:br/>
        <w:t>159.&lt;br /&gt;</w:t>
        <w:br/>
        <w:t>І хай не Бог Ісус, але шахрай,&lt;br /&gt;</w:t>
        <w:br/>
        <w:t>що обманив людей на заздрість Кремлю,&lt;br /&gt;</w:t>
        <w:br/>
        <w:t>і люди, мріючи про вічний рай,&lt;br /&gt;</w:t>
        <w:br/>
        <w:t>ідуть лише перетлівати в землю,&lt;br /&gt;</w:t>
        <w:br/>
        <w:t>та інші ті, що їм кладуть "прощай"&lt;br /&gt;</w:t>
        <w:br/>
        <w:t>на домовину всім нову і древлю&lt;br /&gt;</w:t>
        <w:br/>
        <w:t>і далі віритимуть знов і знов&lt;br /&gt;</w:t>
        <w:br/>
        <w:t>у нецесвітню правду та любов.</w:t>
      </w:r>
    </w:p>
    <w:p>
      <w:r>
        <w:br/>
        <w:t>160.&lt;br /&gt;</w:t>
        <w:br/>
        <w:t>Бо той "шахрай", що дався умирати&lt;br /&gt;</w:t>
        <w:br/>
        <w:t>на людських неоплаканих кістках,&lt;br /&gt;</w:t>
        <w:br/>
        <w:t>аби лише людині мрію дати,&lt;br /&gt;</w:t>
        <w:br/>
        <w:t>що здоланий загине смертний жах —&lt;br /&gt;</w:t>
        <w:br/>
        <w:t>могутніший над сурми і гармати&lt;br /&gt;</w:t>
        <w:br/>
        <w:t>і вчора, і сьогодні, і в віках. ..&lt;br /&gt;</w:t>
        <w:br/>
        <w:t>І через те кажу я: "Милий сину,&lt;br /&gt;</w:t>
        <w:br/>
        <w:t>Христос воскрес від нині й до загину!"</w:t>
      </w:r>
    </w:p>
    <w:p>
      <w:r>
        <w:br/>
        <w:t>161.&lt;br /&gt;</w:t>
        <w:br/>
        <w:t>"Воістину" . . . Озвався тихий син,&lt;br /&gt;</w:t>
        <w:br/>
        <w:t>і обнялися тричі аж, посполу. . .&lt;br /&gt;</w:t>
        <w:br/>
        <w:t>Звелася й мати, ніби на загин,&lt;br /&gt;</w:t>
        <w:br/>
        <w:t>або неначе тінь якась із долу,&lt;br /&gt;</w:t>
        <w:br/>
        <w:t>і Чичку, чоловіка, раз один&lt;br /&gt;</w:t>
        <w:br/>
        <w:t>поцілувала безгомінно в полу&lt;br /&gt;</w:t>
        <w:br/>
        <w:t>та й сіла знов, тримаючи в віччю&lt;br /&gt;</w:t>
        <w:br/>
        <w:t>страшний, невиплаканий блиск плачу.&lt;br /&gt;</w:t>
        <w:br/>
        <w:t>Батько&lt;br /&gt;</w:t>
        <w:br/>
        <w:t>162.&lt;br /&gt;</w:t>
        <w:br/>
        <w:t>Ось бачиш, сину, втратила і розум&lt;br /&gt;</w:t>
        <w:br/>
        <w:t>від горя наша мати й глухоти&lt;br /&gt;</w:t>
        <w:br/>
        <w:t>і пристромила потайним занозом&lt;br /&gt;</w:t>
        <w:br/>
        <w:t>свої і спочивання, і труди.. .&lt;br /&gt;</w:t>
        <w:br/>
        <w:t>І кожний день з невільницьким нервозом&lt;br /&gt;</w:t>
        <w:br/>
        <w:t>вона працює, ніби для біди,&lt;br /&gt;</w:t>
        <w:br/>
        <w:t>і христування, бач, зі мною нині&lt;br /&gt;</w:t>
        <w:br/>
        <w:t>у неї вийшло гірше, ніж в рабині&lt;br /&gt;</w:t>
        <w:br/>
        <w:t>163.&lt;br /&gt;</w:t>
        <w:br/>
        <w:t>І правди Господевої якби&lt;br /&gt;</w:t>
        <w:br/>
        <w:t>із Галилеї нам не заясніло,&lt;br /&gt;</w:t>
        <w:br/>
        <w:t>що застує собою і гроби,&lt;br /&gt;</w:t>
        <w:br/>
        <w:t>і ту черву, що точить мертве тіло,&lt;br /&gt;</w:t>
        <w:br/>
        <w:t>то мати б скам'яніла від журби,&lt;br /&gt;</w:t>
        <w:br/>
        <w:t>неначе африканський сфінкс над Нілом,&lt;br /&gt;</w:t>
        <w:br/>
        <w:t>в якого, кажуть, світиться в очах&lt;br /&gt;</w:t>
        <w:br/>
        <w:t>завжди розпука і таємний жах.</w:t>
      </w:r>
    </w:p>
    <w:p>
      <w:r>
        <w:br/>
        <w:t>164.&lt;br /&gt;</w:t>
        <w:br/>
        <w:t>Заможні люди в книгах і в металі&lt;br /&gt;</w:t>
        <w:br/>
        <w:t>глядять Голгофськую старовину,&lt;br /&gt;</w:t>
        <w:br/>
        <w:t>аби так само, як діди, і далі&lt;br /&gt;</w:t>
        <w:br/>
        <w:t>свої серця складати у труну,&lt;br /&gt;</w:t>
        <w:br/>
        <w:t>але чекісти в бідних, мов коралі, —&lt;br /&gt;</w:t>
        <w:br/>
        <w:t>і Бога відняли і сатану,&lt;br /&gt;</w:t>
        <w:br/>
        <w:t>і стала й смерть у нас така плюгава,&lt;br /&gt;</w:t>
        <w:br/>
        <w:t>як і життя і вся його неслава.</w:t>
      </w:r>
    </w:p>
    <w:p>
      <w:r>
        <w:br/>
        <w:t>165.&lt;br /&gt;</w:t>
        <w:br/>
        <w:t>І через те кажу я знов і знов:&lt;br /&gt;</w:t>
        <w:br/>
        <w:t>"Христос воскрес водою і землею,&lt;br /&gt;</w:t>
        <w:br/>
        <w:t>і щоб ніколи неповинна кров&lt;br /&gt;</w:t>
        <w:br/>
        <w:t>нігде не впала й краплею своєю" ...&lt;br /&gt;</w:t>
        <w:br/>
        <w:t>І батько неньці з покуття зійшов&lt;br /&gt;</w:t>
        <w:br/>
        <w:t>ушанувати давній звичай з нею,&lt;br /&gt;</w:t>
        <w:br/>
        <w:t>але вона, йому немов на зась,&lt;br /&gt;</w:t>
        <w:br/>
        <w:t>ниць до ікони раптом простяглась:</w:t>
      </w:r>
    </w:p>
    <w:p>
      <w:r>
        <w:br/>
        <w:t>Мати&lt;br /&gt;</w:t>
        <w:br/>
        <w:t>166.&lt;br /&gt;</w:t>
        <w:br/>
        <w:t>"Від всього серця і страждання, Боже,&lt;br /&gt;</w:t>
        <w:br/>
        <w:t>я дякую тобі, що в мене син&lt;br /&gt;</w:t>
        <w:br/>
        <w:t>уже робити й сам на себе зможе&lt;br /&gt;</w:t>
        <w:br/>
        <w:t>і не похилиться нігде під тин. . .&lt;br /&gt;</w:t>
        <w:br/>
        <w:t>І батько ще такий, що допоможе&lt;br /&gt;</w:t>
        <w:br/>
        <w:t>і працю мати й радісний спочин&lt;br /&gt;</w:t>
        <w:br/>
        <w:t>і в ці часи, коли в нічних загравах&lt;br /&gt;</w:t>
        <w:br/>
        <w:t>В річки біжить кривава наша слава ...&lt;br /&gt;</w:t>
        <w:br/>
        <w:t>167.&lt;br /&gt;</w:t>
        <w:br/>
        <w:t>І я благаю, а не переляк,&lt;br /&gt;</w:t>
        <w:br/>
        <w:t>прийми мене у тихе царство блага,&lt;br /&gt;</w:t>
        <w:br/>
        <w:t>бо на твоїй землі мене аж так&lt;br /&gt;</w:t>
        <w:br/>
        <w:t>побила і недуга, і зневага,&lt;br /&gt;</w:t>
        <w:br/>
        <w:t>що вже не знаю: що я, чи будяк,&lt;br /&gt;</w:t>
        <w:br/>
        <w:t>а чи дурна вівця в дурних ватагах,&lt;br /&gt;</w:t>
        <w:br/>
        <w:t>як справді не належу до тих душ,&lt;br /&gt;</w:t>
        <w:br/>
        <w:t>що першим словом обминає муж" . ..</w:t>
      </w:r>
    </w:p>
    <w:p>
      <w:r>
        <w:br/>
        <w:t>168.&lt;br /&gt;</w:t>
        <w:br/>
        <w:t>І враз у неї подих вільний сперся,&lt;br /&gt;</w:t>
        <w:br/>
        <w:t>так само, як людину б'є правець,&lt;br /&gt;</w:t>
        <w:br/>
        <w:t>і тільки гук у чоловічих персах&lt;br /&gt;</w:t>
        <w:br/>
        <w:t>повстав од вражених раптово серць;&lt;br /&gt;</w:t>
        <w:br/>
        <w:t>та ще в годиннику ішли колеса&lt;br /&gt;</w:t>
        <w:br/>
        <w:t>і цокав попід ними їх взірець&lt;br /&gt;</w:t>
        <w:br/>
        <w:t>туди, де голосив цвіркун з-за скрині,&lt;br /&gt;</w:t>
        <w:br/>
        <w:t>полохаючи тишу у хатині.</w:t>
      </w:r>
    </w:p>
    <w:p>
      <w:r>
        <w:br/>
        <w:t>169.&lt;br /&gt;</w:t>
        <w:br/>
        <w:t>І положили господиню вдвох&lt;br /&gt;</w:t>
        <w:br/>
        <w:t>на піл, в постелю днем святим урочу:&lt;br /&gt;</w:t>
        <w:br/>
        <w:t>,,Нехай між вами тут побуде Бог,&lt;br /&gt;</w:t>
        <w:br/>
        <w:t>а я мерщій до фельшара доскочу,&lt;br /&gt;</w:t>
        <w:br/>
        <w:t>і вже аж потім, після всіх тривог,&lt;br /&gt;</w:t>
        <w:br/>
        <w:t>розговівлятися з тобою кончу" . . .&lt;br /&gt;</w:t>
        <w:br/>
        <w:t>І шапку взяв і в рогачах патик,&lt;br /&gt;</w:t>
        <w:br/>
        <w:t>і тихо з хати сивий Чичка зник.</w:t>
      </w:r>
    </w:p>
    <w:p>
      <w:r>
        <w:br/>
        <w:t>170.&lt;br /&gt;</w:t>
        <w:br/>
        <w:t>Утомлений турботами нічними,&lt;br /&gt;</w:t>
        <w:br/>
        <w:t>Свирид куняв у матері в ногах,&lt;br /&gt;</w:t>
        <w:br/>
        <w:t>а лутки, і вікно, і ставні з ними,&lt;br /&gt;</w:t>
        <w:br/>
        <w:t>й засвічена лямпадка у богах,&lt;br /&gt;</w:t>
        <w:br/>
        <w:t>і скатерка з наїдками смашними,&lt;br /&gt;</w:t>
        <w:br/>
        <w:t>і соняшне проміння у чарках&lt;br /&gt;</w:t>
        <w:br/>
        <w:t>хиталися від подиху, неначе&lt;br /&gt;</w:t>
        <w:br/>
        <w:t>в душі недужій видиво гаряче,&lt;br /&gt;</w:t>
        <w:br/>
        <w:t>171.&lt;br /&gt;</w:t>
        <w:br/>
        <w:t>яке тремтливо-ніжно бачив він,&lt;br /&gt;</w:t>
        <w:br/>
        <w:t>що не дзвіниця у селі, а колос&lt;br /&gt;</w:t>
        <w:br/>
        <w:t>стоїть в ограді посеред руїн&lt;br /&gt;</w:t>
        <w:br/>
        <w:t>ще вищий як стара без ґанку волость;&lt;br /&gt;</w:t>
        <w:br/>
        <w:t>і висить в остюках на кільці дзвін,&lt;br /&gt;</w:t>
        <w:br/>
        <w:t>а з нього сумно тужить Вустин голос,&lt;br /&gt;</w:t>
        <w:br/>
        <w:t>але з хатів ніхто, ніхто не йде,&lt;br /&gt;</w:t>
        <w:br/>
        <w:t>аби почути те, що дзвін гуде.</w:t>
      </w:r>
    </w:p>
    <w:p>
      <w:r>
        <w:br/>
        <w:t>172.&lt;br /&gt;</w:t>
        <w:br/>
        <w:t>Лиш гомонить у відповідь музика,&lt;br /&gt;</w:t>
        <w:br/>
        <w:t>здається, скрипка з хмар через поля,&lt;br /&gt;</w:t>
        <w:br/>
        <w:t>про те, що Вустя виросте велика,&lt;br /&gt;</w:t>
        <w:br/>
        <w:t>і вродиться у неї немовля,&lt;br /&gt;</w:t>
        <w:br/>
        <w:t>то буде і глуха, і без'язика,&lt;br /&gt;</w:t>
        <w:br/>
        <w:t>неначе восени важке гілля,&lt;br /&gt;</w:t>
        <w:br/>
        <w:t>що під дощі кінці свої схиляє&lt;br /&gt;</w:t>
        <w:br/>
        <w:t>і плаче-тужить над нещасним краєм.</w:t>
      </w:r>
    </w:p>
    <w:p>
      <w:r>
        <w:br/>
        <w:t>173.&lt;br /&gt;</w:t>
        <w:br/>
        <w:t>І з матір'ю Свиридовою вдвох&lt;br /&gt;</w:t>
        <w:br/>
        <w:t>обнімуться на Паску вже навіки,&lt;br /&gt;</w:t>
        <w:br/>
        <w:t>бо їх ніколи не забуде Бог,&lt;br /&gt;</w:t>
        <w:br/>
        <w:t>коли забудуть серцем чоловіки...&lt;br /&gt;</w:t>
        <w:br/>
        <w:t>І сльози бігтимуть, немов горох,&lt;br /&gt;</w:t>
        <w:br/>
        <w:t>і в Усті, і в старенької каліки.&lt;br /&gt;</w:t>
        <w:br/>
        <w:t>І жаль було йому жінок і в сні,&lt;br /&gt;</w:t>
        <w:br/>
        <w:t>аж краплі бігли із очей ясні,</w:t>
      </w:r>
    </w:p>
    <w:p>
      <w:r>
        <w:br/>
        <w:t>174.&lt;br /&gt;</w:t>
        <w:br/>
        <w:t>такі, як чисті ріки в білих селах&lt;br /&gt;</w:t>
        <w:br/>
        <w:t>чи в рогозі джерела при Руді,&lt;br /&gt;</w:t>
        <w:br/>
        <w:t>що ними листя осінь невесела&lt;br /&gt;</w:t>
        <w:br/>
        <w:t>жене у мертве царство по воді,&lt;br /&gt;</w:t>
        <w:br/>
        <w:t>аби весною верби знов і зела&lt;br /&gt;</w:t>
        <w:br/>
        <w:t>струмкам шептали, сповнені надій,&lt;br /&gt;</w:t>
        <w:br/>
        <w:t>що все життя у нескінченнім русі&lt;br /&gt;</w:t>
        <w:br/>
        <w:t>таке ясне, як і в юнацькій тузі.&lt;br /&gt;</w:t>
        <w:br/>
        <w:t>ПРОЯСЕНЬ:&lt;br /&gt;</w:t>
        <w:br/>
        <w:t>Коли маленька дівчинка, вранці вставши, в розмові з своєю&lt;br /&gt;</w:t>
        <w:br/>
        <w:t>чутливою матір'ю почне заперечувати, нехай мати зупинить свою&lt;br /&gt;</w:t>
        <w:br/>
        <w:t>мову і поможе дитині говорити досхочу, бо дитина хвора і слова&lt;br /&gt;</w:t>
        <w:br/>
        <w:t>їй стануть цілющим ліком.</w:t>
      </w:r>
    </w:p>
    <w:p>
      <w:r>
        <w:br/>
        <w:t>КОХАННЯ</w:t>
      </w:r>
    </w:p>
    <w:p>
      <w:r>
        <w:br/>
        <w:t>175.&lt;br /&gt;</w:t>
        <w:br/>
        <w:t>Свирид щоранку скрізь будив горби&lt;br /&gt;</w:t>
        <w:br/>
        <w:t>луною кроків з нерозкритим томом,&lt;br /&gt;</w:t>
        <w:br/>
        <w:t>то знов на греблі він, біля верби,&lt;br /&gt;</w:t>
        <w:br/>
        <w:t>сидів і в став дивився нерухомо,&lt;br /&gt;</w:t>
        <w:br/>
        <w:t>аж доки батько не гукнуть, аби&lt;br /&gt;</w:t>
        <w:br/>
        <w:t>прощався в лотоках з ревучим громом&lt;br /&gt;</w:t>
        <w:br/>
        <w:t>та йшов обідати. І швидко так&lt;br /&gt;</w:t>
        <w:br/>
        <w:t>а^к обмінився бідний неборак.&lt;br /&gt;</w:t>
        <w:br/>
        <w:t>176.&lt;br /&gt;</w:t>
        <w:br/>
        <w:t>Але, коли йому в десятилітку&lt;br /&gt;</w:t>
        <w:br/>
        <w:t>було на понеділок треба йти,&lt;br /&gt;</w:t>
        <w:br/>
        <w:t>він полетів на греблю в дику квітку&lt;br /&gt;</w:t>
        <w:br/>
        <w:t>привичної своєї самоти;&lt;br /&gt;</w:t>
        <w:br/>
        <w:t>аж там і дід, перед опустом сітку&lt;br /&gt;</w:t>
        <w:br/>
        <w:t>закинувши, зорив в очерети,&lt;br /&gt;</w:t>
        <w:br/>
        <w:t>а вглядівши Свирида серед смути,&lt;br /&gt;</w:t>
        <w:br/>
        <w:t>покликав сісти й новину почути.&lt;br /&gt;</w:t>
        <w:br/>
        <w:t>Дід-Кіт&lt;br /&gt;</w:t>
        <w:br/>
        <w:t>177.&lt;br /&gt;</w:t>
        <w:br/>
        <w:t>"Уже в лікарні Вустя за селом,&lt;br /&gt;</w:t>
        <w:br/>
        <w:t>при ній і мати, доглядати, видко.&lt;br /&gt;</w:t>
        <w:br/>
        <w:t>Від нас поїде теж і аґроном&lt;br /&gt;</w:t>
        <w:br/>
        <w:t>служити в Рохмистрівку, кажуть, швидко,&lt;br /&gt;</w:t>
        <w:br/>
        <w:t>бо доля ним крутнула загалом&lt;br /&gt;</w:t>
        <w:br/>
        <w:t>так само як твоїм свинило зшитком" ...&lt;br /&gt;</w:t>
        <w:br/>
        <w:t>І зблід Свирид і похилився вниз&lt;br /&gt;</w:t>
        <w:br/>
        <w:t>і міцно руку до чола притис.&lt;br /&gt;</w:t>
        <w:br/>
        <w:t>Дід-Кіт&lt;br /&gt;</w:t>
        <w:br/>
        <w:t>178.&lt;br /&gt;</w:t>
        <w:br/>
        <w:t>"І на Великдень сповістила вранці,&lt;br /&gt;</w:t>
        <w:br/>
        <w:t>аби везти їх дівчина крива.&lt;br /&gt;</w:t>
        <w:br/>
        <w:t>Лежала Вустя на низькій лежанці&lt;br /&gt;</w:t>
        <w:br/>
        <w:t>якась чудна і ніби аж нова,&lt;br /&gt;</w:t>
        <w:br/>
        <w:t>і вкутана у білі обвиванці&lt;br /&gt;</w:t>
        <w:br/>
        <w:t>була її прегарна голова,&lt;br /&gt;</w:t>
        <w:br/>
        <w:t>і ковдра тонкошерста та зелена&lt;br /&gt;</w:t>
        <w:br/>
        <w:t>її вкривала щільно по рамена.&lt;br /&gt;</w:t>
        <w:br/>
        <w:t>179.&lt;br /&gt;</w:t>
        <w:br/>
        <w:t>І в ліжку побивалася вона:&lt;br /&gt;</w:t>
        <w:br/>
        <w:t>зривала ковдру і про щось кричала,&lt;br /&gt;</w:t>
        <w:br/>
        <w:t>і попід сосною пливла стіна,&lt;br /&gt;</w:t>
        <w:br/>
        <w:t>неначе шляхом курява піщана,&lt;br /&gt;</w:t>
        <w:br/>
        <w:t>що Києвопечерська давнина&lt;br /&gt;</w:t>
        <w:br/>
        <w:t>колись назустріч віяла прочанам.&lt;br /&gt;</w:t>
        <w:br/>
        <w:t>И нарешті дивовижний супокій&lt;br /&gt;</w:t>
        <w:br/>
        <w:t>у неї вияснився з довгих вій.&lt;br /&gt;</w:t>
        <w:br/>
        <w:t>180.&lt;br /&gt;</w:t>
        <w:br/>
        <w:t>На килимі з краями в жовтих стрічках&lt;br /&gt;</w:t>
        <w:br/>
        <w:t>тужила тихо мати за столом,&lt;br /&gt;</w:t>
        <w:br/>
        <w:t>а Вустя говорила: "Чорна свічка&lt;br /&gt;</w:t>
        <w:br/>
        <w:t>мені пече страшенно у чоло...&lt;br /&gt;</w:t>
        <w:br/>
        <w:t>ще гірше як на пасіці із вічка&lt;br /&gt;</w:t>
        <w:br/>
        <w:t>у мозок цілиться кінцем жало...&lt;br /&gt;</w:t>
        <w:br/>
        <w:t>Линіть на неї свіжою водою,&lt;br /&gt;</w:t>
        <w:br/>
        <w:t>нехай не світиться передо мною" ...&lt;br /&gt;</w:t>
        <w:br/>
        <w:t>Мати&lt;br /&gt;</w:t>
        <w:br/>
        <w:t>181.&lt;br /&gt;</w:t>
        <w:br/>
        <w:t>"Моя дитино, це турецький мак&lt;br /&gt;</w:t>
        <w:br/>
        <w:t>розквітлий за ніч, Богом запевняю ...&lt;br /&gt;</w:t>
        <w:br/>
        <w:t>Але, коли тебе турбує так,&lt;br /&gt;</w:t>
        <w:br/>
        <w:t>то я його мерщій під стіл сховаю" ...&lt;br /&gt;</w:t>
        <w:br/>
        <w:t>Вустя&lt;br /&gt;</w:t>
        <w:br/>
        <w:t>"Мене морозить, мила ненько, пак,&lt;br /&gt;</w:t>
        <w:br/>
        <w:t>і квітку через те з чужого краю,&lt;br /&gt;</w:t>
        <w:br/>
        <w:t>теплішу ще як сонце по дощі,&lt;br /&gt;</w:t>
        <w:br/>
        <w:t>тихенько притуліть мені до щік" . . .&lt;br /&gt;</w:t>
        <w:br/>
        <w:t>Мати&lt;br /&gt;</w:t>
        <w:br/>
        <w:t>182.&lt;br /&gt;</w:t>
        <w:br/>
        <w:t>"Моя дитино, мак тебе нагріти&lt;br /&gt;</w:t>
        <w:br/>
        <w:t>не зможе, бо холодний він і сам&lt;br /&gt;</w:t>
        <w:br/>
        <w:t>так само, як і великодні квіти,&lt;br /&gt;</w:t>
        <w:br/>
        <w:t>що кидає весна своїм лісам,&lt;br /&gt;</w:t>
        <w:br/>
        <w:t>де скрізь лежить трухлиння й червосвіти,&lt;br /&gt;</w:t>
        <w:br/>
        <w:t>і на гадюках світиться роса,&lt;br /&gt;</w:t>
        <w:br/>
        <w:t>де комашня біжить у кожну нору&lt;br /&gt;</w:t>
        <w:br/>
        <w:t>і тягне тріски через пні та кору" ...&lt;br /&gt;</w:t>
        <w:br/>
        <w:t>Вустя&lt;br /&gt;</w:t>
        <w:br/>
        <w:t>183.&lt;br /&gt;</w:t>
        <w:br/>
        <w:t>"Ге, мамо, в Бога у густім бору,&lt;br /&gt;</w:t>
        <w:br/>
        <w:t>що з його й зорі йдуть у ніч старезну,&lt;br /&gt;</w:t>
        <w:br/>
        <w:t>і сонце виходжає тихо в рух&lt;br /&gt;</w:t>
        <w:br/>
        <w:t>на Чигиринську путь середохресну...&lt;br /&gt;</w:t>
        <w:br/>
        <w:t>Ге, мамо, в Господа, коли умру,&lt;br /&gt;</w:t>
        <w:br/>
        <w:t>напевно вже ніколи я не змерзну,&lt;br /&gt;</w:t>
        <w:br/>
        <w:t>бо там не тільки вдень, а і вночі&lt;br /&gt;</w:t>
        <w:br/>
        <w:t>тепліше ще, як на якій печі?"&lt;br /&gt;</w:t>
        <w:br/>
        <w:t>Мати&lt;br /&gt;</w:t>
        <w:br/>
        <w:t>184.&lt;br /&gt;</w:t>
        <w:br/>
        <w:t>"Ох, бідна і нерадісна дитино,&lt;br /&gt;</w:t>
        <w:br/>
        <w:t>тебе в лікарню відвезе ось дід&lt;br /&gt;</w:t>
        <w:br/>
        <w:t>і, підчунявши, у мою хустину&lt;br /&gt;</w:t>
        <w:br/>
        <w:t>запнешся знов, готуючи обід, —&lt;br /&gt;</w:t>
        <w:br/>
        <w:t>і гонор свій без краю, та почину&lt;br /&gt;</w:t>
        <w:br/>
        <w:t>пошлю пишатися на людський рід,&lt;br /&gt;</w:t>
        <w:br/>
        <w:t>що маю я собі за помічницю&lt;br /&gt;</w:t>
        <w:br/>
        <w:t>з руками золотими чарівницю" ...&lt;br /&gt;</w:t>
        <w:br/>
        <w:t>Вустя&lt;br /&gt;</w:t>
        <w:br/>
        <w:t>185.&lt;br /&gt;</w:t>
        <w:br/>
        <w:t>"Ні, рідна мамо, я умру уже&lt;br /&gt;</w:t>
        <w:br/>
        <w:t>і Господа прохатиму в просторах,&lt;br /&gt;</w:t>
        <w:br/>
        <w:t>аби мені простив за те лише,&lt;br /&gt;</w:t>
        <w:br/>
        <w:t>що до Свирида я була сувора,&lt;br /&gt;</w:t>
        <w:br/>
        <w:t>і що, заквітчавшися шпоришем,&lt;br /&gt;</w:t>
        <w:br/>
        <w:t>дивилася в криницю позавчора...&lt;br /&gt;</w:t>
        <w:br/>
        <w:t>Бо жаль мені : чого я з ним тоді&lt;br /&gt;</w:t>
        <w:br/>
        <w:t>не захлинулася у тій воді?&lt;br /&gt;</w:t>
        <w:br/>
        <w:t>186.&lt;br /&gt;</w:t>
        <w:br/>
        <w:t>Але коли б Господь над нами чати&lt;br /&gt;</w:t>
        <w:br/>
        <w:t>держав у дуже дальній далині,&lt;br /&gt;</w:t>
        <w:br/>
        <w:t>неначе із кожнісінької хати&lt;br /&gt;</w:t>
        <w:br/>
        <w:t>в селі його ікона на стіні,&lt;br /&gt;</w:t>
        <w:br/>
        <w:t>і міг би так мене не помічати&lt;br /&gt;</w:t>
        <w:br/>
        <w:t>на небі у селянськім убранні&lt;br /&gt;</w:t>
        <w:br/>
        <w:t>та ще й у шпориші і без вуздиків&lt;br /&gt;</w:t>
        <w:br/>
        <w:t>на лютім вітрі, і без черевиків, —</w:t>
      </w:r>
    </w:p>
    <w:p>
      <w:r>
        <w:br/>
        <w:t>187.&lt;br /&gt;</w:t>
        <w:br/>
        <w:t>тоді б я перед ним упала ниць,&lt;br /&gt;</w:t>
        <w:br/>
        <w:t>і плакати й тужити в довгу осінь,&lt;br /&gt;</w:t>
        <w:br/>
        <w:t>аж доки оком перелетних птиць&lt;br /&gt;</w:t>
        <w:br/>
        <w:t>не вглядів би у мене ноги босі. . .&lt;br /&gt;</w:t>
        <w:br/>
        <w:t>Але чого в яру, на дні криниць&lt;br /&gt;</w:t>
        <w:br/>
        <w:t>вода не мерзне навіть на морозі ? ...&lt;br /&gt;</w:t>
        <w:br/>
        <w:t>І чи Господь мене простить за все,&lt;br /&gt;</w:t>
        <w:br/>
        <w:t>чи снігом глибочезним занесе?...</w:t>
      </w:r>
    </w:p>
    <w:p>
      <w:r>
        <w:br/>
        <w:t>188.&lt;br /&gt;</w:t>
        <w:br/>
        <w:t>Ні, ні... мовчіть, бо буде дуже журно.&lt;br /&gt;</w:t>
        <w:br/>
        <w:t>А щоб Свирид не думав у яру,&lt;br /&gt;</w:t>
        <w:br/>
        <w:t>що так собі, легесенько і дурно&lt;br /&gt;</w:t>
        <w:br/>
        <w:t>від випадкового харциза мру,&lt;br /&gt;</w:t>
        <w:br/>
        <w:t>то я йому листом про все культурно&lt;br /&gt;</w:t>
        <w:br/>
        <w:t>із серця слів багато наберу...&lt;br /&gt;</w:t>
        <w:br/>
        <w:t>Подайте ж, мамо, швидше без вагання&lt;br /&gt;</w:t>
        <w:br/>
        <w:t>геть все, що треба до листописання:</w:t>
      </w:r>
    </w:p>
    <w:p>
      <w:r>
        <w:br/>
        <w:t>189.&lt;br /&gt;</w:t>
        <w:br/>
        <w:t>паперу аркуш і старий Кобзар,&lt;br /&gt;</w:t>
        <w:br/>
        <w:t>і з прискринку мого коверту в квітках,&lt;br /&gt;</w:t>
        <w:br/>
        <w:t>і з мухою маленький каламар,&lt;br /&gt;</w:t>
        <w:br/>
        <w:t>що ще тоді його заткнули тітка,&lt;br /&gt;</w:t>
        <w:br/>
        <w:t>коли ліпили чарівний ліхтар&lt;br /&gt;</w:t>
        <w:br/>
        <w:t>у птицях, зайчиках і в сухозлітках,&lt;br /&gt;</w:t>
        <w:br/>
        <w:t>аби в Страшний Четвер було вночі&lt;br /&gt;</w:t>
        <w:br/>
        <w:t>найкраще полум'я святе свічі...&lt;br /&gt;</w:t>
        <w:br/>
        <w:t>190.&lt;br /&gt;</w:t>
        <w:br/>
        <w:t>А ви, мій діду, станьте над опустом,&lt;br /&gt;</w:t>
        <w:br/>
        <w:t>та шпоришу мені нарвіте там" ...&lt;br /&gt;</w:t>
        <w:br/>
        <w:t>А я й кажу: "Його і в нас є густо&lt;br /&gt;</w:t>
        <w:br/>
        <w:t>під парканом аж до торішніх ям,&lt;br /&gt;</w:t>
        <w:br/>
        <w:t>і свічку ставте перед Злотовустом,&lt;br /&gt;</w:t>
        <w:br/>
        <w:t>бо відти принесу з ряднину вам" ...&lt;br /&gt;</w:t>
        <w:br/>
        <w:t>А Вустя й каже, що їй треба з мосту&lt;br /&gt;</w:t>
        <w:br/>
        <w:t>отого зілля тільки пучку просту.</w:t>
      </w:r>
    </w:p>
    <w:p>
      <w:r>
        <w:br/>
        <w:t>191.&lt;br /&gt;</w:t>
        <w:br/>
        <w:t>"Нехай мсе буде у господі цій&lt;br /&gt;</w:t>
        <w:br/>
        <w:t>і воля Божа і моєї крихти,&lt;br /&gt;</w:t>
        <w:br/>
        <w:t>ще поки ви на мене і курці&lt;br /&gt;</w:t>
        <w:br/>
        <w:t>не тюкаєте з берегів старих тих:&lt;br /&gt;</w:t>
        <w:br/>
        <w:t>бо хто ж то все таки наприкінці&lt;br /&gt;</w:t>
        <w:br/>
        <w:t>звалив її, аби на смерть постригти?"&lt;br /&gt;</w:t>
        <w:br/>
        <w:t>тужила аґрономша у рукав,&lt;br /&gt;</w:t>
        <w:br/>
        <w:t>і я пішов і шпоришу ввірвав.</w:t>
      </w:r>
    </w:p>
    <w:p>
      <w:r>
        <w:br/>
        <w:t>192.&lt;br /&gt;</w:t>
        <w:br/>
        <w:t>Вона ж лише і дві, і дві стеблині&lt;br /&gt;</w:t>
        <w:br/>
        <w:t>взяла з принесеного шпоришу,&lt;br /&gt;</w:t>
        <w:br/>
        <w:t>і першу половину в лист на скрині,&lt;br /&gt;</w:t>
        <w:br/>
        <w:t>а другу вкинула в якусь діжу.&lt;br /&gt;</w:t>
        <w:br/>
        <w:t>І з зіллям лист на правій литці й нині&lt;br /&gt;</w:t>
        <w:br/>
        <w:t>в немазаній халяві ще ношу,&lt;br /&gt;</w:t>
        <w:br/>
        <w:t>аби тобі віддати прочитати&lt;br /&gt;</w:t>
        <w:br/>
        <w:t>смутні слова недужого дівчати.</w:t>
      </w:r>
    </w:p>
    <w:p>
      <w:r>
        <w:br/>
        <w:t>193.&lt;br /&gt;</w:t>
        <w:br/>
        <w:t>І вже не знати, як з халяви лист&lt;br /&gt;</w:t>
        <w:br/>
        <w:t>потрапив раптом в руки небораки,&lt;br /&gt;</w:t>
        <w:br/>
        <w:t>бо знявся вихор і простягся свист&lt;br /&gt;</w:t>
        <w:br/>
        <w:t>від греблі аж до Тугая в байраки.&lt;br /&gt;</w:t>
        <w:br/>
        <w:t>Свирид схопився, і хоч і пурист,&lt;br /&gt;</w:t>
        <w:br/>
        <w:t>але покинув діда без подяки.&lt;br /&gt;</w:t>
        <w:br/>
        <w:t>І за хвилину, може точ-не-вточ&lt;br /&gt;</w:t>
        <w:br/>
        <w:t>аж за ставком читати сів під корч.&lt;br /&gt;</w:t>
        <w:br/>
        <w:t>Лист&lt;br /&gt;</w:t>
        <w:br/>
        <w:t>194.&lt;br /&gt;</w:t>
        <w:br/>
        <w:t>"Пишу і слів, і крови я замісом,&lt;br /&gt;</w:t>
        <w:br/>
        <w:t>бо вже до віку не побачу вас...&lt;br /&gt;</w:t>
        <w:br/>
        <w:t>Діянські зорі висіли над лісом,&lt;br /&gt;</w:t>
        <w:br/>
        <w:t>коли минала Костів перелаз ...&lt;br /&gt;</w:t>
        <w:br/>
        <w:t>Аж бачу, світиться в руці залізо,&lt;br /&gt;</w:t>
        <w:br/>
        <w:t>і руку він підняв на мене враз...&lt;br /&gt;</w:t>
        <w:br/>
        <w:t>І я тепер лежу, радію й плачу,&lt;br /&gt;</w:t>
        <w:br/>
        <w:t>що може Господа в раю побачу...</w:t>
      </w:r>
    </w:p>
    <w:p>
      <w:r>
        <w:br/>
        <w:t>195.&lt;br /&gt;</w:t>
        <w:br/>
        <w:t>І в його попрохаю щастя вам&lt;br /&gt;</w:t>
        <w:br/>
        <w:t>за те, що витягли мене із ставу,&lt;br /&gt;</w:t>
        <w:br/>
        <w:t>а душу, то нехай мою чортам&lt;br /&gt;</w:t>
        <w:br/>
        <w:t>віддасть опришкувату і лукаву,&lt;br /&gt;</w:t>
        <w:br/>
        <w:t>і я терпітиму довіку там&lt;br /&gt;</w:t>
        <w:br/>
        <w:t>без стогону і муку, і неславу,&lt;br /&gt;</w:t>
        <w:br/>
        <w:t>якщо ви шпоришу паристий лік&lt;br /&gt;</w:t>
        <w:br/>
        <w:t>на пам'ятку подержите хоч рік".</w:t>
      </w:r>
    </w:p>
    <w:p>
      <w:r>
        <w:br/>
        <w:t>196.&lt;br /&gt;</w:t>
        <w:br/>
        <w:t>Про що кричали у вершині крижні&lt;br /&gt;</w:t>
        <w:br/>
        <w:t>коли останній прочитав рядок,&lt;br /&gt;</w:t>
        <w:br/>
        <w:t>і батькові слова згадав колишні,&lt;br /&gt;</w:t>
        <w:br/>
        <w:t>де за порівняння було "пеньок",&lt;br /&gt;</w:t>
        <w:br/>
        <w:t>коли і лист, і шпоришеві стрижні&lt;br /&gt;</w:t>
        <w:br/>
        <w:t>в дупло він клав до жаб та ящірок,&lt;br /&gt;</w:t>
        <w:br/>
        <w:t>й, поцілувавши тьму в дуплі ротату,&lt;br /&gt;</w:t>
        <w:br/>
        <w:t>пропав у яр з риданням: "Тату, тату?"</w:t>
      </w:r>
    </w:p>
    <w:p>
      <w:r>
        <w:br/>
        <w:t>197.&lt;br /&gt;</w:t>
        <w:br/>
        <w:t>Поглибшав став, і від тополь і верб&lt;br /&gt;</w:t>
        <w:br/>
        <w:t>вечірні береги темніші стали,&lt;br /&gt;</w:t>
        <w:br/>
        <w:t>і місяць, золотий без ручки серп,&lt;br /&gt;</w:t>
        <w:br/>
        <w:t>поволі плив на водяні квартали&lt;br /&gt;</w:t>
        <w:br/>
        <w:t>аж очерет від здивування стерп,&lt;br /&gt;</w:t>
        <w:br/>
        <w:t>піднявши китиці під обрій талий,&lt;br /&gt;</w:t>
        <w:br/>
        <w:t>що рухався у яр з нічних дрімот,&lt;br /&gt;</w:t>
        <w:br/>
        <w:t>не хилитаючи кущів ні вод.&lt;br /&gt;</w:t>
        <w:br/>
        <w:t>198.&lt;br /&gt;</w:t>
        <w:br/>
        <w:t>Про що кричали у вершині крижні&lt;br /&gt;</w:t>
        <w:br/>
        <w:t>і мріючи заглиблювався став,&lt;br /&gt;</w:t>
        <w:br/>
        <w:t>як дід на хуторі ще й біля вишні&lt;br /&gt;</w:t>
        <w:br/>
        <w:t>полою тер і вочі і вуста,&lt;br /&gt;</w:t>
        <w:br/>
        <w:t>і сяли місячні дві іскри пишні&lt;br /&gt;</w:t>
        <w:br/>
        <w:t>на грудях в нього з мідного хреста?&lt;br /&gt;</w:t>
        <w:br/>
        <w:t>Про що кричали крижні невеселі&lt;br /&gt;</w:t>
        <w:br/>
        <w:t>під жовтим місяцем нічній пустелі?</w:t>
      </w:r>
    </w:p>
    <w:p>
      <w:r>
        <w:br/>
        <w:t>199.&lt;br /&gt;</w:t>
        <w:br/>
        <w:t>Чорніли криниці і журавель&lt;br /&gt;</w:t>
        <w:br/>
        <w:t>на тихих зоряних журився мітлах,&lt;br /&gt;</w:t>
        <w:br/>
        <w:t>і вже ніде із хуторських осель&lt;br /&gt;</w:t>
        <w:br/>
        <w:t>не блискотіло в сонних вікнах світла,&lt;br /&gt;</w:t>
        <w:br/>
        <w:t>але замріянням нічних гребель&lt;br /&gt;</w:t>
        <w:br/>
        <w:t>лілея перша серед ставу квітла&lt;br /&gt;</w:t>
        <w:br/>
        <w:t>та крик жіночий: "Сину", десь лунав&lt;br /&gt;</w:t>
        <w:br/>
        <w:t>і "Гину" яр відповідав на став.</w:t>
      </w:r>
    </w:p>
    <w:p>
      <w:r>
        <w:br/>
        <w:t>200.&lt;br /&gt;</w:t>
        <w:br/>
        <w:t>І це було за смерть саму сумніше,&lt;br /&gt;</w:t>
        <w:br/>
        <w:t>що гонить листя в жовтні по землі&lt;br /&gt;</w:t>
        <w:br/>
        <w:t>в осіннє царство холодами свіже,&lt;br /&gt;</w:t>
        <w:br/>
        <w:t>де бовваніють з криги кришталі,&lt;br /&gt;</w:t>
        <w:br/>
        <w:t>аби на деревах, як і раніше&lt;br /&gt;</w:t>
        <w:br/>
        <w:t>не тріпотало в вітряній полі,&lt;br /&gt;</w:t>
        <w:br/>
        <w:t>і не дивилося уже ніколи&lt;br /&gt;</w:t>
        <w:br/>
        <w:t>з високих стовбурів у щедре поле.</w:t>
      </w:r>
    </w:p>
    <w:p>
      <w:r>
        <w:br/>
        <w:t>ПРОЯСЕНЬ&lt;br /&gt;</w:t>
        <w:br/>
        <w:t>Наше минуле похоже на казкове лошатко, що ніколи не росте.&lt;br /&gt;</w:t>
        <w:br/>
        <w:t>Але чим старіші ми робимося, тим воно стає меншим, кращим&lt;br /&gt;</w:t>
        <w:br/>
        <w:t>і світосяйнішим. І, нарешті, стає похожим на картинку. І на цьому&lt;br /&gt;</w:t>
        <w:br/>
        <w:t>лошаткові напевно вже не схоче проїхатися навіть і циганча.&lt;br /&gt;</w:t>
        <w:br/>
        <w:t>Що ж тоді робити нам з істиною: без минулого немає при-&lt;br /&gt;</w:t>
        <w:br/>
        <w:t>йдешнього?</w:t>
      </w:r>
    </w:p>
    <w:p>
      <w:r>
        <w:br/>
        <w:t>ГОРЕ</w:t>
      </w:r>
    </w:p>
    <w:p>
      <w:r>
        <w:br/>
        <w:t>201.&lt;br /&gt;</w:t>
        <w:br/>
        <w:t>І їхали селяни на базар&lt;br /&gt;</w:t>
        <w:br/>
        <w:t>тижневий матусівський у вівторок,&lt;br /&gt;</w:t>
        <w:br/>
        <w:t>і проїздили Нещадимів яр&lt;br /&gt;</w:t>
        <w:br/>
        <w:t>і квітками зарослий недоорок:&lt;br /&gt;</w:t>
        <w:br/>
        <w:t>аж відти цуценя до поля й хмар&lt;br /&gt;</w:t>
        <w:br/>
        <w:t>завило у порожній Божий морок...&lt;br /&gt;</w:t>
        <w:br/>
        <w:t>І селянин спинив і коні й віз,&lt;br /&gt;</w:t>
        <w:br/>
        <w:t>і відти вучня й цуценя приніс.</w:t>
      </w:r>
    </w:p>
    <w:p>
      <w:r>
        <w:br/>
        <w:t>202.&lt;br /&gt;</w:t>
        <w:br/>
        <w:t>І зараз же мерщій обох додому&lt;br /&gt;</w:t>
        <w:br/>
        <w:t>помчав, аж грюки покотив лісам ...&lt;br /&gt;</w:t>
        <w:br/>
        <w:t>і сина у лікарню, всім відому,&lt;br /&gt;</w:t>
        <w:br/>
        <w:t>відвіз до Рохмистрівки Чичка сам,&lt;br /&gt;</w:t>
        <w:br/>
        <w:t>а цуценя, залізши на солому&lt;br /&gt;</w:t>
        <w:br/>
        <w:t>та згризши хліб черствіший, як коса,&lt;br /&gt;</w:t>
        <w:br/>
        <w:t>разів до ранку вило може з сорок,&lt;br /&gt;</w:t>
        <w:br/>
        <w:t>неначе при дорозі у вівторок.</w:t>
      </w:r>
    </w:p>
    <w:p>
      <w:r>
        <w:br/>
        <w:t>203.&lt;br /&gt;</w:t>
        <w:br/>
        <w:t>І, мабуть, місяців із півтора&lt;br /&gt;</w:t>
        <w:br/>
        <w:t>наш парубок пролежав у лікарні,&lt;br /&gt;</w:t>
        <w:br/>
        <w:t>палаючи з гарячки, мов кора&lt;br /&gt;</w:t>
        <w:br/>
        <w:t>соснова у Білазірській ганчарні.&lt;br /&gt;</w:t>
        <w:br/>
        <w:t>Але коли з цілющого одра&lt;br /&gt;</w:t>
        <w:br/>
        <w:t>на килими став уставати гарні&lt;br /&gt;</w:t>
        <w:br/>
        <w:t>і поглядати із вікна у сад&lt;br /&gt;</w:t>
        <w:br/>
        <w:t>на півники і дикий виноград, —&lt;br /&gt;</w:t>
        <w:br/>
        <w:t>204.&lt;br /&gt;</w:t>
        <w:br/>
        <w:t>стійчик приніс без грюкоту та сварки&lt;br /&gt;</w:t>
        <w:br/>
        <w:t>шкільну вимогу з купою газет,&lt;br /&gt;</w:t>
        <w:br/>
        <w:t>аби він заплатив лише за марки&lt;br /&gt;</w:t>
        <w:br/>
        <w:t>при оповістці в університет,&lt;br /&gt;</w:t>
        <w:br/>
        <w:t>і повне право теж і до цигарки,&lt;br /&gt;</w:t>
        <w:br/>
        <w:t>і на чоло насунути кашкет&lt;br /&gt;</w:t>
        <w:br/>
        <w:t>такий, як у студентиків велося&lt;br /&gt;</w:t>
        <w:br/>
        <w:t>з розвихреним для красоти волоссям.</w:t>
      </w:r>
    </w:p>
    <w:p>
      <w:r>
        <w:br/>
        <w:t>205.&lt;br /&gt;</w:t>
        <w:br/>
        <w:t>І стало жаль йому ворон, сорок&lt;br /&gt;</w:t>
        <w:br/>
        <w:t>на журавлі, високім та скрипучім,&lt;br /&gt;</w:t>
        <w:br/>
        <w:t>і верб з корінням чорним у ставок,&lt;br /&gt;</w:t>
        <w:br/>
        <w:t>і зарудинської з кістками кручі,&lt;br /&gt;</w:t>
        <w:br/>
        <w:t>і рясту, схиленого під пеньок. . .&lt;br /&gt;</w:t>
        <w:br/>
        <w:t>і батька й матір у тяжкім наруччі&lt;br /&gt;</w:t>
        <w:br/>
        <w:t>одруження... мов крику з-під коліс&lt;br /&gt;</w:t>
        <w:br/>
        <w:t>забризканого кров'ю й крапом сліз.</w:t>
      </w:r>
    </w:p>
    <w:p>
      <w:r>
        <w:br/>
        <w:t>206.&lt;br /&gt;</w:t>
        <w:br/>
        <w:t>Але, коли поля і дальні гори&lt;br /&gt;</w:t>
        <w:br/>
        <w:t>обходив з цуценям проз Насачів,&lt;br /&gt;</w:t>
        <w:br/>
        <w:t>що приблудилося, коли він хворий&lt;br /&gt;</w:t>
        <w:br/>
        <w:t>лежав над битим шляхом уночі, —&lt;br /&gt;</w:t>
        <w:br/>
        <w:t>що, виросши, загибло псом суворим,&lt;br /&gt;</w:t>
        <w:br/>
        <w:t>йому життя рятуючи й плачі, —&lt;br /&gt;</w:t>
        <w:br/>
        <w:t>коли у поле він виходив перший,&lt;br /&gt;</w:t>
        <w:br/>
        <w:t>у далечінь рожеву очі вперши, —</w:t>
      </w:r>
    </w:p>
    <w:p>
      <w:r>
        <w:br/>
        <w:t>207.&lt;br /&gt;</w:t>
        <w:br/>
        <w:t>то власне горе видавалось так&lt;br /&gt;</w:t>
        <w:br/>
        <w:t>до щастя людського у грі веселій,&lt;br /&gt;</w:t>
        <w:br/>
        <w:t>неначе в рух закручений вітряк&lt;br /&gt;</w:t>
        <w:br/>
        <w:t>вітрами, що женуться із пустелі,&lt;br /&gt;</w:t>
        <w:br/>
        <w:t>аж доки стовп не зломиться, грімак,&lt;br /&gt;</w:t>
        <w:br/>
        <w:t>і з ним вирло на кованім уделі...&lt;br /&gt;</w:t>
        <w:br/>
        <w:t>І вирішив Свирид зійти із мук&lt;br /&gt;</w:t>
        <w:br/>
        <w:t>у Київ допевнятися наук.&lt;br /&gt;</w:t>
        <w:br/>
        <w:t>208.&lt;br /&gt;</w:t>
        <w:br/>
        <w:t>І в українську він прибув столицю&lt;br /&gt;</w:t>
        <w:br/>
        <w:t>між хлопці та дівчата невгурні,&lt;br /&gt;</w:t>
        <w:br/>
        <w:t>привізши в серці і осінню птицю&lt;br /&gt;</w:t>
        <w:br/>
        <w:t>і звернені до вирію вже дні,&lt;br /&gt;</w:t>
        <w:br/>
        <w:t>і падалішню з кіп та стай пшеницю, .&lt;br /&gt;</w:t>
        <w:br/>
        <w:t>поключену у запашній стерні,&lt;br /&gt;</w:t>
        <w:br/>
        <w:t>і на ровах полинь у павутинні,&lt;br /&gt;</w:t>
        <w:br/>
        <w:t>і крики з-за могил вночі лисині...</w:t>
      </w:r>
    </w:p>
    <w:p>
      <w:r>
        <w:br/>
        <w:t>209.&lt;br /&gt;</w:t>
        <w:br/>
        <w:t>І схилені тини, і гарбузи,&lt;br /&gt;</w:t>
        <w:br/>
        <w:t>позвішувані удиною в трави,&lt;br /&gt;</w:t>
        <w:br/>
        <w:t>ще кольористіші за пояси&lt;br /&gt;</w:t>
        <w:br/>
        <w:t>в людей під час недільної відправи,&lt;br /&gt;</w:t>
        <w:br/>
        <w:t>і курені з соломи й рогози&lt;br /&gt;</w:t>
        <w:br/>
        <w:t>із баштанів, де сторожі та ґави,&lt;br /&gt;</w:t>
        <w:br/>
        <w:t>і вітру вогкого з-над лісу свист,&lt;br /&gt;</w:t>
        <w:br/>
        <w:t>і вже на смерть зів'ялий жовтий лист.</w:t>
      </w:r>
    </w:p>
    <w:p>
      <w:r>
        <w:br/>
        <w:t>201. І на чуттєвий кетяг ввесь цей з лану&lt;br /&gt;</w:t>
        <w:br/>
        <w:t>лягли міські недобрі холоди&lt;br /&gt;</w:t>
        <w:br/>
        <w:t>великою росою із туману,&lt;br /&gt;</w:t>
        <w:br/>
        <w:t>що вітром пролітає з-над води,&lt;br /&gt;</w:t>
        <w:br/>
        <w:t>і, похиливши гілку серцю в рану,&lt;br /&gt;</w:t>
        <w:br/>
        <w:t>вони зривалися й самі туди:&lt;br /&gt;</w:t>
        <w:br/>
        <w:t>і забуття ішло тому, що дома,&lt;br /&gt;</w:t>
        <w:br/>
        <w:t>а з ним міська наука невникома:</w:t>
      </w:r>
    </w:p>
    <w:p>
      <w:r>
        <w:br/>
        <w:t>211. і університет з важких споруд,&lt;br /&gt;</w:t>
        <w:br/>
        <w:t>узятих у густу червону фарбу,&lt;br /&gt;</w:t>
        <w:br/>
        <w:t>аби святий централістичний бруд&lt;br /&gt;</w:t>
        <w:br/>
        <w:t>на подив навертав бездумну мавпу&lt;br /&gt;</w:t>
        <w:br/>
        <w:t>розведеними поверхами з груд&lt;br /&gt;</w:t>
        <w:br/>
        <w:t>від першого до п'ятого аж карбу,&lt;br /&gt;</w:t>
        <w:br/>
        <w:t>на вісім спертих еллінських колумн,&lt;br /&gt;</w:t>
        <w:br/>
        <w:t>прихований підкреслювати глум ...&lt;br /&gt;</w:t>
        <w:br/>
        <w:t>212.&lt;br /&gt;</w:t>
        <w:br/>
        <w:t>І кручені, вузенькі коридори&lt;br /&gt;</w:t>
        <w:br/>
        <w:t>і стіни в них у метер завтовшки,&lt;br /&gt;</w:t>
        <w:br/>
        <w:t>і помуровані, цеглові нори,&lt;br /&gt;</w:t>
        <w:br/>
        <w:t>і вземлища, і кам'яні мішки,&lt;br /&gt;</w:t>
        <w:br/>
        <w:t>де пахне цвіллю Талеса і Тори&lt;br /&gt;</w:t>
        <w:br/>
        <w:t>через устав московський навпрошки...&lt;br /&gt;</w:t>
        <w:br/>
        <w:t>і вікна в стінах, ніби домовини,&lt;br /&gt;</w:t>
        <w:br/>
        <w:t>западені у камінь без людини...</w:t>
      </w:r>
    </w:p>
    <w:p>
      <w:r>
        <w:br/>
        <w:t>213.&lt;br /&gt;</w:t>
        <w:br/>
        <w:t>І авдиторії всі на зразок&lt;br /&gt;</w:t>
        <w:br/>
        <w:t>колишнього страшного Колізею,&lt;br /&gt;</w:t>
        <w:br/>
        <w:t>хоч тут і тінь була, а не пісок&lt;br /&gt;</w:t>
        <w:br/>
        <w:t>з густою цвіллю сивою своєю,&lt;br /&gt;</w:t>
        <w:br/>
        <w:t>і хоч колумни, ніби крик казок,&lt;br /&gt;</w:t>
        <w:br/>
        <w:t>лунали голосно про Одіссею,&lt;br /&gt;</w:t>
        <w:br/>
        <w:t>гучніше, як з гармати гармаші,&lt;br /&gt;</w:t>
        <w:br/>
        <w:t>Свиридовій напруженій душі...</w:t>
      </w:r>
    </w:p>
    <w:p>
      <w:r>
        <w:br/>
        <w:t>214.&lt;br /&gt;</w:t>
        <w:br/>
        <w:t>Та тихо скрізь було у брилах муру,&lt;br /&gt;</w:t>
        <w:br/>
        <w:t>коли з дубових і міцних катедр&lt;br /&gt;</w:t>
        <w:br/>
        <w:t>слова гукав і про літературу&lt;br /&gt;</w:t>
        <w:br/>
        <w:t>будліякий сивоволосий метр,&lt;br /&gt;</w:t>
        <w:br/>
        <w:t>радіючи, що світ не має шнуру&lt;br /&gt;</w:t>
        <w:br/>
        <w:t>всю правду змірити до чорних нетр,&lt;br /&gt;</w:t>
        <w:br/>
        <w:t>що людській думці скрізь кордони креслять,&lt;br /&gt;</w:t>
        <w:br/>
        <w:t>неначе крейдою на дошці тесля.</w:t>
      </w:r>
    </w:p>
    <w:p>
      <w:r>
        <w:br/>
        <w:t>215.&lt;br /&gt;</w:t>
        <w:br/>
        <w:t>Мовчали і тоді, коли вола&lt;br /&gt;</w:t>
        <w:br/>
        <w:t>давив професор сумом безперечним,&lt;br /&gt;</w:t>
        <w:br/>
        <w:t>що хоч кордони правда й одвела&lt;br /&gt;</w:t>
        <w:br/>
        <w:t>у вічність радіюсом безконечним,&lt;br /&gt;</w:t>
        <w:br/>
        <w:t>та ним, ще сумом, міриться стріла&lt;br /&gt;</w:t>
        <w:br/>
        <w:t>і харалужний половецький меч ним,&lt;br /&gt;</w:t>
        <w:br/>
        <w:t>бо наше серце має і тепер&lt;br /&gt;</w:t>
        <w:br/>
        <w:t>розгінну клітку з двадцяти ребер.&lt;br /&gt;</w:t>
        <w:br/>
        <w:t>216. І все це в світі, що він чув і бачив&lt;br /&gt;</w:t>
        <w:br/>
        <w:t>сприймав не так, як треба для наук,&lt;br /&gt;</w:t>
        <w:br/>
        <w:t>а так, як символ Божества незрячий,&lt;br /&gt;</w:t>
        <w:br/>
        <w:t>що кинуло сонця в безодню з рук;&lt;br /&gt;</w:t>
        <w:br/>
        <w:t>але свідомість не давав тлумачить&lt;br /&gt;</w:t>
        <w:br/>
        <w:t>Свирид свою спочатку навіть в друк,&lt;br /&gt;</w:t>
        <w:br/>
        <w:t>бо взнати з бульбашок ніхто не в силі&lt;br /&gt;</w:t>
        <w:br/>
        <w:t>рибину ту, що дихає з-під хвилі.&lt;br /&gt;</w:t>
        <w:br/>
        <w:t>217. І кожний факт йому кущем був жал&lt;br /&gt;</w:t>
        <w:br/>
        <w:t>і в підсвідоме пік із порожнечі,&lt;br /&gt;</w:t>
        <w:br/>
        <w:t>яке жило мов стоплений метал&lt;br /&gt;</w:t>
        <w:br/>
        <w:t>і кухля ждало виливати речі,&lt;br /&gt;</w:t>
        <w:br/>
        <w:t>й Свирида мали всі за ідеал,&lt;br /&gt;</w:t>
        <w:br/>
        <w:t>та тільки не студентський, а овечий,&lt;br /&gt;</w:t>
        <w:br/>
        <w:t>бо так науки брав та їх слова,&lt;br /&gt;</w:t>
        <w:br/>
        <w:t>як і мандрівник в лісі дерева.</w:t>
      </w:r>
    </w:p>
    <w:p>
      <w:r>
        <w:br/>
        <w:t>218.&lt;br /&gt;</w:t>
        <w:br/>
        <w:t>Свирид цим не цікавився, і в місті&lt;br /&gt;</w:t>
        <w:br/>
        <w:t>учився справді серцем, навздогад&lt;br /&gt;</w:t>
        <w:br/>
        <w:t>і, проминаючи на розі "Вісті",&lt;br /&gt;</w:t>
        <w:br/>
        <w:t>додому біг проз ботанічний сад.&lt;br /&gt;</w:t>
        <w:br/>
        <w:t>А дома, піджививши разів двісті&lt;br /&gt;</w:t>
        <w:br/>
        <w:t>свій примус серед гуркання шухляд,&lt;br /&gt;</w:t>
        <w:br/>
        <w:t>живився й сам, і квапився із хати&lt;br /&gt;</w:t>
        <w:br/>
        <w:t>в бібліотеку знов студіювати.</w:t>
      </w:r>
    </w:p>
    <w:p>
      <w:r>
        <w:br/>
        <w:t>219.&lt;br /&gt;</w:t>
        <w:br/>
        <w:t>А там на вікнах всіх і на стільці&lt;br /&gt;</w:t>
        <w:br/>
        <w:t>лежали в крицю вкуті каталоги,&lt;br /&gt;</w:t>
        <w:br/>
        <w:t>і височіли шахви й полиці,&lt;br /&gt;</w:t>
        <w:br/>
        <w:t>забиті книгами по перші змоги,&lt;br /&gt;</w:t>
        <w:br/>
        <w:t>і дві драбини, щеплені в торці,&lt;br /&gt;</w:t>
        <w:br/>
        <w:t>щоб дівчині доточувати ноги,&lt;br /&gt;</w:t>
        <w:br/>
        <w:t>як діставати доведеться їй&lt;br /&gt;</w:t>
        <w:br/>
        <w:t>сповновище студентам дум та мрій.&lt;br /&gt;</w:t>
        <w:br/>
        <w:t>220.&lt;br /&gt;</w:t>
        <w:br/>
        <w:t>І сльози, ніби краплі чисті з криги&lt;br /&gt;</w:t>
        <w:br/>
        <w:t>на сонці, наверталися в очах,&lt;br /&gt;</w:t>
        <w:br/>
        <w:t>коли він чув з розгорнутої книги&lt;br /&gt;</w:t>
        <w:br/>
        <w:t>тисячолітній, пожовтілий пах,&lt;br /&gt;</w:t>
        <w:br/>
        <w:t>і бачив тих, що занесли з ним стриги&lt;br /&gt;</w:t>
        <w:br/>
        <w:t>з полів під університетський дах,&lt;br /&gt;</w:t>
        <w:br/>
        <w:t>над фоліянтами похилих нині&lt;br /&gt;</w:t>
        <w:br/>
        <w:t>у тиші наукової святині.&lt;br /&gt;</w:t>
        <w:br/>
        <w:t>221. І серце билося мерщій, мерщій&lt;br /&gt;</w:t>
        <w:br/>
        <w:t>від почуття незнаного ніколи,&lt;br /&gt;</w:t>
        <w:br/>
        <w:t>хоч ним живе під сонцем по дощі&lt;br /&gt;</w:t>
        <w:br/>
        <w:t>щороку в червні недостигле поле,&lt;br /&gt;</w:t>
        <w:br/>
        <w:t>коли, неначе лапками хрущі,&lt;br /&gt;</w:t>
        <w:br/>
        <w:t>воно в обличчя колосками коле,&lt;br /&gt;</w:t>
        <w:br/>
        <w:t>невирівняну силу і красу,&lt;br /&gt;</w:t>
        <w:br/>
        <w:t>обороняючи так до часу. ..&lt;br /&gt;</w:t>
        <w:br/>
        <w:t>222. А прочитавши після Боделера,&lt;br /&gt;</w:t>
        <w:br/>
        <w:t>Євангелію й Ґете навздогін,&lt;br /&gt;</w:t>
        <w:br/>
        <w:t>Свидницького і Байрона й Гомера&lt;br /&gt;</w:t>
        <w:br/>
        <w:t>і Гавптманів смутний "Підводний дзвін",&lt;br /&gt;</w:t>
        <w:br/>
        <w:t>почув як обзиваються озера&lt;br /&gt;</w:t>
        <w:br/>
        <w:t>осіннім клекотом з усіх країн:&lt;br /&gt;</w:t>
        <w:br/>
        <w:t>що мрія розлучилася з душею&lt;br /&gt;</w:t>
        <w:br/>
        <w:t>і вже не стрінеться ніколи з нею,</w:t>
      </w:r>
    </w:p>
    <w:p>
      <w:r>
        <w:br/>
        <w:t>223.&lt;br /&gt;</w:t>
        <w:br/>
        <w:t>і сам ітиме вже через поля,&lt;br /&gt;</w:t>
        <w:br/>
        <w:t>та тільки не своїй назустріч хмарі,&lt;br /&gt;</w:t>
        <w:br/>
        <w:t>заплаканий, як бідне немовля,&lt;br /&gt;</w:t>
        <w:br/>
        <w:t>відбившися від неньки на базарі, —&lt;br /&gt;</w:t>
        <w:br/>
        <w:t>і кинеться раптово до бриля,&lt;br /&gt;</w:t>
        <w:br/>
        <w:t>що відлетить з чола в пилюжній хмарі,&lt;br /&gt;</w:t>
        <w:br/>
        <w:t>та й спотикнеться так, аж загуде&lt;br /&gt;</w:t>
        <w:br/>
        <w:t>у небуття крізь глинище руде,&lt;br /&gt;</w:t>
        <w:br/>
        <w:t>224.&lt;br /&gt;</w:t>
        <w:br/>
        <w:t>Де не чекає на людей ніколи&lt;br /&gt;</w:t>
        <w:br/>
        <w:t>ніхто ні ввечорі ні порану&lt;br /&gt;</w:t>
        <w:br/>
        <w:t>і навіть місяць дихає, о доле,&lt;br /&gt;</w:t>
        <w:br/>
        <w:t>морозами в небесну сарану&lt;br /&gt;</w:t>
        <w:br/>
        <w:t>і тільки наше гайдамацьке поле&lt;br /&gt;</w:t>
        <w:br/>
        <w:t>злягає щиро на нову труну,&lt;br /&gt;</w:t>
        <w:br/>
        <w:t>аби всмоктати рештки з сіромахи&lt;br /&gt;</w:t>
        <w:br/>
        <w:t>і кишки, й дошки, і кістки, і цвяхи...</w:t>
      </w:r>
    </w:p>
    <w:p>
      <w:r>
        <w:br/>
        <w:t>225.&lt;br /&gt;</w:t>
        <w:br/>
        <w:t>І Вустин образ звівся знов з душі&lt;br /&gt;</w:t>
        <w:br/>
        <w:t>у темну баню горя світового,&lt;br /&gt;</w:t>
        <w:br/>
        <w:t>неначе з океанської глуші&lt;br /&gt;</w:t>
        <w:br/>
        <w:t>маяк забутий і людьми і Богом,&lt;br /&gt;</w:t>
        <w:br/>
        <w:t>де вимерли давно вже сторожі&lt;br /&gt;</w:t>
        <w:br/>
        <w:t>і всі позаростали східці мохом,&lt;br /&gt;</w:t>
        <w:br/>
        <w:t>а він ще тільки світить уночі&lt;br /&gt;</w:t>
        <w:br/>
        <w:t>у піну хвиль на кам'яні сторчі.</w:t>
      </w:r>
    </w:p>
    <w:p>
      <w:r>
        <w:br/>
        <w:t>226.&lt;br /&gt;</w:t>
        <w:br/>
        <w:t>А полюбивши у поетів давніх&lt;br /&gt;</w:t>
        <w:br/>
        <w:t>гарячим словом вирізьблений сум,&lt;br /&gt;</w:t>
        <w:br/>
        <w:t>і позамикані на вікнах ставні,&lt;br /&gt;</w:t>
        <w:br/>
        <w:t>і тиші запівнічної красу,&lt;br /&gt;</w:t>
        <w:br/>
        <w:t>і грубий том, розкритий на останній&lt;br /&gt;</w:t>
        <w:br/>
        <w:t>сторінці з візерунками внизу,&lt;br /&gt;</w:t>
        <w:br/>
        <w:t>і два засвічені над ним огарки,&lt;br /&gt;</w:t>
        <w:br/>
        <w:t>і дим від них, але не від цигарки, —</w:t>
      </w:r>
    </w:p>
    <w:p>
      <w:r>
        <w:br/>
        <w:t>227.&lt;br /&gt;</w:t>
        <w:br/>
        <w:t>він полюбив надхненно теж і сам&lt;br /&gt;</w:t>
        <w:br/>
        <w:t>у несподівані слова ловити&lt;br /&gt;</w:t>
        <w:br/>
        <w:t>в своїй душі прекрасні небеса,&lt;br /&gt;</w:t>
        <w:br/>
        <w:t>підкинуті у рух несамовитий,&lt;br /&gt;</w:t>
        <w:br/>
        <w:t>де не світили зорі, ні роса,&lt;br /&gt;</w:t>
        <w:br/>
        <w:t>ні жовтий місяць, на скалки розбитий,&lt;br /&gt;</w:t>
        <w:br/>
        <w:t>а чиста кров з дівочого виска,&lt;br /&gt;</w:t>
        <w:br/>
        <w:t>що бризнула колись із-під зубка,&lt;br /&gt;</w:t>
        <w:br/>
        <w:t>228.&lt;br /&gt;</w:t>
        <w:br/>
        <w:t>І посеред таких студійних версій&lt;br /&gt;</w:t>
        <w:br/>
        <w:t>у нього книга на столі росла&lt;br /&gt;</w:t>
        <w:br/>
        <w:t>найперших, найправдивіших поезій,&lt;br /&gt;</w:t>
        <w:br/>
        <w:t>неначе тріск трави з-під чересла...&lt;br /&gt;</w:t>
        <w:br/>
        <w:t>І, назву їй шукаючи, тверезій&lt;br /&gt;</w:t>
        <w:br/>
        <w:t>від всеросійського добра і зла,&lt;br /&gt;</w:t>
        <w:br/>
        <w:t>йому на думку спала неминуча&lt;br /&gt;</w:t>
        <w:br/>
        <w:t>дощем прорита зарудинська Круча.</w:t>
      </w:r>
    </w:p>
    <w:p>
      <w:r>
        <w:br/>
        <w:t>229.&lt;br /&gt;</w:t>
        <w:br/>
        <w:t>Коли ж вона з'явилася на світ&lt;br /&gt;</w:t>
        <w:br/>
        <w:t>і виглянула свіжо із крамниці,&lt;br /&gt;</w:t>
        <w:br/>
        <w:t>редакції звелися на ґраніт&lt;br /&gt;</w:t>
        <w:br/>
        <w:t>і загули ще гірше, як вовчиці,&lt;br /&gt;</w:t>
        <w:br/>
        <w:t>що він таки справдісінький "пi&amp;#239;т,,&lt;br /&gt;</w:t>
        <w:br/>
        <w:t>і досі не застрелений з рушниці,&lt;br /&gt;</w:t>
        <w:br/>
        <w:t>бо хоч і не за ворога тепер,&lt;br /&gt;</w:t>
        <w:br/>
        <w:t>то буде ним докбнче у-,,четвер".</w:t>
      </w:r>
    </w:p>
    <w:p>
      <w:r>
        <w:br/>
        <w:t>230.&lt;br /&gt;</w:t>
        <w:br/>
        <w:t>А здобуваючи душі оздобу&lt;br /&gt;</w:t>
        <w:br/>
        <w:t>у Києві напевно років з два,&lt;br /&gt;</w:t>
        <w:br/>
        <w:t>Свирид відчув у критиці жадобу&lt;br /&gt;</w:t>
        <w:br/>
        <w:t>крови з юнацького свого єства...&lt;br /&gt;</w:t>
        <w:br/>
        <w:t>І, триместрову кинувши хворобу&lt;br /&gt;</w:t>
        <w:br/>
        <w:t>у деканаті сквапно до Різдва, —&lt;br /&gt;</w:t>
        <w:br/>
        <w:t>взяв чамайдан і рушив без затриму&lt;br /&gt;</w:t>
        <w:br/>
        <w:t>до рідних виводів з хвостами диму.</w:t>
      </w:r>
    </w:p>
    <w:p>
      <w:r>
        <w:br/>
        <w:t>"Лищ любий краю неповинний!&lt;br /&gt;</w:t>
        <w:br/>
        <w:t>За що тебе Господь кара,&lt;br /&gt;</w:t>
        <w:br/>
        <w:t>карає тяжко? За Богдана&lt;br /&gt;</w:t>
        <w:br/>
        <w:t>та за скаженого Петра".&lt;br /&gt;</w:t>
        <w:br/>
        <w:t>Т. Шевченко.</w:t>
      </w:r>
    </w:p>
    <w:p>
      <w:r>
        <w:br/>
        <w:t>ЧАСТИНА ДРУГА&lt;br /&gt;</w:t>
        <w:br/>
        <w:t>ПРОЯСЕНЬ&lt;br /&gt;</w:t>
        <w:br/>
        <w:t>Наше щастя не дивиться нам у серце .квітами та зорями,&lt;br /&gt;</w:t>
        <w:br/>
        <w:t>а тільки людськими очима. І чим більше цих квітів та зор, тим&lt;br /&gt;</w:t>
        <w:br/>
        <w:t>воно сліпіше і холодніше нашому бідному серцю.</w:t>
      </w:r>
    </w:p>
    <w:p>
      <w:r>
        <w:br/>
        <w:t>МАТИ</w:t>
      </w:r>
    </w:p>
    <w:p>
      <w:r>
        <w:br/>
        <w:t>231.&lt;br /&gt;</w:t>
        <w:br/>
        <w:t>Удосвіта, ще майже уночі,&lt;br /&gt;</w:t>
        <w:br/>
        <w:t>соломою пшеничною повільно&lt;br /&gt;</w:t>
        <w:br/>
        <w:t>хазяйка витопила у печі&lt;br /&gt;</w:t>
        <w:br/>
        <w:t>і заслонкою затулила щільно.&lt;br /&gt;</w:t>
        <w:br/>
        <w:t>І стихла кочерга і рогачі&lt;br /&gt;</w:t>
        <w:br/>
        <w:t>в кутку з кленовим макогоном спільно,&lt;br /&gt;</w:t>
        <w:br/>
        <w:t>а ту солому, що було з запіл,&lt;br /&gt;</w:t>
        <w:br/>
        <w:t>взяла хазяйка й притрусила діл.</w:t>
      </w:r>
    </w:p>
    <w:p>
      <w:r>
        <w:br/>
        <w:t>232.&lt;br /&gt;</w:t>
        <w:br/>
        <w:t>А потім, сівши до вікна на днище,&lt;br /&gt;</w:t>
        <w:br/>
        <w:t>схилила тихо сивину чола&lt;br /&gt;</w:t>
        <w:br/>
        <w:t>над прядку, та під кужіль ближче,&lt;br /&gt;</w:t>
        <w:br/>
        <w:t>і прясти нитку швидко почала.&lt;br /&gt;</w:t>
        <w:br/>
        <w:t>Здавалося, що просто ось засвище&lt;br /&gt;</w:t>
        <w:br/>
        <w:t>посеред хати золота бджола&lt;br /&gt;</w:t>
        <w:br/>
        <w:t>і цвіт акації запахне медом,&lt;br /&gt;</w:t>
        <w:br/>
        <w:t>і білим полотном, і очеретом.</w:t>
      </w:r>
    </w:p>
    <w:p>
      <w:r>
        <w:br/>
        <w:t>233.&lt;br /&gt;</w:t>
        <w:br/>
        <w:t>Та з цвяха гас на сволоці ясний,&lt;br /&gt;</w:t>
        <w:br/>
        <w:t>ні з краю в жердки звішений фуґанок,&lt;br /&gt;</w:t>
        <w:br/>
        <w:t>ні крига на шибках, неначе сни,&lt;br /&gt;</w:t>
        <w:br/>
        <w:t>які затримав там холодний ранок,&lt;br /&gt;</w:t>
        <w:br/>
        <w:t>ні тиха мрія про тепло весни,&lt;br /&gt;</w:t>
        <w:br/>
        <w:t>безлистим хмелем заткана у ґанок,&lt;br /&gt;</w:t>
        <w:br/>
        <w:t>сказати силкувалися б дарма:&lt;br /&gt;</w:t>
        <w:br/>
        <w:t>чи спокій є в хазяйки, чи нема.&lt;br /&gt;</w:t>
        <w:br/>
        <w:t>234.&lt;br /&gt;</w:t>
        <w:br/>
        <w:t>Аж ось заторохтів у шини вкутий&lt;br /&gt;</w:t>
        <w:br/>
        <w:t>маленький віз по мерзлому грудді,&lt;br /&gt;</w:t>
        <w:br/>
        <w:t>і зупинився при воротах, чути,&lt;br /&gt;</w:t>
        <w:br/>
        <w:t>і хтось із нього виплигнув тоді:&lt;br /&gt;</w:t>
        <w:br/>
        <w:t>"О, псе, який же ти іклато-лютий!"&lt;br /&gt;</w:t>
        <w:br/>
        <w:t>прогомоніли звуки молоді,&lt;br /&gt;</w:t>
        <w:br/>
        <w:t>та тій, що пряла в мовчазній покорі,&lt;br /&gt;</w:t>
        <w:br/>
        <w:t>те не дійшло, що сталося надворі.</w:t>
      </w:r>
    </w:p>
    <w:p>
      <w:r>
        <w:br/>
        <w:t>235.&lt;br /&gt;</w:t>
        <w:br/>
        <w:t>І двері відчинились, мов лубки,&lt;br /&gt;</w:t>
        <w:br/>
        <w:t>у зимових окутах рогозових,&lt;br /&gt;</w:t>
        <w:br/>
        <w:t>і в хату бухнули густі клубки&lt;br /&gt;</w:t>
        <w:br/>
        <w:t>повітря, ще сивішого за сови&lt;br /&gt;</w:t>
        <w:br/>
        <w:t>аж ворухнулися два рушники,&lt;br /&gt;</w:t>
        <w:br/>
        <w:t>які в господі мають тільки вдови,&lt;br /&gt;</w:t>
        <w:br/>
        <w:t>які тут накривали на столі&lt;br /&gt;</w:t>
        <w:br/>
        <w:t>і хліб, і сіль, і ложки три малі.</w:t>
      </w:r>
    </w:p>
    <w:p>
      <w:r>
        <w:br/>
        <w:t>236.&lt;br /&gt;</w:t>
        <w:br/>
        <w:t>І, зачинивши двері за собою&lt;br /&gt;</w:t>
        <w:br/>
        <w:t>перед морозом кріпшим від костей,&lt;br /&gt;</w:t>
        <w:br/>
        <w:t>спинилась дівчина перед старою,&lt;br /&gt;</w:t>
        <w:br/>
        <w:t>яка не помічала ще "гостей".&lt;br /&gt;</w:t>
        <w:br/>
        <w:t>Та, що ввійшла, спиралася рукою&lt;br /&gt;</w:t>
        <w:br/>
        <w:t>на ободове пужално густе,&lt;br /&gt;</w:t>
        <w:br/>
        <w:t>була в кужусі, в валянках обшитих&lt;br /&gt;</w:t>
        <w:br/>
        <w:t>і в білій шапці із ягняток ситих.</w:t>
      </w:r>
    </w:p>
    <w:p>
      <w:r>
        <w:br/>
        <w:t>237.&lt;br /&gt;</w:t>
        <w:br/>
        <w:t>Це ще була не дівка, а дівчук,&lt;br /&gt;</w:t>
        <w:br/>
        <w:t>напевно літ шістнадцяти зелених,&lt;br /&gt;</w:t>
        <w:br/>
        <w:t>бо ніжній простоті в її віччю&lt;br /&gt;</w:t>
        <w:br/>
        <w:t>позаздрили б і молоденькі клени.&lt;br /&gt;</w:t>
        <w:br/>
        <w:t>А та краса, про котру кожний чув,&lt;br /&gt;</w:t>
        <w:br/>
        <w:t>була колись в античної Олени,&lt;br /&gt;</w:t>
        <w:br/>
        <w:t>єдналася в її устах з теплом&lt;br /&gt;</w:t>
        <w:br/>
        <w:t>і сяли щирістю з лиця й добром.</w:t>
      </w:r>
    </w:p>
    <w:p>
      <w:r>
        <w:br/>
        <w:t>238.&lt;br /&gt;</w:t>
        <w:br/>
        <w:t>Та не даремно кажуть нам про квітки,&lt;br /&gt;</w:t>
        <w:br/>
        <w:t>які пишалися в раю земнім,&lt;br /&gt;</w:t>
        <w:br/>
        <w:t>бо вже, коли всім знані однолітки&lt;br /&gt;</w:t>
        <w:br/>
        <w:t>упали в гріх і довелося їм&lt;br /&gt;</w:t>
        <w:br/>
        <w:t>покинути біліший від намітки&lt;br /&gt;</w:t>
        <w:br/>
        <w:t>з вишневого цвітіння дивний дім,&lt;br /&gt;</w:t>
        <w:br/>
        <w:t>то Бог і їх зірвав у тій долині&lt;br /&gt;</w:t>
        <w:br/>
        <w:t>та й викинув на небеса синь-сині.</w:t>
      </w:r>
    </w:p>
    <w:p>
      <w:r>
        <w:br/>
        <w:t>239.&lt;br /&gt;</w:t>
        <w:br/>
        <w:t>І по небесному вони вінці&lt;br /&gt;</w:t>
        <w:br/>
        <w:t>розбіглись купками і поодинці,&lt;br /&gt;</w:t>
        <w:br/>
        <w:t>але одна не встигла корінці&lt;br /&gt;</w:t>
        <w:br/>
        <w:t>вростити швидко на своїй зупинці,&lt;br /&gt;</w:t>
        <w:br/>
        <w:t>і на земні упала манівці,&lt;br /&gt;</w:t>
        <w:br/>
        <w:t>й потрапила в колисочку дитинці,&lt;br /&gt;</w:t>
        <w:br/>
        <w:t>і кращою окрасою від мрій&lt;br /&gt;</w:t>
        <w:br/>
        <w:t>для серця стала крихотці малій,</w:t>
      </w:r>
    </w:p>
    <w:p>
      <w:r>
        <w:br/>
        <w:t>240.&lt;br /&gt;</w:t>
        <w:br/>
        <w:t>що ось, доросла, промовляє прясі:&lt;br /&gt;</w:t>
        <w:br/>
        <w:t>"Добридень, тьотю, Боже, помагай!"&lt;br /&gt;</w:t>
        <w:br/>
        <w:t>Та пряха й далі мала на увазі&lt;br /&gt;</w:t>
        <w:br/>
        <w:t>і пучку й нитки початковий край.&lt;br /&gt;</w:t>
        <w:br/>
        <w:t>А цівка й прядка, линучи у пасі,&lt;br /&gt;</w:t>
        <w:br/>
        <w:t>хурчали ніби: "Геть, не зачіпай",&lt;br /&gt;</w:t>
        <w:br/>
        <w:t>бо у хазяйки всемогутньо з ока&lt;br /&gt;</w:t>
        <w:br/>
        <w:t>світилась просто самота глибока.</w:t>
      </w:r>
    </w:p>
    <w:p>
      <w:r>
        <w:br/>
        <w:t>241.&lt;br /&gt;</w:t>
        <w:br/>
        <w:t>Та дівчина таки знайшла кінець&lt;br /&gt;</w:t>
        <w:br/>
        <w:t>непередбаченим, завадним силам,&lt;br /&gt;</w:t>
        <w:br/>
        <w:t>як стала до лежанки й на стілець&lt;br /&gt;</w:t>
        <w:br/>
        <w:t>і вилізла, і світло погасила,&lt;br /&gt;</w:t>
        <w:br/>
        <w:t>бо зараз же хазяйка навпростець&lt;br /&gt;</w:t>
        <w:br/>
        <w:t>її з-за прядки поглядом вразила,&lt;br /&gt;</w:t>
        <w:br/>
        <w:t>хоч колесо і далі гнала, як могла,&lt;br /&gt;</w:t>
        <w:br/>
        <w:t>і мичку, не спиняючись, тягла.&lt;br /&gt;</w:t>
        <w:br/>
        <w:t>242.&lt;br /&gt;</w:t>
        <w:br/>
        <w:t>А в вікна заглядав мороз, і ранок,&lt;br /&gt;</w:t>
        <w:br/>
        <w:t>і в інеї високий журавель,&lt;br /&gt;</w:t>
        <w:br/>
        <w:t>і терниця, і бильця до двох тканок,&lt;br /&gt;</w:t>
        <w:br/>
        <w:t>і з-за тинка костриця з конопель,&lt;br /&gt;</w:t>
        <w:br/>
        <w:t>і житній стіг; і вже аж наостанок&lt;br /&gt;</w:t>
        <w:br/>
        <w:t>на нього схилений важкий рубель,&lt;br /&gt;</w:t>
        <w:br/>
        <w:t>що, мабуть, гнувся у робочі тижні&lt;br /&gt;</w:t>
        <w:br/>
        <w:t>під час гарячих возовиць колишніх.</w:t>
      </w:r>
    </w:p>
    <w:p>
      <w:r>
        <w:br/>
        <w:t>243.&lt;br /&gt;</w:t>
        <w:br/>
        <w:t>А зліва в них світився тихий став,&lt;br /&gt;</w:t>
        <w:br/>
        <w:t>затягнений тонким та свіжим льодом,&lt;br /&gt;</w:t>
        <w:br/>
        <w:t>і очерет, і осока густа,&lt;br /&gt;</w:t>
        <w:br/>
        <w:t>і верби попід ораним городом.&lt;br /&gt;</w:t>
        <w:br/>
        <w:t>А всіх їх притрусивши, висота&lt;br /&gt;</w:t>
        <w:br/>
        <w:t>ішла над полем під рожевим сходом&lt;br /&gt;</w:t>
        <w:br/>
        <w:t>у дивно білім інійнім диму&lt;br /&gt;</w:t>
        <w:br/>
        <w:t>стрічати день, немов святу німу.</w:t>
      </w:r>
    </w:p>
    <w:p>
      <w:r>
        <w:br/>
        <w:t>244.&lt;br /&gt;</w:t>
        <w:br/>
        <w:t>"Степан поїхав на Цвіткове возом&lt;br /&gt;</w:t>
        <w:br/>
        <w:t>по сина, бо година стала зла&lt;br /&gt;</w:t>
        <w:br/>
        <w:t>і шлях вночі держиться ще морозом,&lt;br /&gt;</w:t>
        <w:br/>
        <w:t>а вдень він розгасає, як смола.. .&lt;br /&gt;</w:t>
        <w:br/>
        <w:t>Ще з вечора сама я верболозом&lt;br /&gt;</w:t>
        <w:br/>
        <w:t>обидві крижівниці заплела"...&lt;br /&gt;</w:t>
        <w:br/>
        <w:t>Прогомоніла жінка сивовида:&lt;br /&gt;</w:t>
        <w:br/>
        <w:t>"Не знаю лиш, чи привезе Свирида?</w:t>
      </w:r>
    </w:p>
    <w:p>
      <w:r>
        <w:br/>
        <w:t>245.&lt;br /&gt;</w:t>
        <w:br/>
        <w:t>"Ще під четвер приснився сон мені:&lt;br /&gt;</w:t>
        <w:br/>
        <w:t>збираюся топити й мию речі,&lt;br /&gt;</w:t>
        <w:br/>
        <w:t>аж вийшли невеличкі два півні&lt;br /&gt;</w:t>
        <w:br/>
        <w:t>у попелі на припічок із печі.&lt;br /&gt;</w:t>
        <w:br/>
        <w:t>Один чорніший, ніж на сатані&lt;br /&gt;</w:t>
        <w:br/>
        <w:t>осмалені вогнем пекельним плечі,&lt;br /&gt;</w:t>
        <w:br/>
        <w:t>а другий білий, білий, наче сніг,&lt;br /&gt;</w:t>
        <w:br/>
        <w:t>не торкнутий нігде ще рухом ніг.&lt;br /&gt;</w:t>
        <w:br/>
        <w:t>246.&lt;br /&gt;</w:t>
        <w:br/>
        <w:t>І чорний замахав крильми на двері&lt;br /&gt;</w:t>
        <w:br/>
        <w:t>та й заспівав аж в комин загуло,&lt;br /&gt;</w:t>
        <w:br/>
        <w:t>а потім, ще раз крила чорнопері&lt;br /&gt;</w:t>
        <w:br/>
        <w:t>рознявши, канув глухо у кагло...&lt;br /&gt;</w:t>
        <w:br/>
        <w:t>А білий он туди, де на фланері&lt;br /&gt;</w:t>
        <w:br/>
        <w:t>святий, погнав крильми якесь тепло,&lt;br /&gt;</w:t>
        <w:br/>
        <w:t>і, мов зачувши кригу холоднечі,&lt;br /&gt;</w:t>
        <w:br/>
        <w:t>співаючи вернувся теж до печі.</w:t>
      </w:r>
    </w:p>
    <w:p>
      <w:r>
        <w:br/>
        <w:t>247.&lt;br /&gt;</w:t>
        <w:br/>
        <w:t>І я, знебушись гірше, як від ран,&lt;br /&gt;</w:t>
        <w:br/>
        <w:t>схилилася до челюст головою:&lt;br /&gt;</w:t>
        <w:br/>
        <w:t>аж там на черені лежить казан&lt;br /&gt;</w:t>
        <w:br/>
        <w:t>і підпливає широко водою.. .&lt;br /&gt;</w:t>
        <w:br/>
        <w:t>А в йому ж ноги мив колись мій пан,&lt;br /&gt;</w:t>
        <w:br/>
        <w:t>мій син, прибувши з Києва зимою. ..&lt;br /&gt;</w:t>
        <w:br/>
        <w:t>І що то, дочко, в мене був за стан,&lt;br /&gt;</w:t>
        <w:br/>
        <w:t>що півня не було, а був казан?"</w:t>
      </w:r>
    </w:p>
    <w:p>
      <w:r>
        <w:br/>
        <w:t>248.&lt;br /&gt;</w:t>
        <w:br/>
        <w:t>І господиня перестала прясти&lt;br /&gt;</w:t>
        <w:br/>
        <w:t>і очі стала терти рукавом:&lt;br /&gt;</w:t>
        <w:br/>
        <w:t>"Це проти горя, чорної напасти,&lt;br /&gt;</w:t>
        <w:br/>
        <w:t>що має з нашим статися двором" ...&lt;br /&gt;</w:t>
        <w:br/>
        <w:t>— "Ох, як би я хотіла, щоб бокастий&lt;br /&gt;</w:t>
        <w:br/>
        <w:t>візок мій возвістився вашим сном,&lt;br /&gt;</w:t>
        <w:br/>
        <w:t>бо я приїхала в час нещасливий,&lt;br /&gt;</w:t>
        <w:br/>
        <w:t>аби свого собаку віддали ви.</w:t>
      </w:r>
    </w:p>
    <w:p>
      <w:r>
        <w:br/>
        <w:t>249.&lt;br /&gt;</w:t>
        <w:br/>
        <w:t>Там розкуркулювати почали&lt;br /&gt;</w:t>
        <w:br/>
        <w:t>вже за Дніпром у кожному районі,&lt;br /&gt;</w:t>
        <w:br/>
        <w:t>грабуючи до нитки всі чини...&lt;br /&gt;</w:t>
        <w:br/>
        <w:t>І люди ходять по полях, мов коні,&lt;br /&gt;</w:t>
        <w:br/>
        <w:t>збираючи з капусти качани,&lt;br /&gt;</w:t>
        <w:br/>
        <w:t>і падалицю у торби й долоні...&lt;br /&gt;</w:t>
        <w:br/>
        <w:t>А діти їх, де яр чи сіножать&lt;br /&gt;</w:t>
        <w:br/>
        <w:t>померзлі, мертві купами лежать.&lt;br /&gt;</w:t>
        <w:br/>
        <w:t>250.&lt;br /&gt;</w:t>
        <w:br/>
        <w:t>І пса убитого, мов дику птицю,&lt;br /&gt;</w:t>
        <w:br/>
        <w:t>чекісти у подвір'ях з крісів б'ють,&lt;br /&gt;</w:t>
        <w:br/>
        <w:t>здирають шкури й миттю за границю&lt;br /&gt;</w:t>
        <w:br/>
        <w:t>возами й залізницями везуть ...&lt;br /&gt;</w:t>
        <w:br/>
        <w:t>І в кожну харкають вони криницю,&lt;br /&gt;</w:t>
        <w:br/>
        <w:t>і трупи псів побитих стережуть,&lt;br /&gt;</w:t>
        <w:br/>
        <w:t>а з піль до стерва хтось підлізе скраю,&lt;br /&gt;</w:t>
        <w:br/>
        <w:t>того підряд з собаками вбивають.</w:t>
      </w:r>
    </w:p>
    <w:p>
      <w:r>
        <w:br/>
        <w:t>251.&lt;br /&gt;</w:t>
        <w:br/>
        <w:t>А друга варта цепом за Дніпром&lt;br /&gt;</w:t>
        <w:br/>
        <w:t>утікачів на цей бік не пускає...&lt;br /&gt;</w:t>
        <w:br/>
        <w:t>І, тіточко, мій батько аґроном&lt;br /&gt;</w:t>
        <w:br/>
        <w:t>і власть таких, як він, не обдирає,&lt;br /&gt;</w:t>
        <w:br/>
        <w:t>і через те ваш Вовк з усім добром,&lt;br /&gt;</w:t>
        <w:br/>
        <w:t>що батько мій у Рохмистрівці має,&lt;br /&gt;</w:t>
        <w:br/>
        <w:t>залишиться: його ніхто не вб'є&lt;br /&gt;</w:t>
        <w:br/>
        <w:t>про це віщує й серденько моє.</w:t>
      </w:r>
    </w:p>
    <w:p>
      <w:r>
        <w:br/>
        <w:t>252.&lt;br /&gt;</w:t>
        <w:br/>
        <w:t>За пса казали батько зрихтувати&lt;br /&gt;</w:t>
        <w:br/>
        <w:t>мішок пшениці ще й вівса мішок,&lt;br /&gt;</w:t>
        <w:br/>
        <w:t>а я від себе можу теж додати&lt;br /&gt;</w:t>
        <w:br/>
        <w:t>сукна нового немалий шматок:&lt;br /&gt;</w:t>
        <w:br/>
        <w:t>його позаторік купили мати&lt;br /&gt;</w:t>
        <w:br/>
        <w:t>за царські срібляки у жидівок —&lt;br /&gt;</w:t>
        <w:br/>
        <w:t>Свиридові колиеь костюм хороший&lt;br /&gt;</w:t>
        <w:br/>
        <w:t>пошиєте, не витративши грошей".</w:t>
      </w:r>
    </w:p>
    <w:p>
      <w:r>
        <w:br/>
        <w:t>253.&lt;br /&gt;</w:t>
        <w:br/>
        <w:t>"Не мов, дитино, словом золотим,&lt;br /&gt;</w:t>
        <w:br/>
        <w:t>бо я глуха, неначе в домовині" ...&lt;br /&gt;</w:t>
        <w:br/>
        <w:t>І дівчина, зворушена таким&lt;br /&gt;</w:t>
        <w:br/>
        <w:t>нещастям незліковним господині,&lt;br /&gt;</w:t>
        <w:br/>
        <w:t>гукнула: "Ох, нехай би з тим святим,&lt;br /&gt;</w:t>
        <w:br/>
        <w:t>жорстоким небом вся земля віднині&lt;br /&gt;</w:t>
        <w:br/>
        <w:t>оглухли, ніби висохлі стави,&lt;br /&gt;</w:t>
        <w:br/>
        <w:t>щоб тільки не були глухою ви!"&lt;br /&gt;</w:t>
        <w:br/>
        <w:t>254.&lt;br /&gt;</w:t>
        <w:br/>
        <w:t>И намиста синього скляний разок&lt;br /&gt;</w:t>
        <w:br/>
        <w:t>на шиї вгляділа вона в старої,&lt;br /&gt;</w:t>
        <w:br/>
        <w:t>і швидко наперед зробила крок&lt;br /&gt;</w:t>
        <w:br/>
        <w:t>з рішучістю бездумною героїв —&lt;br /&gt;</w:t>
        <w:br/>
        <w:t>та й розв'язала низку без морок,&lt;br /&gt;</w:t>
        <w:br/>
        <w:t>і, намистинку взявши з тих розвоїв,&lt;br /&gt;</w:t>
        <w:br/>
        <w:t>від сорому не звівшись нанівець,&lt;br /&gt;</w:t>
        <w:br/>
        <w:t>зв'язала знов розплутаний кінець...</w:t>
      </w:r>
    </w:p>
    <w:p>
      <w:r>
        <w:br/>
        <w:t>255.&lt;br /&gt;</w:t>
        <w:br/>
        <w:t>А потім шкарубку від праці руку&lt;br /&gt;</w:t>
        <w:br/>
        <w:t>швиденько у свої малі взяла,&lt;br /&gt;</w:t>
        <w:br/>
        <w:t>і так, немов самим сердечним стуком,&lt;br /&gt;</w:t>
        <w:br/>
        <w:t>який погнати кров тоді змогла,&lt;br /&gt;</w:t>
        <w:br/>
        <w:t>поцілувала, мовлячи крізь муку,&lt;br /&gt;</w:t>
        <w:br/>
        <w:t>палючішу від щастя і від зла:&lt;br /&gt;</w:t>
        <w:br/>
        <w:t>"Не прокленіть, бо я й сама страждаю,&lt;br /&gt;</w:t>
        <w:br/>
        <w:t>що сина вашого давно кохаю!"</w:t>
      </w:r>
    </w:p>
    <w:p>
      <w:r>
        <w:br/>
        <w:t>256.&lt;br /&gt;</w:t>
        <w:br/>
        <w:t>І, розхвильована в душі до дна,&lt;br /&gt;</w:t>
        <w:br/>
        <w:t>щоб непритомною на діл не впасти,&lt;br /&gt;</w:t>
        <w:br/>
        <w:t>із хати просто вибігла вона&lt;br /&gt;</w:t>
        <w:br/>
        <w:t>у вічні нашому чуттю контрасти...&lt;br /&gt;</w:t>
        <w:br/>
        <w:t>А Чиччиха на ввесь свій дім одна&lt;br /&gt;</w:t>
        <w:br/>
        <w:t>крутнула прядкою і далі прясти,&lt;br /&gt;</w:t>
        <w:br/>
        <w:t>та раптом знов, не давши їй ходи,&lt;br /&gt;</w:t>
        <w:br/>
        <w:t>заплакала так само, як завжди.</w:t>
      </w:r>
    </w:p>
    <w:p>
      <w:r>
        <w:br/>
        <w:t>257.&lt;br /&gt;</w:t>
        <w:br/>
        <w:t>Бо зачарований в душі світ дії&lt;br /&gt;</w:t>
        <w:br/>
        <w:t>немилосердно серце розбива,&lt;br /&gt;</w:t>
        <w:br/>
        <w:t>коли реальні звуки світовії&lt;br /&gt;</w:t>
        <w:br/>
        <w:t>там не шикуються в ясні слова&lt;br /&gt;</w:t>
        <w:br/>
        <w:t>і не утворюють з мети та мрії&lt;br /&gt;</w:t>
        <w:br/>
        <w:t>того, що має ув очах сова,&lt;br /&gt;</w:t>
        <w:br/>
        <w:t>яку малюють на книжках домашніх&lt;br /&gt;</w:t>
        <w:br/>
        <w:t>господарі освічені й поважні...</w:t>
      </w:r>
    </w:p>
    <w:p>
      <w:r>
        <w:br/>
        <w:t>ПРОЯСЕНЬ:&lt;br /&gt;</w:t>
        <w:br/>
        <w:t>Коли людина молода, то її свідомість невідомо де пробував,&lt;br /&gt;</w:t>
        <w:br/>
        <w:t>але серце відкрите для неї щохвилини. Коли ж людина поста-&lt;br /&gt;</w:t>
        <w:br/>
        <w:t>ріеться, то серце закривається, але свідомість з'являється і круж-&lt;br /&gt;</w:t>
        <w:br/>
        <w:t>ляє навколо людського серця, щоб воно її впустило. Серце пла-&lt;br /&gt;</w:t>
        <w:br/>
        <w:t>че і не пускає. Невже в цей вік свідомість, зблизившись із сер-&lt;br /&gt;</w:t>
        <w:br/>
        <w:t>цем, прискорює його смерть?</w:t>
      </w:r>
    </w:p>
    <w:p>
      <w:r>
        <w:br/>
        <w:t>ПРАВДА</w:t>
      </w:r>
    </w:p>
    <w:p>
      <w:r>
        <w:br/>
        <w:t>258.&lt;br /&gt;</w:t>
        <w:br/>
        <w:t>Ти знов пройшла проз мене в сад у сніг&lt;br /&gt;</w:t>
        <w:br/>
        <w:t>і не помітила із-за галуззя,&lt;br /&gt;</w:t>
        <w:br/>
        <w:t>аж похилився я з тремтячих ніг&lt;br /&gt;</w:t>
        <w:br/>
        <w:t>і на поріг товаришів наткнувся,&lt;br /&gt;</w:t>
        <w:br/>
        <w:t>та ще й почув: "Дитино мук моїх,&lt;br /&gt;</w:t>
        <w:br/>
        <w:t>чого ти застогнав і похитнувся?"&lt;br /&gt;</w:t>
        <w:br/>
        <w:t>Коли ж оглянувся, то вітер гув&lt;br /&gt;</w:t>
        <w:br/>
        <w:t>від неньчиного гробу по снігу.</w:t>
      </w:r>
    </w:p>
    <w:p>
      <w:r>
        <w:br/>
        <w:t>259.&lt;br /&gt;</w:t>
        <w:br/>
        <w:t>І знаю, що якби у серці тугу&lt;br /&gt;</w:t>
        <w:br/>
        <w:t>я ніс крізь села, повні горя й бід,&lt;br /&gt;</w:t>
        <w:br/>
        <w:t>то кожна б сива жінка звала другу,&lt;br /&gt;</w:t>
        <w:br/>
        <w:t>шепочучи слова мені услід&lt;br /&gt;</w:t>
        <w:br/>
        <w:t>ті самі, що із цвинтаря під хуґу&lt;br /&gt;</w:t>
        <w:br/>
        <w:t>я чув, коли ти йшла проз мене в світ&lt;br /&gt;</w:t>
        <w:br/>
        <w:t>аж сад від них під інеєм здригнувся:&lt;br /&gt;</w:t>
        <w:br/>
        <w:t>"Чого ти застогнав і похитнувся?"</w:t>
      </w:r>
    </w:p>
    <w:p>
      <w:r>
        <w:br/>
        <w:t>260.&lt;br /&gt;</w:t>
        <w:br/>
        <w:t>Але не діві, не старим жінкам&lt;br /&gt;</w:t>
        <w:br/>
        <w:t>і не тобі складаю твір цей, мати,&lt;br /&gt;</w:t>
        <w:br/>
        <w:t>бо мученикам терну для вінка&lt;br /&gt;</w:t>
        <w:br/>
        <w:t>рубати дозволяли скрізь Пилати,&lt;br /&gt;</w:t>
        <w:br/>
        <w:t>а рідна співчутливість боязка&lt;br /&gt;</w:t>
        <w:br/>
        <w:t>не дозволяла б їх із чол знімати...&lt;br /&gt;</w:t>
        <w:br/>
        <w:t>Тому нехай уся поема ця&lt;br /&gt;</w:t>
        <w:br/>
        <w:t>лунає тільки сміливим серцям,&lt;br /&gt;</w:t>
        <w:br/>
        <w:t>261. які завжди спроможні чарувати&lt;br /&gt;</w:t>
        <w:br/>
        <w:t>своєю мрією й метою нас,&lt;br /&gt;</w:t>
        <w:br/>
        <w:t>яким казками робляться і ґрати,&lt;br /&gt;</w:t>
        <w:br/>
        <w:t>і співом щастя деспотів наказ,&lt;br /&gt;</w:t>
        <w:br/>
        <w:t>а голосом сирени стук лопати,&lt;br /&gt;</w:t>
        <w:br/>
        <w:t>що нам нагадував уже не раз&lt;br /&gt;</w:t>
        <w:br/>
        <w:t>про плач, і крик, і дзвони похоронні&lt;br /&gt;</w:t>
        <w:br/>
        <w:t>над тими, що упали безборонні.</w:t>
      </w:r>
    </w:p>
    <w:p>
      <w:r>
        <w:br/>
        <w:t>262.&lt;br /&gt;</w:t>
        <w:br/>
        <w:t>І в році тім, як і завжди, в грудді&lt;br /&gt;</w:t>
        <w:br/>
        <w:t>Різдва святого сталося пришестя;&lt;br /&gt;</w:t>
        <w:br/>
        <w:t>і хазяйни, і пес знайшли тоді&lt;br /&gt;</w:t>
        <w:br/>
        <w:t>роковане, таємне перехрестя,&lt;br /&gt;</w:t>
        <w:br/>
        <w:t>що у повітрі на землі й воді&lt;br /&gt;</w:t>
        <w:br/>
        <w:t>насильство, зрада й душогубство пестять,&lt;br /&gt;</w:t>
        <w:br/>
        <w:t>яке лиш раз буває за життя&lt;br /&gt;</w:t>
        <w:br/>
        <w:t>розпеченим порогом в небуття...</w:t>
      </w:r>
    </w:p>
    <w:p>
      <w:r>
        <w:br/>
        <w:t>263.&lt;br /&gt;</w:t>
        <w:br/>
        <w:t>Життя, життя, ти хвилями без краю&lt;br /&gt;</w:t>
        <w:br/>
        <w:t>геть затопило власні береги,&lt;br /&gt;</w:t>
        <w:br/>
        <w:t>і я твою поверхню озираю&lt;br /&gt;</w:t>
        <w:br/>
        <w:t>з розпукою німою навкруги,&lt;br /&gt;</w:t>
        <w:br/>
        <w:t>бо скрізь нічого оком не стрічаю&lt;br /&gt;</w:t>
        <w:br/>
        <w:t>в напруженні самотньої снаги:&lt;br /&gt;</w:t>
        <w:br/>
        <w:t>Немає ні чайок, ні хмар, ні неба,&lt;br /&gt;</w:t>
        <w:br/>
        <w:t>неначе й серця там мого не треба.</w:t>
      </w:r>
    </w:p>
    <w:p>
      <w:r>
        <w:br/>
        <w:t>264.&lt;br /&gt;</w:t>
        <w:br/>
        <w:t>Та каменем не сів на дно мій дух,&lt;br /&gt;</w:t>
        <w:br/>
        <w:t>тому що корінців його ще звої&lt;br /&gt;</w:t>
        <w:br/>
        <w:t>держаться за останнюю біду&lt;br /&gt;</w:t>
        <w:br/>
        <w:t>серед стихії сірої й глухої:&lt;br /&gt;</w:t>
        <w:br/>
        <w:t>це спогад про кутю в старім саду,&lt;br /&gt;</w:t>
        <w:br/>
        <w:t>де вся сім'я в побожнім супокої&lt;br /&gt;</w:t>
        <w:br/>
        <w:t>стоїть круг столу, і малі серця&lt;br /&gt;</w:t>
        <w:br/>
        <w:t>чекають батьковим словам кінця:&lt;br /&gt;</w:t>
        <w:br/>
        <w:t>265.&lt;br /&gt;</w:t>
        <w:br/>
        <w:t>"Ідіть до нас вечеряти, звірюки,&lt;br /&gt;</w:t>
        <w:br/>
        <w:t>а ні, то хоч прибудьте до вікна!"&lt;br /&gt;</w:t>
        <w:br/>
        <w:t>Але на заклик святвечірній злуки&lt;br /&gt;</w:t>
        <w:br/>
        <w:t>мовчала даль і сніжна глушина:&lt;br /&gt;</w:t>
        <w:br/>
        <w:t>бо хитрі до розбійницької штуки&lt;br /&gt;</w:t>
        <w:br/>
        <w:t>не знали, що такі в них імена,&lt;br /&gt;</w:t>
        <w:br/>
        <w:t>що їх це кличуть кожного й по парі,&lt;br /&gt;</w:t>
        <w:br/>
        <w:t>і мир не йшли робити при узварі.</w:t>
      </w:r>
    </w:p>
    <w:p>
      <w:r>
        <w:br/>
        <w:t>266.&lt;br /&gt;</w:t>
        <w:br/>
        <w:t>Але тепер, якби, забувши гріх,&lt;br /&gt;</w:t>
        <w:br/>
        <w:t>на Україні під Різдвяну пору&lt;br /&gt;</w:t>
        <w:br/>
        <w:t>сказав хто: ,,Йдіть до страв святих моїх,&lt;br /&gt;</w:t>
        <w:br/>
        <w:t>вовки й звірюки із лісів та з бору",&lt;br /&gt;</w:t>
        <w:br/>
        <w:t>то за столом би подавили всіх&lt;br /&gt;</w:t>
        <w:br/>
        <w:t>чекісти, увійшовши ізнадвору:&lt;br /&gt;</w:t>
        <w:br/>
        <w:t>бо так їх зве Країна ще жива,&lt;br /&gt;</w:t>
        <w:br/>
        <w:t>і в хаті б стала тільки Гепева!</w:t>
      </w:r>
    </w:p>
    <w:p>
      <w:r>
        <w:br/>
        <w:t>267.&lt;br /&gt;</w:t>
        <w:br/>
        <w:t>Життя, життя, утоплене в безмір'ї&lt;br /&gt;</w:t>
        <w:br/>
        <w:t>люблю ще я шматок твого кінця,&lt;br /&gt;</w:t>
        <w:br/>
        <w:t>куди не йшли ніякі дикі звірі,&lt;br /&gt;</w:t>
        <w:br/>
        <w:t>коли їх прості кликали серця...&lt;br /&gt;</w:t>
        <w:br/>
        <w:t>І я бажаю, щоб у їх подвір'ї&lt;br /&gt;</w:t>
        <w:br/>
        <w:t>зірвати квітку теплу з корінця,&lt;br /&gt;</w:t>
        <w:br/>
        <w:t>вже в мріях відданого тій людині,&lt;br /&gt;</w:t>
        <w:br/>
        <w:t>що давнину шанує ще і нині.&lt;br /&gt;</w:t>
        <w:br/>
        <w:t>ПРОЯСЕНЬ&lt;br /&gt;</w:t>
        <w:br/>
        <w:t>Наше життя обмежується народженням і смертю, через те ми&lt;br /&gt;</w:t>
        <w:br/>
        <w:t>живемо лише в минулому. І коли ми вдень на пасіці бачимо мед&lt;br /&gt;</w:t>
        <w:br/>
        <w:t>і віск, то вони нам нагадують Ікара, Дедалового сина, і говорять&lt;br /&gt;</w:t>
        <w:br/>
        <w:t>нам, що ми раніше від своїх дідів рушили до тієї самої мети,&lt;br /&gt;</w:t>
        <w:br/>
        <w:t>що і вони. І хоч ми тепер до неї летимо і аероплянами, і автомо-&lt;br /&gt;</w:t>
        <w:br/>
        <w:t>білями, та наші діди були проворніші і вже доїхали давно до&lt;br /&gt;</w:t>
        <w:br/>
        <w:t>вічної зупинки, хоч і їхали волами до неї, до якої і ми поспіша-&lt;br /&gt;</w:t>
        <w:br/>
        <w:t>ємо ще з-перед їх. І через те мед і віск, і Дедалів син, і все не-&lt;br /&gt;</w:t>
        <w:br/>
        <w:t>пережите з нами, хоч воно нам часто затуляє рота, аби ми перед&lt;br /&gt;</w:t>
        <w:br/>
        <w:t>заходом сонця не затужили.</w:t>
      </w:r>
    </w:p>
    <w:p>
      <w:r>
        <w:br/>
        <w:t>ТРИВОГА</w:t>
      </w:r>
    </w:p>
    <w:p>
      <w:r>
        <w:br/>
        <w:t>268.&lt;br /&gt;</w:t>
        <w:br/>
        <w:t>І на Різдвяні свята сніг густий&lt;br /&gt;</w:t>
        <w:br/>
        <w:t>засипав з хутора у яр дорогу,&lt;br /&gt;</w:t>
        <w:br/>
        <w:t>і кучугури білі помостив&lt;br /&gt;</w:t>
        <w:br/>
        <w:t>і до криниць і Чичці до порогу,&lt;br /&gt;</w:t>
        <w:br/>
        <w:t>і в те цебро, що хтось з води пустив&lt;br /&gt;</w:t>
        <w:br/>
        <w:t>напевно, в руку змерзши або в ногу,&lt;br /&gt;</w:t>
        <w:br/>
        <w:t>нападав повно, що не видно й крис,&lt;br /&gt;</w:t>
        <w:br/>
        <w:t>аж журавель потягся ним униз.</w:t>
      </w:r>
    </w:p>
    <w:p>
      <w:r>
        <w:br/>
        <w:t>269.&lt;br /&gt;</w:t>
        <w:br/>
        <w:t>Але на тихім Чиччинім подвір'ї&lt;br /&gt;</w:t>
        <w:br/>
        <w:t>ніхто не прокидав ясних стежок,&lt;br /&gt;</w:t>
        <w:br/>
        <w:t>а тільки два коти великі й сірі,&lt;br /&gt;</w:t>
        <w:br/>
        <w:t>на житній повилазивши стіжок,&lt;br /&gt;</w:t>
        <w:br/>
        <w:t>між хатою і льохом в рівній мірі&lt;br /&gt;</w:t>
        <w:br/>
        <w:t>покладеним на око крок у крок,&lt;br /&gt;</w:t>
        <w:br/>
        <w:t>дивилися в вікно на теплі чари,&lt;br /&gt;</w:t>
        <w:br/>
        <w:t>і люто, очі сплющивши, нявчали.&lt;br /&gt;</w:t>
        <w:br/>
        <w:t>270.&lt;br /&gt;</w:t>
        <w:br/>
        <w:t>Бо з свят ще учорашньої куті&lt;br /&gt;</w:t>
        <w:br/>
        <w:t>сусідні у Степана Чички гості,&lt;br /&gt;</w:t>
        <w:br/>
        <w:t>і коропи печені та товсті&lt;br /&gt;</w:t>
        <w:br/>
        <w:t>поволі їли і складали кості.&lt;br /&gt;</w:t>
        <w:br/>
        <w:t>Були тут, ви сказали б, що святі,&lt;br /&gt;</w:t>
        <w:br/>
        <w:t>і Кость і Васька, дуже серцем прості,&lt;br /&gt;</w:t>
        <w:br/>
        <w:t>і Дід-Кіт, і Степаниха глуха,&lt;br /&gt;</w:t>
        <w:br/>
        <w:t>і сам Степан, всім пан і всім слуга.</w:t>
      </w:r>
    </w:p>
    <w:p>
      <w:r>
        <w:br/>
        <w:t>271.&lt;br /&gt;</w:t>
        <w:br/>
        <w:t>А сонце з-за горба широку смугу&lt;br /&gt;</w:t>
        <w:br/>
        <w:t>проміння в хату клало через сніг&lt;br /&gt;</w:t>
        <w:br/>
        <w:t>і шибку зверху — і одну і другу&lt;br /&gt;</w:t>
        <w:br/>
        <w:t>розжеврювало в рамах з рогу в ріг,&lt;br /&gt;</w:t>
        <w:br/>
        <w:t>і двом котам, що на стіжку без руху&lt;br /&gt;</w:t>
        <w:br/>
        <w:t>сиділи, рвало пазурі від ніг,&lt;br /&gt;</w:t>
        <w:br/>
        <w:t>і журавель до половини зверху&lt;br /&gt;</w:t>
        <w:br/>
        <w:t>держало в світлі без скрипінь і шерху,</w:t>
      </w:r>
    </w:p>
    <w:p>
      <w:r>
        <w:br/>
        <w:t>272.&lt;br /&gt;</w:t>
        <w:br/>
        <w:t>і, взявши на столі в промінну сіть&lt;br /&gt;</w:t>
        <w:br/>
        <w:t>і тикву, і чарки, і хліб, і рибу,&lt;br /&gt;</w:t>
        <w:br/>
        <w:t>в обличчя людські наливало мідь&lt;br /&gt;</w:t>
        <w:br/>
        <w:t>до нерухомого якогось глибу,&lt;br /&gt;</w:t>
        <w:br/>
        <w:t>І Чичку з крісом вже заздалегідь&lt;br /&gt;</w:t>
        <w:br/>
        <w:t>посеред хати креслило, мов вибух.&lt;br /&gt;</w:t>
        <w:br/>
        <w:t>І говорив він, і малі слівця&lt;br /&gt;</w:t>
        <w:br/>
        <w:t>великим горем били об серця:</w:t>
      </w:r>
    </w:p>
    <w:p>
      <w:r>
        <w:br/>
        <w:t>273.&lt;br /&gt;</w:t>
        <w:br/>
        <w:t>,,І ось мене із хати, ніби з тикви,&lt;br /&gt;</w:t>
        <w:br/>
        <w:t>в сільраду витрусили у четвер;&lt;br /&gt;</w:t>
        <w:br/>
        <w:t>і в сінях там, чекаючи на виклик,&lt;br /&gt;</w:t>
        <w:br/>
        <w:t>я стіни витерті плечима тер...&lt;br /&gt;</w:t>
        <w:br/>
        <w:t>І аж тоді, коли криваві ікли&lt;br /&gt;</w:t>
        <w:br/>
        <w:t>того звірюки, що вже здох чи вмер,&lt;br /&gt;</w:t>
        <w:br/>
        <w:t>заблискали на небі, може їсти,&lt;br /&gt;</w:t>
        <w:br/>
        <w:t>мене взяли у кабінет чекісти.&lt;br /&gt;</w:t>
        <w:br/>
        <w:t>274.&lt;br /&gt;</w:t>
        <w:br/>
        <w:t>І не було там лямпи, ні свічі,&lt;br /&gt;</w:t>
        <w:br/>
        <w:t>і рядна висіли на вікнах чорні,&lt;br /&gt;</w:t>
        <w:br/>
        <w:t>і через те темніше, як вночі&lt;br /&gt;</w:t>
        <w:br/>
        <w:t>було б у кабінеті тім потворнім,&lt;br /&gt;</w:t>
        <w:br/>
        <w:t>якби на кожнім розі по мечі&lt;br /&gt;</w:t>
        <w:br/>
        <w:t>там не стриміло на столі просторнім,&lt;br /&gt;</w:t>
        <w:br/>
        <w:t>і не надіто щоб було на їх&lt;br /&gt;</w:t>
        <w:br/>
        <w:t>по людськім білім черепі, мов сніг.</w:t>
      </w:r>
    </w:p>
    <w:p>
      <w:r>
        <w:br/>
        <w:t>275.&lt;br /&gt;</w:t>
        <w:br/>
        <w:t>Світив вогонь у кожній мертвій кістці,&lt;br /&gt;</w:t>
        <w:br/>
        <w:t>і страшно речі осявав з дірок —&lt;br /&gt;</w:t>
        <w:br/>
        <w:t>і кожний ґудзь на мовчазнім чекісті,&lt;br /&gt;</w:t>
        <w:br/>
        <w:t>і на мечах кожнісінький пружок,&lt;br /&gt;</w:t>
        <w:br/>
        <w:t>і під стіною в моторошнім місті&lt;br /&gt;</w:t>
        <w:br/>
        <w:t>сосновий в кров замурзаний кружок&lt;br /&gt;</w:t>
        <w:br/>
        <w:t>на цямринах маленької криниці,&lt;br /&gt;</w:t>
        <w:br/>
        <w:t>що, певно, служить там не для водиці.</w:t>
      </w:r>
    </w:p>
    <w:p>
      <w:r>
        <w:br/>
        <w:t>276.&lt;br /&gt;</w:t>
        <w:br/>
        <w:t>їх три сиділо за страшним столом&lt;br /&gt;</w:t>
        <w:br/>
        <w:t>поміж диявольськими ліхтарями.&lt;br /&gt;</w:t>
        <w:br/>
        <w:t>в середнього блищали очі склом&lt;br /&gt;</w:t>
        <w:br/>
        <w:t>і на лиці темніли жовті плями;&lt;br /&gt;</w:t>
        <w:br/>
        <w:t>і в згоді з невимовно лютим злом&lt;br /&gt;</w:t>
        <w:br/>
        <w:t>він зброю з піхви видобув без тями&lt;br /&gt;</w:t>
        <w:br/>
        <w:t>і, хижо стрельнувши у стелю раз,&lt;br /&gt;</w:t>
        <w:br/>
        <w:t>дихнув з пащеки смородом образ" . ..</w:t>
      </w:r>
    </w:p>
    <w:p>
      <w:r>
        <w:br/>
        <w:t>277.&lt;br /&gt;</w:t>
        <w:br/>
        <w:t>І Васьки тут не з ласки і не бити&lt;br /&gt;</w:t>
        <w:br/>
        <w:t>торкнувся Костів спарений кулак:&lt;br /&gt;</w:t>
        <w:br/>
        <w:t>"Васютко, я не знаю, що робити:&lt;br /&gt;</w:t>
        <w:br/>
        <w:t>мені так страшно, та ще й млосно так" ...&lt;br /&gt;</w:t>
        <w:br/>
        <w:t>А жінка, повернувши вид сердитий,&lt;br /&gt;</w:t>
        <w:br/>
        <w:t>сказала голосно, аж ніби всмак:&lt;br /&gt;</w:t>
        <w:br/>
        <w:t>"Мовчи, нещасний дурню" ... І з сльозами&lt;br /&gt;</w:t>
        <w:br/>
        <w:t>знов стала мовчки слухати те саме.&lt;br /&gt;</w:t>
        <w:br/>
        <w:t>278.&lt;br /&gt;</w:t>
        <w:br/>
        <w:t>"Приїде ваш", вів далі ще Степан,&lt;br /&gt;</w:t>
        <w:br/>
        <w:t>"із Києва Свирид на днях додому,&lt;br /&gt;</w:t>
        <w:br/>
        <w:t>і ви його огляньте чамайдан,&lt;br /&gt;</w:t>
        <w:br/>
        <w:t>але йому було щоб невідомо ...&lt;br /&gt;</w:t>
        <w:br/>
        <w:t>і кожний папірець на смітник в тан&lt;br /&gt;</w:t>
        <w:br/>
        <w:t>не викидайте з зошита чи з тому...&lt;br /&gt;</w:t>
        <w:br/>
        <w:t>І щонеділі будемо ми так&lt;br /&gt;</w:t>
        <w:br/>
        <w:t>читати, що напише ваш козак.</w:t>
      </w:r>
    </w:p>
    <w:p>
      <w:r>
        <w:br/>
        <w:t>279.&lt;br /&gt;</w:t>
        <w:br/>
        <w:t>А ми за це вам у дяка господу&lt;br /&gt;</w:t>
        <w:br/>
        <w:t>однімемо, корови і скирти,&lt;br /&gt;</w:t>
        <w:br/>
        <w:t>і в шані будете серед народу&lt;br /&gt;</w:t>
        <w:br/>
        <w:t>від нашої уваги й доброти;&lt;br /&gt;</w:t>
        <w:br/>
        <w:t>а на Різдво ми пришлемо по згоду&lt;br /&gt;</w:t>
        <w:br/>
        <w:t>Калькутта й чекістів пів чоти;&lt;br /&gt;</w:t>
        <w:br/>
        <w:t>і вже ж то будемо всі раді,&lt;br /&gt;</w:t>
        <w:br/>
        <w:t>коли ви з нами станете в сільраді" ...</w:t>
      </w:r>
    </w:p>
    <w:p>
      <w:r>
        <w:br/>
        <w:t>280.&lt;br /&gt;</w:t>
        <w:br/>
        <w:t>І, ніби пригадавши що пропив&lt;br /&gt;</w:t>
        <w:br/>
        <w:t>щось дороге минулого ще літа,&lt;br /&gt;</w:t>
        <w:br/>
        <w:t>рукою показав на черепи,&lt;br /&gt;</w:t>
        <w:br/>
        <w:t>і мова так добігла, злом нагріта:&lt;br /&gt;</w:t>
        <w:br/>
        <w:t>"Недавно повно в їх було ропи&lt;br /&gt;</w:t>
        <w:br/>
        <w:t>і зрадницькі думки жили Совітам,&lt;br /&gt;</w:t>
        <w:br/>
        <w:t>а зараз в кожній мертвій голові&lt;br /&gt;</w:t>
        <w:br/>
        <w:t>по одній свічці сяє лойовій...</w:t>
      </w:r>
    </w:p>
    <w:p>
      <w:r>
        <w:br/>
        <w:t>281.&lt;br /&gt;</w:t>
        <w:br/>
        <w:t>Так будьмо ж чесними до Есесера&lt;br /&gt;</w:t>
        <w:br/>
        <w:t>щоб мати згоду совісти зі сном" ...&lt;br /&gt;</w:t>
        <w:br/>
        <w:t>І буйно вистрелив із револьвера&lt;br /&gt;</w:t>
        <w:br/>
        <w:t>у темну стелю над собою знов,&lt;br /&gt;</w:t>
        <w:br/>
        <w:t>аж підлетіла так, немов шпалера,&lt;br /&gt;</w:t>
        <w:br/>
        <w:t>вона з своїх закопаних основ,&lt;br /&gt;</w:t>
        <w:br/>
        <w:t>і у віччю сяйнули всякі смуги&lt;br /&gt;</w:t>
        <w:br/>
        <w:t>від нечуванної ганьби й наруги.&lt;br /&gt;</w:t>
        <w:br/>
        <w:t>282.&lt;br /&gt;</w:t>
        <w:br/>
        <w:t>І через те, коли я поспішав&lt;br /&gt;</w:t>
        <w:br/>
        <w:t>учора вранці кіньми на Цвіткове,&lt;br /&gt;</w:t>
        <w:br/>
        <w:t>я чув, як дивиться моя душа&lt;br /&gt;</w:t>
        <w:br/>
        <w:t>у те, що має бути, загадкове, —&lt;br /&gt;</w:t>
        <w:br/>
        <w:t>то гірше ще боявся, як ножа&lt;br /&gt;</w:t>
        <w:br/>
        <w:t>в лихій руці, зустріти вже готове&lt;br /&gt;</w:t>
        <w:br/>
        <w:t>жадане щастя — сина із наук,&lt;br /&gt;</w:t>
        <w:br/>
        <w:t>велику поміч для стражденних рук.</w:t>
      </w:r>
    </w:p>
    <w:p>
      <w:r>
        <w:br/>
        <w:t>283.&lt;br /&gt;</w:t>
        <w:br/>
        <w:t>І ось дивітеся, я тяжко плачу&lt;br /&gt;</w:t>
        <w:br/>
        <w:t>аж сльози капають у мене з вус,&lt;br /&gt;</w:t>
        <w:br/>
        <w:t>що сина з вами за столом не бачу,&lt;br /&gt;</w:t>
        <w:br/>
        <w:t>але до Господа свого молюсь:&lt;br /&gt;</w:t>
        <w:br/>
        <w:t>пошли йому догадку та удачу&lt;br /&gt;</w:t>
        <w:br/>
        <w:t>минути нас під гук такий та струс,&lt;br /&gt;</w:t>
        <w:br/>
        <w:t>бо як мене не жаль їм та каліки,&lt;br /&gt;</w:t>
        <w:br/>
        <w:t>то він тут з нами пропаде навіки!"</w:t>
      </w:r>
    </w:p>
    <w:p>
      <w:r>
        <w:br/>
        <w:t>284.&lt;br /&gt;</w:t>
        <w:br/>
        <w:t>І враз ... Тому, що за вікном коти&lt;br /&gt;</w:t>
        <w:br/>
        <w:t>припали до соломи і замовкли,&lt;br /&gt;</w:t>
        <w:br/>
        <w:t>можливо без потреби і мети&lt;br /&gt;</w:t>
        <w:br/>
        <w:t>так само, як і висихали й мокли&lt;br /&gt;</w:t>
        <w:br/>
        <w:t>за селами з непам'яті скирти,&lt;br /&gt;</w:t>
        <w:br/>
        <w:t>так само, як з лісами зорі жовкли,&lt;br /&gt;</w:t>
        <w:br/>
        <w:t>на сховані похожі в остюках&lt;br /&gt;</w:t>
        <w:br/>
        <w:t>холодні очі злого пацюка, —</w:t>
      </w:r>
    </w:p>
    <w:p>
      <w:r>
        <w:br/>
        <w:t>285.&lt;br /&gt;</w:t>
        <w:br/>
        <w:t>і враз Степан затих... І з риби кості&lt;br /&gt;</w:t>
        <w:br/>
        <w:t>мертвіше блиснули на рушниці,&lt;br /&gt;</w:t>
        <w:br/>
        <w:t>а потім він і непорушні гості&lt;br /&gt;</w:t>
        <w:br/>
        <w:t>поглянули туди, де манівці&lt;br /&gt;</w:t>
        <w:br/>
        <w:t>біліли від стіжка... І чуб на Кості,&lt;br /&gt;</w:t>
        <w:br/>
        <w:t>мов з куширем замерзле дно в ріці&lt;br /&gt;</w:t>
        <w:br/>
        <w:t>з'їжачився, приреченням підпертий,&lt;br /&gt;</w:t>
        <w:br/>
        <w:t>таємною потребою умерти.&lt;br /&gt;</w:t>
        <w:br/>
        <w:t>286.&lt;br /&gt;</w:t>
        <w:br/>
        <w:t>І вже надворі вітер з-за гори&lt;br /&gt;</w:t>
        <w:br/>
        <w:t>гнав сніг у височенних осокорах&lt;br /&gt;</w:t>
        <w:br/>
        <w:t>і Матусівські завівав яри,&lt;br /&gt;</w:t>
        <w:br/>
        <w:t>не тільки слід залишений на горах&lt;br /&gt;</w:t>
        <w:br/>
        <w:t>селянської з санками дітвори,&lt;br /&gt;</w:t>
        <w:br/>
        <w:t>що там спускалася до ночі вчора,&lt;br /&gt;</w:t>
        <w:br/>
        <w:t>і крик, і плач, і голоси пісень&lt;br /&gt;</w:t>
        <w:br/>
        <w:t>пустивши глибоко в минулий день.</w:t>
      </w:r>
    </w:p>
    <w:p>
      <w:r>
        <w:br/>
        <w:t>287.&lt;br /&gt;</w:t>
        <w:br/>
        <w:t>І крізь зловісні завивання в вивід,&lt;br /&gt;</w:t>
        <w:br/>
        <w:t>і безнастанне стукання в шибки,&lt;br /&gt;</w:t>
        <w:br/>
        <w:t>і в стрісі рвання й фуркання бурхливі,&lt;br /&gt;</w:t>
        <w:br/>
        <w:t>і скрипи яворів об шалівки&lt;br /&gt;</w:t>
        <w:br/>
        <w:t>почув Степан чогось, немов лякливі&lt;br /&gt;</w:t>
        <w:br/>
        <w:t>звідтіль, де гребля в кризі й лотоки,&lt;br /&gt;</w:t>
        <w:br/>
        <w:t>і людські тихі голоси неначе&lt;br /&gt;</w:t>
        <w:br/>
        <w:t>і скавучання й гавкання собаче.</w:t>
      </w:r>
    </w:p>
    <w:p>
      <w:r>
        <w:br/>
        <w:t>288.&lt;br /&gt;</w:t>
        <w:br/>
        <w:t>І, звівши в кріса чорні два курки,&lt;br /&gt;</w:t>
        <w:br/>
        <w:t>він проказав з несамовитим тиском:&lt;br /&gt;</w:t>
        <w:br/>
        <w:t>"Ви чуєте, із лугу не вовки&lt;br /&gt;</w:t>
        <w:br/>
        <w:t>вночі підходять до кошари близько,&lt;br /&gt;</w:t>
        <w:br/>
        <w:t>але ідуть чекісти по кістки&lt;br /&gt;</w:t>
        <w:br/>
        <w:t>для свічок лойових собі на грисько...&lt;br /&gt;</w:t>
        <w:br/>
        <w:t>І я благаю з горя, не з гілля,&lt;br /&gt;</w:t>
        <w:br/>
        <w:t>негайно всі тікайте відціля...</w:t>
      </w:r>
    </w:p>
    <w:p>
      <w:r>
        <w:br/>
        <w:t>289.&lt;br /&gt;</w:t>
        <w:br/>
        <w:t>А хто не схоче кинути оселю,&lt;br /&gt;</w:t>
        <w:br/>
        <w:t>не бачачи дверей від жаху й сліз,&lt;br /&gt;</w:t>
        <w:br/>
        <w:t>того немилосердно я застрелю,&lt;br /&gt;</w:t>
        <w:br/>
        <w:t>і вибухом страшним нагрітий кріс&lt;br /&gt;</w:t>
        <w:br/>
        <w:t>зверну в вікно чекістові в шинелю,&lt;br /&gt;</w:t>
        <w:br/>
        <w:t>ще холоднішу за сибірський ліс...&lt;br /&gt;</w:t>
        <w:br/>
        <w:t>А найостанніший набій по герці&lt;br /&gt;</w:t>
        <w:br/>
        <w:t>я зупиню аж у своєму серці".</w:t>
      </w:r>
    </w:p>
    <w:p>
      <w:r>
        <w:br/>
        <w:t>290.&lt;br /&gt;</w:t>
        <w:br/>
        <w:t>"Чи глузд у тебе, брате мій, не зник&lt;br /&gt;</w:t>
        <w:br/>
        <w:t>від справді нечуванної розпуки,&lt;br /&gt;</w:t>
        <w:br/>
        <w:t>що повернувся в тебе твій язик&lt;br /&gt;</w:t>
        <w:br/>
        <w:t>такі промовити нелюдські звуки?"&lt;br /&gt;</w:t>
        <w:br/>
        <w:t>сказала Васька, стримуючи крик&lt;br /&gt;</w:t>
        <w:br/>
        <w:t>і від тремтіння невеличкі руки:&lt;br /&gt;</w:t>
        <w:br/>
        <w:t>"Та вже, коли гордує твій відчай&lt;br /&gt;</w:t>
        <w:br/>
        <w:t>вмирати разом з нами, то вбивай!</w:t>
      </w:r>
    </w:p>
    <w:p>
      <w:r>
        <w:br/>
        <w:t>291.&lt;br /&gt;</w:t>
        <w:br/>
        <w:t>І я не хочу, і мій Косгь не хоче&lt;br /&gt;</w:t>
        <w:br/>
        <w:t>паскудити з дияволами світ,&lt;br /&gt;</w:t>
        <w:br/>
        <w:t>і господиня вмре твоя охоче&lt;br /&gt;</w:t>
        <w:br/>
        <w:t>за Богом даний людям заповіт...&lt;br /&gt;</w:t>
        <w:br/>
        <w:t>Один лише на це Різдво уроче&lt;br /&gt;</w:t>
        <w:br/>
        <w:t>в господу трапився нерідний рід,&lt;br /&gt;</w:t>
        <w:br/>
        <w:t>який нехай іде в свою хатину&lt;br /&gt;</w:t>
        <w:br/>
        <w:t>чекати супокійного загину!"</w:t>
      </w:r>
    </w:p>
    <w:p>
      <w:r>
        <w:br/>
        <w:t>Дід-Кіт&lt;br /&gt;</w:t>
        <w:br/>
        <w:t>292.&lt;br /&gt;</w:t>
        <w:br/>
        <w:t>"Від вас усіх я тут найстарший є&lt;br /&gt;</w:t>
        <w:br/>
        <w:t>і не тобі уже мене навчати,&lt;br /&gt;</w:t>
        <w:br/>
        <w:t>де краще смерть людині настає,&lt;br /&gt;</w:t>
        <w:br/>
        <w:t>коли вона наважиться вмирати:&lt;br /&gt;</w:t>
        <w:br/>
        <w:t>І чи Степан мене із кріса вб'є,&lt;br /&gt;</w:t>
        <w:br/>
        <w:t>чи розлютовані з Чеки салдати,&lt;br /&gt;</w:t>
        <w:br/>
        <w:t>але його, хоч він мені й не син,&lt;br /&gt;</w:t>
        <w:br/>
        <w:t>самого не покину на загин!"</w:t>
      </w:r>
    </w:p>
    <w:p>
      <w:r>
        <w:br/>
        <w:t>293.&lt;br /&gt;</w:t>
        <w:br/>
        <w:t>І, мабуть, думаючи, що не простять&lt;br /&gt;</w:t>
        <w:br/>
        <w:t>йому зухвалих і гарячих слів,&lt;br /&gt;</w:t>
        <w:br/>
        <w:t>він на спітнілого поглянув Костя&lt;br /&gt;</w:t>
        <w:br/>
        <w:t>суворим поглядом з-під сивих брів;&lt;br /&gt;</w:t>
        <w:br/>
        <w:t>і той, немов дитина в високостях&lt;br /&gt;</w:t>
        <w:br/>
        <w:t>враз опинившися, зніяковів&lt;br /&gt;</w:t>
        <w:br/>
        <w:t>і Васьці прошептав у ліве вухо:&lt;br /&gt;</w:t>
        <w:br/>
        <w:t>"Мені так млосно, аж у роті сухо" ...&lt;br /&gt;</w:t>
        <w:br/>
        <w:t>294.. Та Васьці не до Костевих річей&lt;br /&gt;</w:t>
        <w:br/>
        <w:t>було у цей тяжкий момент напруги,&lt;br /&gt;</w:t>
        <w:br/>
        <w:t>бо Чичка, кріс узявши на плече,&lt;br /&gt;</w:t>
        <w:br/>
        <w:t>дивився поглядом глухої туги&lt;br /&gt;</w:t>
        <w:br/>
        <w:t>в вікно, де ніби кованим мечем,&lt;br /&gt;</w:t>
        <w:br/>
        <w:t>в чекіста вихопленим серед хуґи&lt;br /&gt;</w:t>
        <w:br/>
        <w:t>над цямринами, тільки не з жалем,&lt;br /&gt;</w:t>
        <w:br/>
        <w:t>гойдав з ревінням вітер журавлем.</w:t>
      </w:r>
    </w:p>
    <w:p>
      <w:r>
        <w:br/>
        <w:t>295.&lt;br /&gt;</w:t>
        <w:br/>
        <w:t>І жадному не стало в пильнім оці&lt;br /&gt;</w:t>
        <w:br/>
        <w:t>як хрест з божниці небесам в докір&lt;br /&gt;</w:t>
        <w:br/>
        <w:t>взяла хазяйка, випавши із моці,&lt;br /&gt;</w:t>
        <w:br/>
        <w:t>і вийшла тихо, мовчазна надвір;&lt;br /&gt;</w:t>
        <w:br/>
        <w:t>була розхрістана, хитка у кроці&lt;br /&gt;</w:t>
        <w:br/>
        <w:t>і боса, ніби найтемніший звір,&lt;br /&gt;</w:t>
        <w:br/>
        <w:t>і, падаючи від страшного горя,&lt;br /&gt;</w:t>
        <w:br/>
        <w:t>пішла в гудіння сніжаного моря.&lt;br /&gt;</w:t>
        <w:br/>
        <w:t>ПРОЯСЕНЬ:&lt;br /&gt;</w:t>
        <w:br/>
        <w:t>Коли виходить Друг від Людини, то переступає поріг і за-&lt;br /&gt;</w:t>
        <w:br/>
        <w:t>чиняє за собою двері. І не встигнуть ще добре прохолонути слі-&lt;br /&gt;</w:t>
        <w:br/>
        <w:t>ди його ходи, як приходить Смерть і стукає в двері:&lt;br /&gt;</w:t>
        <w:br/>
        <w:t>"Відчиніть, відсіля вийшов Друг, і Людина мусить лишитися&lt;br /&gt;</w:t>
        <w:br/>
        <w:t>в порожнечі, яка є те місце, де Смерть пробуває вовіки".&lt;br /&gt;</w:t>
        <w:br/>
        <w:t>І відповідають із-за дверей голоси:&lt;br /&gt;</w:t>
        <w:br/>
        <w:t>"Друг лишив нас, слова, зігріті кров'ю свого єства, і ми&lt;br /&gt;</w:t>
        <w:br/>
        <w:t>зігріли Людині душу, і вона відпочиває коло столу з очима, нали-&lt;br /&gt;</w:t>
        <w:br/>
        <w:t>тими сльозами" ... Горе нам, коли наш Друг не лишає нам нічого&lt;br /&gt;</w:t>
        <w:br/>
        <w:t>від тепла свойого єства... Горе Ним, бо Смерті не доведеться&lt;br /&gt;</w:t>
        <w:br/>
        <w:t>тоді стукати у двері, які стоятимуть напевно навстяж перед страш-&lt;br /&gt;</w:t>
        <w:br/>
        <w:t>ним нашим Гостем!</w:t>
      </w:r>
    </w:p>
    <w:p>
      <w:r>
        <w:br/>
        <w:t>БАТЬКО</w:t>
      </w:r>
    </w:p>
    <w:p>
      <w:r>
        <w:br/>
        <w:t>296.&lt;br /&gt;</w:t>
        <w:br/>
        <w:t>І в хаті мертва тиша й супокій&lt;br /&gt;</w:t>
        <w:br/>
        <w:t>держали стелю над людьми посполу,&lt;br /&gt;</w:t>
        <w:br/>
        <w:t>і жадний птах з горища в дзвін надій&lt;br /&gt;</w:t>
        <w:br/>
        <w:t>ані з повітки не пробив на сполох;&lt;br /&gt;</w:t>
        <w:br/>
        <w:t>і тільки в груди змучені й худі&lt;br /&gt;</w:t>
        <w:br/>
        <w:t>серця ритмічно стукали з-за столу,&lt;br /&gt;</w:t>
        <w:br/>
        <w:t>та чувся подих і гарячий піт,&lt;br /&gt;</w:t>
        <w:br/>
        <w:t>що їдко пах з розпарених чобіт.</w:t>
      </w:r>
    </w:p>
    <w:p>
      <w:r>
        <w:br/>
        <w:t>297.&lt;br /&gt;</w:t>
        <w:br/>
        <w:t>І всі кутки і речі всі в господі&lt;br /&gt;</w:t>
        <w:br/>
        <w:t>раптово повиднішали від лиць —&lt;br /&gt;</w:t>
        <w:br/>
        <w:t>свитки і пояси, і в них насподі&lt;br /&gt;</w:t>
        <w:br/>
        <w:t>шапки і хустка, і кожух з ягниць&lt;br /&gt;</w:t>
        <w:br/>
        <w:t>на піл накупу складені та й годі,&lt;br /&gt;</w:t>
        <w:br/>
        <w:t>не так як роблять гості із столиць,&lt;br /&gt;</w:t>
        <w:br/>
        <w:t>привізши сон із станцій по утомі,&lt;br /&gt;</w:t>
        <w:br/>
        <w:t>на павутинку схожий в теплім домі.&lt;br /&gt;</w:t>
        <w:br/>
        <w:t>298.&lt;br /&gt;</w:t>
        <w:br/>
        <w:t>Якась яснінь упала і в куток&lt;br /&gt;</w:t>
        <w:br/>
        <w:t>на рогачі з тонкою кочергою,&lt;br /&gt;</w:t>
        <w:br/>
        <w:t>і на старий, аж чорний казанок,&lt;br /&gt;</w:t>
        <w:br/>
        <w:t>налитий повно свіжою водою, —&lt;br /&gt;</w:t>
        <w:br/>
        <w:t>бо біль стіни, мов хмарами ставок,&lt;br /&gt;</w:t>
        <w:br/>
        <w:t>крізь їх двигтіла мертво далиною,&lt;br /&gt;</w:t>
        <w:br/>
        <w:t>звідкіль всі прірви сунули в снігах&lt;br /&gt;</w:t>
        <w:br/>
        <w:t>в єдиний на ввесь світ порожній жах.</w:t>
      </w:r>
    </w:p>
    <w:p>
      <w:r>
        <w:br/>
        <w:t>299.&lt;br /&gt;</w:t>
        <w:br/>
        <w:t>А бідна хата вся безперестанку&lt;br /&gt;</w:t>
        <w:br/>
        <w:t>давала скрипи геть з усіх кінців,&lt;br /&gt;</w:t>
        <w:br/>
        <w:t>і рвалися сніпки, притрушені ще зранку,&lt;br /&gt;</w:t>
        <w:br/>
        <w:t>на настовбурченім старім хлівці&lt;br /&gt;</w:t>
        <w:br/>
        <w:t>і, злинувши над вивід, наостанку&lt;br /&gt;</w:t>
        <w:br/>
        <w:t>летіли на сичущі манівці,&lt;br /&gt;</w:t>
        <w:br/>
        <w:t>солому гублячи над коритами,&lt;br /&gt;</w:t>
        <w:br/>
        <w:t>і брязкаючи нею в вікна й рями.</w:t>
      </w:r>
    </w:p>
    <w:p>
      <w:r>
        <w:br/>
        <w:t>300.&lt;br /&gt;</w:t>
        <w:br/>
        <w:t>І цямрини криничні в кризі злій&lt;br /&gt;</w:t>
        <w:br/>
        <w:t>заносила хурделиця снігами&lt;br /&gt;</w:t>
        <w:br/>
        <w:t>і з них робила горб на білім тлі,&lt;br /&gt;</w:t>
        <w:br/>
        <w:t>яке звела Руда над берегами...&lt;br /&gt;</w:t>
        <w:br/>
        <w:t>Здавалося, що велетень в землі&lt;br /&gt;</w:t>
        <w:br/>
        <w:t>закопаний по шию ворогами,&lt;br /&gt;</w:t>
        <w:br/>
        <w:t>тепер, коли й ставок під снігом щез&lt;br /&gt;</w:t>
        <w:br/>
        <w:t>і сам від холоду та хуґи змерз.</w:t>
      </w:r>
    </w:p>
    <w:p>
      <w:r>
        <w:br/>
        <w:t>301.&lt;br /&gt;</w:t>
        <w:br/>
        <w:t>А журавель скажено бадією,&lt;br /&gt;</w:t>
        <w:br/>
        <w:t>немов крилом розлюченим крука,&lt;br /&gt;</w:t>
        <w:br/>
        <w:t>вихав, аби повільно й певно нею&lt;br /&gt;</w:t>
        <w:br/>
        <w:t>відбити голову від кістяка,&lt;br /&gt;</w:t>
        <w:br/>
        <w:t>і покотити без шляхів путею&lt;br /&gt;</w:t>
        <w:br/>
        <w:t>туди, куди шумить зима крихка,&lt;br /&gt;</w:t>
        <w:br/>
        <w:t>куди і світ летить у чорториї,&lt;br /&gt;</w:t>
        <w:br/>
        <w:t>мов голова відірвана від шиї.&lt;br /&gt;</w:t>
        <w:br/>
        <w:t>302.&lt;br /&gt;</w:t>
        <w:br/>
        <w:t>В цю мить для звіра і людей глуху&lt;br /&gt;</w:t>
        <w:br/>
        <w:t>ввійшов Свирид і Вовк у хату тихо,&lt;br /&gt;</w:t>
        <w:br/>
        <w:t>обидва в кризі і в сипкім снігу,&lt;br /&gt;</w:t>
        <w:br/>
        <w:t>що гнав у безвість велетенський вихор;&lt;br /&gt;</w:t>
        <w:br/>
        <w:t>і хоч без руху всі були і дху,&lt;br /&gt;</w:t>
        <w:br/>
        <w:t>і хоч сліпило всіх приявних лихо&lt;br /&gt;</w:t>
        <w:br/>
        <w:t>туманом незформованих вістей,&lt;br /&gt;</w:t>
        <w:br/>
        <w:t>вони впізнали почуттям гостей.</w:t>
      </w:r>
    </w:p>
    <w:p>
      <w:r>
        <w:br/>
        <w:t>303.&lt;br /&gt;</w:t>
        <w:br/>
        <w:t>І людям радість капнула в зіниці,&lt;br /&gt;</w:t>
        <w:br/>
        <w:t>і віддих груди злегшено спустив,&lt;br /&gt;</w:t>
        <w:br/>
        <w:t>і злинула надія з таємниці&lt;br /&gt;</w:t>
        <w:br/>
        <w:t>на мідні з п'ятаків старі хрести,&lt;br /&gt;</w:t>
        <w:br/>
        <w:t>що на шнурках та на ланцях із криці&lt;br /&gt;</w:t>
        <w:br/>
        <w:t>не раз пили гарячий піт густий,&lt;br /&gt;</w:t>
        <w:br/>
        <w:t>і хоч лежав на них намул іржавий,&lt;br /&gt;</w:t>
        <w:br/>
        <w:t>але тепер блищали блиском слави.</w:t>
      </w:r>
    </w:p>
    <w:p>
      <w:r>
        <w:br/>
        <w:t>304.&lt;br /&gt;</w:t>
        <w:br/>
        <w:t>І доля так не раз, немов харциз,&lt;br /&gt;</w:t>
        <w:br/>
        <w:t>поводиться з жебрущими лукаво:&lt;br /&gt;</w:t>
        <w:br/>
        <w:t>показує спочатку із-під риз&lt;br /&gt;</w:t>
        <w:br/>
        <w:t>і хліб, і цукор, і французьку каву;&lt;br /&gt;</w:t>
        <w:br/>
        <w:t>коли ж вони нагнуться взяти приз&lt;br /&gt;</w:t>
        <w:br/>
        <w:t>У РУКУ В*Д брання шматків плюгаву,&lt;br /&gt;</w:t>
        <w:br/>
        <w:t>вона їм у немитий карк гладкий&lt;br /&gt;</w:t>
        <w:br/>
        <w:t>встромляє ніж по самі колодки.</w:t>
      </w:r>
    </w:p>
    <w:p>
      <w:r>
        <w:br/>
        <w:t>305.&lt;br /&gt;</w:t>
        <w:br/>
        <w:t>І Вовк Степанові на груди плигу&lt;br /&gt;</w:t>
        <w:br/>
        <w:t>з ласкавим скавулінням чуло дав&lt;br /&gt;</w:t>
        <w:br/>
        <w:t>і притулив до вуст і пику й кригу,&lt;br /&gt;</w:t>
        <w:br/>
        <w:t>аж потекла на бороду вода.&lt;br /&gt;</w:t>
        <w:br/>
        <w:t>І, ніби враз огудивши відлигу,&lt;br /&gt;</w:t>
        <w:br/>
        <w:t>про котру за хвилину й не гадав,&lt;br /&gt;</w:t>
        <w:br/>
        <w:t>ліг біля з бараболею корита&lt;br /&gt;</w:t>
        <w:br/>
        <w:t>і зиркав на Степана й на Свирида.&lt;br /&gt;</w:t>
        <w:br/>
        <w:t>306.&lt;br /&gt;</w:t>
        <w:br/>
        <w:t>Господар же, не глянувши в той бік,&lt;br /&gt;</w:t>
        <w:br/>
        <w:t>куди ліг пес, а певною рукою&lt;br /&gt;</w:t>
        <w:br/>
        <w:t>стер на лиці своїм смутний потік&lt;br /&gt;</w:t>
        <w:br/>
        <w:t>там зустріччю покинутий палкою,&lt;br /&gt;</w:t>
        <w:br/>
        <w:t>а потім кріс важкий з плеча зволік&lt;br /&gt;</w:t>
        <w:br/>
        <w:t>і на стілець поклав перед собою,&lt;br /&gt;</w:t>
        <w:br/>
        <w:t>і так сказав, як не казав ніде,&lt;br /&gt;</w:t>
        <w:br/>
        <w:t>але те слово не було тверде:</w:t>
      </w:r>
    </w:p>
    <w:p>
      <w:r>
        <w:br/>
        <w:t>307.&lt;br /&gt;</w:t>
        <w:br/>
        <w:t>"Щоб не накликати на тебе згуби&lt;br /&gt;</w:t>
        <w:br/>
        <w:t>з запізнім наріканням та жалем&lt;br /&gt;</w:t>
        <w:br/>
        <w:t>я битися не буду, сину любий,&lt;br /&gt;</w:t>
        <w:br/>
        <w:t>з підтравнішим від звіра москалем,&lt;br /&gt;</w:t>
        <w:br/>
        <w:t>бо і тоді по правді стисну зуби,&lt;br /&gt;</w:t>
        <w:br/>
        <w:t>коли запахне домовинним пнем,&lt;br /&gt;</w:t>
        <w:br/>
        <w:t>що нам миліша радість горобцева&lt;br /&gt;</w:t>
        <w:br/>
        <w:t>ніж мертве серце, витягнене з лева.</w:t>
      </w:r>
    </w:p>
    <w:p>
      <w:r>
        <w:br/>
        <w:t>308.&lt;br /&gt;</w:t>
        <w:br/>
        <w:t>А в тебе серце чесне й розум є,&lt;br /&gt;</w:t>
        <w:br/>
        <w:t>підпертий невсипущими руками,&lt;br /&gt;</w:t>
        <w:br/>
        <w:t>він і в багні совєтськім не згниє,&lt;br /&gt;</w:t>
        <w:br/>
        <w:t>немов на дні річнім прадавній камінь;&lt;br /&gt;</w:t>
        <w:br/>
        <w:t>а я, манатки і життя своє&lt;br /&gt;</w:t>
        <w:br/>
        <w:t>зв'язавши моченими мотузками,&lt;br /&gt;</w:t>
        <w:br/>
        <w:t>в четвер, благословивши добрий чин,&lt;br /&gt;</w:t>
        <w:br/>
        <w:t>в Сибір помчу аж на Зелений Клин.</w:t>
      </w:r>
    </w:p>
    <w:p>
      <w:r>
        <w:br/>
        <w:t>309.&lt;br /&gt;</w:t>
        <w:br/>
        <w:t>А це вже непотрібне, слава Богу,&lt;br /&gt;</w:t>
        <w:br/>
        <w:t>бо скрізь його чекісти візьмуть в дар"...&lt;br /&gt;</w:t>
        <w:br/>
        <w:t>І витяглій набої до порогу&lt;br /&gt;</w:t>
        <w:br/>
        <w:t>пустив з руки, немов важкий тягар,&lt;br /&gt;</w:t>
        <w:br/>
        <w:t>а кріс новий поклав у піч розлогу&lt;br /&gt;</w:t>
        <w:br/>
        <w:t>поміж горшки у ще живущий жар&lt;br /&gt;</w:t>
        <w:br/>
        <w:t>і руки простягнувши, мов провину,&lt;br /&gt;</w:t>
        <w:br/>
        <w:t>сказав: "Іди до серця, милий сину!"</w:t>
      </w:r>
    </w:p>
    <w:p>
      <w:r>
        <w:br/>
        <w:t>310.&lt;br /&gt;</w:t>
        <w:br/>
        <w:t>А син стрункий, закиданий у сніг,&lt;br /&gt;</w:t>
        <w:br/>
        <w:t>в пальті студентськім і без чамайдана&lt;br /&gt;</w:t>
        <w:br/>
        <w:t>незрозуміло поглядав на всіх,&lt;br /&gt;</w:t>
        <w:br/>
        <w:t>і в погляді тривога нездоланна&lt;br /&gt;</w:t>
        <w:br/>
        <w:t>темніла гірше, ніж таємний гріх,&lt;br /&gt;</w:t>
        <w:br/>
        <w:t>і батька рідного свого Степана&lt;br /&gt;</w:t>
        <w:br/>
        <w:t>минаючи, Кота спитався в кут:&lt;br /&gt;</w:t>
        <w:br/>
        <w:t>"Чого ж це матері не видно тут?"</w:t>
      </w:r>
    </w:p>
    <w:p>
      <w:r>
        <w:br/>
        <w:t>311. І не хватило всім чогось багато,&lt;br /&gt;</w:t>
        <w:br/>
        <w:t>і всяк з шуканням глянув навкруги,&lt;br /&gt;</w:t>
        <w:br/>
        <w:t>і, мабуть, би себе почули катом&lt;br /&gt;</w:t>
        <w:br/>
        <w:t>в цю мить і справедливости боги;&lt;br /&gt;</w:t>
        <w:br/>
        <w:t>і тільки Васька за усіх завзято&lt;br /&gt;</w:t>
        <w:br/>
        <w:t>відповіла з постійної снаги:&lt;br /&gt;</w:t>
        <w:br/>
        <w:t>"Ви при лежанці поки дух нагрійте,&lt;br /&gt;</w:t>
        <w:br/>
        <w:t>бо мати вийшла і вже швидко ввійде!"</w:t>
      </w:r>
    </w:p>
    <w:p>
      <w:r>
        <w:br/>
        <w:t>312.&lt;br /&gt;</w:t>
        <w:br/>
        <w:t>І на єдину тільки може мить&lt;br /&gt;</w:t>
        <w:br/>
        <w:t>звернули всі надвір свою увагу,&lt;br /&gt;</w:t>
        <w:br/>
        <w:t>і крізь замерзлу у шибках блакить&lt;br /&gt;</w:t>
        <w:br/>
        <w:t>та з інею на рямах синю смагу&lt;br /&gt;</w:t>
        <w:br/>
        <w:t>оте, що потім в душах заболить,&lt;br /&gt;</w:t>
        <w:br/>
        <w:t>як не внесе в оселю рівновагу,&lt;br /&gt;</w:t>
        <w:br/>
        <w:t>хотіли вглядіти і жар сердець&lt;br /&gt;</w:t>
        <w:br/>
        <w:t>Свиридові віддати на ралець.</w:t>
      </w:r>
    </w:p>
    <w:p>
      <w:r>
        <w:br/>
        <w:t>313.&lt;br /&gt;</w:t>
        <w:br/>
        <w:t>І в відповідь такій тяжкій напрузі&lt;br /&gt;</w:t>
        <w:br/>
        <w:t>заклацали клямки коло дверей,&lt;br /&gt;</w:t>
        <w:br/>
        <w:t>і в хату в башликах і в завірюсі&lt;br /&gt;</w:t>
        <w:br/>
        <w:t>повходили чекісти із сіней,&lt;br /&gt;</w:t>
        <w:br/>
        <w:t>аж Вовк устати із-під лави мусів,&lt;br /&gt;</w:t>
        <w:br/>
        <w:t>і, загарчавши на нових гостей,&lt;br /&gt;</w:t>
        <w:br/>
        <w:t>проз ноги вибіг в хуґу пелехату&lt;br /&gt;</w:t>
        <w:br/>
        <w:t>і виплигнув на стіг зорити в хату.&lt;br /&gt;</w:t>
        <w:br/>
        <w:t>314.&lt;br /&gt;</w:t>
        <w:br/>
        <w:t>О, Боже милосердний, завчасу&lt;br /&gt;</w:t>
        <w:br/>
        <w:t>нехай не йде до мене смерть жорстока&lt;br /&gt;</w:t>
        <w:br/>
        <w:t>хоч би і на єдиную сльозу,&lt;br /&gt;</w:t>
        <w:br/>
        <w:t>що ще не встигла випасти із ока,&lt;br /&gt;</w:t>
        <w:br/>
        <w:t>бо волі я і мрій не піднесу,&lt;br /&gt;</w:t>
        <w:br/>
        <w:t>можливо, як раптово кріс зацока&lt;br /&gt;</w:t>
        <w:br/>
        <w:t>і зачорніє вічність в далині&lt;br /&gt;</w:t>
        <w:br/>
        <w:t>самотньому на цілий світ мені.&lt;br /&gt;</w:t>
        <w:br/>
        <w:t>315. І щоб не стати підлим боягузом,&lt;br /&gt;</w:t>
        <w:br/>
        <w:t>і не заплакати за щастям тим,&lt;br /&gt;</w:t>
        <w:br/>
        <w:t>що відлетіло в ірій чорногузом,&lt;br /&gt;</w:t>
        <w:br/>
        <w:t>не кинувши мені для самоти&lt;br /&gt;</w:t>
        <w:br/>
        <w:t>з-під жаби молодої з білим пузом&lt;br /&gt;</w:t>
        <w:br/>
        <w:t>лілеї із Дніпрової води&lt;br /&gt;</w:t>
        <w:br/>
        <w:t>змочити серце під жорстоку спеку,&lt;br /&gt;</w:t>
        <w:br/>
        <w:t>коли побачу вічність недалеку.&lt;br /&gt;</w:t>
        <w:br/>
        <w:t>316. "А я гадав, що ви у повний зріст&lt;br /&gt;</w:t>
        <w:br/>
        <w:t>лягли спочити на гарячий клапоть" ...&lt;br /&gt;</w:t>
        <w:br/>
        <w:t>сказав Калькутін, присланий чекіст&lt;br /&gt;</w:t>
        <w:br/>
        <w:t>в Куцівці чоботом змінити лапоть:&lt;br /&gt;</w:t>
        <w:br/>
        <w:t>"Аж бачу тут у вас столичний гість&lt;br /&gt;</w:t>
        <w:br/>
        <w:t>завзятіший і від Шевченка, мабуть,&lt;br /&gt;</w:t>
        <w:br/>
        <w:t>бо я читав, що й вірші пише він&lt;br /&gt;</w:t>
        <w:br/>
        <w:t>міцні, мов стоси липових полін" . . .</w:t>
      </w:r>
    </w:p>
    <w:p>
      <w:r>
        <w:br/>
        <w:t>Свирид&lt;br /&gt;</w:t>
        <w:br/>
        <w:t>317.&lt;br /&gt;</w:t>
        <w:br/>
        <w:t>"Не ображайте ви безумно духа,&lt;br /&gt;</w:t>
        <w:br/>
        <w:t>з яким змагаються потуги злі,&lt;br /&gt;</w:t>
        <w:br/>
        <w:t>але ми бачимо, що завірюха&lt;br /&gt;</w:t>
        <w:br/>
        <w:t>часу їх завіває на землі;&lt;br /&gt;</w:t>
        <w:br/>
        <w:t>і комісарська сила довговуха&lt;br /&gt;</w:t>
        <w:br/>
        <w:t>тепер їм не поможе взагалі,&lt;br /&gt;</w:t>
        <w:br/>
        <w:t>бо хмари там ідуть у високості,&lt;br /&gt;</w:t>
        <w:br/>
        <w:t>йому вгортаючи над серцем кості...&lt;br /&gt;</w:t>
        <w:br/>
        <w:t>318.&lt;br /&gt;</w:t>
        <w:br/>
        <w:t>І чують у небесній видноті,&lt;br /&gt;</w:t>
        <w:br/>
        <w:t>куди поетове єство сягнуло,&lt;br /&gt;</w:t>
        <w:br/>
        <w:t>як стука серце в зорі золоті&lt;br /&gt;</w:t>
        <w:br/>
        <w:t>над всім невільницьким совєтським мулом,&lt;br /&gt;</w:t>
        <w:br/>
        <w:t>а в серці в нього в теплій самоті&lt;br /&gt;</w:t>
        <w:br/>
        <w:t>під неосяжним світовим притулом&lt;br /&gt;</w:t>
        <w:br/>
        <w:t>вся Україна до життя гуде,&lt;br /&gt;</w:t>
        <w:br/>
        <w:t>мов перед сходом сонце молоде!"</w:t>
      </w:r>
    </w:p>
    <w:p>
      <w:r>
        <w:br/>
        <w:t>Калькутін&lt;br /&gt;</w:t>
        <w:br/>
        <w:t>319.&lt;br /&gt;</w:t>
        <w:br/>
        <w:t>"Так ти дісвітєльно бандіт, Петлюра,&lt;br /&gt;</w:t>
        <w:br/>
        <w:t>крамольнік і падлєйший клєвєтнік,&lt;br /&gt;</w:t>
        <w:br/>
        <w:t>как і преступная, Шевченко, шкура —&lt;br /&gt;</w:t>
        <w:br/>
        <w:t>безстидний і гнуснейший балтавнік!&lt;br /&gt;</w:t>
        <w:br/>
        <w:t>Тєбя убіть, халопская бандура,&lt;br /&gt;</w:t>
        <w:br/>
        <w:t>так ета поднять до Кітая крік,&lt;br /&gt;</w:t>
        <w:br/>
        <w:t>что москвічі, Афонька і Павлуша,&lt;br /&gt;</w:t>
        <w:br/>
        <w:t>честь савєршают арестантскім душам ...</w:t>
      </w:r>
    </w:p>
    <w:p>
      <w:r>
        <w:br/>
        <w:t>320.&lt;br /&gt;</w:t>
        <w:br/>
        <w:t>О, нет, о, нєт... Я бил би ідіот!&lt;br /&gt;</w:t>
        <w:br/>
        <w:t>У нас там єсть адін, таваріщ Мисик,&lt;br /&gt;</w:t>
        <w:br/>
        <w:t>так он то на акнє тєбя распньот,&lt;br /&gt;</w:t>
        <w:br/>
        <w:t>і жестью кровельной с баронской мизи&lt;br /&gt;</w:t>
        <w:br/>
        <w:t>с размаху разорвьйот тєбє живот&lt;br /&gt;</w:t>
        <w:br/>
        <w:t>і пустіт две туда бальшиє криси,&lt;br /&gt;</w:t>
        <w:br/>
        <w:t>і вновь зашьйот прокіслий мокрий смрад,&lt;br /&gt;</w:t>
        <w:br/>
        <w:t>чтоб сделать на земле достойний ад!"</w:t>
      </w:r>
    </w:p>
    <w:p>
      <w:r>
        <w:br/>
        <w:t>321.&lt;br /&gt;</w:t>
        <w:br/>
        <w:t>І похолонуло в Степана в жилах&lt;br /&gt;</w:t>
        <w:br/>
        <w:t>враз від чекістового язика,&lt;br /&gt;</w:t>
        <w:br/>
        <w:t>і серце в грудях стало, мов крижина,&lt;br /&gt;</w:t>
        <w:br/>
        <w:t>і чуб заворушився на висках,&lt;br /&gt;</w:t>
        <w:br/>
        <w:t>і в очі глянула на збитих шинах&lt;br /&gt;</w:t>
        <w:br/>
        <w:t>без жадного отоса й мотузка&lt;br /&gt;</w:t>
        <w:br/>
        <w:t>грабарка обшеська, якою мертвих&lt;br /&gt;</w:t>
        <w:br/>
        <w:t>ховати возять без попа та церкви.&lt;br /&gt;</w:t>
        <w:br/>
        <w:t>322.&lt;br /&gt;</w:t>
        <w:br/>
        <w:t>І горе, горе, розпач твій пристиг&lt;br /&gt;</w:t>
        <w:br/>
        <w:t>у непотрібній легковажній сварці,&lt;br /&gt;</w:t>
        <w:br/>
        <w:t>гляди, щоб не прийшлося відвезти&lt;br /&gt;</w:t>
        <w:br/>
        <w:t>і сина молодого на грабарці,&lt;br /&gt;</w:t>
        <w:br/>
        <w:t>та й скупчити густіше ще хрести&lt;br /&gt;</w:t>
        <w:br/>
        <w:t>на цвинтарі, у Чабановій балці...&lt;br /&gt;</w:t>
        <w:br/>
        <w:t>І кинув батько все своє життя,&lt;br /&gt;</w:t>
        <w:br/>
        <w:t>аби спасти немудрее дитя.&lt;br /&gt;</w:t>
        <w:br/>
        <w:t>Степан&lt;br /&gt;</w:t>
        <w:br/>
        <w:t>323.&lt;br /&gt;</w:t>
        <w:br/>
        <w:t>, ,ТЗлНс гірший ти від всякого бандита&lt;br /&gt;</w:t>
        <w:br/>
        <w:t>і певно до ноги спакуєш нас?&lt;br /&gt;</w:t>
        <w:br/>
        <w:t>І в Сталіна твого душа несита&lt;br /&gt;</w:t>
        <w:br/>
        <w:t>нехай проклята буде тьмущий раз,&lt;br /&gt;</w:t>
        <w:br/>
        <w:t>бо, вилізши із спільного корита&lt;br /&gt;</w:t>
        <w:br/>
        <w:t>московського соціялізму, сказ&lt;br /&gt;</w:t>
        <w:br/>
        <w:t>на правду схожий, скаже це й воловник,&lt;br /&gt;</w:t>
        <w:br/>
        <w:t>мов роги в сатани на молитовник!&lt;br /&gt;</w:t>
        <w:br/>
        <w:t>324.&lt;br /&gt;</w:t>
        <w:br/>
        <w:t>І силою моїх останніх сил,&lt;br /&gt;</w:t>
        <w:br/>
        <w:t>приречених для смертних мук і спраги,&lt;br /&gt;</w:t>
        <w:br/>
        <w:t>та ще й гарячкою з мужицьких жил,&lt;br /&gt;</w:t>
        <w:br/>
        <w:t>і стогоном і муки, і зневаги&lt;br /&gt;</w:t>
        <w:br/>
        <w:t>кричу, що ви наш чобіт на копил&lt;br /&gt;</w:t>
        <w:br/>
        <w:t>ледачого казанського бродяги&lt;br /&gt;</w:t>
        <w:br/>
        <w:t>тому прете, що вам добро і зло&lt;br /&gt;</w:t>
        <w:br/>
        <w:t>такі ясні, мов баранові скло!"&lt;br /&gt;</w:t>
        <w:br/>
        <w:t>Калькутін&lt;br /&gt;</w:t>
        <w:br/>
        <w:t>325.&lt;br /&gt;</w:t>
        <w:br/>
        <w:t>"С табой то я уж вєнітєрєвєні&lt;br /&gt;</w:t>
        <w:br/>
        <w:t>нє буду разводіть сєбє во врєд" ...&lt;br /&gt;</w:t>
        <w:br/>
        <w:t>І, висмикнувши револьвер з кишені,&lt;br /&gt;</w:t>
        <w:br/>
        <w:t>махнув ним розлютовано вперед.&lt;br /&gt;</w:t>
        <w:br/>
        <w:t>І після випалу в чекіста з жмені&lt;br /&gt;</w:t>
        <w:br/>
        <w:t>крутився дим у хилитливий лет,&lt;br /&gt;</w:t>
        <w:br/>
        <w:t>та серед тиші люди гнали подих,&lt;br /&gt;</w:t>
        <w:br/>
        <w:t>ще не збагнувши зробленої шкоди.&lt;br /&gt;</w:t>
        <w:br/>
        <w:t>326.&lt;br /&gt;</w:t>
        <w:br/>
        <w:t>І хоч могутніший знадвору гук&lt;br /&gt;</w:t>
        <w:br/>
        <w:t>у вікна бив соломою та снігом,&lt;br /&gt;</w:t>
        <w:br/>
        <w:t>і, ніби вглядівши даремність мук,&lt;br /&gt;</w:t>
        <w:br/>
        <w:t>у вивід вив гієнним довгим сміхом,&lt;br /&gt;</w:t>
        <w:br/>
        <w:t>і там хоч на стіжку на стрельний звук&lt;br /&gt;</w:t>
        <w:br/>
        <w:t>підвівся й Вовк, неначе перед бігом —&lt;br /&gt;</w:t>
        <w:br/>
        <w:t>у хаті моторошна тишина&lt;br /&gt;</w:t>
        <w:br/>
        <w:t>біліла біля кожного вікна.</w:t>
      </w:r>
    </w:p>
    <w:p>
      <w:r>
        <w:br/>
        <w:t>327.&lt;br /&gt;</w:t>
        <w:br/>
        <w:t>Нарешті поточився зо два кроки&lt;br /&gt;</w:t>
        <w:br/>
        <w:t>стражданням зосереджений Степан,&lt;br /&gt;</w:t>
        <w:br/>
        <w:t>і, хилитнувшися, постояв, доки&lt;br /&gt;</w:t>
        <w:br/>
        <w:t>не підхопив його Свирид за стан.&lt;br /&gt;</w:t>
        <w:br/>
        <w:t>З обох куточків уст криваві стоки&lt;br /&gt;</w:t>
        <w:br/>
        <w:t>текли так само, як і все, у тан.&lt;br /&gt;</w:t>
        <w:br/>
        <w:t>І батька положив Свирид поволі&lt;br /&gt;</w:t>
        <w:br/>
        <w:t>біля ослона на солому долі.</w:t>
      </w:r>
    </w:p>
    <w:p>
      <w:r>
        <w:br/>
        <w:t>328.&lt;br /&gt;</w:t>
        <w:br/>
        <w:t>,,Ох, Боже ж мій, і страшно й млосно знов" ...&lt;br /&gt;</w:t>
        <w:br/>
        <w:t>Кость застогнав: "Покиньмо цю квартиру"...&lt;br /&gt;</w:t>
        <w:br/>
        <w:t>І Васька крикнула, з-під мокрих дров,&lt;br /&gt;</w:t>
        <w:br/>
        <w:t>велику витягаючи сокиру:&lt;br /&gt;</w:t>
        <w:br/>
        <w:t>"Хапай ген тикву та прокляту кров,&lt;br /&gt;</w:t>
        <w:br/>
        <w:t>що раптом з нашого сказився жиру,&lt;br /&gt;</w:t>
        <w:br/>
        <w:t>по черепі паскудному гати,&lt;br /&gt;</w:t>
        <w:br/>
        <w:t>і геть забризкай мозком їм роти" ...</w:t>
      </w:r>
    </w:p>
    <w:p>
      <w:r>
        <w:br/>
        <w:t>329.&lt;br /&gt;</w:t>
        <w:br/>
        <w:t>І Кость за шийку тикву згріб, мов півня,&lt;br /&gt;</w:t>
        <w:br/>
        <w:t>й несамовито вискочив на стіл,&lt;br /&gt;</w:t>
        <w:br/>
        <w:t>і бахнув так Калькутіна у тім'я,&lt;br /&gt;</w:t>
        <w:br/>
        <w:t>що він гучніше витягся, як віл,&lt;br /&gt;</w:t>
        <w:br/>
        <w:t>не вкобенивши навіть Боже ім'я...&lt;br /&gt;</w:t>
        <w:br/>
        <w:t>Але відгув під ним тривогу діл,&lt;br /&gt;</w:t>
        <w:br/>
        <w:t>де глечики стояли чорні й рижі,&lt;br /&gt;</w:t>
        <w:br/>
        <w:t>і став ще непорушніший від тиші.&lt;br /&gt;</w:t>
        <w:br/>
        <w:t>330.&lt;br /&gt;</w:t>
        <w:br/>
        <w:t>В одчаяної Васьки у віччю&lt;br /&gt;</w:t>
        <w:br/>
        <w:t>і стало червоно, і стало жовто,&lt;br /&gt;</w:t>
        <w:br/>
        <w:t>і чорний час, це кожний серцем чув,&lt;br /&gt;</w:t>
        <w:br/>
        <w:t>відмірився в гарячім роті ковтом&lt;br /&gt;</w:t>
        <w:br/>
        <w:t>і правдою засвічену свічу&lt;br /&gt;</w:t>
        <w:br/>
        <w:t>в душі поставив, ніби десь під бовтом,&lt;br /&gt;</w:t>
        <w:br/>
        <w:t>аж парувало парою з плечей,&lt;br /&gt;</w:t>
        <w:br/>
        <w:t>спливаючи туманом до очей.</w:t>
      </w:r>
    </w:p>
    <w:p>
      <w:r>
        <w:br/>
        <w:t>331.&lt;br /&gt;</w:t>
        <w:br/>
        <w:t>І на момент стихійною бідою&lt;br /&gt;</w:t>
        <w:br/>
        <w:t>підкинутий угору від землі&lt;br /&gt;</w:t>
        <w:br/>
        <w:t>Кость, шийку з тикви тиснучи рукою,&lt;br /&gt;</w:t>
        <w:br/>
        <w:t>понуро вирізбився на столі:&lt;br /&gt;</w:t>
        <w:br/>
        <w:t>і слина висіла під бородою,&lt;br /&gt;</w:t>
        <w:br/>
        <w:t>і з рота щирилися зуби злі,&lt;br /&gt;</w:t>
        <w:br/>
        <w:t>і хуґа била в вікна околотом,&lt;br /&gt;</w:t>
        <w:br/>
        <w:t>немов цікавлячися ідіотом.&lt;br /&gt;</w:t>
        <w:br/>
        <w:t>ПРОЯСЕНЬ:&lt;br /&gt;</w:t>
        <w:br/>
        <w:t>І спитав сусіда на перший день Великодня своєї маленької&lt;br /&gt;</w:t>
        <w:br/>
        <w:t>хрищениці: "А чого то в тебе перев'язана ручка?" — "Еге, чого?&lt;br /&gt;</w:t>
        <w:br/>
        <w:t>Мама мені сказали: Христос Воскрес, і поцілували тільки в руч-&lt;br /&gt;</w:t>
        <w:br/>
        <w:t>ку". .. "То що ж, вона в тебе болить?'' — "Ні, я перев'язала по-&lt;br /&gt;</w:t>
        <w:br/>
        <w:t>ціловане місце, щоб довше був у мене на руці мамин Христос&lt;br /&gt;</w:t>
        <w:br/>
        <w:t>Воскрес" .. . Боже мій, чи єсть вся наша Батьківщина — нень-&lt;br /&gt;</w:t>
        <w:br/>
        <w:t>чині поцілунки, тільки не перев'язані на нашому єстві, бо якби&lt;br /&gt;</w:t>
        <w:br/>
        <w:t>були перев'язані, то були б видні, і тому, мабуть, би ніколи не&lt;br /&gt;</w:t>
        <w:br/>
        <w:t>було національних воєн між людьми!</w:t>
      </w:r>
    </w:p>
    <w:p>
      <w:r>
        <w:br/>
        <w:t>ЖАХ</w:t>
      </w:r>
    </w:p>
    <w:p>
      <w:r>
        <w:br/>
        <w:t>332.&lt;br /&gt;</w:t>
        <w:br/>
        <w:t>І кожний був такий, як без доріг&lt;br /&gt;</w:t>
        <w:br/>
        <w:t>перед Орданською кутею вітер,&lt;br /&gt;</w:t>
        <w:br/>
        <w:t>який з найвищої могили сніг&lt;br /&gt;</w:t>
        <w:br/>
        <w:t>змітає краще від новеньких мітел,&lt;br /&gt;</w:t>
        <w:br/>
        <w:t>аби і спинку кравчикову, й ріг,&lt;br /&gt;</w:t>
        <w:br/>
        <w:t>і лапки, схожі до китайських літер,&lt;br /&gt;</w:t>
        <w:br/>
        <w:t>і лист кленовий із десятком плям&lt;br /&gt;</w:t>
        <w:br/>
        <w:t>ясніше прояснити, як від лямп.</w:t>
      </w:r>
    </w:p>
    <w:p>
      <w:r>
        <w:br/>
        <w:t>333.&lt;br /&gt;</w:t>
        <w:br/>
        <w:t>І сталося... Кость плигнув серед хати,&lt;br /&gt;</w:t>
        <w:br/>
        <w:t>а потім знов через чекістів труп:&lt;br /&gt;</w:t>
        <w:br/>
        <w:t>хотів життя своє надвір спасати&lt;br /&gt;</w:t>
        <w:br/>
        <w:t>серед навіяних снігами куп,&lt;br /&gt;</w:t>
        <w:br/>
        <w:t>та стрельнули від печі всі салдати,&lt;br /&gt;</w:t>
        <w:br/>
        <w:t>і Кость упав, як збитий громом дуб,&lt;br /&gt;</w:t>
        <w:br/>
        <w:t>і в двері гримнувся чолом при зрізі,&lt;br /&gt;</w:t>
        <w:br/>
        <w:t>й вони упали й звисли на завісі.&lt;br /&gt;</w:t>
        <w:br/>
        <w:t>334.&lt;br /&gt;</w:t>
        <w:br/>
        <w:t>І криком розпачу і смертних мук&lt;br /&gt;</w:t>
        <w:br/>
        <w:t>гукнула Васька дика наостанку,&lt;br /&gt;</w:t>
        <w:br/>
        <w:t>і кинула сокиру з гнівних рук,&lt;br /&gt;</w:t>
        <w:br/>
        <w:t>але чекіст відскочив, і в лежанку&lt;br /&gt;</w:t>
        <w:br/>
        <w:t>вона ввігналася, і глухо гук&lt;br /&gt;</w:t>
        <w:br/>
        <w:t>пішов з кагла в надвірну лихоманку,&lt;br /&gt;</w:t>
        <w:br/>
        <w:t>і повискакувала цегла з брил,&lt;br /&gt;</w:t>
        <w:br/>
        <w:t>і закуріла сажа й теплий пил.</w:t>
      </w:r>
    </w:p>
    <w:p>
      <w:r>
        <w:br/>
        <w:t>335.&lt;br /&gt;</w:t>
        <w:br/>
        <w:t>А потім кинулася вже без крику,&lt;br /&gt;</w:t>
        <w:br/>
        <w:t>й чекіста обхопила, ніби вісь,&lt;br /&gt;</w:t>
        <w:br/>
        <w:t>і притягла руду до себе пику,&lt;br /&gt;</w:t>
        <w:br/>
        <w:t>і зуби вгородила в мокрий ніс. . .&lt;br /&gt;</w:t>
        <w:br/>
        <w:t>І кров'ю залило цю пару дику&lt;br /&gt;</w:t>
        <w:br/>
        <w:t>від бороди аж до безладних кіс —&lt;br /&gt;</w:t>
        <w:br/>
        <w:t>і він, ревнувши вже нелюдським гласом,&lt;br /&gt;</w:t>
        <w:br/>
        <w:t>її здавив і повалився разом.</w:t>
      </w:r>
    </w:p>
    <w:p>
      <w:r>
        <w:br/>
        <w:t>336.&lt;br /&gt;</w:t>
        <w:br/>
        <w:t>Свирид мерщій підскочив тітчин вік&lt;br /&gt;</w:t>
        <w:br/>
        <w:t>оборонити, що вже смертю сапав,&lt;br /&gt;</w:t>
        <w:br/>
        <w:t>і страшно правою ногою в бік&lt;br /&gt;</w:t>
        <w:br/>
        <w:t>ударив, аж перевернув кацапа ...&lt;br /&gt;</w:t>
        <w:br/>
        <w:t>Але, побачивши, що в їх обох із щік&lt;br /&gt;</w:t>
        <w:br/>
        <w:t>кров точиться на револьвер і капа,&lt;br /&gt;</w:t>
        <w:br/>
        <w:t>з тривожним почуттям великих змін&lt;br /&gt;</w:t>
        <w:br/>
        <w:t>нагнувся зброю ухопити він.</w:t>
      </w:r>
    </w:p>
    <w:p>
      <w:r>
        <w:br/>
        <w:t>337.&lt;br /&gt;</w:t>
        <w:br/>
        <w:t>Та тьма йому важка, неначе ляда,&lt;br /&gt;</w:t>
        <w:br/>
        <w:t>свідомість притлумила в голові:&lt;br /&gt;</w:t>
        <w:br/>
        <w:t>йому здалося вже, що сволок пада&lt;br /&gt;</w:t>
        <w:br/>
        <w:t>і вдавлює живого в неживі&lt;br /&gt;</w:t>
        <w:br/>
        <w:t>і що чекіст, під лавою не гада&lt;br /&gt;</w:t>
        <w:br/>
        <w:t>вхопивши, а мотузку у крові,&lt;br /&gt;</w:t>
        <w:br/>
        <w:t>якою може вносили з повітки&lt;br /&gt;</w:t>
        <w:br/>
        <w:t>куті гніздо і висушені квітки</w:t>
      </w:r>
    </w:p>
    <w:p>
      <w:r>
        <w:br/>
        <w:t>338.&lt;br /&gt;</w:t>
        <w:br/>
        <w:t>внизу обкручував коло кісток&lt;br /&gt;</w:t>
        <w:br/>
        <w:t>юнацькі ще не виброджені ноги,&lt;br /&gt;</w:t>
        <w:br/>
        <w:t>а другий же катюга, на висок&lt;br /&gt;</w:t>
        <w:br/>
        <w:t>йому насів по праву перемоги&lt;br /&gt;</w:t>
        <w:br/>
        <w:t>й приказував... Неначе молоток&lt;br /&gt;</w:t>
        <w:br/>
        <w:t>до нігтя доторкав без сили й змоги,&lt;br /&gt;</w:t>
        <w:br/>
        <w:t>аби влупити в палець потім так,&lt;br /&gt;</w:t>
        <w:br/>
        <w:t>щоб з нього не лишився й мокрий знак:</w:t>
      </w:r>
    </w:p>
    <w:p>
      <w:r>
        <w:br/>
        <w:t>339.&lt;br /&gt;</w:t>
        <w:br/>
        <w:t>"Таваріщ мой, сільнєє еті ноґі&lt;br /&gt;</w:t>
        <w:br/>
        <w:t>разбойніку, атаману вяжи,&lt;br /&gt;</w:t>
        <w:br/>
        <w:t>даби атсюда нікаґда дароґі&lt;br /&gt;</w:t>
        <w:br/>
        <w:t>нє винєслі на волю злой душі...&lt;br /&gt;</w:t>
        <w:br/>
        <w:t>Таваріщ мой, расєйскіє астроґі&lt;br /&gt;</w:t>
        <w:br/>
        <w:t>ему как птіцє вольной камиші,&lt;br /&gt;</w:t>
        <w:br/>
        <w:t>поетаму не дайся мілосердю&lt;br /&gt;</w:t>
        <w:br/>
        <w:t>і тут же накажи жестокой смертю!"</w:t>
      </w:r>
    </w:p>
    <w:p>
      <w:r>
        <w:br/>
        <w:t>340.&lt;br /&gt;</w:t>
        <w:br/>
        <w:t>Але Свирид на диво дивне з див&lt;br /&gt;</w:t>
        <w:br/>
        <w:t>стрічав спокійно й мовчки небезпеку&lt;br /&gt;</w:t>
        <w:br/>
        <w:t>так само, як і той, кого судив&lt;br /&gt;</w:t>
        <w:br/>
        <w:t>московський суд в Сибір, для всіх далеку,&lt;br /&gt;</w:t>
        <w:br/>
        <w:t>спокійно від'їздить від рідних нив&lt;br /&gt;</w:t>
        <w:br/>
        <w:t>на інший холод і на іншу спеку,&lt;br /&gt;</w:t>
        <w:br/>
        <w:t>бо знає, що журитися дарма&lt;br /&gt;</w:t>
        <w:br/>
        <w:t>скрізь там, де справедливости нема.</w:t>
      </w:r>
    </w:p>
    <w:p>
      <w:r>
        <w:br/>
        <w:t>341.&lt;br /&gt;</w:t>
        <w:br/>
        <w:t>Але як і вигнанець в путь останню&lt;br /&gt;</w:t>
        <w:br/>
        <w:t>єдиний споглядає в серці чин,&lt;br /&gt;</w:t>
        <w:br/>
        <w:t>що прислужився самоті й вигнанню&lt;br /&gt;</w:t>
        <w:br/>
        <w:t>причиною жорстокою з причин,&lt;br /&gt;</w:t>
        <w:br/>
        <w:t>так і Свирид такому спогляданню&lt;br /&gt;</w:t>
        <w:br/>
        <w:t>підпав, спостерігаючи загин&lt;br /&gt;</w:t>
        <w:br/>
        <w:t>й ознаки права на московськім каті&lt;br /&gt;</w:t>
        <w:br/>
        <w:t>творити рабство в українській хаті...&lt;br /&gt;</w:t>
        <w:br/>
        <w:t>342.&lt;br /&gt;</w:t>
        <w:br/>
        <w:t>В цей час чекіст над Ваською устав,&lt;br /&gt;</w:t>
        <w:br/>
        <w:t>й на місці тім, де має ніс людина,&lt;br /&gt;</w:t>
        <w:br/>
        <w:t>була червона пляма та товста,&lt;br /&gt;</w:t>
        <w:br/>
        <w:t>з якої бігли соплі, кров і слина...&lt;br /&gt;</w:t>
        <w:br/>
        <w:t>І, геть заливши вуса і вуста,&lt;br /&gt;</w:t>
        <w:br/>
        <w:t>текла туди, де горло мов резина&lt;br /&gt;</w:t>
        <w:br/>
        <w:t>дугою напинало сорочки,&lt;br /&gt;</w:t>
        <w:br/>
        <w:t>яких не прали може з рік прачки.</w:t>
      </w:r>
    </w:p>
    <w:p>
      <w:r>
        <w:br/>
        <w:t>343.&lt;br /&gt;</w:t>
        <w:br/>
        <w:t>І зброю він у блискотінні злому&lt;br /&gt;</w:t>
        <w:br/>
        <w:t>лежачій жінці справив у лице...&lt;br /&gt;</w:t>
        <w:br/>
        <w:t>І постріл виплюнув смертельну втому,&lt;br /&gt;</w:t>
        <w:br/>
        <w:t>після якої потягла правцем&lt;br /&gt;</w:t>
        <w:br/>
        <w:t>судома жінку в вічність невідому,&lt;br /&gt;</w:t>
        <w:br/>
        <w:t>де за початком світу та кінцем&lt;br /&gt;</w:t>
        <w:br/>
        <w:t>голосить час та з туги кам'яніє,&lt;br /&gt;</w:t>
        <w:br/>
        <w:t>що в відповідь лише німе синіє.</w:t>
      </w:r>
    </w:p>
    <w:p>
      <w:r>
        <w:br/>
        <w:t>344.&lt;br /&gt;</w:t>
        <w:br/>
        <w:t>І з виглядом безсоромно страшним,&lt;br /&gt;</w:t>
        <w:br/>
        <w:t>немов розвалена вночі печера,&lt;br /&gt;</w:t>
        <w:br/>
        <w:t>схитнувшися над тілом неживим,&lt;br /&gt;</w:t>
        <w:br/>
        <w:t>він ще раз вистрелив із револьвера...&lt;br /&gt;</w:t>
        <w:br/>
        <w:t>І вже коли з повітрям злився дим,&lt;br /&gt;</w:t>
        <w:br/>
        <w:t>москаль промовив люттю людожера:&lt;br /&gt;</w:t>
        <w:br/>
        <w:t>"Ну, що, сприснула в мене з теплих рук,&lt;br /&gt;</w:t>
        <w:br/>
        <w:t>гидка розпроносуко серед сук? .. "</w:t>
      </w:r>
    </w:p>
    <w:p>
      <w:r>
        <w:br/>
        <w:t>345.&lt;br /&gt;</w:t>
        <w:br/>
        <w:t>І, повернувши кусаную пику&lt;br /&gt;</w:t>
        <w:br/>
        <w:t>туди, де вкручували, ніби в дріт,&lt;br /&gt;</w:t>
        <w:br/>
        <w:t>і руки Чичці, без лайок та крику&lt;br /&gt;</w:t>
        <w:br/>
        <w:t>аж до кісток удавлюючи слід, —&lt;br /&gt;</w:t>
        <w:br/>
        <w:t>він із безтямного якогось шику&lt;br /&gt;</w:t>
        <w:br/>
        <w:t>Свиридові сів раптом на живіт,&lt;br /&gt;</w:t>
        <w:br/>
        <w:t>і щось хотів казати шайці бравій,&lt;br /&gt;</w:t>
        <w:br/>
        <w:t>бо зуби вишкірив свої криваві...</w:t>
      </w:r>
    </w:p>
    <w:p>
      <w:r>
        <w:br/>
        <w:t>346.&lt;br /&gt;</w:t>
        <w:br/>
        <w:t>І в найжахливішу хвилину цю,&lt;br /&gt;</w:t>
        <w:br/>
        <w:t>коли зібрався смерть зустріти Чичка&lt;br /&gt;</w:t>
        <w:br/>
        <w:t>від неміренно-ницих волоцюг,&lt;br /&gt;</w:t>
        <w:br/>
        <w:t>кому ні право людське, ні привичка,&lt;br /&gt;</w:t>
        <w:br/>
        <w:t>ні рабський слізьми з'їдений ланцюг,&lt;br /&gt;</w:t>
        <w:br/>
        <w:t>ні в націй молодих кордонна тичка&lt;br /&gt;</w:t>
        <w:br/>
        <w:t>не збудять совість чорну, мов кагло,&lt;br /&gt;</w:t>
        <w:br/>
        <w:t>бо в зброї серць ніколи не було,</w:t>
      </w:r>
    </w:p>
    <w:p>
      <w:r>
        <w:br/>
        <w:t>347.&lt;br /&gt;</w:t>
        <w:br/>
        <w:t>коли вже історичні браття руські&lt;br /&gt;</w:t>
        <w:br/>
        <w:t>були аж на вершечку перемог,&lt;br /&gt;</w:t>
        <w:br/>
        <w:t>влетів страшний знадвору лускіт,&lt;br /&gt;</w:t>
        <w:br/>
        <w:t>і скло, і сніг, і грім останніх змог,&lt;br /&gt;</w:t>
        <w:br/>
        <w:t>а вслід за ним на рями і на друзки,&lt;br /&gt;</w:t>
        <w:br/>
        <w:t>і на череп'я скінчених тривог&lt;br /&gt;</w:t>
        <w:br/>
        <w:t>схопився на столі, в снігах замети,&lt;br /&gt;</w:t>
        <w:br/>
        <w:t>собака, ніби голова комети.</w:t>
      </w:r>
    </w:p>
    <w:p>
      <w:r>
        <w:br/>
        <w:t>348.&lt;br /&gt;</w:t>
        <w:br/>
        <w:t>На шиї в нього повній сніжних плям&lt;br /&gt;</w:t>
        <w:br/>
        <w:t>звисали до струнких колін могутніх&lt;br /&gt;</w:t>
        <w:br/>
        <w:t>дві планки від уже розбитих рям,&lt;br /&gt;</w:t>
        <w:br/>
        <w:t>немов на бовті голощік у грудні...&lt;br /&gt;</w:t>
        <w:br/>
        <w:t>На мить над іклами зробився злам,&lt;br /&gt;</w:t>
        <w:br/>
        <w:t>пес хижо загарчав на всіх присутніх,&lt;br /&gt;</w:t>
        <w:br/>
        <w:t>і з місця дав такого плигу він,&lt;br /&gt;</w:t>
        <w:br/>
        <w:t>неначе кари Божої розгін ...</w:t>
      </w:r>
    </w:p>
    <w:p>
      <w:r>
        <w:br/>
        <w:t>349.&lt;br /&gt;</w:t>
        <w:br/>
        <w:t>І загула з вікна у двері хуґа,&lt;br /&gt;</w:t>
        <w:br/>
        <w:t>густіша ще від диму у каглі,&lt;br /&gt;</w:t>
        <w:br/>
        <w:t>а^к срібна погойднулася попруга&lt;br /&gt;</w:t>
        <w:br/>
        <w:t>на загнанім в одвірок вухналі, —&lt;br /&gt;</w:t>
        <w:br/>
        <w:t>і вся в господі з ганчірок потуга&lt;br /&gt;</w:t>
        <w:br/>
        <w:t>поскидана в солому на землі&lt;br /&gt;</w:t>
        <w:br/>
        <w:t>і на повбиваних німе волосся&lt;br /&gt;</w:t>
        <w:br/>
        <w:t>від неї шелестінням узялося.&lt;br /&gt;</w:t>
        <w:br/>
        <w:t>350.&lt;br /&gt;</w:t>
        <w:br/>
        <w:t>І серед цих стихій за кроком крок,&lt;br /&gt;</w:t>
        <w:br/>
        <w:t>то з ревищем страшним, то безголосий&lt;br /&gt;</w:t>
        <w:br/>
        <w:t>качався буйний по землі клубок,&lt;br /&gt;</w:t>
        <w:br/>
        <w:t>що утворив собака і безносий...&lt;br /&gt;</w:t>
        <w:br/>
        <w:t>Нарешті моторошний хруп кісток&lt;br /&gt;</w:t>
        <w:br/>
        <w:t>з гарчанням вже останньої погрози&lt;br /&gt;</w:t>
        <w:br/>
        <w:t>почувся у снігу біля кочерг&lt;br /&gt;</w:t>
        <w:br/>
        <w:t>і ніби враз морозами зашерх.. .</w:t>
      </w:r>
    </w:p>
    <w:p>
      <w:r>
        <w:br/>
        <w:t>351. А ті, які сиділи на Свириді,&lt;br /&gt;</w:t>
        <w:br/>
        <w:t>видавлюючи гордощі та піт,&lt;br /&gt;</w:t>
        <w:br/>
        <w:t>схопилися давно несамовиті&lt;br /&gt;</w:t>
        <w:br/>
        <w:t>дивитися на бою грізний хід,&lt;br /&gt;</w:t>
        <w:br/>
        <w:t>і револьвери, кулями набиті,&lt;br /&gt;</w:t>
        <w:br/>
        <w:t>держали аж на той останній зліт,&lt;br /&gt;</w:t>
        <w:br/>
        <w:t>коли розпачлива надійде криза —&lt;br /&gt;</w:t>
        <w:br/>
        <w:t>і вбити пса, а не свого харциза.</w:t>
      </w:r>
    </w:p>
    <w:p>
      <w:r>
        <w:br/>
        <w:t>352.&lt;br /&gt;</w:t>
        <w:br/>
        <w:t>І Чичка, хоч не корбами скрипиць,&lt;br /&gt;</w:t>
        <w:br/>
        <w:t>та вкручений лютіше, як жорстоко,&lt;br /&gt;</w:t>
        <w:br/>
        <w:t>лежав безвольно на соломі ниць&lt;br /&gt;</w:t>
        <w:br/>
        <w:t>на все і глянути не годен оком.&lt;br /&gt;</w:t>
        <w:br/>
        <w:t>І без сердечних навіть таємниць,&lt;br /&gt;</w:t>
        <w:br/>
        <w:t>налитих у єство життєвим соком,&lt;br /&gt;</w:t>
        <w:br/>
        <w:t>знав, що даремний всякий рішенець&lt;br /&gt;</w:t>
        <w:br/>
        <w:t>і треба ждати на якийсь кінець.</w:t>
      </w:r>
    </w:p>
    <w:p>
      <w:r>
        <w:br/>
        <w:t>353.&lt;br /&gt;</w:t>
        <w:br/>
        <w:t>Та совісно йому було і шкода,&lt;br /&gt;</w:t>
        <w:br/>
        <w:t>що дома вже у мотузки ганьби&lt;br /&gt;</w:t>
        <w:br/>
        <w:t>і люта доля і страшна нагода&lt;br /&gt;</w:t>
        <w:br/>
        <w:t>поклали зв'язаним без боротьби,&lt;br /&gt;</w:t>
        <w:br/>
        <w:t>І він тепер, немов гнила колода,&lt;br /&gt;</w:t>
        <w:br/>
        <w:t>закована в скрипучі холоди,&lt;br /&gt;</w:t>
        <w:br/>
        <w:t>терпить від горя, навіть не зідхає&lt;br /&gt;</w:t>
        <w:br/>
        <w:t>і, щоб розпастися, весни чекає.&lt;br /&gt;</w:t>
        <w:br/>
        <w:t>354.&lt;br /&gt;</w:t>
        <w:br/>
        <w:t>І серце вдарилося об кістки,&lt;br /&gt;</w:t>
        <w:br/>
        <w:t>аж мозок в черепі загув з висками,&lt;br /&gt;</w:t>
        <w:br/>
        <w:t>і піт на спині він почув слизький,&lt;br /&gt;</w:t>
        <w:br/>
        <w:t>неначе хтось потяг під сорочками&lt;br /&gt;</w:t>
        <w:br/>
        <w:t>по тілі теплім мокрі полозки. . .&lt;br /&gt;</w:t>
        <w:br/>
        <w:t>І застогнав Свирид між мертвяками,&lt;br /&gt;</w:t>
        <w:br/>
        <w:t>бо в їх уже спинилися серця,&lt;br /&gt;</w:t>
        <w:br/>
        <w:t>діждавшися єдиного кінця.</w:t>
      </w:r>
    </w:p>
    <w:p>
      <w:r>
        <w:br/>
        <w:t>355.&lt;br /&gt;</w:t>
        <w:br/>
        <w:t>І Вовк собі тимчасом кликав страту,&lt;br /&gt;</w:t>
        <w:br/>
        <w:t>пустивши здоланого з пазурів,&lt;br /&gt;</w:t>
        <w:br/>
        <w:t>і голову на всю піднявши хату,&lt;br /&gt;</w:t>
        <w:br/>
        <w:t>і знов загавкавши на ворогів:&lt;br /&gt;</w:t>
        <w:br/>
        <w:t>із рота бігла кров у шерсть кудлату,&lt;br /&gt;</w:t>
        <w:br/>
        <w:t>і капав сніг з розпарених боків,&lt;br /&gt;</w:t>
        <w:br/>
        <w:t>а другий осідав на спину млою&lt;br /&gt;</w:t>
        <w:br/>
        <w:t>і пса робив чекістам сатаною.</w:t>
      </w:r>
    </w:p>
    <w:p>
      <w:r>
        <w:br/>
        <w:t>356.&lt;br /&gt;</w:t>
        <w:br/>
        <w:t>Але відколи історичний чин&lt;br /&gt;</w:t>
        <w:br/>
        <w:t>людина в книгах золотих нотує,&lt;br /&gt;</w:t>
        <w:br/>
        <w:t>і до зірок під холод височин&lt;br /&gt;</w:t>
        <w:br/>
        <w:t>таємні літери в ряди шикує,&lt;br /&gt;</w:t>
        <w:br/>
        <w:t>відколи пащу чорних домовин&lt;br /&gt;</w:t>
        <w:br/>
        <w:t>своєю кров'ю й мріями годує,&lt;br /&gt;</w:t>
        <w:br/>
        <w:t>карбуючи й на скелях імена,&lt;br /&gt;</w:t>
        <w:br/>
        <w:t>аби і їх ковтнула давнина, —</w:t>
      </w:r>
    </w:p>
    <w:p>
      <w:r>
        <w:br/>
        <w:t>357.&lt;br /&gt;</w:t>
        <w:br/>
        <w:t>відтоді людська пам'ять, часом стерта,&lt;br /&gt;</w:t>
        <w:br/>
        <w:t>не підхопила на свої щити&lt;br /&gt;</w:t>
        <w:br/>
        <w:t>ні мудрого, ні славного поета,&lt;br /&gt;</w:t>
        <w:br/>
        <w:t>ні лицаря із замку самоти,&lt;br /&gt;</w:t>
        <w:br/>
        <w:t>у кого б голос благородний креда&lt;br /&gt;</w:t>
        <w:br/>
        <w:t>був силою такої правоти,&lt;br /&gt;</w:t>
        <w:br/>
        <w:t>як в Вовка, що без людського закону&lt;br /&gt;</w:t>
        <w:br/>
        <w:t>беззахисним повстав на оборону.&lt;br /&gt;</w:t>
        <w:br/>
        <w:t>358.&lt;br /&gt;</w:t>
        <w:br/>
        <w:t>І ось тепер душа моя болить,&lt;br /&gt;</w:t>
        <w:br/>
        <w:t>що він загинув від чекістів лютих&lt;br /&gt;</w:t>
        <w:br/>
        <w:t>якраз тоді, коли єдину мить&lt;br /&gt;</w:t>
        <w:br/>
        <w:t>хотів уже над здоланим зідхнути, —&lt;br /&gt;</w:t>
        <w:br/>
        <w:t>і гірко взнав, що ворог скрізь не спить&lt;br /&gt;</w:t>
        <w:br/>
        <w:t>і невсипуще жде на наші груди,&lt;br /&gt;</w:t>
        <w:br/>
        <w:t>утомлені у боротьбі тяжкій,&lt;br /&gt;</w:t>
        <w:br/>
        <w:t>аби у серце вцілити набій.</w:t>
      </w:r>
    </w:p>
    <w:p>
      <w:r>
        <w:br/>
        <w:t>359.&lt;br /&gt;</w:t>
        <w:br/>
        <w:t>Шуми ж, гуди різдвяна хуґо з лугу,&lt;br /&gt;</w:t>
        <w:br/>
        <w:t>щоб гнів твій до Великодня не втих,&lt;br /&gt;</w:t>
        <w:br/>
        <w:t>і завівай мою єдину тугу,&lt;br /&gt;</w:t>
        <w:br/>
        <w:t>а разом з нею мертвих і живих,&lt;br /&gt;</w:t>
        <w:br/>
        <w:t>то й сонцю я не застогну наругу,&lt;br /&gt;</w:t>
        <w:br/>
        <w:t>що мушу в серці мати тільки тих,&lt;br /&gt;</w:t>
        <w:br/>
        <w:t>які справляли найтепліші сльози&lt;br /&gt;</w:t>
        <w:br/>
        <w:t>пливти в далекий Вирій проз морози</w:t>
      </w:r>
    </w:p>
    <w:p>
      <w:r>
        <w:br/>
        <w:t>360.&lt;br /&gt;</w:t>
        <w:br/>
        <w:t>та ще й нести сердечну самоту,&lt;br /&gt;</w:t>
        <w:br/>
        <w:t>освітлену, мов королівський човен,&lt;br /&gt;</w:t>
        <w:br/>
        <w:t>куди я ждав царівну молоду&lt;br /&gt;</w:t>
        <w:br/>
        <w:t>і радощів, і завмирання повен,&lt;br /&gt;</w:t>
        <w:br/>
        <w:t>але куди впускали "на ходу"&lt;br /&gt;</w:t>
        <w:br/>
        <w:t>на творчий може, та на довгий спомин&lt;br /&gt;</w:t>
        <w:br/>
        <w:t>завжди, завжди, лише не без носів,&lt;br /&gt;</w:t>
        <w:br/>
        <w:t>найблагородніших на світі псів!&lt;br /&gt;</w:t>
        <w:br/>
        <w:t>ІІРбЯСЕНЬ :&lt;br /&gt;</w:t>
        <w:br/>
        <w:t>І злякана Газеля бігла цілий день. Навкруги жовтіла пустеля,&lt;br /&gt;</w:t>
        <w:br/>
        <w:t>пекло сонце і не було де напитися. Нарешті вона вскочила в оазу,&lt;br /&gt;</w:t>
        <w:br/>
        <w:t>повну молодесеньких пальм, і почула дзюркіт живого джерела,&lt;br /&gt;</w:t>
        <w:br/>
        <w:t>і побачила мертву гієну. А там, де серед зеленої трави гуркотіла&lt;br /&gt;</w:t>
        <w:br/>
        <w:t>вода з-під каміння, лежало багато мертвих птахів. Але Газеля,&lt;br /&gt;</w:t>
        <w:br/>
        <w:t>упавши на передні колінця, жадібно напилася, і зараз же, гонячи&lt;br /&gt;</w:t>
        <w:br/>
        <w:t>гарячими, спітнілими боками, у страшних корчах сконала між&lt;br /&gt;</w:t>
        <w:br/>
        <w:t>мертвими птахами.&lt;br /&gt;</w:t>
        <w:br/>
        <w:t>Чого ж вона не жахнулася другий раз, побачивши мертвих,&lt;br /&gt;</w:t>
        <w:br/>
        <w:t>яких один вигляд уже єсть крик про небезпеку, і не обминула&lt;br /&gt;</w:t>
        <w:br/>
        <w:t>перелякана страшну оазу? ... Чого вона цього крику не почула,&lt;br /&gt;</w:t>
        <w:br/>
        <w:t>бож мова мертвих завжди важніша для життя, ніж мова живих? ...</w:t>
      </w:r>
    </w:p>
    <w:p>
      <w:r>
        <w:br/>
        <w:t>ПУСТИНЯ</w:t>
      </w:r>
    </w:p>
    <w:p>
      <w:r>
        <w:br/>
        <w:t>361.&lt;br /&gt;</w:t>
        <w:br/>
        <w:t>Від скрині, що терпіла перебутки&lt;br /&gt;</w:t>
        <w:br/>
        <w:t>за себе і за стіл завжди одна,&lt;br /&gt;</w:t>
        <w:br/>
        <w:t>схилили віко москалі на лутки&lt;br /&gt;</w:t>
        <w:br/>
        <w:t>розбитого собакою вікна,&lt;br /&gt;</w:t>
        <w:br/>
        <w:t>і всі хазяйські трудові здобутки&lt;br /&gt;</w:t>
        <w:br/>
        <w:t>вони повикидали аж до дна&lt;br /&gt;</w:t>
        <w:br/>
        <w:t>ненатло й дико після перемоги&lt;br /&gt;</w:t>
        <w:br/>
        <w:t>Калькутінові на холодні ноги.</w:t>
      </w:r>
    </w:p>
    <w:p>
      <w:r>
        <w:br/>
        <w:t>362.&lt;br /&gt;</w:t>
        <w:br/>
        <w:t>Так само з запічку, з комори, з лав,&lt;br /&gt;</w:t>
        <w:br/>
        <w:t>лежанку не минаючи ні грубу,&lt;br /&gt;</w:t>
        <w:br/>
        <w:t>чекіст і той, і той, що міг, стягав,&lt;br /&gt;</w:t>
        <w:br/>
        <w:t>і перед скринею складав накупу,&lt;br /&gt;</w:t>
        <w:br/>
        <w:t>і наглість мертву оголяв без барв&lt;br /&gt;</w:t>
        <w:br/>
        <w:t>в кутках на стінах на жахіття трупу,&lt;br /&gt;</w:t>
        <w:br/>
        <w:t>якому хуґа правила виття&lt;br /&gt;</w:t>
        <w:br/>
        <w:t>про сніжну ніч і чорне небуття...&lt;br /&gt;</w:t>
        <w:br/>
        <w:t>363.&lt;br /&gt;</w:t>
        <w:br/>
        <w:t>І в хату гнала протяг через віко&lt;br /&gt;</w:t>
        <w:br/>
        <w:t>над цвинтарем без ями і без трун,&lt;br /&gt;</w:t>
        <w:br/>
        <w:t>а з комина свистів йому до вікон&lt;br /&gt;</w:t>
        <w:br/>
        <w:t>повітря іншого надвірний струм,&lt;br /&gt;</w:t>
        <w:br/>
        <w:t>й над Васьчиним, здається, чоловіком&lt;br /&gt;</w:t>
        <w:br/>
        <w:t>збігалися в коловоротний шум,&lt;br /&gt;</w:t>
        <w:br/>
        <w:t>порошу трусячи посеред хати,&lt;br /&gt;</w:t>
        <w:br/>
        <w:t>щоб тут живим нічого не впізнати.</w:t>
      </w:r>
    </w:p>
    <w:p>
      <w:r>
        <w:br/>
        <w:t>364.&lt;br /&gt;</w:t>
        <w:br/>
        <w:t>Але єдиного лише зима&lt;br /&gt;</w:t>
        <w:br/>
        <w:t>ще геть собі не загорнула в ласку —&lt;br /&gt;</w:t>
        <w:br/>
        <w:t>собаку, що загинув не дарма,&lt;br /&gt;</w:t>
        <w:br/>
        <w:t>а з ним і бідну невгавущу Ваську,&lt;br /&gt;</w:t>
        <w:br/>
        <w:t>що пазуху руками обома&lt;br /&gt;</w:t>
        <w:br/>
        <w:t>судомно тисла вниз до підпояску,&lt;br /&gt;</w:t>
        <w:br/>
        <w:t>немов хотіла комір відтягти,&lt;br /&gt;</w:t>
        <w:br/>
        <w:t>щоб стало вільно подихові йти.</w:t>
      </w:r>
    </w:p>
    <w:p>
      <w:r>
        <w:br/>
        <w:t>365.&lt;br /&gt;</w:t>
        <w:br/>
        <w:t>І цей страшний холодний рух протесту,&lt;br /&gt;</w:t>
        <w:br/>
        <w:t>навіки вічні скамянілий враз,&lt;br /&gt;</w:t>
        <w:br/>
        <w:t>показував з-під снігу сили решту,&lt;br /&gt;</w:t>
        <w:br/>
        <w:t>що в вічність провела дороговказ,&lt;br /&gt;</w:t>
        <w:br/>
        <w:t>яким і ми свій дух із-під арешту&lt;br /&gt;</w:t>
        <w:br/>
        <w:t>кісток та м'язів, нервів та образ&lt;br /&gt;</w:t>
        <w:br/>
        <w:t>напевно пустимо колись руками&lt;br /&gt;</w:t>
        <w:br/>
        <w:t>туди, де дна не діставав ще камінь.</w:t>
      </w:r>
    </w:p>
    <w:p>
      <w:r>
        <w:br/>
        <w:t>366.&lt;br /&gt;</w:t>
        <w:br/>
        <w:t>Гей, завірюхо, не спиняйся, вий,&lt;br /&gt;</w:t>
        <w:br/>
        <w:t>перелітаючи нещасну хату,&lt;br /&gt;</w:t>
        <w:br/>
        <w:t>і вигортай з-під снігу добрий кий&lt;br /&gt;</w:t>
        <w:br/>
        <w:t>на ще живу двоногу твар прокляту,&lt;br /&gt;</w:t>
        <w:br/>
        <w:t>бо звалений он і Свирид живий&lt;br /&gt;</w:t>
        <w:br/>
        <w:t>додолу в моквину під білу шату&lt;br /&gt;</w:t>
        <w:br/>
        <w:t>тією силою, що і ніде,&lt;br /&gt;</w:t>
        <w:br/>
        <w:t>і скрізь на чатах жде з енкаведе,&lt;br /&gt;</w:t>
        <w:br/>
        <w:t>367.&lt;br /&gt;</w:t>
        <w:br/>
        <w:t>повинен споглядати ту загрозу,&lt;br /&gt;</w:t>
        <w:br/>
        <w:t>яка родинний зажирає труд,&lt;br /&gt;</w:t>
        <w:br/>
        <w:t>аж доки не замерзне від морозу&lt;br /&gt;</w:t>
        <w:br/>
        <w:t>в обіймах мерзлих мотузяних пут,&lt;br /&gt;</w:t>
        <w:br/>
        <w:t>і може, згадуючи разом косу,&lt;br /&gt;</w:t>
        <w:br/>
        <w:t>не виставлену ще на людський суд&lt;br /&gt;</w:t>
        <w:br/>
        <w:t>ні на дівочім самотиннім ложі,&lt;br /&gt;</w:t>
        <w:br/>
        <w:t>ні на молитві щирій в церкві Божій.</w:t>
      </w:r>
    </w:p>
    <w:p>
      <w:r>
        <w:br/>
        <w:t>368.&lt;br /&gt;</w:t>
        <w:br/>
        <w:t>Та може скажеш, завірюхо, ти&lt;br /&gt;</w:t>
        <w:br/>
        <w:t>холодну правду степових орацій:&lt;br /&gt;</w:t>
        <w:br/>
        <w:t>чи не належать ці брудні чорти&lt;br /&gt;</w:t>
        <w:br/>
        <w:t>до нещасливих недержавних націй,&lt;br /&gt;</w:t>
        <w:br/>
        <w:t>коли свитки сортують і кохти,&lt;br /&gt;</w:t>
        <w:br/>
        <w:t>немов колись поезії Горацій,&lt;br /&gt;</w:t>
        <w:br/>
        <w:t>ще й на очіпок наставляють смак,&lt;br /&gt;</w:t>
        <w:br/>
        <w:t>що мати надівали рідко так...</w:t>
      </w:r>
    </w:p>
    <w:p>
      <w:r>
        <w:br/>
        <w:t>369.&lt;br /&gt;</w:t>
        <w:br/>
        <w:t>Шуми ж, гуди, негодо, без упину,&lt;br /&gt;</w:t>
        <w:br/>
        <w:t>бо почуття в Свирида в пальцях єсть&lt;br /&gt;</w:t>
        <w:br/>
        <w:t>і гріє ще йому вузеньку спину&lt;br /&gt;</w:t>
        <w:br/>
        <w:t>забитого собаки щира шерсть,&lt;br /&gt;</w:t>
        <w:br/>
        <w:t>і хлопець дивиться, як на ряднину&lt;br /&gt;</w:t>
        <w:br/>
        <w:t>кладуть одежу в формі перехресть,&lt;br /&gt;</w:t>
        <w:br/>
        <w:t>а що старішу й драну зустрічають,&lt;br /&gt;</w:t>
        <w:br/>
        <w:t>то знов назад у скриню відкладають.</w:t>
      </w:r>
    </w:p>
    <w:p>
      <w:r>
        <w:br/>
        <w:t>370.&lt;br /&gt;</w:t>
        <w:br/>
        <w:t>І вже очіпок вишитий з хрущем&lt;br /&gt;</w:t>
        <w:br/>
        <w:t>відкинули назад вони у скриню,&lt;br /&gt;</w:t>
        <w:br/>
        <w:t>в якому на святки колишні ще&lt;br /&gt;</w:t>
        <w:br/>
        <w:t>макітерку з млинцями мати синю&lt;br /&gt;</w:t>
        <w:br/>
        <w:t>оббризкану не раз могоричем,&lt;br /&gt;</w:t>
        <w:br/>
        <w:t>в печі гляділи, ніби сонце диню,&lt;br /&gt;</w:t>
        <w:br/>
        <w:t>а хуґа в вивід била і в сніпки,&lt;br /&gt;</w:t>
        <w:br/>
        <w:t>і неньчин голос дуже був слабкий:&lt;br /&gt;</w:t>
        <w:br/>
        <w:t>371.&lt;br /&gt;</w:t>
        <w:br/>
        <w:t>"Дитино, я оглухла без рятунку,&lt;br /&gt;</w:t>
        <w:br/>
        <w:t>і слово Боже вже, немов галки,&lt;br /&gt;</w:t>
        <w:br/>
        <w:t>мене без крику кличе страшно лунко&lt;br /&gt;</w:t>
        <w:br/>
        <w:t>туди, де бовваніють могилки...&lt;br /&gt;</w:t>
        <w:br/>
        <w:t>І через те без жадного малюнку&lt;br /&gt;</w:t>
        <w:br/>
        <w:t>читай, які трапляються, книжки,&lt;br /&gt;</w:t>
        <w:br/>
        <w:t>коли вся скриня біла рушниками&lt;br /&gt;</w:t>
        <w:br/>
        <w:t>і світиться лямпадка між богами.</w:t>
      </w:r>
    </w:p>
    <w:p>
      <w:r>
        <w:br/>
        <w:t>372.&lt;br /&gt;</w:t>
        <w:br/>
        <w:t>І я гадатиму, що ти повстав&lt;br /&gt;</w:t>
        <w:br/>
        <w:t>супроти гострих ковзанців та криги,&lt;br /&gt;</w:t>
        <w:br/>
        <w:t>і вже читаєш тільки про Христа&lt;br /&gt;</w:t>
        <w:br/>
        <w:t>похожі на євангелію книги. ..&lt;br /&gt;</w:t>
        <w:br/>
        <w:t>І як отверзуться мої вуста&lt;br /&gt;</w:t>
        <w:br/>
        <w:t>від постової першої відлиги,&lt;br /&gt;</w:t>
        <w:br/>
        <w:t>то тільки, щоб промовити твоїй&lt;br /&gt;</w:t>
        <w:br/>
        <w:t>благословення долі молодій" ...</w:t>
      </w:r>
    </w:p>
    <w:p>
      <w:r>
        <w:br/>
        <w:t>373.&lt;br /&gt;</w:t>
        <w:br/>
        <w:t>І снилося тоді, що в аґронома&lt;br /&gt;</w:t>
        <w:br/>
        <w:t>пильгає він вже сосну вдень для дров,&lt;br /&gt;</w:t>
        <w:br/>
        <w:t>але з-під пилки бризкала питома&lt;br /&gt;</w:t>
        <w:br/>
        <w:t>не тирса, а звичайна людська кров,&lt;br /&gt;</w:t>
        <w:br/>
        <w:t>і тіло все опанувала втома,&lt;br /&gt;</w:t>
        <w:br/>
        <w:t>яку і жахом навіть не зборов,&lt;br /&gt;</w:t>
        <w:br/>
        <w:t>і кинув сосну, пилку й крик розпуки&lt;br /&gt;</w:t>
        <w:br/>
        <w:t>і матері упав на теплі руки...</w:t>
      </w:r>
    </w:p>
    <w:p>
      <w:r>
        <w:br/>
        <w:t>374.&lt;br /&gt;</w:t>
        <w:br/>
        <w:t>І слово чулося стражденне їх:&lt;br /&gt;</w:t>
        <w:br/>
        <w:t>"Нехай Господнє опрощення з нами,&lt;br /&gt;</w:t>
        <w:br/>
        <w:t>бо всяке дерево пильгати гріх,&lt;br /&gt;</w:t>
        <w:br/>
        <w:t>і будемо топити псавтирями...&lt;br /&gt;</w:t>
        <w:br/>
        <w:t>Вже не вареники, але пиріг,&lt;br /&gt;</w:t>
        <w:br/>
        <w:t>начинений ставними камінцями,&lt;br /&gt;</w:t>
        <w:br/>
        <w:t>стоїть в горшку, і тільки від книжок&lt;br /&gt;</w:t>
        <w:br/>
        <w:t>святих скипить з камінням пиріжок".</w:t>
      </w:r>
    </w:p>
    <w:p>
      <w:r>
        <w:br/>
        <w:t>375.&lt;br /&gt;</w:t>
        <w:br/>
        <w:t>Гей, хуґо, хуґо аж до підмурівку&lt;br /&gt;</w:t>
        <w:br/>
        <w:t>без жалощів хатину розхитай,&lt;br /&gt;</w:t>
        <w:br/>
        <w:t>і журавлем під саму Рохмистрівку&lt;br /&gt;</w:t>
        <w:br/>
        <w:t>над темними ярами розгойдай,&lt;br /&gt;</w:t>
        <w:br/>
        <w:t>щоб стало і степам не дуже тривко&lt;br /&gt;</w:t>
        <w:br/>
        <w:t>за сніжної рухомости бодай,&lt;br /&gt;</w:t>
        <w:br/>
        <w:t>і то не матимеш снаги сказати&lt;br /&gt;</w:t>
        <w:br/>
        <w:t>в який замет навіки впала мати...</w:t>
      </w:r>
    </w:p>
    <w:p>
      <w:r>
        <w:br/>
        <w:t>376.&lt;br /&gt;</w:t>
        <w:br/>
        <w:t>Душа єдина, що, в далеку путь&lt;br /&gt;</w:t>
        <w:br/>
        <w:t>дитину спорядивши в ліс по дрова,&lt;br /&gt;</w:t>
        <w:br/>
        <w:t>з плачем казала: "Обережний будь,&lt;br /&gt;</w:t>
        <w:br/>
        <w:t>бо з неба не впаде тобі підкова,&lt;br /&gt;</w:t>
        <w:br/>
        <w:t>але зустріти можеш всяку лють,&lt;br /&gt;</w:t>
        <w:br/>
        <w:t>що має і звірюка випадкова,&lt;br /&gt;</w:t>
        <w:br/>
        <w:t>і той, що падає на нас, харциз,&lt;br /&gt;</w:t>
        <w:br/>
        <w:t>як несподіваний вогонь на хмиз".</w:t>
      </w:r>
    </w:p>
    <w:p>
      <w:r>
        <w:br/>
        <w:t>377.&lt;br /&gt;</w:t>
        <w:br/>
        <w:t>А виглядала сина із дороги&lt;br /&gt;</w:t>
        <w:br/>
        <w:t>біля воріт з напруженням в очах&lt;br /&gt;</w:t>
        <w:br/>
        <w:t>і зупиняла місяцеві роги&lt;br /&gt;</w:t>
        <w:br/>
        <w:t>світити з неба на єдиний шлях,&lt;br /&gt;</w:t>
        <w:br/>
        <w:t>що ним ні людські, ні тваринні ноги&lt;br /&gt;</w:t>
        <w:br/>
        <w:t>не йшли, намерзшися в німих полях,&lt;br /&gt;</w:t>
        <w:br/>
        <w:t>а тільки він, жаданий, що найпаче&lt;br /&gt;</w:t>
        <w:br/>
        <w:t>скрипів снігами в серце їй гаряче.</w:t>
      </w:r>
    </w:p>
    <w:p>
      <w:r>
        <w:br/>
        <w:t>378.&lt;br /&gt;</w:t>
        <w:br/>
        <w:t>І в теплій хаті в свіжих сорочках&lt;br /&gt;</w:t>
        <w:br/>
        <w:t>і на постелі, витягненій з скрині,&lt;br /&gt;</w:t>
        <w:br/>
        <w:t>вкладала спати, ніби на руках&lt;br /&gt;</w:t>
        <w:br/>
        <w:t>найкращої на світі господині,&lt;br /&gt;</w:t>
        <w:br/>
        <w:t>але сама, таємний в серці жах&lt;br /&gt;</w:t>
        <w:br/>
        <w:t>тамуючи до ранку на ряднині,&lt;br /&gt;</w:t>
        <w:br/>
        <w:t>шукала на лиці і вверх, і вниз&lt;br /&gt;</w:t>
        <w:br/>
        <w:t>слідів простуди серед сонних рис.&lt;br /&gt;</w:t>
        <w:br/>
        <w:t>379.&lt;br /&gt;</w:t>
        <w:br/>
        <w:t>Коли ж бувало він зі сну безпечно&lt;br /&gt;</w:t>
        <w:br/>
        <w:t>про щось незрозуміле гомонів,&lt;br /&gt;</w:t>
        <w:br/>
        <w:t>вона мерщій питалася сердечно:&lt;br /&gt;</w:t>
        <w:br/>
        <w:t>"Чи ти б гарячого чого не ззів?"&lt;br /&gt;</w:t>
        <w:br/>
        <w:t>А не діставши відповіді ґречно&lt;br /&gt;</w:t>
        <w:br/>
        <w:t>очима кліпала кілька разів,&lt;br /&gt;</w:t>
        <w:br/>
        <w:t>а потім важко й глибоко зідхала,&lt;br /&gt;</w:t>
        <w:br/>
        <w:t>і знов над сином мовчки чатувала...</w:t>
      </w:r>
    </w:p>
    <w:p>
      <w:r>
        <w:br/>
        <w:t>380.&lt;br /&gt;</w:t>
        <w:br/>
        <w:t>Але колись перед світанком він,&lt;br /&gt;</w:t>
        <w:br/>
        <w:t>згадавши Вустю, очі втер рукою.&lt;br /&gt;</w:t>
        <w:br/>
        <w:t>Вона схитнулася аж до колін&lt;br /&gt;</w:t>
        <w:br/>
        <w:t>своєю сивою вже головою&lt;br /&gt;</w:t>
        <w:br/>
        <w:t>з таким чуттям, що геть з усіх країн&lt;br /&gt;</w:t>
        <w:br/>
        <w:t>не принесе землею ні водою&lt;br /&gt;</w:t>
        <w:br/>
        <w:t>ніхто й за царство, навіть за ланцюг,&lt;br /&gt;</w:t>
        <w:br/>
        <w:t>ніяких ліків на простуду цю.</w:t>
      </w:r>
    </w:p>
    <w:p>
      <w:r>
        <w:br/>
        <w:t>381. І через те я помилився, мати,&lt;br /&gt;</w:t>
        <w:br/>
        <w:t>коли в десятій пісні говорив,&lt;br /&gt;</w:t>
        <w:br/>
        <w:t>що буду не тобі хвалу складати,&lt;br /&gt;</w:t>
        <w:br/>
        <w:t>призначену для наших дивних див, —&lt;br /&gt;</w:t>
        <w:br/>
        <w:t>бо тільки людської уваги вартий&lt;br /&gt;</w:t>
        <w:br/>
        <w:t>пристиглий колосок під сонцем жнив,&lt;br /&gt;</w:t>
        <w:br/>
        <w:t>а між сонцями у предвічних зимах&lt;br /&gt;</w:t>
        <w:br/>
        <w:t>твоя любов нічим незагасима...</w:t>
      </w:r>
    </w:p>
    <w:p>
      <w:r>
        <w:br/>
        <w:t>382.&lt;br /&gt;</w:t>
        <w:br/>
        <w:t>І протягові в холод та в розгін,&lt;br /&gt;</w:t>
        <w:br/>
        <w:t>що сипав снігом на карнизи голі,&lt;br /&gt;</w:t>
        <w:br/>
        <w:t>на припічок, на піл, і на ослін,&lt;br /&gt;</w:t>
        <w:br/>
        <w:t>і на шаплик по вінця бараболі,&lt;br /&gt;</w:t>
        <w:br/>
        <w:t>і на кочерги, й жовтий макогін,&lt;br /&gt;</w:t>
        <w:br/>
        <w:t>і на череп'я, і на мертвих долі —&lt;br /&gt;</w:t>
        <w:br/>
        <w:t>від холоду піднявши синій вид&lt;br /&gt;</w:t>
        <w:br/>
        <w:t>стражденно-сумно застогнав Свирид.&lt;br /&gt;</w:t>
        <w:br/>
        <w:t>383.&lt;br /&gt;</w:t>
        <w:br/>
        <w:t>Та й знов перевернувся головою&lt;br /&gt;</w:t>
        <w:br/>
        <w:t>у тількищо навіяний замет&lt;br /&gt;</w:t>
        <w:br/>
        <w:t>під Васьчиною в валянку ногою,&lt;br /&gt;</w:t>
        <w:br/>
        <w:t>що витикала вверх лише перед,&lt;br /&gt;</w:t>
        <w:br/>
        <w:t>але розпачливою самотою&lt;br /&gt;</w:t>
        <w:br/>
        <w:t>не почував сповиваний поет,&lt;br /&gt;</w:t>
        <w:br/>
        <w:t>що він хоч шапку на волоссі має,&lt;br /&gt;</w:t>
        <w:br/>
        <w:t>коли вже збайдужіло в сніг лягає.</w:t>
      </w:r>
    </w:p>
    <w:p>
      <w:r>
        <w:br/>
        <w:t>384.&lt;br /&gt;</w:t>
        <w:br/>
        <w:t>Але гаразд напевно москалі&lt;br /&gt;</w:t>
        <w:br/>
        <w:t>важкий почули стогін ще живого,&lt;br /&gt;</w:t>
        <w:br/>
        <w:t>бо повернулися обидва злі&lt;br /&gt;</w:t>
        <w:br/>
        <w:t>із-над одежі пиками до нього,&lt;br /&gt;</w:t>
        <w:br/>
        <w:t>а надто той, що твердо взагалі&lt;br /&gt;</w:t>
        <w:br/>
        <w:t>хазяйнував коло добра чужого,&lt;br /&gt;</w:t>
        <w:br/>
        <w:t>і вже кожухи і свитки трудні&lt;br /&gt;</w:t>
        <w:br/>
        <w:t>держав на дужих плечах у рядні,</w:t>
      </w:r>
    </w:p>
    <w:p>
      <w:r>
        <w:br/>
        <w:t>385.&lt;br /&gt;</w:t>
        <w:br/>
        <w:t>і процідив крізь зуби: "Змерз? .. Зараза! ..&lt;br /&gt;</w:t>
        <w:br/>
        <w:t>Ось почекай, нагріємо гуртом&lt;br /&gt;</w:t>
        <w:br/>
        <w:t>ще краще, як ляхи колись Тараса,&lt;br /&gt;</w:t>
        <w:br/>
        <w:t>прикованого в лісі над Дністром" ...&lt;br /&gt;</w:t>
        <w:br/>
        <w:t>І так, як і завжди вовчиця ласа&lt;br /&gt;</w:t>
        <w:br/>
        <w:t>живитися зимою мертвяком,&lt;br /&gt;</w:t>
        <w:br/>
        <w:t>через убитих рушив при заслузі&lt;br /&gt;</w:t>
        <w:br/>
        <w:t>і зник упевнено у завірюсі.</w:t>
      </w:r>
    </w:p>
    <w:p>
      <w:r>
        <w:br/>
        <w:t>386.&lt;br /&gt;</w:t>
        <w:br/>
        <w:t>І в цю хвилину дідів гук Котів&lt;br /&gt;</w:t>
        <w:br/>
        <w:t>із покутя став з другим душогубом:&lt;br /&gt;</w:t>
        <w:br/>
        <w:t>забутий дід під час страшних боїв&lt;br /&gt;</w:t>
        <w:br/>
        <w:t>на заметіль скидався білим чубом,&lt;br /&gt;</w:t>
        <w:br/>
        <w:t>і на стіну, і в рямах на богів&lt;br /&gt;</w:t>
        <w:br/>
        <w:t>сорочкою ще пам'ятною шлюбом, —&lt;br /&gt;</w:t>
        <w:br/>
        <w:t>тепер заговорив, немов крізь сон,&lt;br /&gt;</w:t>
        <w:br/>
        <w:t>з-під згаслої лямпадки та ікон:&lt;br /&gt;</w:t>
        <w:br/>
        <w:t>387.&lt;br /&gt;</w:t>
        <w:br/>
        <w:t>"Ще поки на столі нема вечері,&lt;br /&gt;</w:t>
        <w:br/>
        <w:t>підіте хто купити в Бевза скла,&lt;br /&gt;</w:t>
        <w:br/>
        <w:t>а тих повитягайте всіх за двері,&lt;br /&gt;</w:t>
        <w:br/>
        <w:t>і Костя, й Ваську теж з очей від зла,&lt;br /&gt;</w:t>
        <w:br/>
        <w:t>і хлопця, що стогнав, мов дві тетері,&lt;br /&gt;</w:t>
        <w:br/>
        <w:t>прибившися зимою до села,&lt;br /&gt;</w:t>
        <w:br/>
        <w:t>лише, москалю, не тягни, плюгавий,&lt;br /&gt;</w:t>
        <w:br/>
        <w:t>єдиного Степана геть від лави...</w:t>
      </w:r>
    </w:p>
    <w:p>
      <w:r>
        <w:br/>
        <w:t>388.&lt;br /&gt;</w:t>
        <w:br/>
        <w:t>Позатуляйте потім вікна всі,&lt;br /&gt;</w:t>
        <w:br/>
        <w:t>і не пустіте хуґу до порогу,&lt;br /&gt;</w:t>
        <w:br/>
        <w:t>і підпаліте хату, де присів&lt;br /&gt;</w:t>
        <w:br/>
        <w:t>причілок з-за солом'яного стогу,&lt;br /&gt;</w:t>
        <w:br/>
        <w:t>і хай вогонь у зимовій красі&lt;br /&gt;</w:t>
        <w:br/>
        <w:t>несе до Бога нашу дружбу вбогу,&lt;br /&gt;</w:t>
        <w:br/>
        <w:t>що сповила навіки дві душі&lt;br /&gt;</w:t>
        <w:br/>
        <w:t>у цій Куцівській степовій глуші" ...</w:t>
      </w:r>
    </w:p>
    <w:p>
      <w:r>
        <w:br/>
        <w:t>389.&lt;br /&gt;</w:t>
        <w:br/>
        <w:t>І голос дідів гомонів на в'язах,&lt;br /&gt;</w:t>
        <w:br/>
        <w:t>у скитського неначе чаклуна,&lt;br /&gt;</w:t>
        <w:br/>
        <w:t>що вимагав для згиблого вже князя&lt;br /&gt;</w:t>
        <w:br/>
        <w:t>вночі коня спіймати на ланах,&lt;br /&gt;</w:t>
        <w:br/>
        <w:t>який не знав полону ні прив'яззя,&lt;br /&gt;</w:t>
        <w:br/>
        <w:t>і щоб веління голосна луна&lt;br /&gt;</w:t>
        <w:br/>
        <w:t>зігнала в гурт і челядь, і дружину,&lt;br /&gt;</w:t>
        <w:br/>
        <w:t>і роковала всіх у домовину...</w:t>
      </w:r>
    </w:p>
    <w:p>
      <w:r>
        <w:br/>
        <w:t>390.&lt;br /&gt;</w:t>
        <w:br/>
        <w:t>І пронизав містичний жах кістки&lt;br /&gt;</w:t>
        <w:br/>
        <w:t>чекістові, зітерши перемогу,&lt;br /&gt;</w:t>
        <w:br/>
        <w:t>і, озираючися на боки,&lt;br /&gt;</w:t>
        <w:br/>
        <w:t>він став ступати задом до порогу&lt;br /&gt;</w:t>
        <w:br/>
        <w:t>а, скочивши у сіни, проз діжки&lt;br /&gt;</w:t>
        <w:br/>
        <w:t>у кучугуру вибіг на дорогу...&lt;br /&gt;</w:t>
        <w:br/>
        <w:t>І, тремтячи за себе і за час,&lt;br /&gt;</w:t>
        <w:br/>
        <w:t>Свирид до діда прохрипів наказ:&lt;br /&gt;</w:t>
        <w:br/>
        <w:t>391. "Ідіте, діду, розв'яжіте руки&lt;br /&gt;</w:t>
        <w:br/>
        <w:t>та будемо мерщій тікати вдвох" ...&lt;br /&gt;</w:t>
        <w:br/>
        <w:t>А дід до нього голосом принуки&lt;br /&gt;</w:t>
        <w:br/>
        <w:t>озвався збайдужіло й без тривог:&lt;br /&gt;</w:t>
        <w:br/>
        <w:t>"Не хочу я затримувати буки,&lt;br /&gt;</w:t>
        <w:br/>
        <w:t>що звів на згубця батькового Бог,&lt;br /&gt;</w:t>
        <w:br/>
        <w:t>тому й лежи там, мотузками звитий,&lt;br /&gt;</w:t>
        <w:br/>
        <w:t>аж доки скляр не прийде вікна склити" ...</w:t>
      </w:r>
    </w:p>
    <w:p>
      <w:r>
        <w:br/>
        <w:t>392.&lt;br /&gt;</w:t>
        <w:br/>
        <w:t>І хуґою дихнула знов Руда,&lt;br /&gt;</w:t>
        <w:br/>
        <w:t>і через віко протягом завила&lt;br /&gt;</w:t>
        <w:br/>
        <w:t>туди за двері, в сіни, де біда&lt;br /&gt;</w:t>
        <w:br/>
        <w:t>хилила і граблі для жнив і вила;&lt;br /&gt;</w:t>
        <w:br/>
        <w:t>і з покутя Котова борода&lt;br /&gt;</w:t>
        <w:br/>
        <w:t>знов почала хитатися на жилах,&lt;br /&gt;</w:t>
        <w:br/>
        <w:t>немов киваючи десь на скляра,&lt;br /&gt;</w:t>
        <w:br/>
        <w:t>що склити вікна вже прийшла пора.</w:t>
      </w:r>
    </w:p>
    <w:p>
      <w:r>
        <w:br/>
        <w:t>ПРОЯСЕНЬ&lt;br /&gt;</w:t>
        <w:br/>
        <w:t>І спитала одна багата жінка скульптора: "Що таке горе?"&lt;br /&gt;</w:t>
        <w:br/>
        <w:t>І він відповів: "Для людини горе це єсть зароблена чи не зароб-&lt;br /&gt;</w:t>
        <w:br/>
        <w:t>лена кара"... І жінка попрохала: "Вирізьбіть мене, щоб у по-&lt;br /&gt;</w:t>
        <w:br/>
        <w:t>статі моїй почувалося горе". І мистець зробив молоду дівчину, яка&lt;br /&gt;</w:t>
        <w:br/>
        <w:t>мала серце, що було вузликом нерозвинених пристрастей так&lt;br /&gt;</w:t>
        <w:br/>
        <w:t>само, як і брунька тополі є зліплений вузлик нерозвинених листоч-&lt;br /&gt;</w:t>
        <w:br/>
        <w:t>ків. І сказала багачка: "Я вже літня, а це молода, і має роз-&lt;br /&gt;</w:t>
        <w:br/>
        <w:t>плющені очі, якими не можна дивитися на сонце, бо, по-моєму,&lt;br /&gt;</w:t>
        <w:br/>
        <w:t>найбільше горе бути сліпим. А сліпі —завжди держать очі до сон-&lt;br /&gt;</w:t>
        <w:br/>
        <w:t>ця, і через те в них і поводатарі, щоб ходити шляхами, а не за&lt;br /&gt;</w:t>
        <w:br/>
        <w:t>сонцем, яке з самого початку завело б їх на погибель". І відпо-&lt;br /&gt;</w:t>
        <w:br/>
        <w:t>вів мистець: "Найважнішим для людей усього світу є те,&lt;br /&gt;</w:t>
        <w:br/>
        <w:t>місце, з якого сходить сонце, бо вони й моляться тільки в той&lt;br /&gt;</w:t>
        <w:br/>
        <w:t>бік, з якого воно встає. І мій твір, молоденька дівчина, дивиться на&lt;br /&gt;</w:t>
        <w:br/>
        <w:t>те —саме місце, в напрямку якого ввесь люд повертає свої душі&lt;br /&gt;</w:t>
        <w:br/>
        <w:t>з молитвами. І хоч ми вже старі, та в осередку нашого єства&lt;br /&gt;</w:t>
        <w:br/>
        <w:t>живе молодесенька людина, яка дивиться на те місце, з якого&lt;br /&gt;</w:t>
        <w:br/>
        <w:t>сходить сонце і турбує нас, як невтишенне горе під час нашої&lt;br /&gt;</w:t>
        <w:br/>
        <w:t>посивілої самоти, бо воно є справжня кара за те, що ми не від-&lt;br /&gt;</w:t>
        <w:br/>
        <w:t>кинули подарунок батьків, що зветься нашим життям" . . І сказа-&lt;br /&gt;</w:t>
        <w:br/>
        <w:t>ла багачка: "Візьміть зароблені гроші"..</w:t>
      </w:r>
    </w:p>
    <w:p>
      <w:r>
        <w:br/>
        <w:t>КАРА</w:t>
      </w:r>
    </w:p>
    <w:p>
      <w:r>
        <w:br/>
        <w:t>393.&lt;br /&gt;</w:t>
        <w:br/>
        <w:t>Неначе людські мрії скрізь про волю&lt;br /&gt;</w:t>
        <w:br/>
        <w:t>і темні, і безформені в книжках,&lt;br /&gt;</w:t>
        <w:br/>
        <w:t>так і вночі, хоч очі повиколюй,&lt;br /&gt;</w:t>
        <w:br/>
        <w:t>було невидко в зірваних снігах,&lt;br /&gt;</w:t>
        <w:br/>
        <w:t>і журавель свою звичайну ролю&lt;br /&gt;</w:t>
        <w:br/>
        <w:t>скрипів на каламутних небесах,&lt;br /&gt;</w:t>
        <w:br/>
        <w:t>хитаючись у крижаних турботах&lt;br /&gt;</w:t>
        <w:br/>
        <w:t>сумніше, як від тіні з дон Кіхота.&lt;br /&gt;</w:t>
        <w:br/>
        <w:t>394.&lt;br /&gt;</w:t>
        <w:br/>
        <w:t>І хата без вікна і без дверей&lt;br /&gt;</w:t>
        <w:br/>
        <w:t>в снігах окреслювалася насилу,&lt;br /&gt;</w:t>
        <w:br/>
        <w:t>і не було там чути ні людей,&lt;br /&gt;</w:t>
        <w:br/>
        <w:t>ні сов у вихрі сніжаного пилу,&lt;br /&gt;</w:t>
        <w:br/>
        <w:t>ні демона, що, витягши з грудей&lt;br /&gt;</w:t>
        <w:br/>
        <w:t>замучених найболячішу жилу,&lt;br /&gt;</w:t>
        <w:br/>
        <w:t>у виводі свистить у черевик,&lt;br /&gt;</w:t>
        <w:br/>
        <w:t>аби кривавий заглушити крик.</w:t>
      </w:r>
    </w:p>
    <w:p>
      <w:r>
        <w:br/>
        <w:t>395.&lt;br /&gt;</w:t>
        <w:br/>
        <w:t>Бо вже вгорі над журавлем і яром,&lt;br /&gt;</w:t>
        <w:br/>
        <w:t>над хатою, і льохом, і хлівом&lt;br /&gt;</w:t>
        <w:br/>
        <w:t>з позриваним на нивах чорним паром,&lt;br /&gt;</w:t>
        <w:br/>
        <w:t>з бадиллям всяким і дрібним піском,&lt;br /&gt;</w:t>
        <w:br/>
        <w:t>що вивівався з ґрунту шар за шаром&lt;br /&gt;</w:t>
        <w:br/>
        <w:t>над кожною рікою і горбом,&lt;br /&gt;</w:t>
        <w:br/>
        <w:t>гула в холодних міліонних рухах&lt;br /&gt;</w:t>
        <w:br/>
        <w:t>на цілий світ велика завірюха.</w:t>
      </w:r>
    </w:p>
    <w:p>
      <w:r>
        <w:br/>
        <w:t>396.&lt;br /&gt;</w:t>
        <w:br/>
        <w:t>І вітром погасила у церквах&lt;br /&gt;</w:t>
        <w:br/>
        <w:t>лямпадки та освітлені ікони,&lt;br /&gt;</w:t>
        <w:br/>
        <w:t>і страшно розгойдала на гаках&lt;br /&gt;</w:t>
        <w:br/>
        <w:t>залишені більшовиками дзвони.&lt;br /&gt;</w:t>
        <w:br/>
        <w:t>І бевкання сумне аж у ярах&lt;br /&gt;</w:t>
        <w:br/>
        <w:t>стогнало і гуло без перепони,&lt;br /&gt;</w:t>
        <w:br/>
        <w:t>позгонивши голодних чорних птиць&lt;br /&gt;</w:t>
        <w:br/>
        <w:t>з цеглових матусівських двох дзвіниць.</w:t>
      </w:r>
    </w:p>
    <w:p>
      <w:r>
        <w:br/>
        <w:t>397.&lt;br /&gt;</w:t>
        <w:br/>
        <w:t>І на Куцівське поле в хуртовині&lt;br /&gt;</w:t>
        <w:br/>
        <w:t>перелітали з ними через яр&lt;br /&gt;</w:t>
        <w:br/>
        <w:t>і бренькіт стріх, і гавкання лисині,&lt;br /&gt;</w:t>
        <w:br/>
        <w:t>і стукіт кроков об якийсь тягар,&lt;br /&gt;</w:t>
        <w:br/>
        <w:t>і брязкіт бляхи по іржавій шині,&lt;br /&gt;</w:t>
        <w:br/>
        <w:t>і трухлина, і сажа, і нагар,&lt;br /&gt;</w:t>
        <w:br/>
        <w:t>і скрегіт давніх виломлених дощок,&lt;br /&gt;</w:t>
        <w:br/>
        <w:t>і чуйні крики цвіркунові тощо.&lt;br /&gt;</w:t>
        <w:br/>
        <w:t>398.&lt;br /&gt;</w:t>
        <w:br/>
        <w:t>Здавалося, що вранці з кучугур&lt;br /&gt;</w:t>
        <w:br/>
        <w:t>на вивіянім заметіллю полі&lt;br /&gt;</w:t>
        <w:br/>
        <w:t>стримітимуть сухіу неначе мур,&lt;br /&gt;</w:t>
        <w:br/>
        <w:t>півні і кури, і ворони голі,&lt;br /&gt;</w:t>
        <w:br/>
        <w:t>обшмульгані лютіше, як об шнур,&lt;br /&gt;</w:t>
        <w:br/>
        <w:t>вітрами на міжобрійному колі,&lt;br /&gt;</w:t>
        <w:br/>
        <w:t>і крокви, і обаполи, й сніпки,&lt;br /&gt;</w:t>
        <w:br/>
        <w:t>і сірий попіл, мерзлий та сипкий.</w:t>
      </w:r>
    </w:p>
    <w:p>
      <w:r>
        <w:br/>
        <w:t>399.&lt;br /&gt;</w:t>
        <w:br/>
        <w:t>Із цього шелесту, і тьми, і гуку,&lt;br /&gt;</w:t>
        <w:br/>
        <w:t>із цих важких, неначе ріки, хмар,&lt;br /&gt;</w:t>
        <w:br/>
        <w:t>але ще швидших від стріли із луку,&lt;br /&gt;</w:t>
        <w:br/>
        <w:t>що вилітала з Криму від татар&lt;br /&gt;</w:t>
        <w:br/>
        <w:t>нести до нас загибіль і розлуку,&lt;br /&gt;</w:t>
        <w:br/>
        <w:t>поволі осідали в Чиччин яр&lt;br /&gt;</w:t>
        <w:br/>
        <w:t>до журавля і вриї низової&lt;br /&gt;</w:t>
        <w:br/>
        <w:t>сніжинки, тихші від нічної хвої.</w:t>
      </w:r>
    </w:p>
    <w:p>
      <w:r>
        <w:br/>
        <w:t>400.&lt;br /&gt;</w:t>
        <w:br/>
        <w:t>А з ними й дві людини звідтіля,&lt;br /&gt;</w:t>
        <w:br/>
        <w:t>здавалося, осіли тихо разом&lt;br /&gt;</w:t>
        <w:br/>
        <w:t>і щось тяжке тягли до журавля&lt;br /&gt;</w:t>
        <w:br/>
        <w:t>та й падали у кучургани часом.&lt;br /&gt;</w:t>
        <w:br/>
        <w:t>Не знаю, чи на дні в морях поля&lt;br /&gt;</w:t>
        <w:br/>
        <w:t>доторкнуті існують водолазом,&lt;br /&gt;</w:t>
        <w:br/>
        <w:t>але картина здивувати ця&lt;br /&gt;</w:t>
        <w:br/>
        <w:t>потрапила б найкращого норця.</w:t>
      </w:r>
    </w:p>
    <w:p>
      <w:r>
        <w:br/>
        <w:t>401.&lt;br /&gt;</w:t>
        <w:br/>
        <w:t>Бо під стихійним летом лан від лану,&lt;br /&gt;</w:t>
        <w:br/>
        <w:t>напевно ширшого від всіх пустель&lt;br /&gt;</w:t>
        <w:br/>
        <w:t>на дні в яру у мряку непроглянну&lt;br /&gt;</w:t>
        <w:br/>
        <w:t>і та, і та криниця й журавель&lt;br /&gt;</w:t>
        <w:br/>
        <w:t>так бовваніли, ніби з океану&lt;br /&gt;</w:t>
        <w:br/>
        <w:t>затоплений щоглистий корабель,&lt;br /&gt;</w:t>
        <w:br/>
        <w:t>а дві людини, може вже відомі,&lt;br /&gt;</w:t>
        <w:br/>
        <w:t>морських та злих нагадували гномів.&lt;br /&gt;</w:t>
        <w:br/>
        <w:t>402.&lt;br /&gt;</w:t>
        <w:br/>
        <w:t>І ключкою лісковою вони,&lt;br /&gt;</w:t>
        <w:br/>
        <w:t>як виявилося на ранок потім,&lt;br /&gt;</w:t>
        <w:br/>
        <w:t>тією, що солому хазяйни&lt;br /&gt;</w:t>
        <w:br/>
        <w:t>щоденній смикали своїй турботі,&lt;br /&gt;</w:t>
        <w:br/>
        <w:t>дістали журавель з височини&lt;br /&gt;</w:t>
        <w:br/>
        <w:t>за задній край і на його колоді&lt;br /&gt;</w:t>
        <w:br/>
        <w:t>повісили без характерних рис&lt;br /&gt;</w:t>
        <w:br/>
        <w:t>напевно Ваську головою вниз.</w:t>
      </w:r>
    </w:p>
    <w:p>
      <w:r>
        <w:br/>
        <w:t>403.&lt;br /&gt;</w:t>
        <w:br/>
        <w:t>Бо щойно на криниці з вітром битва&lt;br /&gt;</w:t>
        <w:br/>
        <w:t>розпочалася в москалів за дрюк,&lt;br /&gt;</w:t>
        <w:br/>
        <w:t>коли до цямрин бадію обидва&lt;br /&gt;</w:t>
        <w:br/>
        <w:t>перетягли перебиранням рук,&lt;br /&gt;</w:t>
        <w:br/>
        <w:t>то розтулився труп, неначе бритва,&lt;br /&gt;</w:t>
        <w:br/>
        <w:t>покинувши звичайні форми злук,&lt;br /&gt;</w:t>
        <w:br/>
        <w:t>і вся одежа ноги оголила,&lt;br /&gt;</w:t>
        <w:br/>
        <w:t>напнувшися й сама на взір вітрила.</w:t>
      </w:r>
    </w:p>
    <w:p>
      <w:r>
        <w:br/>
        <w:t>404.&lt;br /&gt;</w:t>
        <w:br/>
        <w:t>І журавель дійшов цебром кінця&lt;br /&gt;</w:t>
        <w:br/>
        <w:t>туди, де вже джерела стіни риють,&lt;br /&gt;</w:t>
        <w:br/>
        <w:t>і почепили легко до ланця&lt;br /&gt;</w:t>
        <w:br/>
        <w:t>спереді Костя тільки вже за шию&lt;br /&gt;</w:t>
        <w:br/>
        <w:t>і, в світ закобенивши та в Творця,&lt;br /&gt;</w:t>
        <w:br/>
        <w:t>з криниці сплигнули у сніжну врию —&lt;br /&gt;</w:t>
        <w:br/>
        <w:t>і погойднула журавель зима&lt;br /&gt;</w:t>
        <w:br/>
        <w:t>з повішеними трупами двома.</w:t>
      </w:r>
    </w:p>
    <w:p>
      <w:r>
        <w:br/>
        <w:t>405.&lt;br /&gt;</w:t>
        <w:br/>
        <w:t>Але Свирида витягли на хату,&lt;br /&gt;</w:t>
        <w:br/>
        <w:t>на вивід, на нічне найвище тло,&lt;br /&gt;</w:t>
        <w:br/>
        <w:t>і прив'язали мовчки і без "мату"&lt;br /&gt;</w:t>
        <w:br/>
        <w:t>до лати, встромленої у кагло,&lt;br /&gt;</w:t>
        <w:br/>
        <w:t>аж бляху в цеглі він зігнув прип'яту,&lt;br /&gt;</w:t>
        <w:br/>
        <w:t>якою вивід здовжено було,&lt;br /&gt;</w:t>
        <w:br/>
        <w:t>як шпиньками об неї обіперся&lt;br /&gt;</w:t>
        <w:br/>
        <w:t>аж заболіли в путах руки й перса.&lt;br /&gt;</w:t>
        <w:br/>
        <w:t>406.&lt;br /&gt;</w:t>
        <w:br/>
        <w:t>Але дрючок, неначе з гіпсу ґрунт,&lt;br /&gt;</w:t>
        <w:br/>
        <w:t>держав коліна невимовно туго,&lt;br /&gt;</w:t>
        <w:br/>
        <w:t>аби зчинити тілом рух і бунт&lt;br /&gt;</w:t>
        <w:br/>
        <w:t>у знов низами розшалілу хуґу,&lt;br /&gt;</w:t>
        <w:br/>
        <w:t>і через те, в геометричний кут&lt;br /&gt;</w:t>
        <w:br/>
        <w:t>вгорі перевернувшися без руху,&lt;br /&gt;</w:t>
        <w:br/>
        <w:t>він застогнав єдиний тільки раз:&lt;br /&gt;</w:t>
        <w:br/>
        <w:t>"Завіщо ж ти скарав так люто нас?</w:t>
      </w:r>
    </w:p>
    <w:p>
      <w:r>
        <w:br/>
        <w:t>407.&lt;br /&gt;</w:t>
        <w:br/>
        <w:t>Але, згасивши у церквах ікони,&lt;br /&gt;</w:t>
        <w:br/>
        <w:t>і зграї звіявши з дзвіниць ворон,&lt;br /&gt;</w:t>
        <w:br/>
        <w:t>лише гойдала хуґа дальні дзвони&lt;br /&gt;</w:t>
        <w:br/>
        <w:t>і била в стіни об цегловий сон,&lt;br /&gt;</w:t>
        <w:br/>
        <w:t>і гнала бевкання, мов серед коней&lt;br /&gt;</w:t>
        <w:br/>
        <w:t>орда татарськая живий полон,&lt;br /&gt;</w:t>
        <w:br/>
        <w:t>і в яр Куцівський Чичці при нагідді&lt;br /&gt;</w:t>
        <w:br/>
        <w:t>його шпурляла з голосної міді.</w:t>
      </w:r>
    </w:p>
    <w:p>
      <w:r>
        <w:br/>
        <w:t>408.&lt;br /&gt;</w:t>
        <w:br/>
        <w:t>І прилучатися став до стихій&lt;br /&gt;</w:t>
        <w:br/>
        <w:t>із хати голос, сповнений гарячки,&lt;br /&gt;</w:t>
        <w:br/>
        <w:t>неначе між мерцями в тьмі земній&lt;br /&gt;</w:t>
        <w:br/>
        <w:t>прокинулась якась душа від сплячки,&lt;br /&gt;</w:t>
        <w:br/>
        <w:t>і, трун углядівши холодний рій,&lt;br /&gt;</w:t>
        <w:br/>
        <w:t>подібний до горбів піску з-під тачки,&lt;br /&gt;</w:t>
        <w:br/>
        <w:t>до вічного загомоніла сну,&lt;br /&gt;</w:t>
        <w:br/>
        <w:t>щоб знов її приспав він у труну:</w:t>
      </w:r>
    </w:p>
    <w:p>
      <w:r>
        <w:br/>
        <w:t>409.&lt;br /&gt;</w:t>
        <w:br/>
        <w:t>"Мерщій підіте, в Бевза скла купіте&lt;br /&gt;</w:t>
        <w:br/>
        <w:t>і вставте вікна, бо гуде зима,&lt;br /&gt;</w:t>
        <w:br/>
        <w:t>а кацапню всю викиньте на вітер&lt;br /&gt;</w:t>
        <w:br/>
        <w:t>так само, як зробили вже з трьома,&lt;br /&gt;</w:t>
        <w:br/>
        <w:t>але не зводьте ні руки, ні мітел&lt;br /&gt;</w:t>
        <w:br/>
        <w:t>на скараного Господом дарма&lt;br /&gt;</w:t>
        <w:br/>
        <w:t>і друга вірного мого і пана,&lt;br /&gt;</w:t>
        <w:br/>
        <w:t>правдивішого на ввесь світ Степана...&lt;br /&gt;</w:t>
        <w:br/>
        <w:t>410.&lt;br /&gt;</w:t>
        <w:br/>
        <w:t>І з чотирьох кінців, де сніг не стер&lt;br /&gt;</w:t>
        <w:br/>
        <w:t>у лутки врізаного винограду,&lt;br /&gt;</w:t>
        <w:br/>
        <w:t>аж після посклиття, а не тепер,&lt;br /&gt;</w:t>
        <w:br/>
        <w:t>ви, нелюди, цю підпаліте хату,&lt;br /&gt;</w:t>
        <w:br/>
        <w:t>щоб з мене дим і з його дим підпер&lt;br /&gt;</w:t>
        <w:br/>
        <w:t>повільно-сонними стовпами чаду&lt;br /&gt;</w:t>
        <w:br/>
        <w:t>серед байдужих та рухомих хмар&lt;br /&gt;</w:t>
        <w:br/>
        <w:t>престол Господній з зоряних отар!</w:t>
      </w:r>
    </w:p>
    <w:p>
      <w:r>
        <w:br/>
        <w:t>411.&lt;br /&gt;</w:t>
        <w:br/>
        <w:t>Але, коли ви витрачати сили&lt;br /&gt;</w:t>
        <w:br/>
        <w:t>не схочете для мене, вороги,&lt;br /&gt;</w:t>
        <w:br/>
        <w:t>тоді нехай в руках у ваших жили&lt;br /&gt;</w:t>
        <w:br/>
        <w:t>пообвисають, ніби батоги:&lt;br /&gt;</w:t>
        <w:br/>
        <w:t>аби до рота ложок не носили&lt;br /&gt;</w:t>
        <w:br/>
        <w:t>ні хліба в добрий час, ні в час тугий,&lt;br /&gt;</w:t>
        <w:br/>
        <w:t>і щоб ви в себе стали для родини&lt;br /&gt;</w:t>
        <w:br/>
        <w:t>ще гидші від найгидшої тварини...</w:t>
      </w:r>
    </w:p>
    <w:p>
      <w:r>
        <w:br/>
        <w:t>412.&lt;br /&gt;</w:t>
        <w:br/>
        <w:t>І, в поле власним вигнані двором,&lt;br /&gt;</w:t>
        <w:br/>
        <w:t>аби блукали у таких ви муках,&lt;br /&gt;</w:t>
        <w:br/>
        <w:t>як перебита знайденим кілком&lt;br /&gt;</w:t>
        <w:br/>
        <w:t>скажена з сонними очима сука,&lt;br /&gt;</w:t>
        <w:br/>
        <w:t>яка задок з ногами та хвостом&lt;br /&gt;</w:t>
        <w:br/>
        <w:t>без скавучання тягне по багнюках,&lt;br /&gt;</w:t>
        <w:br/>
        <w:t>аж доки мокру, як гнила трава,&lt;br /&gt;</w:t>
        <w:br/>
        <w:t>її присмокче до землі черва" ...</w:t>
      </w:r>
    </w:p>
    <w:p>
      <w:r>
        <w:br/>
        <w:t>413.&lt;br /&gt;</w:t>
        <w:br/>
        <w:t>І дзенькнули склянки внизу прегострі,&lt;br /&gt;</w:t>
        <w:br/>
        <w:t>пробивши наскрізь крижані вихри,&lt;br /&gt;</w:t>
        <w:br/>
        <w:t>і вслід не закричали п'яні гості&lt;br /&gt;</w:t>
        <w:br/>
        <w:t>із комина, з цеглової нори,&lt;br /&gt;</w:t>
        <w:br/>
        <w:t>а гуки стогону шалено прості&lt;br /&gt;</w:t>
        <w:br/>
        <w:t>сполохали північний час пори&lt;br /&gt;</w:t>
        <w:br/>
        <w:t>на мить єдину, що і в домовину&lt;br /&gt;</w:t>
        <w:br/>
        <w:t>своїми лунами кладуть людину.&lt;br /&gt;</w:t>
        <w:br/>
        <w:t>414.&lt;br /&gt;</w:t>
        <w:br/>
        <w:t>І хлопця вдарили вони в страшне&lt;br /&gt;</w:t>
        <w:br/>
        <w:t>на хаті почування не завмерше,&lt;br /&gt;</w:t>
        <w:br/>
        <w:t>немов гарапником того, що сне&lt;br /&gt;</w:t>
        <w:br/>
        <w:t>після триденної утоми вперше,&lt;br /&gt;</w:t>
        <w:br/>
        <w:t>який, прокинувшися, навісне&lt;br /&gt;</w:t>
        <w:br/>
        <w:t>щось, бачить, з криги домовину теше,&lt;br /&gt;</w:t>
        <w:br/>
        <w:t>і довго очі протирає ще,&lt;br /&gt;</w:t>
        <w:br/>
        <w:t>але не гине геть видовище...</w:t>
      </w:r>
    </w:p>
    <w:p>
      <w:r>
        <w:br/>
        <w:t>415.&lt;br /&gt;</w:t>
        <w:br/>
        <w:t>І вглядів Чичка крізь самотні роки,&lt;br /&gt;</w:t>
        <w:br/>
        <w:t>що він схилився з вивода з дрючком&lt;br /&gt;</w:t>
        <w:br/>
        <w:t>і хуґа ним гойдає на всі боки,&lt;br /&gt;</w:t>
        <w:br/>
        <w:t>і обсипає крижаним піском,&lt;br /&gt;</w:t>
        <w:br/>
        <w:t>і вже не довго ждати, доки&lt;br /&gt;</w:t>
        <w:br/>
        <w:t>розвалить цеглу над старим каглом&lt;br /&gt;</w:t>
        <w:br/>
        <w:t>і упаде у рів, що під стіною&lt;br /&gt;</w:t>
        <w:br/>
        <w:t>він з батьком викопав колись весною.</w:t>
      </w:r>
    </w:p>
    <w:p>
      <w:r>
        <w:br/>
        <w:t>416.&lt;br /&gt;</w:t>
        <w:br/>
        <w:t>І дошки крижані йому в віччю&lt;br /&gt;</w:t>
        <w:br/>
        <w:t>ясніше блиснули за ту сокиру,&lt;br /&gt;</w:t>
        <w:br/>
        <w:t>що теше домовину без плачу&lt;br /&gt;</w:t>
        <w:br/>
        <w:t>і без хрищеного густого миру. . .&lt;br /&gt;</w:t>
        <w:br/>
        <w:t>Хоч би поголосити досхочу&lt;br /&gt;</w:t>
        <w:br/>
        <w:t>хто дав якусь маленьку душу щиру...&lt;br /&gt;</w:t>
        <w:br/>
        <w:t>Та ба, людині диво тільки тій&lt;br /&gt;</w:t>
        <w:br/>
        <w:t>трапляється, що має супокій ...</w:t>
      </w:r>
    </w:p>
    <w:p>
      <w:r>
        <w:br/>
        <w:t>417.&lt;br /&gt;</w:t>
        <w:br/>
        <w:t>Інакше кажучи, хто зубом ласий&lt;br /&gt;</w:t>
        <w:br/>
        <w:t>підстерегти дурну, летючу мить&lt;br /&gt;</w:t>
        <w:br/>
        <w:t>і ззаду вдарити, скрутити в'язи,&lt;br /&gt;</w:t>
        <w:br/>
        <w:t>й віддерти від кісток гарячу сить,&lt;br /&gt;</w:t>
        <w:br/>
        <w:t>а всі клейноди духа та окраси&lt;br /&gt;</w:t>
        <w:br/>
        <w:t>вгорнути у небесную блакить,&lt;br /&gt;</w:t>
        <w:br/>
        <w:t>і Сусам дати та Кіхотам, браття,&lt;br /&gt;</w:t>
        <w:br/>
        <w:t>нести горбом до другого розп'яття!..</w:t>
      </w:r>
    </w:p>
    <w:p>
      <w:r>
        <w:br/>
        <w:t>ПРОЯСЕНЬ:&lt;br /&gt;</w:t>
        <w:br/>
        <w:t>І недалеко від школи і громадської криниці жив собі Філо-&lt;br /&gt;</w:t>
        <w:br/>
        <w:t>соф. І шкільний сторож щодня їздив ослом по воду до криниці.&lt;br /&gt;</w:t>
        <w:br/>
        <w:t>Школярі давали хліба ослові, і він не іржав. Тільки в неділю не&lt;br /&gt;</w:t>
        <w:br/>
        <w:t>було школярів давати йому хліба, і він дуже іржав і не давав&lt;br /&gt;</w:t>
        <w:br/>
        <w:t>Філософові думати. І мудрець перейшов на інше помешкання, відки&lt;br /&gt;</w:t>
        <w:br/>
        <w:t>вже не було чути ослиного іржання, зате наблизилися до його ду-&lt;br /&gt;</w:t>
        <w:br/>
        <w:t>ші самота, порожнеча світу і зорі серед неї. І він зрозумів, що&lt;br /&gt;</w:t>
        <w:br/>
        <w:t>для того, щоб лишилися самі зорі з порожнечею, треба згасити&lt;br /&gt;</w:t>
        <w:br/>
        <w:t>його самоту, що єсть те саме, що і свідомість, бо порожнеча&lt;br /&gt;</w:t>
        <w:br/>
        <w:t>і зорі без його думок — це смерть, і що він тепер завжди про&lt;br /&gt;</w:t>
        <w:br/>
        <w:t>буває у товаристві смерті. І схопився він з переляку, і скочив&lt;br /&gt;</w:t>
        <w:br/>
        <w:t>до вікна та й вигукнув першій молодиці, яку побачив на вулиці:&lt;br /&gt;</w:t>
        <w:br/>
        <w:t>Гукніте ослові, нехай він голосніше ірже, бо сюди не чути" .. .&lt;br /&gt;</w:t>
        <w:br/>
        <w:t>Здивована жінка швидко відійшла від мудрецевої хати, гадаючи,&lt;br /&gt;</w:t>
        <w:br/>
        <w:t>що він, мабуть, наблизився розумом до осла, а я кажу, що філо&lt;br /&gt;</w:t>
        <w:br/>
        <w:t>софові тільки стали миліші школярі, громадська криниця і ослине&lt;br /&gt;</w:t>
        <w:br/>
        <w:t>іржання, ніж блиск зірок, які говорять про самоту і смерть лю-&lt;br /&gt;</w:t>
        <w:br/>
        <w:t>дини.&lt;br /&gt;</w:t>
        <w:br/>
        <w:t>СПАСІННЯ&lt;br /&gt;</w:t>
        <w:br/>
        <w:t>418.&lt;br /&gt;</w:t>
        <w:br/>
        <w:t>Коли гаразд лишали москалі&lt;br /&gt;</w:t>
        <w:br/>
        <w:t>те місце, що за власне уважали,&lt;br /&gt;</w:t>
        <w:br/>
        <w:t>де забирали врожаї ріллі,&lt;br /&gt;</w:t>
        <w:br/>
        <w:t>які для себе бідні люди жали,&lt;br /&gt;</w:t>
        <w:br/>
        <w:t>тоді вони під вигуки "палі"&lt;br /&gt;</w:t>
        <w:br/>
        <w:t>вітри і хмари з полум'ям мішали...&lt;br /&gt;</w:t>
        <w:br/>
        <w:t>И на хуторі щось в лютості без меж&lt;br /&gt;</w:t>
        <w:br/>
        <w:t>таке напевно трапилося теж.&lt;br /&gt;</w:t>
        <w:br/>
        <w:t>419.&lt;br /&gt;</w:t>
        <w:br/>
        <w:t>Бо хлів зайнявся, затріщав снопами&lt;br /&gt;</w:t>
        <w:br/>
        <w:t>з усіх холодних чотирьох кінців,&lt;br /&gt;</w:t>
        <w:br/>
        <w:t>і полум'я теж чотирма стовпами&lt;br /&gt;</w:t>
        <w:br/>
        <w:t>вхопила заметіль на манівці:&lt;br /&gt;</w:t>
        <w:br/>
        <w:t>Здавалося, що догори ногами&lt;br /&gt;</w:t>
        <w:br/>
        <w:t>впав зверху на стовпи та палиці&lt;br /&gt;</w:t>
        <w:br/>
        <w:t>пекельний стіл, казок несвіцьких вартий,&lt;br /&gt;</w:t>
        <w:br/>
        <w:t>де ще не грав чорт Гоголів у карти.&lt;br /&gt;</w:t>
        <w:br/>
        <w:t>420.&lt;br /&gt;</w:t>
        <w:br/>
        <w:t>Але ось ноги дивного стола&lt;br /&gt;</w:t>
        <w:br/>
        <w:t>злилися у вогонь єдиний, сутній,&lt;br /&gt;</w:t>
        <w:br/>
        <w:t>всмоктавши до свойого джерела&lt;br /&gt;</w:t>
        <w:br/>
        <w:t>обидва теж і явори могутні...&lt;br /&gt;</w:t>
        <w:br/>
        <w:t>І полум'я пожежа підняла&lt;br /&gt;</w:t>
        <w:br/>
        <w:t>рівніше ними в рухи каламутні,&lt;br /&gt;</w:t>
        <w:br/>
        <w:t>схиливши тільки димний, жовтий верх&lt;br /&gt;</w:t>
        <w:br/>
        <w:t>десь до контори в безнастанний шерх.</w:t>
      </w:r>
    </w:p>
    <w:p>
      <w:r>
        <w:br/>
        <w:t>421.&lt;br /&gt;</w:t>
        <w:br/>
        <w:t>І ніч розсунула свої потуги,&lt;br /&gt;</w:t>
        <w:br/>
        <w:t>далеко від пожежі навкруги,&lt;br /&gt;</w:t>
        <w:br/>
        <w:t>і встали з-за ставка блискучі дуги&lt;br /&gt;</w:t>
        <w:br/>
        <w:t>від осокорів, схилених в сніги,&lt;br /&gt;</w:t>
        <w:br/>
        <w:t>і вниз по журавлі побігли смуги&lt;br /&gt;</w:t>
        <w:br/>
        <w:t>зловісно відсвітами в береги,&lt;br /&gt;</w:t>
        <w:br/>
        <w:t>над ними трупи у шаленім гоні&lt;br /&gt;</w:t>
        <w:br/>
        <w:t>гойдалися на мотузках червоні.</w:t>
      </w:r>
    </w:p>
    <w:p>
      <w:r>
        <w:br/>
        <w:t>422.&lt;br /&gt;</w:t>
        <w:br/>
        <w:t>І проз кагло й Свиридові проз скронь&lt;br /&gt;</w:t>
        <w:br/>
        <w:t>над хатою, де віяння кипіло,&lt;br /&gt;</w:t>
        <w:br/>
        <w:t>шуміли дим, і іскри, і вогонь,&lt;br /&gt;</w:t>
        <w:br/>
        <w:t>відігріваючи задубле тіло;&lt;br /&gt;</w:t>
        <w:br/>
        <w:t>і падав дощ від нього осторонь&lt;br /&gt;</w:t>
        <w:br/>
        <w:t>з тієї хуґи, що горіння їло,&lt;br /&gt;</w:t>
        <w:br/>
        <w:t>і жар віхтями в тьму нічну летів,&lt;br /&gt;</w:t>
        <w:br/>
        <w:t>в яру освітлюючи рух снігів.</w:t>
      </w:r>
    </w:p>
    <w:p>
      <w:r>
        <w:br/>
        <w:t>423.&lt;br /&gt;</w:t>
        <w:br/>
        <w:t>І звів ось голову Свирид під плями,&lt;br /&gt;</w:t>
        <w:br/>
        <w:t>які на нього ніс у хузі дим,&lt;br /&gt;</w:t>
        <w:br/>
        <w:t>і під пожежні велетенські рями,&lt;br /&gt;</w:t>
        <w:br/>
        <w:t>підведені з-за ставу від Руди;&lt;br /&gt;</w:t>
        <w:br/>
        <w:t>і з повної просвітленої тями&lt;br /&gt;</w:t>
        <w:br/>
        <w:t>він передсмертний виклик молодий&lt;br /&gt;</w:t>
        <w:br/>
        <w:t>гукнув туди, де гинуть мовні чари,&lt;br /&gt;</w:t>
        <w:br/>
        <w:t>де почуття стрічають тільки хмари:</w:t>
      </w:r>
    </w:p>
    <w:p>
      <w:r>
        <w:br/>
        <w:t>424.&lt;br /&gt;</w:t>
        <w:br/>
        <w:t>"Гей, Творче зради, згуби та розмов,&lt;br /&gt;</w:t>
        <w:br/>
        <w:t>швидкий на кару і на справу ницу&lt;br /&gt;</w:t>
        <w:br/>
        <w:t>навіщо, мов на злочин, на любов&lt;br /&gt;</w:t>
        <w:br/>
        <w:t>мені ти в руки дав іржаву крицю,&lt;br /&gt;</w:t>
        <w:br/>
        <w:t>а потім без жалів ніяких знов&lt;br /&gt;</w:t>
        <w:br/>
        <w:t>шпурнув мене у кам'яну столицю&lt;br /&gt;</w:t>
        <w:br/>
        <w:t>для безнастанних дріб'язкових кар&lt;br /&gt;</w:t>
        <w:br/>
        <w:t>від газетярських, ворушких бездар,</w:t>
      </w:r>
    </w:p>
    <w:p>
      <w:r>
        <w:br/>
        <w:t>425.&lt;br /&gt;</w:t>
        <w:br/>
        <w:t>яким шукання правди і байдужі,&lt;br /&gt;</w:t>
        <w:br/>
        <w:t>і нерозумні, і завжди смішні?&lt;br /&gt;</w:t>
        <w:br/>
        <w:t>І ті повільні, нелукаві душі,&lt;br /&gt;</w:t>
        <w:br/>
        <w:t>що нею міряють стражденні дні,&lt;br /&gt;</w:t>
        <w:br/>
        <w:t>для них, немов зайцям парі на стужі,&lt;br /&gt;</w:t>
        <w:br/>
        <w:t>привабливі чогось і запашні,&lt;br /&gt;</w:t>
        <w:br/>
        <w:t>і через те вони у хитрім русі&lt;br /&gt;</w:t>
        <w:br/>
        <w:t>до нас підсовуються, ніби гусінь.</w:t>
      </w:r>
    </w:p>
    <w:p>
      <w:r>
        <w:br/>
        <w:t>426.&lt;br /&gt;</w:t>
        <w:br/>
        <w:t>І з душ отверзтих об'їдають геть&lt;br /&gt;</w:t>
        <w:br/>
        <w:t>і те, що є, і те, що нам здається,&lt;br /&gt;</w:t>
        <w:br/>
        <w:t>яке сприймати може щастя й смерть&lt;br /&gt;</w:t>
        <w:br/>
        <w:t>і від мари, і від живого серця,&lt;br /&gt;</w:t>
        <w:br/>
        <w:t>а деркачі, не зметені на зметь,&lt;br /&gt;</w:t>
        <w:br/>
        <w:t>у шлунок всепалющий ненажерця,&lt;br /&gt;</w:t>
        <w:br/>
        <w:t>вони паскудять плазуванням так,&lt;br /&gt;</w:t>
        <w:br/>
        <w:t>що й чортові задовольнили б смак ...</w:t>
      </w:r>
    </w:p>
    <w:p>
      <w:r>
        <w:br/>
        <w:t>427.&lt;br /&gt;</w:t>
        <w:br/>
        <w:t>І потім довго від такої стрічі,&lt;br /&gt;</w:t>
        <w:br/>
        <w:t>приховуючи муку та відчай,&lt;br /&gt;</w:t>
        <w:br/>
        <w:t>окрадений не дивиться у вічі,&lt;br /&gt;</w:t>
        <w:br/>
        <w:t>щоб не почути висновку "шахрай",&lt;br /&gt;</w:t>
        <w:br/>
        <w:t>бо не засвітять чоловічки двічі&lt;br /&gt;</w:t>
        <w:br/>
        <w:t>того, що мало бути там бодай&lt;br /&gt;</w:t>
        <w:br/>
        <w:t>тоді, коли серед страшного горя&lt;br /&gt;</w:t>
        <w:br/>
        <w:t>про правду людську люди заговорять...&lt;br /&gt;</w:t>
        <w:br/>
        <w:t>428.&lt;br /&gt;</w:t>
        <w:br/>
        <w:t>І блазнів я минав без боротьби&lt;br /&gt;</w:t>
        <w:br/>
        <w:t>туди, де ніч і сови, і пустиня,&lt;br /&gt;</w:t>
        <w:br/>
        <w:t>неначе повна горя та журби&lt;br /&gt;</w:t>
        <w:br/>
        <w:t>осиротіла молода рабиня,&lt;br /&gt;</w:t>
        <w:br/>
        <w:t>якій сказати радісне "люби"&lt;br /&gt;</w:t>
        <w:br/>
        <w:t>і сором, і нужда язик зупинять,&lt;br /&gt;</w:t>
        <w:br/>
        <w:t>бо жде у відповідь хоч мідний гріш&lt;br /&gt;</w:t>
        <w:br/>
        <w:t>одержати, а хоч у серце ніж.</w:t>
      </w:r>
    </w:p>
    <w:p>
      <w:r>
        <w:br/>
        <w:t>429.&lt;br /&gt;</w:t>
        <w:br/>
        <w:t>І через те любити починає&lt;br /&gt;</w:t>
        <w:br/>
        <w:t>вона самотні муки та жалі,&lt;br /&gt;</w:t>
        <w:br/>
        <w:t>а щоб вони на небі стали раєм&lt;br /&gt;</w:t>
        <w:br/>
        <w:t>і правдою святою на землі,&lt;br /&gt;</w:t>
        <w:br/>
        <w:t>в розпуці нишком молитви читає&lt;br /&gt;</w:t>
        <w:br/>
        <w:t>ще краще, як нещасні королі,&lt;br /&gt;</w:t>
        <w:br/>
        <w:t>і вже свої навіки хилить брови&lt;br /&gt;</w:t>
        <w:br/>
        <w:t>Спасителеві під вінець терновий.</w:t>
      </w:r>
    </w:p>
    <w:p>
      <w:r>
        <w:br/>
        <w:t>430.&lt;br /&gt;</w:t>
        <w:br/>
        <w:t>І вже самотній з Гетсиману гук,&lt;br /&gt;</w:t>
        <w:br/>
        <w:t>що має силу в пастухах і в вівцях:&lt;br /&gt;</w:t>
        <w:br/>
        <w:t>,,Ох, відхили від мене чашу мук,&lt;br /&gt;</w:t>
        <w:br/>
        <w:t>Мій Отче, сповнену по самі вінця". —&lt;br /&gt;</w:t>
        <w:br/>
        <w:t>гукатиме про ПОДЕИГИ розлук&lt;br /&gt;</w:t>
        <w:br/>
        <w:t>скрізь на середохресних перегінцях,&lt;br /&gt;</w:t>
        <w:br/>
        <w:t>але повік не прошепоче їй&lt;br /&gt;</w:t>
        <w:br/>
        <w:t>про смерть сердечних, найдорожчих мрій...</w:t>
      </w:r>
    </w:p>
    <w:p>
      <w:r>
        <w:br/>
        <w:t>431.&lt;br /&gt;</w:t>
        <w:br/>
        <w:t>Повік не прошепоче, що у колі&lt;br /&gt;</w:t>
        <w:br/>
        <w:t>буття і смерти серед людських душ&lt;br /&gt;</w:t>
        <w:br/>
        <w:t>Христос вів гру божественної ролі,&lt;br /&gt;</w:t>
        <w:br/>
        <w:t>бо той був, що узнав, найперший муж,&lt;br /&gt;</w:t>
        <w:br/>
        <w:t>що власної й на мак не має волі,&lt;br /&gt;</w:t>
        <w:br/>
        <w:t>а тільки поводатарський твій гуж,&lt;br /&gt;</w:t>
        <w:br/>
        <w:t>тому і на бездар не зводив руки,&lt;br /&gt;</w:t>
        <w:br/>
        <w:t>коли його тягли на хресні муки.&lt;br /&gt;</w:t>
        <w:br/>
        <w:t>432.&lt;br /&gt;</w:t>
        <w:br/>
        <w:t>Бо зло, ані його провісник сич&lt;br /&gt;</w:t>
        <w:br/>
        <w:t>не зникне, хоч і вирвемо у ката&lt;br /&gt;</w:t>
        <w:br/>
        <w:t>і поламаємо кривавий бич,&lt;br /&gt;</w:t>
        <w:br/>
        <w:t>що б'є мене, закатувавши брата,&lt;br /&gt;</w:t>
        <w:br/>
        <w:t>звідтоді, як куми п'ють могорич&lt;br /&gt;</w:t>
        <w:br/>
        <w:t>аж доки не закидає лопата,&lt;br /&gt;</w:t>
        <w:br/>
        <w:t>бо треба, щоб у боротьбі облад&lt;br /&gt;</w:t>
        <w:br/>
        <w:t>від волі нашої пропав сам кат.</w:t>
      </w:r>
    </w:p>
    <w:p>
      <w:r>
        <w:br/>
        <w:t>433.&lt;br /&gt;</w:t>
        <w:br/>
        <w:t>І через те Христос тобі супроти&lt;br /&gt;</w:t>
        <w:br/>
        <w:t>не опирався і не повставав,&lt;br /&gt;</w:t>
        <w:br/>
        <w:t>і я і невдоволення і спротив&lt;br /&gt;</w:t>
        <w:br/>
        <w:t>у тихім серці довго теж ховав,&lt;br /&gt;</w:t>
        <w:br/>
        <w:t>гадаючи, що посеред голоти&lt;br /&gt;</w:t>
        <w:br/>
        <w:t>духовної орел із неба впав,&lt;br /&gt;</w:t>
        <w:br/>
        <w:t>гадаючи, що не артист він в ролях,&lt;br /&gt;</w:t>
        <w:br/>
        <w:t>а єсть і Бог, і світовая воля.</w:t>
      </w:r>
    </w:p>
    <w:p>
      <w:r>
        <w:br/>
        <w:t>434.&lt;br /&gt;</w:t>
        <w:br/>
        <w:t>Так слухай же фельдфебельське "раз, два"&lt;br /&gt;</w:t>
        <w:br/>
        <w:t>безмежним вухом схованої пики,&lt;br /&gt;</w:t>
        <w:br/>
        <w:t>як з невеличкого свого єства&lt;br /&gt;</w:t>
        <w:br/>
        <w:t>вигукую проклін тобі великий,&lt;br /&gt;</w:t>
        <w:br/>
        <w:t>що був, мов неміряна верства,&lt;br /&gt;</w:t>
        <w:br/>
        <w:t>супроти рабського ярма й притики,&lt;br /&gt;</w:t>
        <w:br/>
        <w:t>призначених на мене й на народ&lt;br /&gt;</w:t>
        <w:br/>
        <w:t>для мук і найганебніших пригод.</w:t>
      </w:r>
    </w:p>
    <w:p>
      <w:r>
        <w:br/>
        <w:t>435.&lt;br /&gt;</w:t>
        <w:br/>
        <w:t>І вже, коли стихіями страшними&lt;br /&gt;</w:t>
        <w:br/>
        <w:t>ти цю ніч вирвеш з мене почуття&lt;br /&gt;</w:t>
        <w:br/>
        <w:t>і понесеш його туди між ними,&lt;br /&gt;</w:t>
        <w:br/>
        <w:t>де з смертю відбувається злиття,&lt;br /&gt;</w:t>
        <w:br/>
        <w:t>то поспішай з обіймами слизькими,&lt;br /&gt;</w:t>
        <w:br/>
        <w:t>я вже схилився впасти в небуття" ...&lt;br /&gt;</w:t>
        <w:br/>
        <w:t>І вихор став йому дихання рвати,&lt;br /&gt;</w:t>
        <w:br/>
        <w:t>і він притомність, застогнавши, втратив ...&lt;br /&gt;</w:t>
        <w:br/>
        <w:t>436.&lt;br /&gt;</w:t>
        <w:br/>
        <w:t>І дивом памороки переміг&lt;br /&gt;</w:t>
        <w:br/>
        <w:t>на санях в полі, ще живий нівроку,&lt;br /&gt;</w:t>
        <w:br/>
        <w:t>де, загрузаючи в глибокий сніг,&lt;br /&gt;</w:t>
        <w:br/>
        <w:t>давали коні втомленого кроку,&lt;br /&gt;</w:t>
        <w:br/>
        <w:t>щоразу шлях зникав би в них з-під ніг,&lt;br /&gt;</w:t>
        <w:br/>
        <w:t>якби признаки не стриміли збоку,&lt;br /&gt;</w:t>
        <w:br/>
        <w:t>бо хуґа в очі била із ярів&lt;br /&gt;</w:t>
        <w:br/>
        <w:t>шаленим морем зрушених снігів.</w:t>
      </w:r>
    </w:p>
    <w:p>
      <w:r>
        <w:br/>
        <w:t>437.&lt;br /&gt;</w:t>
        <w:br/>
        <w:t>А там якраз посеред ночі ззаді&lt;br /&gt;</w:t>
        <w:br/>
        <w:t>з пожежі відблиск то згасав, то тлів&lt;br /&gt;</w:t>
        <w:br/>
        <w:t>і зменшував свої кінці вусаті&lt;br /&gt;</w:t>
        <w:br/>
        <w:t>на розхилитанім небеснім тлі.&lt;br /&gt;</w:t>
        <w:br/>
        <w:t>Так цукор той, що хочеться кусати,&lt;br /&gt;</w:t>
        <w:br/>
        <w:t>у воду тане в сповненім котлі&lt;br /&gt;</w:t>
        <w:br/>
        <w:t>і, розпливаючися тоншим краєм,&lt;br /&gt;</w:t>
        <w:br/>
        <w:t>на дні для ока потім геть зникає.</w:t>
      </w:r>
    </w:p>
    <w:p>
      <w:r>
        <w:br/>
        <w:t>438.&lt;br /&gt;</w:t>
        <w:br/>
        <w:t>На житніх двох кулях в задку саней&lt;br /&gt;</w:t>
        <w:br/>
        <w:t>сиділа Вустя мовчазна й безруха,&lt;br /&gt;</w:t>
        <w:br/>
        <w:t>а в передку при посторонках шлей,&lt;br /&gt;</w:t>
        <w:br/>
        <w:t>нап'явши шапку заячу на вуха,&lt;br /&gt;</w:t>
        <w:br/>
        <w:t>уважно Пугач правував Андрей&lt;br /&gt;</w:t>
        <w:br/>
        <w:t>в той край, з якого била завірюха,&lt;br /&gt;</w:t>
        <w:br/>
        <w:t>по голосу угадував Свирид&lt;br /&gt;</w:t>
        <w:br/>
        <w:t>спрямованим двом коням до копит:</w:t>
      </w:r>
    </w:p>
    <w:p>
      <w:r>
        <w:br/>
        <w:t>439.&lt;br /&gt;</w:t>
        <w:br/>
        <w:t>"Повеземо його ми попід гаєм&lt;br /&gt;</w:t>
        <w:br/>
        <w:t>до мене проз завіяну мокву,&lt;br /&gt;</w:t>
        <w:br/>
        <w:t>і буде там аж доки підчуняє,&lt;br /&gt;</w:t>
        <w:br/>
        <w:t>а потім справимо йому сакву&lt;br /&gt;</w:t>
        <w:br/>
        <w:t>і допоможемо тоді звичаєм&lt;br /&gt;</w:t>
        <w:br/>
        <w:t>поїхати на скарження в Москву;&lt;br /&gt;</w:t>
        <w:br/>
        <w:t>не перележить і не пересидить&lt;br /&gt;</w:t>
        <w:br/>
        <w:t>він хати дружньої, сам Бог це видить" ..&lt;br /&gt;</w:t>
        <w:br/>
        <w:t>440.&lt;br /&gt;</w:t>
        <w:br/>
        <w:t>І втратив парубок посеред нив&lt;br /&gt;</w:t>
        <w:br/>
        <w:t>свідомість, вражену тепер раптово,&lt;br /&gt;</w:t>
        <w:br/>
        <w:t>і думаю, що в серці утопив&lt;br /&gt;</w:t>
        <w:br/>
        <w:t>потрібне щастю найщиріше слово;&lt;br /&gt;</w:t>
        <w:br/>
        <w:t>але натомість гірше ще завив&lt;br /&gt;</w:t>
        <w:br/>
        <w:t>кошлатий вихор десь до яру ровом&lt;br /&gt;</w:t>
        <w:br/>
        <w:t>і гуком заглушив свого виття&lt;br /&gt;</w:t>
        <w:br/>
        <w:t>об дишель мокрий орчиків биття.</w:t>
      </w:r>
    </w:p>
    <w:p>
      <w:r>
        <w:br/>
        <w:t>441.&lt;br /&gt;</w:t>
        <w:br/>
        <w:t>І, гей, яку то радість серце має&lt;br /&gt;</w:t>
        <w:br/>
        <w:t>писати тільки щиро про той люд,&lt;br /&gt;</w:t>
        <w:br/>
        <w:t>який собі подібного спасає&lt;br /&gt;</w:t>
        <w:br/>
        <w:t>від цупко смертю висуканих пут,&lt;br /&gt;</w:t>
        <w:br/>
        <w:t>бо нашій бідній тямі милим краєм&lt;br /&gt;</w:t>
        <w:br/>
        <w:t>здається і Господній Страшний Суд,&lt;br /&gt;</w:t>
        <w:br/>
        <w:t>де нам єдиним чином може совість&lt;br /&gt;</w:t>
        <w:br/>
        <w:t>врятує від ганьби життьову повість!..</w:t>
      </w:r>
    </w:p>
    <w:p>
      <w:r>
        <w:br/>
        <w:t>Я відчуваю на душі вагу щоденного&lt;br /&gt;</w:t>
        <w:br/>
        <w:t>і непорушність думки,&lt;br /&gt;</w:t>
        <w:br/>
        <w:t>навколо бачу я жорстокий світ,&lt;br /&gt;</w:t>
        <w:br/>
        <w:t>в якому видаюся за ніщо.&lt;br /&gt;</w:t>
        <w:br/>
        <w:t>Байрон.</w:t>
      </w:r>
    </w:p>
    <w:p>
      <w:r>
        <w:br/>
        <w:t>ЧАСТИНА ТРЕТЯ&lt;br /&gt;</w:t>
        <w:br/>
        <w:t>ПРОЯСЕНЬ :&lt;br /&gt;</w:t>
        <w:br/>
        <w:t>У людськім племені "Віща Птиця" убили царя. І воно мало&lt;br /&gt;</w:t>
        <w:br/>
        <w:t>звичай тільки того робити наступним царем, хто знайде убійни-&lt;br /&gt;</w:t>
        <w:br/>
        <w:t>ка царського. І щороку оголошувано на широкому майдані перед&lt;br /&gt;</w:t>
        <w:br/>
        <w:t>народом: "Пора вже нам мати царя. І хто знайде царського&lt;br /&gt;</w:t>
        <w:br/>
        <w:t>убійника, той цар". Так пройшло дзадцять років. І голова на-&lt;br /&gt;</w:t>
        <w:br/>
        <w:t>родніх зборів племени "Віща Птиця" прийшов додому і взявши&lt;br /&gt;</w:t>
        <w:br/>
        <w:t>за руку свою жінку, ввійшов до сина в кімнату і спитав його:&lt;br /&gt;</w:t>
        <w:br/>
        <w:t>"Хочеш бути за царя?" А син, двадцятип'ятилітній юнак, відповів:&lt;br /&gt;</w:t>
        <w:br/>
        <w:t>"Хочу". Мати зараз в себе з пазухи витягла хусточку і з неї&lt;br /&gt;</w:t>
        <w:br/>
        <w:t>подала перстень юнакові: "Це царський перстень, надінь, вій&lt;br /&gt;</w:t>
        <w:br/>
        <w:t>твій". І вслід за цим голова народніх зборів став навколішки і по-&lt;br /&gt;</w:t>
        <w:br/>
        <w:t>тяг дружину стати та й проказав: "Убий нас, батька свого й ма-&lt;br /&gt;</w:t>
        <w:br/>
        <w:t>тір, ми убійники царя. Як ти був маленький, цар був украв твою&lt;br /&gt;</w:t>
        <w:br/>
        <w:t>матір і тікав з нею колісницею. Я застрелив його з лука. І похо-&lt;br /&gt;</w:t>
        <w:br/>
        <w:t>вали ми його з матір'ю у садибі під явором. Той перстень, що&lt;br /&gt;</w:t>
        <w:br/>
        <w:t>ти надів, скаже народові про душогубців". І син відповів: "Коли&lt;br /&gt;</w:t>
        <w:br/>
        <w:t>треба убити любов, завдяки якій я дихаю на цім світі, то я не&lt;br /&gt;</w:t>
        <w:br/>
        <w:t>хочу бути царем" ... І встали батько з матір'ю на ноги, і батько&lt;br /&gt;</w:t>
        <w:br/>
        <w:t>вимовив: "Як так, то тікаймо з рідного племени, бо я не хочу,&lt;br /&gt;</w:t>
        <w:br/>
        <w:t>аби була людина і та убійником царським, про яку я думав, як&lt;br /&gt;</w:t>
        <w:br/>
        <w:t>про майбутнього царя"... І вони виїхали на двох колісницях за&lt;br /&gt;</w:t>
        <w:br/>
        <w:t>межі племени "Віщая Птиця". І як кидали свою садибу, то страш-&lt;br /&gt;</w:t>
        <w:br/>
        <w:t>но шумів явір над похованим царем, немов нагадуючи втікачам&lt;br /&gt;</w:t>
        <w:br/>
        <w:t>про те, що той, хто не вбиває любов, мусить носити перстень ца&lt;br /&gt;</w:t>
        <w:br/>
        <w:t>ря і бути похожим на царського убійника...</w:t>
      </w:r>
    </w:p>
    <w:p>
      <w:r>
        <w:br/>
        <w:t>КРЕМЛЬ</w:t>
      </w:r>
    </w:p>
    <w:p>
      <w:r>
        <w:br/>
        <w:t>442.&lt;br /&gt;</w:t>
        <w:br/>
        <w:t>В Московський Кремль, неначе в Бринський ліс,&lt;br /&gt;</w:t>
        <w:br/>
        <w:t>хилився в квітні місяць із просторів&lt;br /&gt;</w:t>
        <w:br/>
        <w:t>і, ключ пустивши із своїх коліс&lt;br /&gt;</w:t>
        <w:br/>
        <w:t>через бескеття та сліпучі зорі,&lt;br /&gt;</w:t>
        <w:br/>
        <w:t>ударив ним об лінії завіс&lt;br /&gt;</w:t>
        <w:br/>
        <w:t>фортеці давньої, як ніч надворі, —&lt;br /&gt;</w:t>
        <w:br/>
        <w:t>і двері відчинилися Кремля&lt;br /&gt;</w:t>
        <w:br/>
        <w:t>аж залунала в камені земля.&lt;br /&gt;</w:t>
        <w:br/>
        <w:t>443.&lt;br /&gt;</w:t>
        <w:br/>
        <w:t>І вскочило із міста ледве чути&lt;br /&gt;</w:t>
        <w:br/>
        <w:t>скаженим рухом кинуте авто,&lt;br /&gt;</w:t>
        <w:br/>
        <w:t>і полетіло на той шлях забутий,&lt;br /&gt;</w:t>
        <w:br/>
        <w:t>що громом вигравав під копитом&lt;br /&gt;</w:t>
        <w:br/>
        <w:t>колись коня Скуратова Малюти,&lt;br /&gt;</w:t>
        <w:br/>
        <w:t>коли з опричниною він гуртом&lt;br /&gt;</w:t>
        <w:br/>
        <w:t>опівночі крамолу мчав ловити,&lt;br /&gt;</w:t>
        <w:br/>
        <w:t>веселий, буйний і несамовитий.</w:t>
      </w:r>
    </w:p>
    <w:p>
      <w:r>
        <w:br/>
        <w:t>444.&lt;br /&gt;</w:t>
        <w:br/>
        <w:t>І зупинило свій шалений рух&lt;br /&gt;</w:t>
        <w:br/>
        <w:t>біля Петровського старого замку,&lt;br /&gt;</w:t>
        <w:br/>
        <w:t>який із себе східці лив на брук,&lt;br /&gt;</w:t>
        <w:br/>
        <w:t>мов хвилю водоспад безперестанку —&lt;br /&gt;</w:t>
        <w:br/>
        <w:t>і в перехрестях шкіряних попруг&lt;br /&gt;</w:t>
        <w:br/>
        <w:t>зійшов москаль з авта, а наостанку&lt;br /&gt;</w:t>
        <w:br/>
        <w:t>стрункий інтелігент. Вояка — клац,&lt;br /&gt;</w:t>
        <w:br/>
        <w:t>і рушили по східцях у палац,</w:t>
      </w:r>
    </w:p>
    <w:p>
      <w:r>
        <w:br/>
        <w:t>445.&lt;br /&gt;</w:t>
        <w:br/>
        <w:t>де у світлиці темній, таємничій&lt;br /&gt;</w:t>
        <w:br/>
        <w:t>від перських килимів і від портьєр&lt;br /&gt;</w:t>
        <w:br/>
        <w:t>біля стола стояв сам будівничий&lt;br /&gt;</w:t>
        <w:br/>
        <w:t>революційних російських химер;&lt;br /&gt;</w:t>
        <w:br/>
        <w:t>а поруч товщий, мабуть, аж у тричі&lt;br /&gt;</w:t>
        <w:br/>
        <w:t>в шанобній вистаті Дем'ян завмер.&lt;br /&gt;</w:t>
        <w:br/>
        <w:t>Обидва, споглядаючи на двері,&lt;br /&gt;</w:t>
        <w:br/>
        <w:t>мовчали, наче тіні на портьєрі.</w:t>
      </w:r>
    </w:p>
    <w:p>
      <w:r>
        <w:br/>
        <w:t>446.&lt;br /&gt;</w:t>
        <w:br/>
        <w:t>У першого летіли на чолі&lt;br /&gt;</w:t>
        <w:br/>
        <w:t>жорстокі брови, як орлиний пазур,&lt;br /&gt;</w:t>
        <w:br/>
        <w:t>і гук Москви, і крики вівчарів&lt;br /&gt;</w:t>
        <w:br/>
        <w:t>із щілини Дар'яльської Кавказу,&lt;br /&gt;</w:t>
        <w:br/>
        <w:t>і завивання пса, що очамрів&lt;br /&gt;</w:t>
        <w:br/>
        <w:t>від довгого розпачливого лазу,&lt;br /&gt;</w:t>
        <w:br/>
        <w:t>шукаючи з аулів хоч примар&lt;br /&gt;</w:t>
        <w:br/>
        <w:t>між тінями осмалених чинар.&lt;br /&gt;</w:t>
        <w:br/>
        <w:t>447.&lt;br /&gt;</w:t>
        <w:br/>
        <w:t>І розхилилася запона давня,&lt;br /&gt;</w:t>
        <w:br/>
        <w:t>і став москаль, а з ним інтеліґент,&lt;br /&gt;</w:t>
        <w:br/>
        <w:t>і тиша розітнулася остання:&lt;br /&gt;</w:t>
        <w:br/>
        <w:t>Кесар&lt;br /&gt;</w:t>
        <w:br/>
        <w:t>"Це ви з південної Руси поет?"&lt;br /&gt;</w:t>
        <w:br/>
        <w:t>Поет&lt;br /&gt;</w:t>
        <w:br/>
        <w:t>"Хіба сюди у розбишацький стан я,&lt;br /&gt;</w:t>
        <w:br/>
        <w:t>немов сніжинка без мети в замет,&lt;br /&gt;</w:t>
        <w:br/>
        <w:t>упав ? . . Чи може тут геть все корисне,&lt;br /&gt;</w:t>
        <w:br/>
        <w:t>аби глумитися із нас нагмисне?.. "</w:t>
      </w:r>
    </w:p>
    <w:p>
      <w:r>
        <w:br/>
        <w:t>Кесар&lt;br /&gt;</w:t>
        <w:br/>
        <w:t>448.&lt;br /&gt;</w:t>
        <w:br/>
        <w:t>"Затямте на чиїй ви тут горі..."</w:t>
      </w:r>
    </w:p>
    <w:p>
      <w:r>
        <w:br/>
        <w:t>Поет&lt;br /&gt;</w:t>
        <w:br/>
        <w:t>"Не потребує істина престолу&lt;br /&gt;</w:t>
        <w:br/>
        <w:t>для величі своєї, мов царі,&lt;br /&gt;</w:t>
        <w:br/>
        <w:t>ані в занедбаній хатині долу&lt;br /&gt;</w:t>
        <w:br/>
        <w:t>понизити вечірній хід зорі. ..&lt;br /&gt;</w:t>
        <w:br/>
        <w:t>І я, зійшовши з птахом на стодолу,&lt;br /&gt;</w:t>
        <w:br/>
        <w:t>її у хмарах тихо серцем брав,&lt;br /&gt;</w:t>
        <w:br/>
        <w:t>а з ліхтарем біля підземних брам".</w:t>
      </w:r>
    </w:p>
    <w:p>
      <w:r>
        <w:br/>
        <w:t>449.&lt;br /&gt;</w:t>
        <w:br/>
        <w:t>Примружив Кесар очі, як у тигра,&lt;br /&gt;</w:t>
        <w:br/>
        <w:t>аж холодом повіяло звідтіль,&lt;br /&gt;</w:t>
        <w:br/>
        <w:t>яким виблискує досвітня крига&lt;br /&gt;</w:t>
        <w:br/>
        <w:t>серед весінніх дуже ранніх піль,&lt;br /&gt;</w:t>
        <w:br/>
        <w:t>коли північний вітер люттю диха&lt;br /&gt;</w:t>
        <w:br/>
        <w:t>і мчить по небі птахи звідусіль,&lt;br /&gt;</w:t>
        <w:br/>
        <w:t>і розбиває їх об гострі гори&lt;br /&gt;</w:t>
        <w:br/>
        <w:t>і скачує по скелях з гір у море:&lt;br /&gt;</w:t>
        <w:br/>
        <w:t>Кесар&lt;br /&gt;</w:t>
        <w:br/>
        <w:t>450.&lt;br /&gt;</w:t>
        <w:br/>
        <w:t>"Поете, я не Тамерлан чи Кір,&lt;br /&gt;</w:t>
        <w:br/>
        <w:t>але і в жовтій глині Казахстану,&lt;br /&gt;</w:t>
        <w:br/>
        <w:t>і там, де на Уралі виє звір,&lt;br /&gt;</w:t>
        <w:br/>
        <w:t>і у Тайгу, і за Байкал дістану&lt;br /&gt;</w:t>
        <w:br/>
        <w:t>зірвати нації з-під рідних зір&lt;br /&gt;</w:t>
        <w:br/>
        <w:t>і кинути на згубну путь останню,&lt;br /&gt;</w:t>
        <w:br/>
        <w:t>порозбивавши стріли залізниць&lt;br /&gt;</w:t>
        <w:br/>
        <w:t>колесами і куксами ступиць.</w:t>
      </w:r>
    </w:p>
    <w:p>
      <w:r>
        <w:br/>
        <w:t>451.&lt;br /&gt;</w:t>
        <w:br/>
        <w:t>І загачу широкі ріки ними,&lt;br /&gt;</w:t>
        <w:br/>
        <w:t>аж води закиплять у берегах,&lt;br /&gt;</w:t>
        <w:br/>
        <w:t>і мул піднімуть на високі ниви,&lt;br /&gt;</w:t>
        <w:br/>
        <w:t>кушир розгублюючи по борах,&lt;br /&gt;</w:t>
        <w:br/>
        <w:t>а рев машин і кінський зик і гриви,&lt;br /&gt;</w:t>
        <w:br/>
        <w:t>і скрип коліс, і ярем на биках&lt;br /&gt;</w:t>
        <w:br/>
        <w:t>шумітимуть, як велетенське море,&lt;br /&gt;</w:t>
        <w:br/>
        <w:t>що полум'ям бори в Сибірі боре.</w:t>
      </w:r>
    </w:p>
    <w:p>
      <w:r>
        <w:br/>
        <w:t>452.&lt;br /&gt;</w:t>
        <w:br/>
        <w:t>І пил стоятиме до всіх границь,&lt;br /&gt;</w:t>
        <w:br/>
        <w:t>лягаючи на зелень і на води,&lt;br /&gt;</w:t>
        <w:br/>
        <w:t>і попід хмарами на крила птиць,&lt;br /&gt;</w:t>
        <w:br/>
        <w:t>і на сичущі, і плазущі скоти&lt;br /&gt;</w:t>
        <w:br/>
        <w:t>рівняючи до каменю гробниць&lt;br /&gt;</w:t>
        <w:br/>
        <w:t>лице прекрасне матері-природи,&lt;br /&gt;</w:t>
        <w:br/>
        <w:t>а людський і тваринний бруд і піт&lt;br /&gt;</w:t>
        <w:br/>
        <w:t>смердітимуть заразою на світ.</w:t>
      </w:r>
    </w:p>
    <w:p>
      <w:r>
        <w:br/>
        <w:t>453.&lt;br /&gt;</w:t>
        <w:br/>
        <w:t>І не засвітять сонце, ані місяць,&lt;br /&gt;</w:t>
        <w:br/>
        <w:t>жовтіючи в летючому піску,&lt;br /&gt;</w:t>
        <w:br/>
        <w:t>і племена самі себе замісять&lt;br /&gt;</w:t>
        <w:br/>
        <w:t>в орду розлюченого загалу,&lt;br /&gt;</w:t>
        <w:br/>
        <w:t>де кожного немов кати підвісять&lt;br /&gt;</w:t>
        <w:br/>
        <w:t>до куряви на зламану стрілу,&lt;br /&gt;</w:t>
        <w:br/>
        <w:t>щоб линули мільйонні бідолахи,&lt;br /&gt;</w:t>
        <w:br/>
        <w:t>неначе попрострелювані птахи,&lt;br /&gt;</w:t>
        <w:br/>
        <w:t>454.&lt;br /&gt;</w:t>
        <w:br/>
        <w:t>і ревищем води із-під млина&lt;br /&gt;</w:t>
        <w:br/>
        <w:t>аби кляли і на стежках, і втечах,&lt;br /&gt;</w:t>
        <w:br/>
        <w:t>як ваша давня приказка одна&lt;br /&gt;</w:t>
        <w:br/>
        <w:t>у головах юначих і старечих:&lt;br /&gt;</w:t>
        <w:br/>
        <w:t>"Не весело ногам, коли дурна&lt;br /&gt;</w:t>
        <w:br/>
        <w:t>керує ними голова на плечах" ...&lt;br /&gt;</w:t>
        <w:br/>
        <w:t>Та не зустріну зради чорну млу,&lt;br /&gt;</w:t>
        <w:br/>
        <w:t>бо я найвища частка загалу.</w:t>
      </w:r>
    </w:p>
    <w:p>
      <w:r>
        <w:br/>
        <w:t>455.&lt;br /&gt;</w:t>
        <w:br/>
        <w:t>Де я замру, то там і він не рушить,,&lt;br /&gt;</w:t>
        <w:br/>
        <w:t>а де чадить, то там і я горю,&lt;br /&gt;</w:t>
        <w:br/>
        <w:t>і бачу як у космосі ворушить&lt;br /&gt;</w:t>
        <w:br/>
        <w:t>та ваша правда кожную зорю...&lt;br /&gt;</w:t>
        <w:br/>
        <w:t>Але від істини самої мусить&lt;br /&gt;</w:t>
        <w:br/>
        <w:t>загинути мистецтво, говорю,&lt;br /&gt;</w:t>
        <w:br/>
        <w:t>і через те спирайтеся, поети,&lt;br /&gt;</w:t>
        <w:br/>
        <w:t>ще і на силу, що дають багнети..</w:t>
      </w:r>
    </w:p>
    <w:p>
      <w:r>
        <w:br/>
        <w:t>Поет&lt;br /&gt;</w:t>
        <w:br/>
        <w:t>456.&lt;br /&gt;</w:t>
        <w:br/>
        <w:t>"Де душогубство звільнене від пут&lt;br /&gt;</w:t>
        <w:br/>
        <w:t>сплюндровує пожежами оселі,&lt;br /&gt;</w:t>
        <w:br/>
        <w:t>спочатку ввесь повибивавши люд,&lt;br /&gt;</w:t>
        <w:br/>
        <w:t>щоб і без стріхи жадної і стелі&lt;br /&gt;</w:t>
        <w:br/>
        <w:t>вгрузали стіни у ямистий ґрунт&lt;br /&gt;</w:t>
        <w:br/>
        <w:t>прикиданої попелом пустелі&lt;br /&gt;</w:t>
        <w:br/>
        <w:t>і тільки щоб осмалені стовпи&lt;br /&gt;</w:t>
        <w:br/>
        <w:t>пристромлювали мовчазні степи,</w:t>
      </w:r>
    </w:p>
    <w:p>
      <w:r>
        <w:br/>
        <w:t>457.&lt;br /&gt;</w:t>
        <w:br/>
        <w:t>і де вночі по лютих кучугурах&lt;br /&gt;</w:t>
        <w:br/>
        <w:t>жене і хуґа і рвачкі вітри&lt;br /&gt;</w:t>
        <w:br/>
        <w:t>котів бездомних у кошлатих шкурах&lt;br /&gt;</w:t>
        <w:br/>
        <w:t>туди, де ліс понапинав шатри,&lt;br /&gt;</w:t>
        <w:br/>
        <w:t>так само і для тих, що кацапура&lt;br /&gt;</w:t>
        <w:br/>
        <w:t>повиганяв із рідної нори&lt;br /&gt;</w:t>
        <w:br/>
        <w:t>аби і крига, і звірина лапа&lt;br /&gt;</w:t>
        <w:br/>
        <w:t>спасли хоч там від щирости кацапа,&lt;br /&gt;</w:t>
        <w:br/>
        <w:t>458.&lt;br /&gt;</w:t>
        <w:br/>
        <w:t>і де хати ще цілі у селі&lt;br /&gt;</w:t>
        <w:br/>
        <w:t>через незнані плюндрівні закони,&lt;br /&gt;</w:t>
        <w:br/>
        <w:t>хоч з їх і викидали москалі&lt;br /&gt;</w:t>
        <w:br/>
        <w:t>і двері й лутки, й інші перепони,&lt;br /&gt;</w:t>
        <w:br/>
        <w:t>аби з найдальших моря і землі&lt;br /&gt;</w:t>
        <w:br/>
        <w:t>вітри влітали і важкі ворони,&lt;br /&gt;</w:t>
        <w:br/>
        <w:t>і ввесь чекістський усетлящий зір&lt;br /&gt;</w:t>
        <w:br/>
        <w:t>з прихованих долин і дальних гір, —</w:t>
      </w:r>
    </w:p>
    <w:p>
      <w:r>
        <w:br/>
        <w:t>459.&lt;br /&gt;</w:t>
        <w:br/>
        <w:t>там знебувається артист на силі,&lt;br /&gt;</w:t>
        <w:br/>
        <w:t>як і людина кинута з долин&lt;br /&gt;</w:t>
        <w:br/>
        <w:t>рукою велетенською на хвилі&lt;br /&gt;</w:t>
        <w:br/>
        <w:t>морські перемагати дальний рин,&lt;br /&gt;</w:t>
        <w:br/>
        <w:t>що роздається по одному схилі&lt;br /&gt;</w:t>
        <w:br/>
        <w:t>у неминучий розпач і загин,&lt;br /&gt;</w:t>
        <w:br/>
        <w:t>і хоч пливак і буде при могутті,&lt;br /&gt;</w:t>
        <w:br/>
        <w:t>але знесилений заллється в нурті.</w:t>
      </w:r>
    </w:p>
    <w:p>
      <w:r>
        <w:br/>
        <w:t>460.&lt;br /&gt;</w:t>
        <w:br/>
        <w:t>И ніхто його й ніде не знайде гріб&lt;br /&gt;</w:t>
        <w:br/>
        <w:t>й не висловить догадки, де він згинув,&lt;br /&gt;</w:t>
        <w:br/>
        <w:t>хоч він і не просина з пізніх кіп,&lt;br /&gt;</w:t>
        <w:br/>
        <w:t>яку запліскують дощі у глину.&lt;br /&gt;</w:t>
        <w:br/>
        <w:t>Бо ви, в людей віднявши волю й хліб,&lt;br /&gt;</w:t>
        <w:br/>
        <w:t>самих прете в загони, мов скотину,&lt;br /&gt;</w:t>
        <w:br/>
        <w:t>де дужчих зламуєте об поріг&lt;br /&gt;</w:t>
        <w:br/>
        <w:t>і в землищах привалюєте їх.</w:t>
      </w:r>
    </w:p>
    <w:p>
      <w:r>
        <w:br/>
        <w:t>461.&lt;br /&gt;</w:t>
        <w:br/>
        <w:t>І світ не знатиме того великий,&lt;br /&gt;</w:t>
        <w:br/>
        <w:t>хто відбивав зрівнялівську орду,&lt;br /&gt;</w:t>
        <w:br/>
        <w:t>тамуючи у серці муку й крики,&lt;br /&gt;</w:t>
        <w:br/>
        <w:t>аби не виявити там біду,&lt;br /&gt;</w:t>
        <w:br/>
        <w:t>яка говорить, що у час цей дикий,&lt;br /&gt;</w:t>
        <w:br/>
        <w:t>коли бажаєш думу молоду&lt;br /&gt;</w:t>
        <w:br/>
        <w:t>з'єднати, то з'єднаєшся з шпіоном&lt;br /&gt;</w:t>
        <w:br/>
        <w:t>і з Юдою зустрінешся поклоном..."&lt;br /&gt;</w:t>
        <w:br/>
        <w:t>Дем'ян&lt;br /&gt;</w:t>
        <w:br/>
        <w:t>462.&lt;br /&gt;</w:t>
        <w:br/>
        <w:t>"Це ж містика тіниста і важка,&lt;br /&gt;</w:t>
        <w:br/>
        <w:t>шановний український мій Камраде,&lt;br /&gt;</w:t>
        <w:br/>
        <w:t>що так підживлює робітника,&lt;br /&gt;</w:t>
        <w:br/>
        <w:t>неначе небо в полум'я закляте&lt;br /&gt;</w:t>
        <w:br/>
        <w:t>серед пустелі десь мандрівника&lt;br /&gt;</w:t>
        <w:br/>
        <w:t>уявою про джерело багате,&lt;br /&gt;</w:t>
        <w:br/>
        <w:t>коли не вартий навіть світ увесь&lt;br /&gt;</w:t>
        <w:br/>
        <w:t>одної краплі з дощових небес. ..</w:t>
      </w:r>
    </w:p>
    <w:p>
      <w:r>
        <w:br/>
        <w:t>463.&lt;br /&gt;</w:t>
        <w:br/>
        <w:t>Моя теорія куди простіша&lt;br /&gt;</w:t>
        <w:br/>
        <w:t>і відкриває широчінь питтю&lt;br /&gt;</w:t>
        <w:br/>
        <w:t>і лунам тим, що гоготали в нішах&lt;br /&gt;</w:t>
        <w:br/>
        <w:t>у Лавріях на ситую кутю,&lt;br /&gt;</w:t>
        <w:br/>
        <w:t>як танцювала Січ там найсвятіша,&lt;br /&gt;</w:t>
        <w:br/>
        <w:t>даючи молодецькому життю&lt;br /&gt;</w:t>
        <w:br/>
        <w:t>мету і філософію єдину&lt;br /&gt;</w:t>
        <w:br/>
        <w:t>від рання до смеркання й до загину!</w:t>
      </w:r>
    </w:p>
    <w:p>
      <w:r>
        <w:br/>
        <w:t>464.&lt;br /&gt;</w:t>
        <w:br/>
        <w:t>Вона рече: "Якбито ЕСЕСЕР&lt;br /&gt;</w:t>
        <w:br/>
        <w:t>зробила літака на кожну душу,&lt;br /&gt;</w:t>
        <w:br/>
        <w:t>і щоб колись, в неділю чи в четвер,&lt;br /&gt;</w:t>
        <w:br/>
        <w:t>всі літаки покинули враз сушу,&lt;br /&gt;</w:t>
        <w:br/>
        <w:t>і загурчав мільйонний пропелер,&lt;br /&gt;</w:t>
        <w:br/>
        <w:t>ламаючи під себе люту стужу,&lt;br /&gt;</w:t>
        <w:br/>
        <w:t>і голос владний з грізного Кремля&lt;br /&gt;</w:t>
        <w:br/>
        <w:t>гукнув: "Ану, скидайте відтіля,</w:t>
      </w:r>
    </w:p>
    <w:p>
      <w:r>
        <w:br/>
        <w:t>465.&lt;br /&gt;</w:t>
        <w:br/>
        <w:t>бо всі народи страждуть без напою!"&lt;br /&gt;</w:t>
        <w:br/>
        <w:t>І, наче із-під Господа яйце,&lt;br /&gt;</w:t>
        <w:br/>
        <w:t>літун усякий схилить під собою&lt;br /&gt;</w:t>
        <w:br/>
        <w:t>бочонок мідний до землі правцем,&lt;br /&gt;</w:t>
        <w:br/>
        <w:t>вже пробкою закубрений новою&lt;br /&gt;</w:t>
        <w:br/>
        <w:t>у Харківській броварні молодцем,&lt;br /&gt;</w:t>
        <w:br/>
        <w:t>аби із вашого ячменю пиво&lt;br /&gt;</w:t>
        <w:br/>
        <w:t>було збережене для всіх щасливо.&lt;br /&gt;</w:t>
        <w:br/>
        <w:t>466.&lt;br /&gt;</w:t>
        <w:br/>
        <w:t>І заревуть від пресвятих бочок&lt;br /&gt;</w:t>
        <w:br/>
        <w:t>і села і колгоспівські помости,&lt;br /&gt;</w:t>
        <w:br/>
        <w:t>бо Бог, як щойно тесаний кілок,&lt;br /&gt;</w:t>
        <w:br/>
        <w:t>новий, благий, без люті і корости,&lt;br /&gt;</w:t>
        <w:br/>
        <w:t>із неба цілого зробив шинок&lt;br /&gt;</w:t>
        <w:br/>
        <w:t>і напуває люд робочий простий,&lt;br /&gt;</w:t>
        <w:br/>
        <w:t>як манною колись то Єгова&lt;br /&gt;</w:t>
        <w:br/>
        <w:t>ледачого обранця годував.&lt;br /&gt;</w:t>
        <w:br/>
        <w:t>467.&lt;br /&gt;</w:t>
        <w:br/>
        <w:t>І ЕСЕСЕР, наситившися браги,&lt;br /&gt;</w:t>
        <w:br/>
        <w:t>за ніж ухопиться і за багнет&lt;br /&gt;</w:t>
        <w:br/>
        <w:t>і промінь місячний, сухий від заги,&lt;br /&gt;</w:t>
        <w:br/>
        <w:t>в залізі задзвенить, як очерет&lt;br /&gt;</w:t>
        <w:br/>
        <w:t>сухий, і заблищить із-над баклаги&lt;br /&gt;</w:t>
        <w:br/>
        <w:t>московський, славний батюшка кашкет —&lt;br /&gt;</w:t>
        <w:br/>
        <w:t>і всі народи рушать до границі&lt;br /&gt;</w:t>
        <w:br/>
        <w:t>вина вточити з панської пивниці" ...&lt;br /&gt;</w:t>
        <w:br/>
        <w:t>Поет&lt;br /&gt;</w:t>
        <w:br/>
        <w:t>468.&lt;br /&gt;</w:t>
        <w:br/>
        <w:t>"Я волі хочу . .."&lt;br /&gt;</w:t>
        <w:br/>
        <w:t>Кесар&lt;br /&gt;</w:t>
        <w:br/>
        <w:t>"Що ж? .. Гаразд і так...&lt;br /&gt;</w:t>
        <w:br/>
        <w:t>І ти, Редакторе, з ним їдь одразу,&lt;br /&gt;</w:t>
        <w:br/>
        <w:t>але поет, як і найбільший птах,&lt;br /&gt;</w:t>
        <w:br/>
        <w:t>що небеса несе з-понад Кавказу,&lt;br /&gt;</w:t>
        <w:br/>
        <w:t>нехай на мовчазних льодовиках&lt;br /&gt;</w:t>
        <w:br/>
        <w:t>по власній волі п'є струмочки часу,&lt;br /&gt;</w:t>
        <w:br/>
        <w:t>а щойно знизиться у гурт "комси",&lt;br /&gt;</w:t>
        <w:br/>
        <w:t>то витимуть про волю тільки пси!"&lt;br /&gt;</w:t>
        <w:br/>
        <w:t>469.&lt;br /&gt;</w:t>
        <w:br/>
        <w:t>І непомітно дав ознаку оком&lt;br /&gt;</w:t>
        <w:br/>
        <w:t>до вишикуваного москаля,&lt;br /&gt;</w:t>
        <w:br/>
        <w:t>бо той, назад рішуче ставши кроком,&lt;br /&gt;</w:t>
        <w:br/>
        <w:t>і так, як у саду важке гілля,&lt;br /&gt;</w:t>
        <w:br/>
        <w:t>запону швидко розгорнув широку&lt;br /&gt;</w:t>
        <w:br/>
        <w:t>та й проказав рішуче відтіля:&lt;br /&gt;</w:t>
        <w:br/>
        <w:t>"Марш на авто" ... І в давньому палаці&lt;br /&gt;</w:t>
        <w:br/>
        <w:t>лишився в самотині владник націй.&lt;br /&gt;</w:t>
        <w:br/>
        <w:t>470.&lt;br /&gt;</w:t>
        <w:br/>
        <w:t>І зазирав крізь мур у далечінь,&lt;br /&gt;</w:t>
        <w:br/>
        <w:t>і мовчки виряджав думками гостя&lt;br /&gt;</w:t>
        <w:br/>
        <w:t>потрібного, як місяць уночі,&lt;br /&gt;</w:t>
        <w:br/>
        <w:t>як мрія на душевних високостях,&lt;br /&gt;</w:t>
        <w:br/>
        <w:t>але і в самовладця на мечі&lt;br /&gt;</w:t>
        <w:br/>
        <w:t>високі журавлі гнізда не мостять,&lt;br /&gt;</w:t>
        <w:br/>
        <w:t>і на налигачі не водять їх&lt;br /&gt;</w:t>
        <w:br/>
        <w:t>орати в січні під Москвою сніг.</w:t>
      </w:r>
    </w:p>
    <w:p>
      <w:r>
        <w:br/>
        <w:t>471.&lt;br /&gt;</w:t>
        <w:br/>
        <w:t>За Воробйові гори місяць канув,&lt;br /&gt;</w:t>
        <w:br/>
        <w:t>і почорніло небо в височінь,&lt;br /&gt;</w:t>
        <w:br/>
        <w:t>але в широкім царстві океану&lt;br /&gt;</w:t>
        <w:br/>
        <w:t>ясніли з хвилі золоті ключі,&lt;br /&gt;</w:t>
        <w:br/>
        <w:t>яких ніхто і я вже не дістану&lt;br /&gt;</w:t>
        <w:br/>
        <w:t>відперти Кремль чи ЕДЄНЬ, чи уночі,&lt;br /&gt;</w:t>
        <w:br/>
        <w:t>з якого ось, мов буря з гір соснину,&lt;br /&gt;</w:t>
        <w:br/>
        <w:t>автом хтось, дуже розмахнувшись, кинув.</w:t>
      </w:r>
    </w:p>
    <w:p>
      <w:r>
        <w:br/>
        <w:t>472.&lt;br /&gt;</w:t>
        <w:br/>
        <w:t>И воно летить дорогою з Москви&lt;br /&gt;</w:t>
        <w:br/>
        <w:t>на південь крізь туман важкий лісами,&lt;br /&gt;</w:t>
        <w:br/>
        <w:t>а вслід за ним велика тінь сови&lt;br /&gt;</w:t>
        <w:br/>
        <w:t>летить пониженими небесами.&lt;br /&gt;</w:t>
        <w:br/>
        <w:t>Через місток шарахне лісовий&lt;br /&gt;</w:t>
        <w:br/>
        <w:t>авто та й мчить колесами, мов псами,&lt;br /&gt;</w:t>
        <w:br/>
        <w:t>а птах без шелесту летить, летить,&lt;br /&gt;</w:t>
        <w:br/>
        <w:t>наздоганяючи останню мить.</w:t>
      </w:r>
    </w:p>
    <w:p>
      <w:r>
        <w:br/>
        <w:t>473.&lt;br /&gt;</w:t>
        <w:br/>
        <w:t>А на Кремлівських стінах темні липи&lt;br /&gt;</w:t>
        <w:br/>
        <w:t>держать прикований до себе люд,&lt;br /&gt;</w:t>
        <w:br/>
        <w:t>який глядить розхитаної диби&lt;br /&gt;</w:t>
        <w:br/>
        <w:t>несамостійним націям зусюд,&lt;br /&gt;</w:t>
        <w:br/>
        <w:t>і так вигукує, неначе скрипи&lt;br /&gt;</w:t>
        <w:br/>
        <w:t>катівні знов когось уже трясуть:&lt;br /&gt;</w:t>
        <w:br/>
        <w:t>"Пильнуй!" І піднімає на дороги&lt;br /&gt;</w:t>
        <w:br/>
        <w:t>луна смугнасті, розголосі роги...&lt;br /&gt;</w:t>
        <w:br/>
        <w:t>ПРОЯСЕНЬ:&lt;br /&gt;</w:t>
        <w:br/>
        <w:t>І жив у Китайщині коло одного міста старий Чаклун, а люди&lt;br /&gt;</w:t>
        <w:br/>
        <w:t>гадали, що то святий схимник. І привів до нього молодий сту-&lt;br /&gt;</w:t>
        <w:br/>
        <w:t>дент молоду повію та й попрохав: "Звінчайте нас, бо я її люб-&lt;br /&gt;</w:t>
        <w:br/>
        <w:t>лю''. — "А з чого ж ви житимете?" спитався Чаклун, "бож вона&lt;br /&gt;</w:t>
        <w:br/>
        <w:t>похожа на пелюстки троянди, розвіяні осіннім вітром, а ти на&lt;br /&gt;</w:t>
        <w:br/>
        <w:t>стовбурець, коло якого трималися колись розвіяні пелюстки". А&lt;br /&gt;</w:t>
        <w:br/>
        <w:t>студент: "Я маю силу-силенну тем і буду писати повісті". А&lt;br /&gt;</w:t>
        <w:br/>
        <w:t>Чаклун йому зауважив: "Багато тем для одного письменницького&lt;br /&gt;</w:t>
        <w:br/>
        <w:t>серця те саме, що для діптянки випадкові стрічні любосники. І я&lt;br /&gt;</w:t>
        <w:br/>
        <w:t>кажу, що ти ні однієї доброї повісти не напишеш, і я не хочу&lt;br /&gt;</w:t>
        <w:br/>
        <w:t>тебе, сину, вінчати"... І студент знов сказав: ,,Я її люблю"... А&lt;br /&gt;</w:t>
        <w:br/>
        <w:t>Чаклун йому: "Не можна любити багато, бо вулична дівчина —&lt;br /&gt;</w:t>
        <w:br/>
        <w:t>це тисячі, а хто каже, що любить тисячі, то й одного не любить".&lt;br /&gt;</w:t>
        <w:br/>
        <w:t>А Студент: "Я вб'ю тебе". Чаклун зареготався та й промовив:&lt;br /&gt;</w:t>
        <w:br/>
        <w:t>"Убивай, і в тебе буде одна тема, і ти напишеш гарну повість,&lt;br /&gt;</w:t>
        <w:br/>
        <w:t>якщо тисячі не гукнуть про тобою сподіяне" . . І витяг із-за&lt;br /&gt;</w:t>
        <w:br/>
        <w:t>пояса з-під ряси пістоль і простяг студентові. І Студент жахнув-&lt;br /&gt;</w:t>
        <w:br/>
        <w:t>ся і в нестямі побіг від нього праворуч, забувши і про дівчи-&lt;br /&gt;</w:t>
        <w:br/>
        <w:t>ну... І Чаклун зник, ніби його й не було. Тільки бідна діптяночка&lt;br /&gt;</w:t>
        <w:br/>
        <w:t>стояла непорушною, не можучи отямитися. І була така бідненька&lt;br /&gt;</w:t>
        <w:br/>
        <w:t>та нещасна, що ніхто не подумав би, то це тисячі, і разом із&lt;br /&gt;</w:t>
        <w:br/>
        <w:t>цією думкою не поставив би всім відому істину, що в світі ба-&lt;br /&gt;</w:t>
        <w:br/>
        <w:t>гацько всього, та світ один з Єдиним своїм Автором.</w:t>
      </w:r>
    </w:p>
    <w:p>
      <w:r>
        <w:br/>
        <w:t>СТАНКИ</w:t>
      </w:r>
    </w:p>
    <w:p>
      <w:r>
        <w:br/>
        <w:t>474.&lt;br /&gt;</w:t>
        <w:br/>
        <w:t>О, дівчино, царице мрій моїх,&lt;br /&gt;</w:t>
        <w:br/>
        <w:t>у тебе опрощення я благаю&lt;br /&gt;</w:t>
        <w:br/>
        <w:t>за мій єдиний і найтяжчий гріх,&lt;br /&gt;</w:t>
        <w:br/>
        <w:t>що із святині серця посилаю&lt;br /&gt;</w:t>
        <w:br/>
        <w:t>твій образ на розпутище доріг,&lt;br /&gt;</w:t>
        <w:br/>
        <w:t>де не готують варива з розмаю,&lt;br /&gt;</w:t>
        <w:br/>
        <w:t>а тільки ллють іржі в каламдрі&lt;br /&gt;</w:t>
        <w:br/>
        <w:t>тії, що пера скапують старі.&lt;br /&gt;</w:t>
        <w:br/>
        <w:t>475.&lt;br /&gt;</w:t>
        <w:br/>
        <w:t>Редакція підводить свій будинок,&lt;br /&gt;</w:t>
        <w:br/>
        <w:t>немов гієна голову з могил,&lt;br /&gt;</w:t>
        <w:br/>
        <w:t>якій у пащу кидають, як з вилок,&lt;br /&gt;</w:t>
        <w:br/>
        <w:t>широкі вулиці людей і пил&lt;br /&gt;</w:t>
        <w:br/>
        <w:t>коліс возових, дим автомашинок,&lt;br /&gt;</w:t>
        <w:br/>
        <w:t>комуністичний без'язикий вир,&lt;br /&gt;</w:t>
        <w:br/>
        <w:t>що, перетлівши в животі гієни,&lt;br /&gt;</w:t>
        <w:br/>
        <w:t>блищить з газети чоботом воєнним.</w:t>
      </w:r>
    </w:p>
    <w:p>
      <w:r>
        <w:br/>
        <w:t>476.&lt;br /&gt;</w:t>
        <w:br/>
        <w:t>Вона у жовтих мурах серед стін&lt;br /&gt;</w:t>
        <w:br/>
        <w:t>на поверсі четвертому міститься,&lt;br /&gt;</w:t>
        <w:br/>
        <w:t>а в ній диван, стільці, червоний стіл&lt;br /&gt;</w:t>
        <w:br/>
        <w:t>і шахва з книгами, і зверху птиця&lt;br /&gt;</w:t>
        <w:br/>
        <w:t>звела до лету крила у простір&lt;br /&gt;</w:t>
        <w:br/>
        <w:t>і вклякла, і її скляна зіниця&lt;br /&gt;</w:t>
        <w:br/>
        <w:t>неначе каже, що високий дух&lt;br /&gt;</w:t>
        <w:br/>
        <w:t>літання вільного давно потух.</w:t>
      </w:r>
    </w:p>
    <w:p>
      <w:r>
        <w:br/>
        <w:t>477.&lt;br /&gt;</w:t>
        <w:br/>
        <w:t>У кріслі ж тім, що китиці на звісах,&lt;br /&gt;</w:t>
        <w:br/>
        <w:t>терпляче ждала дівчина якась,&lt;br /&gt;</w:t>
        <w:br/>
        <w:t>струнка й русява, й чиста, як із ліса&lt;br /&gt;</w:t>
        <w:br/>
        <w:t>луна у поле в передсвітній час,&lt;br /&gt;</w:t>
        <w:br/>
        <w:t>і ніжна-ніжна, що якби гульвіса&lt;br /&gt;</w:t>
        <w:br/>
        <w:t>торкнувся їй об перса хоч би раз —&lt;br /&gt;</w:t>
        <w:br/>
        <w:t>вона б спахнула, слізьми залилася&lt;br /&gt;</w:t>
        <w:br/>
        <w:t>і, як богиня, гнівно підвелася.</w:t>
      </w:r>
    </w:p>
    <w:p>
      <w:r>
        <w:br/>
        <w:t>478.&lt;br /&gt;</w:t>
        <w:br/>
        <w:t>І двері відчинилися руді,&lt;br /&gt;</w:t>
        <w:br/>
        <w:t>немов злинялий прапор на ,совєті",&lt;br /&gt;</w:t>
        <w:br/>
        <w:t>і дівчина не тільки по ході,&lt;br /&gt;</w:t>
        <w:br/>
        <w:t>але впізнала й по такій прикметі&lt;br /&gt;</w:t>
        <w:br/>
        <w:t>редактора: у голій бороді&lt;br /&gt;</w:t>
        <w:br/>
        <w:t>бородавка, як муха на портреті&lt;br /&gt;</w:t>
        <w:br/>
        <w:t>сиділа в нього, а з кишень на світ&lt;br /&gt;</w:t>
        <w:br/>
        <w:t>газети випинали ввесь живіт.&lt;br /&gt;</w:t>
        <w:br/>
        <w:t>479.&lt;br /&gt;</w:t>
        <w:br/>
        <w:t>Від вітру так ніколи не тріпоче&lt;br /&gt;</w:t>
        <w:br/>
        <w:t>у вересні тополя золота,&lt;br /&gt;</w:t>
        <w:br/>
        <w:t>як шелестить у сукні стан дівочий&lt;br /&gt;</w:t>
        <w:br/>
        <w:t>і нам назустріч з крісла виліта,&lt;br /&gt;</w:t>
        <w:br/>
        <w:t>і серце чуле виспівати хоче&lt;br /&gt;</w:t>
        <w:br/>
        <w:t>словами крізь розтулені вуста,&lt;br /&gt;</w:t>
        <w:br/>
        <w:t>коли вони ворушаться й німують,&lt;br /&gt;</w:t>
        <w:br/>
        <w:t>хоч в серці он яку потугу чують:</w:t>
      </w:r>
    </w:p>
    <w:p>
      <w:r>
        <w:br/>
        <w:t>480.&lt;br /&gt;</w:t>
        <w:br/>
        <w:t>"Ну й тяжко — сміх, — ще повалюся з ніг!"&lt;br /&gt;</w:t>
        <w:br/>
        <w:t>нарешті проказала й притулила&lt;br /&gt;</w:t>
        <w:br/>
        <w:t>до скроні хусточку, мов перший сніг,&lt;br /&gt;</w:t>
        <w:br/>
        <w:t>що десь до сонця підійма могила&lt;br /&gt;</w:t>
        <w:br/>
        <w:t>над смугами блискучими доріг,&lt;br /&gt;</w:t>
        <w:br/>
        <w:t>уїжджених аж до морського гирла&lt;br /&gt;</w:t>
        <w:br/>
        <w:t>автами поодинці і в гурті&lt;br /&gt;</w:t>
        <w:br/>
        <w:t>з пашнею, мов краплинки золоті:</w:t>
      </w:r>
    </w:p>
    <w:p>
      <w:r>
        <w:br/>
        <w:t>481.&lt;br /&gt;</w:t>
        <w:br/>
        <w:t>"Свиридових поезій у крамниці&lt;br /&gt;</w:t>
        <w:br/>
        <w:t>ніде не попадається до рук,&lt;br /&gt;</w:t>
        <w:br/>
        <w:t>то може в вас цю книгу на полиці&lt;br /&gt;</w:t>
        <w:br/>
        <w:t>гризе організований пацюк?&lt;br /&gt;</w:t>
        <w:br/>
        <w:t>Дозвольте ж, як і випада дівиці,&lt;br /&gt;</w:t>
        <w:br/>
        <w:t>спасти поета від ганебних мук,&lt;br /&gt;</w:t>
        <w:br/>
        <w:t>а я студентка університету,&lt;br /&gt;</w:t>
        <w:br/>
        <w:t>прихильниця і драми і балету" . ..</w:t>
      </w:r>
    </w:p>
    <w:p>
      <w:r>
        <w:br/>
        <w:t>Редактор&lt;br /&gt;</w:t>
        <w:br/>
        <w:t>482.&lt;br /&gt;</w:t>
        <w:br/>
        <w:t>"Студентка ви? .. І сорому нема!&lt;br /&gt;</w:t>
        <w:br/>
        <w:t>Шукати найшкідливішую книгу,&lt;br /&gt;</w:t>
        <w:br/>
        <w:t>де містика пливе страшна, німа&lt;br /&gt;</w:t>
        <w:br/>
        <w:t>й несе у каламутних водах кригу&lt;br /&gt;</w:t>
        <w:br/>
        <w:t>до людського ледачого ума,&lt;br /&gt;</w:t>
        <w:br/>
        <w:t>аби там повалити греблю тиху&lt;br /&gt;</w:t>
        <w:br/>
        <w:t>ідеї, витканої з панських жил,&lt;br /&gt;</w:t>
        <w:br/>
        <w:t>і кинути серця в скептичний вир?&lt;br /&gt;</w:t>
        <w:br/>
        <w:t>483.&lt;br /&gt;</w:t>
        <w:br/>
        <w:t>Запхнути вас би відьмі у петельку ...&lt;br /&gt;</w:t>
        <w:br/>
        <w:t>Буржуї правду мали на мечі,&lt;br /&gt;</w:t>
        <w:br/>
        <w:t>а ми перестромили на виделку,&lt;br /&gt;</w:t>
        <w:br/>
        <w:t>з меча стікала кров і у кущі,&lt;br /&gt;</w:t>
        <w:br/>
        <w:t>а з нашої виделки тільки в пельку;&lt;br /&gt;</w:t>
        <w:br/>
        <w:t>і де герої дужчі — уночі&lt;br /&gt;</w:t>
        <w:br/>
        <w:t>про це собаки виють під тинами,&lt;br /&gt;</w:t>
        <w:br/>
        <w:t>чи стерва більше в нас чи під панами.</w:t>
      </w:r>
    </w:p>
    <w:p>
      <w:r>
        <w:br/>
        <w:t>484.&lt;br /&gt;</w:t>
        <w:br/>
        <w:t>Я теж нюхата псюка, як чорти,&lt;br /&gt;</w:t>
        <w:br/>
        <w:t>де світ відкинув горді сентименти,&lt;br /&gt;</w:t>
        <w:br/>
        <w:t>і кожду гидь геройську на гурти&lt;br /&gt;</w:t>
        <w:br/>
        <w:t>історики спасають нам від смерти,&lt;br /&gt;</w:t>
        <w:br/>
        <w:t>де вбив би я одну: "Мій Бруте, й ти?"&lt;br /&gt;</w:t>
        <w:br/>
        <w:t>бо недосвідчені такі студенти&lt;br /&gt;</w:t>
        <w:br/>
        <w:t>гадатимуть, що дружба і любов&lt;br /&gt;</w:t>
        <w:br/>
        <w:t>колись були, і вже не буде знов. . .</w:t>
      </w:r>
    </w:p>
    <w:p>
      <w:r>
        <w:br/>
        <w:t>485.&lt;br /&gt;</w:t>
        <w:br/>
        <w:t>Куди ж це ви? Дослухайте, дівице,&lt;br /&gt;</w:t>
        <w:br/>
        <w:t>бо ваш поет Свирид мовляє нам,&lt;br /&gt;</w:t>
        <w:br/>
        <w:t>що космос причепився вічним бильцем,&lt;br /&gt;</w:t>
        <w:br/>
        <w:t>як у крамниці до кілочка крам,&lt;br /&gt;</w:t>
        <w:br/>
        <w:t>до дум поетів. Слухайте ж, як дим цей&lt;br /&gt;</w:t>
        <w:br/>
        <w:t>курить смердючим чадом розумам" . ..&lt;br /&gt;</w:t>
        <w:br/>
        <w:t>і, витягши тоненьку книгу з шкіри,&lt;br /&gt;</w:t>
        <w:br/>
        <w:t>почав читати сум тяжкий без міри:</w:t>
      </w:r>
    </w:p>
    <w:p>
      <w:r>
        <w:br/>
        <w:t>486.&lt;br /&gt;</w:t>
        <w:br/>
        <w:t>"Немов на озері без берегів&lt;br /&gt;</w:t>
        <w:br/>
        <w:t>прозорий лід дзвінкий і нерухомий,&lt;br /&gt;</w:t>
        <w:br/>
        <w:t>на горній тиші вигаслих віків&lt;br /&gt;</w:t>
        <w:br/>
        <w:t>і на завмерлім, ніби вічність громі,&lt;br /&gt;</w:t>
        <w:br/>
        <w:t>прозорий мармур без кінця й країв&lt;br /&gt;</w:t>
        <w:br/>
        <w:t>пливе десь у безодньому огромі,&lt;br /&gt;</w:t>
        <w:br/>
        <w:t>і люди дивляться на висоту&lt;br /&gt;</w:t>
        <w:br/>
        <w:t>і небом звуть рухливу брилу ту.&lt;br /&gt;</w:t>
        <w:br/>
        <w:t>487.&lt;br /&gt;</w:t>
        <w:br/>
        <w:t>І скільки ока скинути, тим долом&lt;br /&gt;</w:t>
        <w:br/>
        <w:t>у діри урни спущено з небес,&lt;br /&gt;</w:t>
        <w:br/>
        <w:t>під вінце вхоплені перловим колом,&lt;br /&gt;</w:t>
        <w:br/>
        <w:t>аби не випали на землю десь.&lt;br /&gt;</w:t>
        <w:br/>
        <w:t>Над кожною по три колюмни голо&lt;br /&gt;</w:t>
        <w:br/>
        <w:t>стоять, мов білі стовбури берез,&lt;br /&gt;</w:t>
        <w:br/>
        <w:t>і їх не обвівав вітер-вихор,&lt;br /&gt;</w:t>
        <w:br/>
        <w:t>ані крило пташине летом тихо.</w:t>
      </w:r>
    </w:p>
    <w:p>
      <w:r>
        <w:br/>
        <w:t>488.&lt;br /&gt;</w:t>
        <w:br/>
        <w:t>До кожних трьох, над урною мов рот,&lt;br /&gt;</w:t>
        <w:br/>
        <w:t>розтулено пащеки з губ перлових&lt;br /&gt;</w:t>
        <w:br/>
        <w:t>й над ними пара висить сковород&lt;br /&gt;</w:t>
        <w:br/>
        <w:t>на повзнях срібних, довгих, ланцюгових,&lt;br /&gt;</w:t>
        <w:br/>
        <w:t>і днами сходяться без перешкод&lt;br /&gt;</w:t>
        <w:br/>
        <w:t>в діяметрах напевно триметрових,&lt;br /&gt;</w:t>
        <w:br/>
        <w:t>і в тій сковороді, що зверху в,&lt;br /&gt;</w:t>
        <w:br/>
        <w:t>лежить людина ниць і не встає.</w:t>
      </w:r>
    </w:p>
    <w:p>
      <w:r>
        <w:br/>
        <w:t>489.&lt;br /&gt;</w:t>
        <w:br/>
        <w:t>А сонце тихо понад небом широчіє,&lt;br /&gt;</w:t>
        <w:br/>
        <w:t>і крутиться колюмнам унапрям&lt;br /&gt;</w:t>
        <w:br/>
        <w:t>в той час, як над землею ніч ночіє&lt;br /&gt;</w:t>
        <w:br/>
        <w:t>і сон глядить громадам і роям,&lt;br /&gt;</w:t>
        <w:br/>
        <w:t>і з тих ярів, де сови і сичі є,&lt;br /&gt;</w:t>
        <w:br/>
        <w:t>виводить пару і туман полям,&lt;br /&gt;</w:t>
        <w:br/>
        <w:t>щоб мир вростав у серце і в травинку&lt;br /&gt;</w:t>
        <w:br/>
        <w:t>всьому живому, що на відпочинку.</w:t>
      </w:r>
    </w:p>
    <w:p>
      <w:r>
        <w:br/>
        <w:t>490.&lt;br /&gt;</w:t>
        <w:br/>
        <w:t>А сонце крутиться і від ставків&lt;br /&gt;</w:t>
        <w:br/>
        <w:t>пусті великі черепи, мов кручі,&lt;br /&gt;</w:t>
        <w:br/>
        <w:t>до себе тягне вгору до віків,&lt;br /&gt;</w:t>
        <w:br/>
        <w:t>що обернулися в вогні пекучі,&lt;br /&gt;</w:t>
        <w:br/>
        <w:t>ланцями тягне й загином гаків&lt;br /&gt;</w:t>
        <w:br/>
        <w:t>зачеплених не за кінці брязкучі&lt;br /&gt;</w:t>
        <w:br/>
        <w:t>а за дірки у черепах страшних,&lt;br /&gt;</w:t>
        <w:br/>
        <w:t>де сяли очі велетнів земних.&lt;br /&gt;</w:t>
        <w:br/>
        <w:t>491.&lt;br /&gt;</w:t>
        <w:br/>
        <w:t>А осідав від сонця кожний череп&lt;br /&gt;</w:t>
        <w:br/>
        <w:t>до вже знайомого свого станка,&lt;br /&gt;</w:t>
        <w:br/>
        <w:t>і зараз же до нього з ворушінням щелеп&lt;br /&gt;</w:t>
        <w:br/>
        <w:t>курдупель біг, похожий на панка,&lt;br /&gt;</w:t>
        <w:br/>
        <w:t>і брав на мідний невеличкий келеп&lt;br /&gt;</w:t>
        <w:br/>
        <w:t>смалкий шматок вогненного вінка,&lt;br /&gt;</w:t>
        <w:br/>
        <w:t>на котрім букви пробивали діри:&lt;br /&gt;</w:t>
        <w:br/>
        <w:t>"Це творчости святая книга віри".</w:t>
      </w:r>
    </w:p>
    <w:p>
      <w:r>
        <w:br/>
        <w:t>492.&lt;br /&gt;</w:t>
        <w:br/>
        <w:t>І в урну кидав під святі кружки,&lt;br /&gt;</w:t>
        <w:br/>
        <w:t>а потім келепом шматок світила&lt;br /&gt;</w:t>
        <w:br/>
        <w:t>розтовкував швиденько на грудки, —&lt;br /&gt;</w:t>
        <w:br/>
        <w:t>і переходила мовчуща сила&lt;br /&gt;</w:t>
        <w:br/>
        <w:t>в палання дошкульного язики,&lt;br /&gt;</w:t>
        <w:br/>
        <w:t>аж голую людину потом крила&lt;br /&gt;</w:t>
        <w:br/>
        <w:t>і ворушила звивами змії&lt;br /&gt;</w:t>
        <w:br/>
        <w:t>на полум'ї страшної печії.</w:t>
      </w:r>
    </w:p>
    <w:p>
      <w:r>
        <w:br/>
        <w:t>493.&lt;br /&gt;</w:t>
        <w:br/>
        <w:t>Та й дме вогонь з кожнісінької штуки&lt;br /&gt;</w:t>
        <w:br/>
        <w:t>і не вгаваючи пече й пече&lt;br /&gt;</w:t>
        <w:br/>
        <w:t>і наклубочує нестерпні муки&lt;br /&gt;</w:t>
        <w:br/>
        <w:t>тому, хто ще лежить і не втече.&lt;br /&gt;</w:t>
        <w:br/>
        <w:t>Коли ж, неначе лист в осінні гуки,&lt;br /&gt;</w:t>
        <w:br/>
        <w:t>затріпотить розпачливим плачем&lt;br /&gt;</w:t>
        <w:br/>
        <w:t>та із сковороди скакає дико,&lt;br /&gt;</w:t>
        <w:br/>
        <w:t>то гине у повітрі тільки криком.</w:t>
      </w:r>
    </w:p>
    <w:p>
      <w:r>
        <w:br/>
        <w:t>494.&lt;br /&gt;</w:t>
        <w:br/>
        <w:t>А вслід йому протяжний гук&lt;br /&gt;</w:t>
        <w:br/>
        <w:t>з усіх геть сковород скрізь рине вгору,&lt;br /&gt;</w:t>
        <w:br/>
        <w:t>і, вдарившися в над небесний лук&lt;br /&gt;</w:t>
        <w:br/>
        <w:t>блакитного бездонного простору,&lt;br /&gt;</w:t>
        <w:br/>
        <w:t>стихає там серед таємних мук&lt;br /&gt;</w:t>
        <w:br/>
        <w:t>комусь не висловленого докору:&lt;br /&gt;</w:t>
        <w:br/>
        <w:t>"О, горе нам, гурти вбивають ум —&lt;br /&gt;</w:t>
        <w:br/>
        <w:t>згасає зірка знов серед колюмн!"&lt;br /&gt;</w:t>
        <w:br/>
        <w:t>495.&lt;br /&gt;</w:t>
        <w:br/>
        <w:t>Тим часом урні затуляло пащу,&lt;br /&gt;</w:t>
        <w:br/>
        <w:t>бо вже сковорода, від тягару&lt;br /&gt;</w:t>
        <w:br/>
        <w:t>звільнившися, то нижчу, грубшу й важчу&lt;br /&gt;</w:t>
        <w:br/>
        <w:t>на повзнях опускала на діру,&lt;br /&gt;</w:t>
        <w:br/>
        <w:t>сама ж, уверх зійшовши на добрящу&lt;br /&gt;</w:t>
        <w:br/>
        <w:t>колюмни частку, зупиняла рух, —&lt;br /&gt;</w:t>
        <w:br/>
        <w:t>і міць свою вогонь губив палиму&lt;br /&gt;</w:t>
        <w:br/>
        <w:t>навіки в урні без нагару й диму.</w:t>
      </w:r>
    </w:p>
    <w:p>
      <w:r>
        <w:br/>
        <w:t>496.&lt;br /&gt;</w:t>
        <w:br/>
        <w:t>І потім знов затихлий голий люд&lt;br /&gt;</w:t>
        <w:br/>
        <w:t>вклякав на сковородах ниць по небі&lt;br /&gt;</w:t>
        <w:br/>
        <w:t>без звивів, стогону й без пут&lt;br /&gt;</w:t>
        <w:br/>
        <w:t>у заклятій страшній якійсь потребі,&lt;br /&gt;</w:t>
        <w:br/>
        <w:t>вогні під кожним гострий каламут&lt;br /&gt;</w:t>
        <w:br/>
        <w:t>клубочать, ніби на пшеничнім згребі&lt;br /&gt;</w:t>
        <w:br/>
        <w:t>і, обігнувши сковородам гін,&lt;br /&gt;</w:t>
        <w:br/>
        <w:t>розходяться безсліддям білих пін.</w:t>
      </w:r>
    </w:p>
    <w:p>
      <w:r>
        <w:br/>
        <w:t>497.&lt;br /&gt;</w:t>
        <w:br/>
        <w:t>Скрізь, на катівнях то сковородиних&lt;br /&gt;</w:t>
        <w:br/>
        <w:t>поети, що блукали на землі,&lt;br /&gt;</w:t>
        <w:br/>
        <w:t>шукаючи і правди і людини&lt;br /&gt;</w:t>
        <w:br/>
        <w:t>і мріям тиші — творчої ріллі,&lt;br /&gt;</w:t>
        <w:br/>
        <w:t>і марний час проклявши блуканини,&lt;br /&gt;</w:t>
        <w:br/>
        <w:t>заносили в труну свої жалі&lt;br /&gt;</w:t>
        <w:br/>
        <w:t>тоді, коли приплакали нещасні&lt;br /&gt;</w:t>
        <w:br/>
        <w:t>пектися досхочу за книги власні,</w:t>
      </w:r>
    </w:p>
    <w:p>
      <w:r>
        <w:br/>
        <w:t>498.&lt;br /&gt;</w:t>
        <w:br/>
        <w:t>в ознаку котрих ось на небесах&lt;br /&gt;</w:t>
        <w:br/>
        <w:t>ярять вогонь гурти курдуплів лютих,&lt;br /&gt;</w:t>
        <w:br/>
        <w:t>які колись були по городах,&lt;br /&gt;</w:t>
        <w:br/>
        <w:t>і грішми, і неправдою зіпсутих&lt;br /&gt;</w:t>
        <w:br/>
        <w:t>за критиків писак, що в вічний прах&lt;br /&gt;</w:t>
        <w:br/>
        <w:t>наважилися істину зіпхнути, —&lt;br /&gt;</w:t>
        <w:br/>
        <w:t>і хтось призволив там курдуплів цих&lt;br /&gt;</w:t>
        <w:br/>
        <w:t>робити муку за писання книг.&lt;br /&gt;</w:t>
        <w:br/>
        <w:t>499.&lt;br /&gt;</w:t>
        <w:br/>
        <w:t>А встане ніч на землю — вогку груду,&lt;br /&gt;</w:t>
        <w:br/>
        <w:t>і заблищать на небесах зірки,&lt;br /&gt;</w:t>
        <w:br/>
        <w:t>і степ замре від трактора і люду&lt;br /&gt;</w:t>
        <w:br/>
        <w:t>і випливуть із туманів церкви,&lt;br /&gt;</w:t>
        <w:br/>
        <w:t>і сич гукне з дзвіниці лунко гудом&lt;br /&gt;</w:t>
        <w:br/>
        <w:t>в далекий ліс, де сонні сплять галки, —&lt;br /&gt;</w:t>
        <w:br/>
        <w:t>то хто посміє проказати в горі,&lt;br /&gt;</w:t>
        <w:br/>
        <w:t>що то горять поети, а не зорі?</w:t>
      </w:r>
    </w:p>
    <w:p>
      <w:r>
        <w:br/>
        <w:t>500.&lt;br /&gt;</w:t>
        <w:br/>
        <w:t>І що сами не покидають мук&lt;br /&gt;</w:t>
        <w:br/>
        <w:t>на висічених долею рубінах,&lt;br /&gt;</w:t>
        <w:br/>
        <w:t>щоб небо не погасло, ніби гук&lt;br /&gt;</w:t>
        <w:br/>
        <w:t>сича на дальної дзвіниці стінах,&lt;br /&gt;</w:t>
        <w:br/>
        <w:t>який турбує, мов жага розлук,&lt;br /&gt;</w:t>
        <w:br/>
        <w:t>надією, що квітне на руїнах:&lt;br /&gt;</w:t>
        <w:br/>
        <w:t>що люди без небесних тих вогнів&lt;br /&gt;</w:t>
        <w:br/>
        <w:t>обернуться в лютіших різунів.</w:t>
      </w:r>
    </w:p>
    <w:p>
      <w:r>
        <w:br/>
        <w:t>501.&lt;br /&gt;</w:t>
        <w:br/>
        <w:t>Якби з'явився деспот войовничий&lt;br /&gt;</w:t>
        <w:br/>
        <w:t>і взяв бібліотекарів на паль,&lt;br /&gt;</w:t>
        <w:br/>
        <w:t>а книги всі і справи видавничі&lt;br /&gt;</w:t>
        <w:br/>
        <w:t>геть повивозив у степи на спал&lt;br /&gt;</w:t>
        <w:br/>
        <w:t>і друкарів проклятих може й тричі&lt;br /&gt;</w:t>
        <w:br/>
        <w:t>попік, немов себе Сарданапал, —&lt;br /&gt;</w:t>
        <w:br/>
        <w:t>то теж погасло б небо над землею&lt;br /&gt;</w:t>
        <w:br/>
        <w:t>навіки із катівнею своєю,</w:t>
      </w:r>
    </w:p>
    <w:p>
      <w:r>
        <w:br/>
        <w:t>502.&lt;br /&gt;</w:t>
        <w:br/>
        <w:t>де блиск потужний широчінь січе&lt;br /&gt;</w:t>
        <w:br/>
        <w:t>на мармуровій замкненій підкові,&lt;br /&gt;</w:t>
        <w:br/>
        <w:t>як на поверхні моря, що тече&lt;br /&gt;</w:t>
        <w:br/>
        <w:t>з вогнями у безодні загадкові...&lt;br /&gt;</w:t>
        <w:br/>
        <w:t>І скрізь катівське сяєво річей,&lt;br /&gt;</w:t>
        <w:br/>
        <w:t>мов з блискавок відбитки випадкові,&lt;br /&gt;</w:t>
        <w:br/>
        <w:t>горять, шматуючи стражденним зір,&lt;br /&gt;</w:t>
        <w:br/>
        <w:t>які блищать далеко потом шкір.&lt;br /&gt;</w:t>
        <w:br/>
        <w:t>503.&lt;br /&gt;</w:t>
        <w:br/>
        <w:t>І, захищаючись від блиску муки,&lt;br /&gt;</w:t>
        <w:br/>
        <w:t>без руху жадного вклякають ниць;&lt;br /&gt;</w:t>
        <w:br/>
        <w:t>а небо мчить, неначе через луки&lt;br /&gt;</w:t>
        <w:br/>
        <w:t>розбурхана вітрами зграя птиць,&lt;br /&gt;</w:t>
        <w:br/>
        <w:t>без волі, з таємничої принуки,&lt;br /&gt;</w:t>
        <w:br/>
        <w:t>як зірвані кінці від блискавиць;&lt;br /&gt;</w:t>
        <w:br/>
        <w:t>за ним, не сподіваючися зради,&lt;br /&gt;</w:t>
        <w:br/>
        <w:t>летить земля бескеттями западин".</w:t>
      </w:r>
    </w:p>
    <w:p>
      <w:r>
        <w:br/>
        <w:t>504.&lt;br /&gt;</w:t>
        <w:br/>
        <w:t>Тут, дівчині поглянувши до стіп,&lt;br /&gt;</w:t>
        <w:br/>
        <w:t>редактор мовив, як з нічної змори:&lt;br /&gt;</w:t>
        <w:br/>
        <w:t>"Не в вічність, а у шлунок лине світ,&lt;br /&gt;</w:t>
        <w:br/>
        <w:t>керують не поети, а майори,&lt;br /&gt;</w:t>
        <w:br/>
        <w:t>віддайтеся ж вояці в цвіті літ,&lt;br /&gt;</w:t>
        <w:br/>
        <w:t>"Хоть і прі блєскє утренней Аврори",&lt;br /&gt;</w:t>
        <w:br/>
        <w:t>і ви осягнете за перший раз,&lt;br /&gt;</w:t>
        <w:br/>
        <w:t>яка то в нас поезія в цей час!"</w:t>
      </w:r>
    </w:p>
    <w:p>
      <w:r>
        <w:br/>
        <w:t>Дівчина&lt;br /&gt;</w:t>
        <w:br/>
        <w:t>505.&lt;br /&gt;</w:t>
        <w:br/>
        <w:t>"Поезія ... поезія ... А діл цей,&lt;br /&gt;</w:t>
        <w:br/>
        <w:t>де Юда жив, і Брут, і добрий Хам,&lt;br /&gt;</w:t>
        <w:br/>
        <w:t>у кожне людське серце кида кільце&lt;br /&gt;</w:t>
        <w:br/>
        <w:t>зформоване жагою і чуттям,&lt;br /&gt;</w:t>
        <w:br/>
        <w:t>яке вихвачують діди червінцем&lt;br /&gt;</w:t>
        <w:br/>
        <w:t>собі на палець у дівчат і дам,&lt;br /&gt;</w:t>
        <w:br/>
        <w:t>а юнаки зухвалістю та чином,&lt;br /&gt;</w:t>
        <w:br/>
        <w:t>і робляться дружинами до згину.</w:t>
      </w:r>
    </w:p>
    <w:p>
      <w:r>
        <w:br/>
        <w:t>506.&lt;br /&gt;</w:t>
        <w:br/>
        <w:t>Але поет ... оберне так поет&lt;br /&gt;</w:t>
        <w:br/>
        <w:t>що проліта воно замети смерти&lt;br /&gt;</w:t>
        <w:br/>
        <w:t>і аж тоді затримує свій лет,&lt;br /&gt;</w:t>
        <w:br/>
        <w:t>коли спадеться з поясом планети,&lt;br /&gt;</w:t>
        <w:br/>
        <w:t>із-під якого плине вічний мед&lt;br /&gt;</w:t>
        <w:br/>
        <w:t>творцям-артистам на святі бенкети,&lt;br /&gt;</w:t>
        <w:br/>
        <w:t>лишаючи хоробрим воякам&lt;br /&gt;</w:t>
        <w:br/>
        <w:t>дівчат в'ялити гуком гопака".&lt;br /&gt;</w:t>
        <w:br/>
        <w:t>507.&lt;br /&gt;</w:t>
        <w:br/>
        <w:t>І, не закінчивши своєї гадки,&lt;br /&gt;</w:t>
        <w:br/>
        <w:t>затримуючи в грудях навіть дух,&lt;br /&gt;</w:t>
        <w:br/>
        <w:t>студентка вибігла. . . Так само з кладки&lt;br /&gt;</w:t>
        <w:br/>
        <w:t>збігає хлопчик на безпечний луг&lt;br /&gt;</w:t>
        <w:br/>
        <w:t>і травами простує аж до грядки,&lt;br /&gt;</w:t>
        <w:br/>
        <w:t>де гусенята стереже пастух,&lt;br /&gt;</w:t>
        <w:br/>
        <w:t>щоб розказати, як порушив хвилі&lt;br /&gt;</w:t>
        <w:br/>
        <w:t>цар водяний від берега з півмилі.</w:t>
      </w:r>
    </w:p>
    <w:p>
      <w:r>
        <w:br/>
        <w:t>508.&lt;br /&gt;</w:t>
        <w:br/>
        <w:t>"Але чого злякалася вона,&lt;br /&gt;</w:t>
        <w:br/>
        <w:t>ця недоторкана перепелиця?"&lt;br /&gt;</w:t>
        <w:br/>
        <w:t>Сказав Редактор й тихо від вікна&lt;br /&gt;</w:t>
        <w:br/>
        <w:t>став придивлятися, як зір іскриться&lt;br /&gt;</w:t>
        <w:br/>
        <w:t>в сови з важкої шахви до сукна,&lt;br /&gt;</w:t>
        <w:br/>
        <w:t>ще червонішого, як багряниця,&lt;br /&gt;</w:t>
        <w:br/>
        <w:t>що вигравали вже на жеребки&lt;br /&gt;</w:t>
        <w:br/>
        <w:t>не римські, а совєтські вояки.&lt;br /&gt;</w:t>
        <w:br/>
        <w:t>ПРОЯСЕНЬ:&lt;br /&gt;</w:t>
        <w:br/>
        <w:t>Недалеко джерельця, що протікало в польовім яру, був жі-&lt;br /&gt;</w:t>
        <w:br/>
        <w:t>ночий манастир. Щоранку із манастиря до джерельця одна моло-&lt;br /&gt;</w:t>
        <w:br/>
        <w:t>денька черниця приходила молитися. Тут же часом і діти з су-&lt;br /&gt;</w:t>
        <w:br/>
        <w:t>сідського хутора пасли свої вівці. І ось один пастушок заснув&lt;br /&gt;</w:t>
        <w:br/>
        <w:t>біля самого дзюркоту води. Черниця, прийшовши і побачивши&lt;br /&gt;</w:t>
        <w:br/>
        <w:t>таке, поцілувала сонного, і схвильована, не молившися й Богу,&lt;br /&gt;</w:t>
        <w:br/>
        <w:t>вернулася в манастир. Пастушок, прокинувшись, почав тривожно&lt;br /&gt;</w:t>
        <w:br/>
        <w:t>питати: "Хто мене великий поцілував? Хто?" Діти, нічого не ба-&lt;br /&gt;</w:t>
        <w:br/>
        <w:t>чивши, сміялися з нього. Дома він і матері питався: "Хто мене&lt;br /&gt;</w:t>
        <w:br/>
        <w:t>великий поцілував? Хто?" І мати відповіла: "Господь з тобою,&lt;br /&gt;</w:t>
        <w:br/>
        <w:t>дитино моя, мовчи отам, щоб не занедужав..." І навіть вже,&lt;br /&gt;</w:t>
        <w:br/>
        <w:t>як одружився він, то морочив жінку, щоб вона його цілувала&lt;br /&gt;</w:t>
        <w:br/>
        <w:t>так, як цілують великі. Жінка плакала і мовчала, гадаючи, що ви-&lt;br /&gt;</w:t>
        <w:br/>
        <w:t>йшла заміж за хворого.&lt;br /&gt;</w:t>
        <w:br/>
        <w:t>А коли він умирав, то жінка покликала з манастиря стару&lt;br /&gt;</w:t>
        <w:br/>
        <w:t>черницю висповідати недужого. Черниця прийшла і вже заста-&lt;br /&gt;</w:t>
        <w:br/>
        <w:t>ла його мертвим. Жінка сказала, що чоловік умер від таємної&lt;br /&gt;</w:t>
        <w:br/>
        <w:t>недуги, бо все своє життя шукав того поцілунку, яким цілують&lt;br /&gt;</w:t>
        <w:br/>
        <w:t>тільки великі. Черниця знов схвилювалася і мовчки поцілувала&lt;br /&gt;</w:t>
        <w:br/>
        <w:t>мертвого в чоло і швидко вийшла з хати, утираючи очі від гір-&lt;br /&gt;</w:t>
        <w:br/>
        <w:t>ких сліз, що раптом ринули з душі.&lt;br /&gt;</w:t>
        <w:br/>
        <w:t>І чого в цієї людини так несподівано прокинулося горе?..&lt;br /&gt;</w:t>
        <w:br/>
        <w:t>Чи не через те, що вона згадала колишнього сонного пастушка&lt;br /&gt;</w:t>
        <w:br/>
        <w:t>біля дзюркоту води?</w:t>
      </w:r>
    </w:p>
    <w:p>
      <w:r>
        <w:br/>
        <w:t>ЖАГА</w:t>
      </w:r>
    </w:p>
    <w:p>
      <w:r>
        <w:br/>
        <w:t>509.&lt;br /&gt;</w:t>
        <w:br/>
        <w:t>На млосне місто лився з сонця промінь,&lt;br /&gt;</w:t>
        <w:br/>
        <w:t>асфальт розтав, напікся сірий брук,&lt;br /&gt;</w:t>
        <w:br/>
        <w:t>крізь котрий ніби ввесь від сонця пломінь&lt;br /&gt;</w:t>
        <w:br/>
        <w:t>стікав в огненний став підземних хуґ,&lt;br /&gt;</w:t>
        <w:br/>
        <w:t>які десь виривалися крізь комин&lt;br /&gt;</w:t>
        <w:br/>
        <w:t>вулканів на небесний синій лук,&lt;br /&gt;</w:t>
        <w:br/>
        <w:t>як веслами гойдали блискавками,&lt;br /&gt;</w:t>
        <w:br/>
        <w:t>а континентами, немов човнами.&lt;br /&gt;</w:t>
        <w:br/>
        <w:t>510.&lt;br /&gt;</w:t>
        <w:br/>
        <w:t>На вулицях гула юрба свята&lt;br /&gt;</w:t>
        <w:br/>
        <w:t>з газетами, та клунками, та ґрипом,&lt;br /&gt;</w:t>
        <w:br/>
        <w:t>порозтулявши спечені вуста,&lt;br /&gt;</w:t>
        <w:br/>
        <w:t>запилені у борошно "комбідом",&lt;br /&gt;</w:t>
        <w:br/>
        <w:t>і підкидала коліньми авта&lt;br /&gt;</w:t>
        <w:br/>
        <w:t>у розгарячене на бруці літо,&lt;br /&gt;</w:t>
        <w:br/>
        <w:t>аж парувало із потилиць скрізь&lt;br /&gt;</w:t>
        <w:br/>
        <w:t>і скреготало, мов крутило різь.</w:t>
      </w:r>
    </w:p>
    <w:p>
      <w:r>
        <w:br/>
        <w:t>511.&lt;br /&gt;</w:t>
        <w:br/>
        <w:t>Свирид ішов між нею тротуаром&lt;br /&gt;</w:t>
        <w:br/>
        <w:t>думки хилили голову до стіп. . .&lt;br /&gt;</w:t>
        <w:br/>
        <w:t>Отак у купу степового жару&lt;br /&gt;</w:t>
        <w:br/>
        <w:t>важким кінцем занурюється сніп...&lt;br /&gt;</w:t>
        <w:br/>
        <w:t>Про що він думав і якого чару&lt;br /&gt;</w:t>
        <w:br/>
        <w:t>промінням у душі яснів і сліп,&lt;br /&gt;</w:t>
        <w:br/>
        <w:t>що зір ясний палахкотів завзяттям&lt;br /&gt;</w:t>
        <w:br/>
        <w:t>ще каламутніше, як від прокляття?</w:t>
      </w:r>
    </w:p>
    <w:p>
      <w:r>
        <w:br/>
        <w:t>512.&lt;br /&gt;</w:t>
        <w:br/>
        <w:t>І обминув на розі довгий хвіст&lt;br /&gt;</w:t>
        <w:br/>
        <w:t>людей, що вився до крамниці з хлібом,&lt;br /&gt;</w:t>
        <w:br/>
        <w:t>оглянувся, і, випроставши зріст,&lt;br /&gt;</w:t>
        <w:br/>
        <w:t>звернув у вулицю широку сліпо,&lt;br /&gt;</w:t>
        <w:br/>
        <w:t>неначе провалившися під міст,&lt;br /&gt;</w:t>
        <w:br/>
        <w:t>де хвиля гурка безнастанно ціпом,&lt;br /&gt;</w:t>
        <w:br/>
        <w:t>аби від берега наприкінці&lt;br /&gt;</w:t>
        <w:br/>
        <w:t>поодмолочувати камінці:</w:t>
      </w:r>
    </w:p>
    <w:p>
      <w:r>
        <w:br/>
        <w:t>513.&lt;br /&gt;</w:t>
        <w:br/>
        <w:t>,,Через простори дикої країни&lt;br /&gt;</w:t>
        <w:br/>
        <w:t>вперед хвостом державний кінь чвала,&lt;br /&gt;</w:t>
        <w:br/>
        <w:t>за ним летять шляхи, пили, руїни,&lt;br /&gt;</w:t>
        <w:br/>
        <w:t>й хитається всяк храм серед села&lt;br /&gt;</w:t>
        <w:br/>
        <w:t>й безладно дзвони б'ють об бальки й стіни,&lt;br /&gt;</w:t>
        <w:br/>
        <w:t>аби їх рев і розпач рознесла&lt;br /&gt;</w:t>
        <w:br/>
        <w:t>остання буря до статечних націй,&lt;br /&gt;</w:t>
        <w:br/>
        <w:t>де певні ще насущного та праці.&lt;br /&gt;</w:t>
        <w:br/>
        <w:t>514.&lt;br /&gt;</w:t>
        <w:br/>
        <w:t>Крізь роки, що минули, і віки,&lt;br /&gt;</w:t>
        <w:br/>
        <w:t>на степ, де світить сонце, наче злочин,&lt;br /&gt;</w:t>
        <w:br/>
        <w:t>простягся морок від хвоста й гудки&lt;br /&gt;</w:t>
        <w:br/>
        <w:t>державного коня, що стать не хоче,&lt;br /&gt;</w:t>
        <w:br/>
        <w:t>неначе ніч женуть кудись круки:&lt;br /&gt;</w:t>
        <w:br/>
        <w:t>назад, назад, нема спочивку й збочень! ..&lt;br /&gt;</w:t>
        <w:br/>
        <w:t>Аж ось туди вже долітає тінь,&lt;br /&gt;</w:t>
        <w:br/>
        <w:t>де пнеться монумент у височінь.</w:t>
      </w:r>
    </w:p>
    <w:p>
      <w:r>
        <w:br/>
        <w:t>515.&lt;br /&gt;</w:t>
        <w:br/>
        <w:t>Ото людина дивна з мусянжого&lt;br /&gt;</w:t>
        <w:br/>
        <w:t>у центрі степу і небес стоїть,&lt;br /&gt;</w:t>
        <w:br/>
        <w:t>на грудях ґудзик з місяця живого&lt;br /&gt;</w:t>
        <w:br/>
        <w:t>блищить, як вишмульгана вітром мідь,&lt;br /&gt;</w:t>
        <w:br/>
        <w:t>а з краю в край простору степового&lt;br /&gt;</w:t>
        <w:br/>
        <w:t>так рівно, ніби телеграфна сіть,&lt;br /&gt;</w:t>
        <w:br/>
        <w:t>лежать жовніри, в шату чорну вбрані,&lt;br /&gt;</w:t>
        <w:br/>
        <w:t>обличчям звернені в небесні грані.</w:t>
      </w:r>
    </w:p>
    <w:p>
      <w:r>
        <w:br/>
        <w:t>516.&lt;br /&gt;</w:t>
        <w:br/>
        <w:t>Від ґудзика, що сяєвом росте,&lt;br /&gt;</w:t>
        <w:br/>
        <w:t>при боці в кожного блищать багнети;&lt;br /&gt;</w:t>
        <w:br/>
        <w:t>на монументі ж ворон жде гостей,&lt;br /&gt;</w:t>
        <w:br/>
        <w:t>не кваплячися, мертвих дзьобом дерти,&lt;br /&gt;</w:t>
        <w:br/>
        <w:t>а сумно, сумно кряче на ввесь степ,&lt;br /&gt;</w:t>
        <w:br/>
        <w:t>що має рівність і братерство жерти ...&lt;br /&gt;</w:t>
        <w:br/>
        <w:t>А хто ж то дивний чорний монумент?&lt;br /&gt;</w:t>
        <w:br/>
        <w:t>То Джуґашвілі, рівности поет".</w:t>
      </w:r>
    </w:p>
    <w:p>
      <w:r>
        <w:br/>
        <w:t>517.&lt;br /&gt;</w:t>
        <w:br/>
        <w:t>Поет, поет... Ох, думо невесела,&lt;br /&gt;</w:t>
        <w:br/>
        <w:t>навіщо з вулиці пускаєш ти&lt;br /&gt;</w:t>
        <w:br/>
        <w:t>жорстокі марива собі на зела?&lt;br /&gt;</w:t>
        <w:br/>
        <w:t>Вони ж їх виб'ють, ніби копити&lt;br /&gt;</w:t>
        <w:br/>
        <w:t>скотини, гнаної через озера&lt;br /&gt;</w:t>
        <w:br/>
        <w:t>ордою гунів на нові ґрунти,&lt;br /&gt;</w:t>
        <w:br/>
        <w:t>коли рубалися сади розкішні,&lt;br /&gt;</w:t>
        <w:br/>
        <w:t>щоб не співали солов'ї там ніжні.&lt;br /&gt;</w:t>
        <w:br/>
        <w:t>518.&lt;br /&gt;</w:t>
        <w:br/>
        <w:t>І дівчина з серпом чи без серпа&lt;br /&gt;</w:t>
        <w:br/>
        <w:t>в твою не зайде ниву нелукаву&lt;br /&gt;</w:t>
        <w:br/>
        <w:t>й не висмиче волошок із снопа&lt;br /&gt;</w:t>
        <w:br/>
        <w:t>на голову ласкаву та смугляву,&lt;br /&gt;</w:t>
        <w:br/>
        <w:t>і мати з хати, з куреня, з депа&lt;br /&gt;</w:t>
        <w:br/>
        <w:t>дочці не скаже, спершися об лаву,&lt;br /&gt;</w:t>
        <w:br/>
        <w:t>"Ану, промов, з чийого серця це?"&lt;br /&gt;</w:t>
        <w:br/>
        <w:t>І дівчина не схилиться лицем.</w:t>
      </w:r>
    </w:p>
    <w:p>
      <w:r>
        <w:br/>
        <w:t>519.&lt;br /&gt;</w:t>
        <w:br/>
        <w:t>Але, о доле, о московська муко,&lt;br /&gt;</w:t>
        <w:br/>
        <w:t>тебе Свирид забув на мить одну,&lt;br /&gt;</w:t>
        <w:br/>
        <w:t>бо і трамвайне плетиво над бруком&lt;br /&gt;</w:t>
        <w:br/>
        <w:t>гукає про нічного сатану,&lt;br /&gt;</w:t>
        <w:br/>
        <w:t>що ухопив одним скаженим грюком&lt;br /&gt;</w:t>
        <w:br/>
        <w:t>в дроти, неначе в річку чи струну,&lt;br /&gt;</w:t>
        <w:br/>
        <w:t>кипучі блискавки, й вони там люто&lt;br /&gt;</w:t>
        <w:br/>
        <w:t>ганяють, б'ються розірвати путо.</w:t>
      </w:r>
    </w:p>
    <w:p>
      <w:r>
        <w:br/>
        <w:t>520.&lt;br /&gt;</w:t>
        <w:br/>
        <w:t>А водії їх ловлять за хвости,&lt;br /&gt;</w:t>
        <w:br/>
        <w:t>вони ж тікають, як з різниць корови,&lt;br /&gt;</w:t>
        <w:br/>
        <w:t>вагони з ляку тягнуть на мости,&lt;br /&gt;</w:t>
        <w:br/>
        <w:t>на брук, на дим, на цеглу, на будови...&lt;br /&gt;</w:t>
        <w:br/>
        <w:t>Колись і щуки ранені товстим&lt;br /&gt;</w:t>
        <w:br/>
        <w:t>залізом ост серед озер чудових&lt;br /&gt;</w:t>
        <w:br/>
        <w:t>кривавили і рвали дно болот&lt;br /&gt;</w:t>
        <w:br/>
        <w:t>і в ранах волочили стріли вод.</w:t>
      </w:r>
    </w:p>
    <w:p>
      <w:r>
        <w:br/>
        <w:t>521. А понад ними без межі та стриму&lt;br /&gt;</w:t>
        <w:br/>
        <w:t>кигикав заклятий віками птах,&lt;br /&gt;</w:t>
        <w:br/>
        <w:t>той самий, що стрічав татар із Криму,&lt;br /&gt;</w:t>
        <w:br/>
        <w:t>коли жіноцтво мліло в болотах,&lt;br /&gt;</w:t>
        <w:br/>
        <w:t>а він, неначе вихвачений з диму,&lt;br /&gt;</w:t>
        <w:br/>
        <w:t>казився скрізь на схованих стежках,&lt;br /&gt;</w:t>
        <w:br/>
        <w:t>й орда шукала втікачів по гуках,&lt;br /&gt;</w:t>
        <w:br/>
        <w:t>і кров лилася вже від стріл із лука.. .&lt;br /&gt;</w:t>
        <w:br/>
        <w:t>522.&lt;br /&gt;</w:t>
        <w:br/>
        <w:t>З трамваю вискочила на майдан&lt;br /&gt;</w:t>
        <w:br/>
        <w:t>смуглява дівчина в блакитнім строю,&lt;br /&gt;</w:t>
        <w:br/>
        <w:t>в руці був гарний, жовтий чамайдан&lt;br /&gt;</w:t>
        <w:br/>
        <w:t>і кошик з горлицею молодою;&lt;br /&gt;</w:t>
        <w:br/>
        <w:t>пташиний стан було узято в бран&lt;br /&gt;</w:t>
        <w:br/>
        <w:t>шовковою червоною габою.&lt;br /&gt;</w:t>
        <w:br/>
        <w:t>Але пташині, видно, кожна мить&lt;br /&gt;</w:t>
        <w:br/>
        <w:t>була байдужою, аби зорить.</w:t>
      </w:r>
    </w:p>
    <w:p>
      <w:r>
        <w:br/>
        <w:t>523.&lt;br /&gt;</w:t>
        <w:br/>
        <w:t>"Товаришу, ішла я не борами,&lt;br /&gt;</w:t>
        <w:br/>
        <w:t>і не північная була пора,&lt;br /&gt;</w:t>
        <w:br/>
        <w:t>а москалі вам били вікна й рями,&lt;br /&gt;</w:t>
        <w:br/>
        <w:t>і кидали книжки згори до брам.,.&lt;br /&gt;</w:t>
        <w:br/>
        <w:t>І стягнена ця торба ремінцями&lt;br /&gt;</w:t>
        <w:br/>
        <w:t>на аркуші подертих впала драм...&lt;br /&gt;</w:t>
        <w:br/>
        <w:t>У ній напевно вірші й палятурки,&lt;br /&gt;</w:t>
        <w:br/>
        <w:t>бо виснажена, ніби з-під цензурки..</w:t>
      </w:r>
    </w:p>
    <w:p>
      <w:r>
        <w:br/>
        <w:t>524.&lt;br /&gt;</w:t>
        <w:br/>
        <w:t>И поставила ґалянтно, мов галан,&lt;br /&gt;</w:t>
        <w:br/>
        <w:t>під телеграфний величезний пакіл,&lt;br /&gt;</w:t>
        <w:br/>
        <w:t>а горлиця побачивши, що пан&lt;br /&gt;</w:t>
        <w:br/>
        <w:t>якийсь веде назустріч дві собаки,&lt;br /&gt;</w:t>
        <w:br/>
        <w:t>схопилася крізь натовп громадян,&lt;br /&gt;</w:t>
        <w:br/>
        <w:t>і проз костьол полинула в байраки,&lt;br /&gt;</w:t>
        <w:br/>
        <w:t>а долі метлявся червоний шовк,&lt;br /&gt;</w:t>
        <w:br/>
        <w:t>яскравіший за маковий листок.</w:t>
      </w:r>
    </w:p>
    <w:p>
      <w:r>
        <w:br/>
        <w:t>525.&lt;br /&gt;</w:t>
        <w:br/>
        <w:t>,,Ой, лихо, пава вже моя пропала,&lt;br /&gt;</w:t>
        <w:br/>
        <w:t>бо сяде у сусідній голубник!&lt;br /&gt;</w:t>
        <w:br/>
        <w:t>І як це я в роззяви враз попала?&lt;br /&gt;</w:t>
        <w:br/>
        <w:t>аджеж там всерайонний шибеник...&lt;br /&gt;</w:t>
        <w:br/>
        <w:t>На пам'ять хусточку", вона сказала,&lt;br /&gt;</w:t>
        <w:br/>
        <w:t>"візьміте ту" ... Трамвайний дзвін і крик&lt;br /&gt;</w:t>
        <w:br/>
        <w:t>її рвонув до себе: задирчало ...&lt;br /&gt;</w:t>
        <w:br/>
        <w:t>Вхопилася вагона і помчала...&lt;br /&gt;</w:t>
        <w:br/>
        <w:t>Свирид&lt;br /&gt;</w:t>
        <w:br/>
        <w:t>526.&lt;br /&gt;</w:t>
        <w:br/>
        <w:t>"Ти знов від мене рушила в ніде,&lt;br /&gt;</w:t>
        <w:br/>
        <w:t>щоб не вернутися ніколи, зморо,&lt;br /&gt;</w:t>
        <w:br/>
        <w:t>щоб сонце рвало серце знов з грудей&lt;br /&gt;</w:t>
        <w:br/>
        <w:t>щодня, неначе Прометеїв ворог,&lt;br /&gt;</w:t>
        <w:br/>
        <w:t>і кидало на місто і людей&lt;br /&gt;</w:t>
        <w:br/>
        <w:t>запаленим тривогою простором ...&lt;br /&gt;</w:t>
        <w:br/>
        <w:t>Ти знов, червону кинувши змію,&lt;br /&gt;</w:t>
        <w:br/>
        <w:t>у невідомість рушила свою.</w:t>
      </w:r>
    </w:p>
    <w:p>
      <w:r>
        <w:br/>
        <w:t>527.&lt;br /&gt;</w:t>
        <w:br/>
        <w:t>Блакить, блакить висока, як тополі,&lt;br /&gt;</w:t>
        <w:br/>
        <w:t>прийми мене туди, де гине грім,&lt;br /&gt;</w:t>
        <w:br/>
        <w:t>аби я був душею знов на волі,&lt;br /&gt;</w:t>
        <w:br/>
        <w:t>одужавши у затишку твоїм,&lt;br /&gt;</w:t>
        <w:br/>
        <w:t>бо і Господь світи свої ще кволі&lt;br /&gt;</w:t>
        <w:br/>
        <w:t>ховав колись в заполі дорогім,&lt;br /&gt;</w:t>
        <w:br/>
        <w:t>аби одне на одне не нагналось&lt;br /&gt;</w:t>
        <w:br/>
        <w:t>і не зірвалися в предвічний хаос.</w:t>
      </w:r>
    </w:p>
    <w:p>
      <w:r>
        <w:br/>
        <w:t>528.&lt;br /&gt;</w:t>
        <w:br/>
        <w:t>Коли ж вони відчули всі снагу,&lt;br /&gt;</w:t>
        <w:br/>
        <w:t>неначе зайченята великодні,&lt;br /&gt;</w:t>
        <w:br/>
        <w:t>Творець віддер геть полу дорогу&lt;br /&gt;</w:t>
        <w:br/>
        <w:t>і кинув їх в неміряні безодні&lt;br /&gt;</w:t>
        <w:br/>
        <w:t>і ринули світи в свою вагу,&lt;br /&gt;</w:t>
        <w:br/>
        <w:t>ще холоднішу за сніги холодні,&lt;br /&gt;</w:t>
        <w:br/>
        <w:t>і в^ке не згубляться у глибочінь&lt;br /&gt;</w:t>
        <w:br/>
        <w:t>росиною лісною уночі.</w:t>
      </w:r>
    </w:p>
    <w:p>
      <w:r>
        <w:br/>
        <w:t>529.&lt;br /&gt;</w:t>
        <w:br/>
        <w:t>Бо край поли на сході, як у ніші,&lt;br /&gt;</w:t>
        <w:br/>
        <w:t>вхопила дівчина, а другий край&lt;br /&gt;</w:t>
        <w:br/>
        <w:t>поли упав на захід діві іншій,&lt;br /&gt;</w:t>
        <w:br/>
        <w:t>мінливій, світлій, ніби водограй —&lt;br /&gt;</w:t>
        <w:br/>
        <w:t>й вони по черзі у глибокій тиші&lt;br /&gt;</w:t>
        <w:br/>
        <w:t>гойдають полу через світлий плай.&lt;br /&gt;</w:t>
        <w:br/>
        <w:t>І котяться світи і дні, і ночі,&lt;br /&gt;</w:t>
        <w:br/>
        <w:t>на сон кладуть, то будять наші очі.&lt;br /&gt;</w:t>
        <w:br/>
        <w:t>530.&lt;br /&gt;</w:t>
        <w:br/>
        <w:t>Лише озера із земних країв&lt;br /&gt;</w:t>
        <w:br/>
        <w:t>вдивляються в безодні неміренні,&lt;br /&gt;</w:t>
        <w:br/>
        <w:t>аж тріпотять від відблиску світів&lt;br /&gt;</w:t>
        <w:br/>
        <w:t>зіниці їх безсонні і зелені,&lt;br /&gt;</w:t>
        <w:br/>
        <w:t>нагадуючи серце двох цих дів,&lt;br /&gt;</w:t>
        <w:br/>
        <w:t>де може стогнуть погляди шалені&lt;br /&gt;</w:t>
        <w:br/>
        <w:t>Нестримного, як бурі угорі,&lt;br /&gt;</w:t>
        <w:br/>
        <w:t>і Дужчого за всі земні царі...</w:t>
      </w:r>
    </w:p>
    <w:p>
      <w:r>
        <w:br/>
        <w:t>531.&lt;br /&gt;</w:t>
        <w:br/>
        <w:t>Нехай же кришаться на вогнеліти&lt;br /&gt;</w:t>
        <w:br/>
        <w:t>світи в надзоряних святих дівчат,&lt;br /&gt;</w:t>
        <w:br/>
        <w:t>аби на Вербную неділю віти&lt;br /&gt;</w:t>
        <w:br/>
        <w:t>увішалися іскрами до хат,&lt;br /&gt;</w:t>
        <w:br/>
        <w:t>а українка з них, щоб молодіти,&lt;br /&gt;</w:t>
        <w:br/>
        <w:t>пустила в пазуху небесний чад —&lt;br /&gt;</w:t>
        <w:br/>
        <w:t>нехай би стався я їй Богом ніжним&lt;br /&gt;</w:t>
        <w:br/>
        <w:t>і над прекрасним лоном білосніжним</w:t>
      </w:r>
    </w:p>
    <w:p>
      <w:r>
        <w:br/>
        <w:t>532.&lt;br /&gt;</w:t>
        <w:br/>
        <w:t>роздер блакитну одіж, ніби світ,&lt;br /&gt;</w:t>
        <w:br/>
        <w:t>і в ноги впав їй пальці цілувати,&lt;br /&gt;</w:t>
        <w:br/>
        <w:t>такі пахущі, як вишневий цвіт&lt;br /&gt;</w:t>
        <w:br/>
        <w:t>або троянди з Персії листаті.&lt;br /&gt;</w:t>
        <w:br/>
        <w:t>Та де і в кого, і в яких сусід&lt;br /&gt;</w:t>
        <w:br/>
        <w:t>голубники надибати крилаті,&lt;br /&gt;</w:t>
        <w:br/>
        <w:t>щоб там знайома горлиця була&lt;br /&gt;</w:t>
        <w:br/>
        <w:t>і про хазяйку милу повіла?</w:t>
      </w:r>
    </w:p>
    <w:p>
      <w:r>
        <w:br/>
        <w:t>533.&lt;br /&gt;</w:t>
        <w:br/>
        <w:t>Проказують верхами тихі гори&lt;br /&gt;</w:t>
        <w:br/>
        <w:t>де почалася, перелетна, ти,&lt;br /&gt;</w:t>
        <w:br/>
        <w:t>а ріки сині і страшні простори,&lt;br /&gt;</w:t>
        <w:br/>
        <w:t>і пшениці, немов очерети,&lt;br /&gt;</w:t>
        <w:br/>
        <w:t>гудуть в вушині людські нори,&lt;br /&gt;</w:t>
        <w:br/>
        <w:t>що спільний рух приніс тебе в світи,&lt;br /&gt;</w:t>
        <w:br/>
        <w:t>і Шеллі дзвонить віршами-громами:&lt;br /&gt;</w:t>
        <w:br/>
        <w:t>"Єдине все, що в нас і що над нами!"&lt;br /&gt;</w:t>
        <w:br/>
        <w:t>534.&lt;br /&gt;</w:t>
        <w:br/>
        <w:t>Але і без далеких мудрих слів,&lt;br /&gt;</w:t>
        <w:br/>
        <w:t>якби то я в жагучому розгоні&lt;br /&gt;</w:t>
        <w:br/>
        <w:t>грудьми припав до іскор із світів,&lt;br /&gt;</w:t>
        <w:br/>
        <w:t>що в персах виросли тобі на лоні,&lt;br /&gt;</w:t>
        <w:br/>
        <w:t>то навіть би і чубом заяснів,&lt;br /&gt;</w:t>
        <w:br/>
        <w:t>мов квітка у русалки із долоні&lt;br /&gt;</w:t>
        <w:br/>
        <w:t>нагріта першим поцілунком губ,&lt;br /&gt;</w:t>
        <w:br/>
        <w:t>уже готових зустрічати шлюб.</w:t>
      </w:r>
    </w:p>
    <w:p>
      <w:r>
        <w:br/>
        <w:t>535.&lt;br /&gt;</w:t>
        <w:br/>
        <w:t>І вірю, я тебе знайду між людом,&lt;br /&gt;</w:t>
        <w:br/>
        <w:t>що у трамваях їде на базар,&lt;br /&gt;</w:t>
        <w:br/>
        <w:t>біжить жадібно торгувати брудом,&lt;br /&gt;</w:t>
        <w:br/>
        <w:t>залитим кров'ю від щоденних чвар&lt;br /&gt;</w:t>
        <w:br/>
        <w:t>і начиняється м'ясивим супом,&lt;br /&gt;</w:t>
        <w:br/>
        <w:t>і мріє про найвищий Божий дар —&lt;br /&gt;</w:t>
        <w:br/>
        <w:t>про той налигач, славлений ослами,&lt;br /&gt;</w:t>
        <w:br/>
        <w:t>що висить у повітці над сінами!</w:t>
      </w:r>
    </w:p>
    <w:p>
      <w:r>
        <w:br/>
        <w:t>536.&lt;br /&gt;</w:t>
        <w:br/>
        <w:t>Та де і в кого і в яких дворах&lt;br /&gt;</w:t>
        <w:br/>
        <w:t>той голубник спасається в столиці&lt;br /&gt;</w:t>
        <w:br/>
        <w:t>і вабить горлиць, мов далекий шлях,&lt;br /&gt;</w:t>
        <w:br/>
        <w:t>засипаний пашнею з возовиці;&lt;br /&gt;</w:t>
        <w:br/>
        <w:t>і де той шибеник, що на тинах&lt;br /&gt;</w:t>
        <w:br/>
        <w:t>чигає невторопливої птиці,&lt;br /&gt;</w:t>
        <w:br/>
        <w:t>аби сказав мені, він би не вмер,&lt;br /&gt;</w:t>
        <w:br/>
        <w:t>чию він горлицю дурну запер?"</w:t>
      </w:r>
    </w:p>
    <w:p>
      <w:r>
        <w:br/>
        <w:t>537.&lt;br /&gt;</w:t>
        <w:br/>
        <w:t>"Добридень! Це знайома теж і ваша,&lt;br /&gt;</w:t>
        <w:br/>
        <w:t>що підношала чамайдан вам так?&lt;br /&gt;</w:t>
        <w:br/>
        <w:t>Віднині ви для неї вже не паша,&lt;br /&gt;</w:t>
        <w:br/>
        <w:t>але тяжкий із-під культури брак!"&lt;br /&gt;</w:t>
        <w:br/>
        <w:t>З рушницею і брязком патранташа,&lt;br /&gt;</w:t>
        <w:br/>
        <w:t>та з гавканням на шворці двох собак,&lt;br /&gt;</w:t>
        <w:br/>
        <w:t>гукнув високий чоловік і канув&lt;br /&gt;</w:t>
        <w:br/>
        <w:t>у червонясту хвіртку препогану...&lt;br /&gt;</w:t>
        <w:br/>
        <w:t>538.&lt;br /&gt;</w:t>
        <w:br/>
        <w:t>Це був усім відомий пан Живіт,&lt;br /&gt;</w:t>
        <w:br/>
        <w:t>професор, і мисливець, і п'яниця,&lt;br /&gt;</w:t>
        <w:br/>
        <w:t>нюхтій, бабій і модний кольорит&lt;br /&gt;</w:t>
        <w:br/>
        <w:t>і з Катеринівської, кажуть, птиця.&lt;br /&gt;</w:t>
        <w:br/>
        <w:t>Свирид залаявся, що пішохід,&lt;br /&gt;</w:t>
        <w:br/>
        <w:t>як світ, і під падлюками держиться,&lt;br /&gt;</w:t>
        <w:br/>
        <w:t>й поглянув за Дніпро, де вже гримів&lt;br /&gt;</w:t>
        <w:br/>
        <w:t>далекий чорний грім з-за Броварів.&lt;br /&gt;</w:t>
        <w:br/>
        <w:t>539.&lt;br /&gt;</w:t>
        <w:br/>
        <w:t>І взяв, брилем махнувши, з добрим духом&lt;br /&gt;</w:t>
        <w:br/>
        <w:t>подався уз Боричівський узвіз&lt;br /&gt;</w:t>
        <w:br/>
        <w:t>геть попід муром, де шуміло глухо&lt;br /&gt;</w:t>
        <w:br/>
        <w:t>вершинами каштанів, відки ліс&lt;br /&gt;</w:t>
        <w:br/>
        <w:t>Чернігівський виднів, і чорним рухом&lt;br /&gt;</w:t>
        <w:br/>
        <w:t>під хмарами, мов хмара друга, ріс,&lt;br /&gt;</w:t>
        <w:br/>
        <w:t>а блискавки в громах над ним шаліли,&lt;br /&gt;</w:t>
        <w:br/>
        <w:t>зривалися й по обрію летіли...&lt;br /&gt;</w:t>
        <w:br/>
        <w:t>ПРОЯСЕНЬ:&lt;br /&gt;</w:t>
        <w:br/>
        <w:t>На злотім березі Дністра жила родина бідного рибалки. Він&lt;br /&gt;</w:t>
        <w:br/>
        <w:t>мав одну семилітню донечку, Стеху. Дівчинка з прибережного&lt;br /&gt;</w:t>
        <w:br/>
        <w:t>каменю зробила собі ляльку і завжди нею бавилася і розмовляла&lt;br /&gt;</w:t>
        <w:br/>
        <w:t>голосно, А то якось Стешка, прокинувшися вночі, побачила, що&lt;br /&gt;</w:t>
        <w:br/>
        <w:t>тато серед хати деруть козу, а мама під нею тримають ночви,&lt;br /&gt;</w:t>
        <w:br/>
        <w:t>куди стікала з кози кров. І мама гукнули дуже стишено: "Цить&lt;br /&gt;</w:t>
        <w:br/>
        <w:t>і не писни... Мовчи в хаті, мовчи і надворі" ... І тато теж,&lt;br /&gt;</w:t>
        <w:br/>
        <w:t>простягши вперед ніж у козиній крові, гукнув дуже стишено:&lt;br /&gt;</w:t>
        <w:br/>
        <w:t>"Цить і не писни, а то я тебе теж обдеру, як козу"... Дівчинка&lt;br /&gt;</w:t>
        <w:br/>
        <w:t>злякалася. І після цього кожний день всі їли м'ясо, а не рибу,&lt;br /&gt;</w:t>
        <w:br/>
        <w:t>ходили і розмовляли тихо в хаті і в дворі. І Стешка прибереж-&lt;br /&gt;</w:t>
        <w:br/>
        <w:t>ний камінь роздягла і, прив'язавши до нього мотузку, тягала&lt;br /&gt;</w:t>
        <w:br/>
        <w:t>його і все шептала: "Цить і не писни, а то я тебе теж обдеру,&lt;br /&gt;</w:t>
        <w:br/>
        <w:t>як козу" ... і втирала слізки рукавом. Аж прийшла жінка і чоло-&lt;br /&gt;</w:t>
        <w:br/>
        <w:t>вік до їх двору шукати козу. Батько Стешчин був на Дністрі у&lt;br /&gt;</w:t>
        <w:br/>
        <w:t>човні, а мати на березі прала сорочки. І спитали Стешку жінка&lt;br /&gt;</w:t>
        <w:br/>
        <w:t>й чоловік: "Чи тато не різав козу?" А Сіешка після довгої мов-&lt;br /&gt;</w:t>
        <w:br/>
        <w:t>чанки як затужить та як заголосить: "Цить і не писни, а то я&lt;br /&gt;</w:t>
        <w:br/>
        <w:t>тебе теж обдеру, як козу" ... А потім почала хлипати і приказу-&lt;br /&gt;</w:t>
        <w:br/>
        <w:t>вати: "Я' не можу мовчати... Я не можу мовчати, краще мене&lt;br /&gt;</w:t>
        <w:br/>
        <w:t>обдеріть, як козу, бо я не можу мовчати" ... І люди спиталися:&lt;br /&gt;</w:t>
        <w:br/>
        <w:t>"То ти їла козу?".. І Стешка, голосячи, вимовила: "їла"...&lt;br /&gt;</w:t>
        <w:br/>
        <w:t>Через те, що Стешку змусили мовчати трошки, то її можна&lt;br /&gt;</w:t>
        <w:br/>
        <w:t>змусити мовчати і дуже довго. І через те, що кожна сучасна агре-&lt;br /&gt;</w:t>
        <w:br/>
        <w:t>сивна держава збудована на козиній правді, то можна і всю націю&lt;br /&gt;</w:t>
        <w:br/>
        <w:t>обернути у таку потвору, якій буде потрібен рот тільки їсти й&lt;br /&gt;</w:t>
        <w:br/>
        <w:t>пити, плювати і блювати. А словом виявлятимуть думку високі&lt;br /&gt;</w:t>
        <w:br/>
        <w:t>комісари, губернатори і всякі аристократори. А маленькі Стешки&lt;br /&gt;</w:t>
        <w:br/>
        <w:t>з їх приятелями, якщо не трапиться тих людей, що шукають за-&lt;br /&gt;</w:t>
        <w:br/>
        <w:t>гиблих кіз, тягатимуть каміння і, не знаючи, як його використати,&lt;br /&gt;</w:t>
        <w:br/>
        <w:t>шептатимуть: "Цить і не писни, а то я тебе теж обдеру, лк&lt;br /&gt;</w:t>
        <w:br/>
        <w:t>козу"&lt;br /&gt;</w:t>
        <w:br/>
        <w:t>НЕВНИКОМІСТЬ</w:t>
      </w:r>
    </w:p>
    <w:p>
      <w:r>
        <w:br/>
        <w:t>540.&lt;br /&gt;</w:t>
        <w:br/>
        <w:t>Лежали боком два стільці і стіл,&lt;br /&gt;</w:t>
        <w:br/>
        <w:t>і без четвертої ноги канапа,&lt;br /&gt;</w:t>
        <w:br/>
        <w:t>на ній чорнильна пляшка, і постіл,&lt;br /&gt;</w:t>
        <w:br/>
        <w:t>і заяча у чорних плямах лапа,&lt;br /&gt;</w:t>
        <w:br/>
        <w:t>а по підлозі книжна заметіль&lt;br /&gt;</w:t>
        <w:br/>
        <w:t>та ще й атрамент із канапи капав;&lt;br /&gt;</w:t>
        <w:br/>
        <w:t>і мисник, в ліжко похилившись ниць,&lt;br /&gt;</w:t>
        <w:br/>
        <w:t>ронив поволі книги із полиць.</w:t>
      </w:r>
    </w:p>
    <w:p>
      <w:r>
        <w:br/>
        <w:t>541.&lt;br /&gt;</w:t>
        <w:br/>
        <w:t>А в драні вікна і побиті рями&lt;br /&gt;</w:t>
        <w:br/>
        <w:t>бурхала буря із далеких сіл,&lt;br /&gt;</w:t>
        <w:br/>
        <w:t>аж книги розкидалися листками,&lt;br /&gt;</w:t>
        <w:br/>
        <w:t>неначе збиті з неба свистом стріл&lt;br /&gt;</w:t>
        <w:br/>
        <w:t>смутні й крилаті журавлі з хмарками&lt;br /&gt;</w:t>
        <w:br/>
        <w:t>на цей лукавий і підтравний діл,&lt;br /&gt;</w:t>
        <w:br/>
        <w:t>понад яким свої носили сили&lt;br /&gt;</w:t>
        <w:br/>
        <w:t>і рух живущої води містили.</w:t>
      </w:r>
    </w:p>
    <w:p>
      <w:r>
        <w:br/>
        <w:t>542.&lt;br /&gt;</w:t>
        <w:br/>
        <w:t>І журавлям і книгам вірний друг&lt;br /&gt;</w:t>
        <w:br/>
        <w:t>спинився в несподіваній пороші,&lt;br /&gt;</w:t>
        <w:br/>
        <w:t>із клаптика вичитуючи вслух:&lt;br /&gt;</w:t>
        <w:br/>
        <w:t>"Не вартий ти столичної калоші,&lt;br /&gt;</w:t>
        <w:br/>
        <w:t>і даємо тобі ми з зайця смух,&lt;br /&gt;</w:t>
        <w:br/>
        <w:t>і стоптаний постіл, але хароший.&lt;br /&gt;</w:t>
        <w:br/>
        <w:t>Бери сіреньку ніжку за весло&lt;br /&gt;</w:t>
        <w:br/>
        <w:t>і в постолі пливи собі в село" . . .</w:t>
      </w:r>
    </w:p>
    <w:p>
      <w:r>
        <w:br/>
        <w:t>543.&lt;br /&gt;</w:t>
        <w:br/>
        <w:t>І підписалося внизу рукою:&lt;br /&gt;</w:t>
        <w:br/>
        <w:t>"Ми нездоланний пролетарський меч,&lt;br /&gt;</w:t>
        <w:br/>
        <w:t>що хилитається над головою&lt;br /&gt;</w:t>
        <w:br/>
        <w:t>нігде не народженних колотнеч" ...&lt;br /&gt;</w:t>
        <w:br/>
        <w:t>А Данте й Байрон з тугою німою&lt;br /&gt;</w:t>
        <w:br/>
        <w:t>із стін казали ніби: запереч&lt;br /&gt;</w:t>
        <w:br/>
        <w:t>сліди ще нечуванної наруги&lt;br /&gt;</w:t>
        <w:br/>
        <w:t>на всі віки і всі народні рухи...</w:t>
      </w:r>
    </w:p>
    <w:p>
      <w:r>
        <w:br/>
        <w:t>544.&lt;br /&gt;</w:t>
        <w:br/>
        <w:t>І випав з рук Свиридових декрет&lt;br /&gt;</w:t>
        <w:br/>
        <w:t>про виселення у краї веселі,&lt;br /&gt;</w:t>
        <w:br/>
        <w:t>і гойдами осівся на портрет&lt;br /&gt;</w:t>
        <w:br/>
        <w:t>у томику поезій Персі Шеллі...&lt;br /&gt;</w:t>
        <w:br/>
        <w:t>І хлопець зблід, і за якийсь момент&lt;br /&gt;</w:t>
        <w:br/>
        <w:t>маленька книжечка уже в кишені,&lt;br /&gt;</w:t>
        <w:br/>
        <w:t>а сам, піднявши руки у простір,&lt;br /&gt;</w:t>
        <w:br/>
        <w:t>затріпотав, нзмов тяжкий докір:</w:t>
      </w:r>
    </w:p>
    <w:p>
      <w:r>
        <w:br/>
        <w:t>545.&lt;br /&gt;</w:t>
        <w:br/>
        <w:t>"Гей, сонце, не топи корону в морі&lt;br /&gt;</w:t>
        <w:br/>
        <w:t>і скаргу серця людського прийми,&lt;br /&gt;</w:t>
        <w:br/>
        <w:t>як і трава росинку п'є надворі,&lt;br /&gt;</w:t>
        <w:br/>
        <w:t>що з хмари часом витрусять громи,&lt;br /&gt;</w:t>
        <w:br/>
        <w:t>бо всі світи далеко на просторі,&lt;br /&gt;</w:t>
        <w:br/>
        <w:t>спливаючи у вічність без керми,&lt;br /&gt;</w:t>
        <w:br/>
        <w:t>твого тепла не потребують певно,&lt;br /&gt;</w:t>
        <w:br/>
        <w:t>а ми, маленькі, за ним тужим ревно.</w:t>
      </w:r>
    </w:p>
    <w:p>
      <w:r>
        <w:br/>
        <w:t>546.&lt;br /&gt;</w:t>
        <w:br/>
        <w:t>Тому ж, що ти корону, а не мідь&lt;br /&gt;</w:t>
        <w:br/>
        <w:t>викачуєш щоранку з-за діброви&lt;br /&gt;</w:t>
        <w:br/>
        <w:t>і розправляєш золотую сіть&lt;br /&gt;</w:t>
        <w:br/>
        <w:t>на цілоденні піднебесні влови,&lt;br /&gt;</w:t>
        <w:br/>
        <w:t>і в мене серце, я молю, поміть,&lt;br /&gt;</w:t>
        <w:br/>
        <w:t>хоч би і так, як скло біля полови,&lt;br /&gt;</w:t>
        <w:br/>
        <w:t>що блискотить крайком ясним до хат,&lt;br /&gt;</w:t>
        <w:br/>
        <w:t>мов блискавка, захована в кагат..."&lt;br /&gt;</w:t>
        <w:br/>
        <w:t>547.&lt;br /&gt;</w:t>
        <w:br/>
        <w:t>Нігде ще роси так не пломеніли&lt;br /&gt;</w:t>
        <w:br/>
        <w:t>на перших квітах в лузі навесні,&lt;br /&gt;</w:t>
        <w:br/>
        <w:t>і не напружувався корінь білий,&lt;br /&gt;</w:t>
        <w:br/>
        <w:t>від них у річці на прозорім дні, —&lt;br /&gt;</w:t>
        <w:br/>
        <w:t>як душу всю його і зір посіли&lt;br /&gt;</w:t>
        <w:br/>
        <w:t>рясні і невгамовані вогні&lt;br /&gt;</w:t>
        <w:br/>
        <w:t>аж іскри над чолом перелітали&lt;br /&gt;</w:t>
        <w:br/>
        <w:t>і осявали гори і провали.</w:t>
      </w:r>
    </w:p>
    <w:p>
      <w:r>
        <w:br/>
        <w:t>548.&lt;br /&gt;</w:t>
        <w:br/>
        <w:t>Якби їх Бог перехопив з путі&lt;br /&gt;</w:t>
        <w:br/>
        <w:t>і велетенською рукою кинув&lt;br /&gt;</w:t>
        <w:br/>
        <w:t>на небеса, первісністю святі,&lt;br /&gt;</w:t>
        <w:br/>
        <w:t>на ту неорану ще в себе ниву, —&lt;br /&gt;</w:t>
        <w:br/>
        <w:t>сонця із них би полум'ям густі&lt;br /&gt;</w:t>
        <w:br/>
        <w:t>у високостях виросли на диво,&lt;br /&gt;</w:t>
        <w:br/>
        <w:t>і все, що тут конає і стражда,&lt;br /&gt;</w:t>
        <w:br/>
        <w:t>до них би плинуло, як в нурт вода.</w:t>
      </w:r>
    </w:p>
    <w:p>
      <w:r>
        <w:br/>
        <w:t>549.&lt;br /&gt;</w:t>
        <w:br/>
        <w:t>І навіть щоб у океані грізнім&lt;br /&gt;</w:t>
        <w:br/>
        <w:t>ховався під сонцями тими риф&lt;br /&gt;</w:t>
        <w:br/>
        <w:t>і люди бачили б, що їх залізні&lt;br /&gt;</w:t>
        <w:br/>
        <w:t>на скелях топляться за бриґом бриг, —&lt;br /&gt;</w:t>
        <w:br/>
        <w:t>однаково: на ранній і на пізній&lt;br /&gt;</w:t>
        <w:br/>
        <w:t>дорозі хутко рвалися б до них&lt;br /&gt;</w:t>
        <w:br/>
        <w:t>і, рину чи в безодню неміренну,&lt;br /&gt;</w:t>
        <w:br/>
        <w:t>кричали б славу тим сонцям шалену.</w:t>
      </w:r>
    </w:p>
    <w:p>
      <w:r>
        <w:br/>
        <w:t>550.&lt;br /&gt;</w:t>
        <w:br/>
        <w:t>Високі почуття як Божий Світ&lt;br /&gt;</w:t>
        <w:br/>
        <w:t>і так потрібні, як Гомер на півні,&lt;br /&gt;</w:t>
        <w:br/>
        <w:t>чи комісарові освіт в живіт&lt;br /&gt;</w:t>
        <w:br/>
        <w:t>розпачлива музика Паґаніні,&lt;br /&gt;</w:t>
        <w:br/>
        <w:t>за них відломить хліба і "нарпіт",&lt;br /&gt;</w:t>
        <w:br/>
        <w:t>як проходящому по Україні,&lt;br /&gt;</w:t>
        <w:br/>
        <w:t>а трапиться останнє і страшне,&lt;br /&gt;</w:t>
        <w:br/>
        <w:t>то пес приблудний у лице лизне.</w:t>
      </w:r>
    </w:p>
    <w:p>
      <w:r>
        <w:br/>
        <w:t>551.&lt;br /&gt;</w:t>
        <w:br/>
        <w:t>Іди ж, іди, сьогодні ще не пізно,&lt;br /&gt;</w:t>
        <w:br/>
        <w:t>до Гепеви, в куйовдище зараз,&lt;br /&gt;</w:t>
        <w:br/>
        <w:t>і висолопи свій язик в залізну&lt;br /&gt;</w:t>
        <w:br/>
        <w:t>шпигунську струментину диких мас,&lt;br /&gt;</w:t>
        <w:br/>
        <w:t>щоб вирвали, мов гадину первісну,&lt;br /&gt;</w:t>
        <w:br/>
        <w:t>геть із печінкою гнилою враз&lt;br /&gt;</w:t>
        <w:br/>
        <w:t>та й почепили в нумері на "гвозді"&lt;br /&gt;</w:t>
        <w:br/>
        <w:t>між інші нумеровані безкості.</w:t>
      </w:r>
    </w:p>
    <w:p>
      <w:r>
        <w:br/>
        <w:t>552.&lt;br /&gt;</w:t>
        <w:br/>
        <w:t>Та й будеш у конторі скрипом пер&lt;br /&gt;</w:t>
        <w:br/>
        <w:t>регулювати клацання рахунку,&lt;br /&gt;</w:t>
        <w:br/>
        <w:t>де кожний клац, неначе револьвер,&lt;br /&gt;</w:t>
        <w:br/>
        <w:t>стрілятиме в душі наступну думку,&lt;br /&gt;</w:t>
        <w:br/>
        <w:t>і дух твій стане річкою з печер,&lt;br /&gt;</w:t>
        <w:br/>
        <w:t>що в березні замерзла без рятунку,&lt;br /&gt;</w:t>
        <w:br/>
        <w:t>і відбиватиме не сонця схід,&lt;br /&gt;</w:t>
        <w:br/>
        <w:t>а сонного директора прихід.</w:t>
      </w:r>
    </w:p>
    <w:p>
      <w:r>
        <w:br/>
        <w:t>553.&lt;br /&gt;</w:t>
        <w:br/>
        <w:t>Коли ж на горе із-за рахівниці&lt;br /&gt;</w:t>
        <w:br/>
        <w:t>устане ніч чи вечір у бору,&lt;br /&gt;</w:t>
        <w:br/>
        <w:t>де явір молодий біля криниці&lt;br /&gt;</w:t>
        <w:br/>
        <w:t>веде із тінями летючу гру,&lt;br /&gt;</w:t>
        <w:br/>
        <w:t>і дівчина, мов тінь якоїсь птиці,&lt;br /&gt;</w:t>
        <w:br/>
        <w:t>там зачорніє в цямрину стару,&lt;br /&gt;</w:t>
        <w:br/>
        <w:t>вчуваючи луну над лісом пізню&lt;br /&gt;</w:t>
        <w:br/>
        <w:t>на тількищо проспіваную пісню, —</w:t>
      </w:r>
    </w:p>
    <w:p>
      <w:r>
        <w:br/>
        <w:t>554.&lt;br /&gt;</w:t>
        <w:br/>
        <w:t>"На історичних і страшних шляхах&lt;br /&gt;</w:t>
        <w:br/>
        <w:t>племен загиблих і живих ще націй&lt;br /&gt;</w:t>
        <w:br/>
        <w:t>я збуджувала сонний, сірий прах&lt;br /&gt;</w:t>
        <w:br/>
        <w:t>об теплі на ногах маленькі пальці,&lt;br /&gt;</w:t>
        <w:br/>
        <w:t>і, ніч проспавши у густих борах&lt;br /&gt;</w:t>
        <w:br/>
        <w:t>та глянувши на себе в річку вранці,&lt;br /&gt;</w:t>
        <w:br/>
        <w:t>зривала я лілею на лану&lt;br /&gt;</w:t>
        <w:br/>
        <w:t>і з нею простувала в далину.&lt;br /&gt;</w:t>
        <w:br/>
        <w:t>555.&lt;br /&gt;</w:t>
        <w:br/>
        <w:t>Поети відчували ці походи&lt;br /&gt;</w:t>
        <w:br/>
        <w:t>стемнілою журбою бідних серць&lt;br /&gt;</w:t>
        <w:br/>
        <w:t>тоді, як землю обпливали води,&lt;br /&gt;</w:t>
        <w:br/>
        <w:t>згубивши свій початок і кінець&lt;br /&gt;</w:t>
        <w:br/>
        <w:t>і піднімали глибочінь і броди&lt;br /&gt;</w:t>
        <w:br/>
        <w:t>у зоряну безодню навпростець&lt;br /&gt;</w:t>
        <w:br/>
        <w:t>та й падали назад в свою стихію&lt;br /&gt;</w:t>
        <w:br/>
        <w:t>ревіти з скель поетам безнадію.</w:t>
      </w:r>
    </w:p>
    <w:p>
      <w:r>
        <w:br/>
        <w:t>556.&lt;br /&gt;</w:t>
        <w:br/>
        <w:t>Бо кожний з них найпершу іскру мрій&lt;br /&gt;</w:t>
        <w:br/>
        <w:t>і перший поцілунок молодечий,&lt;br /&gt;</w:t>
        <w:br/>
        <w:t>і день, і блиск вечірньої зорі,&lt;br /&gt;</w:t>
        <w:br/>
        <w:t>і від суспільства таємничі втечі&lt;br /&gt;</w:t>
        <w:br/>
        <w:t>у гай густий під явори старі&lt;br /&gt;</w:t>
        <w:br/>
        <w:t>лише мені в обладу вічну речив,&lt;br /&gt;</w:t>
        <w:br/>
        <w:t>а віддавав найближчій до руки,&lt;br /&gt;</w:t>
        <w:br/>
        <w:t>і сумував за мною потайки.</w:t>
      </w:r>
    </w:p>
    <w:p>
      <w:r>
        <w:br/>
        <w:t>557.&lt;br /&gt;</w:t>
        <w:br/>
        <w:t>Я ж ріки перебродила у піні,&lt;br /&gt;</w:t>
        <w:br/>
        <w:t>спиняючися скрізь на камінцях,&lt;br /&gt;</w:t>
        <w:br/>
        <w:t>споліскуючи ноги в баговинні&lt;br /&gt;</w:t>
        <w:br/>
        <w:t>і пил із гарного свого лиця. . .&lt;br /&gt;</w:t>
        <w:br/>
        <w:t>Але води у дикому камінні&lt;br /&gt;</w:t>
        <w:br/>
        <w:t>не має стільки вся планета ця,&lt;br /&gt;</w:t>
        <w:br/>
        <w:t>аби із серця в мене тугу змити,&lt;br /&gt;</w:t>
        <w:br/>
        <w:t>ще важчу навіть за ґранітні плити.</w:t>
      </w:r>
    </w:p>
    <w:p>
      <w:r>
        <w:br/>
        <w:t>558.&lt;br /&gt;</w:t>
        <w:br/>
        <w:t>Ще здавна ластівкою на лету&lt;br /&gt;</w:t>
        <w:br/>
        <w:t>на світ розкрила руки я і очі,&lt;br /&gt;</w:t>
        <w:br/>
        <w:t>і поцілунку від поетів жду&lt;br /&gt;</w:t>
        <w:br/>
        <w:t>у неціловані вуста дівочі,&lt;br /&gt;</w:t>
        <w:br/>
        <w:t>але вони надхненну молоду&lt;br /&gt;</w:t>
        <w:br/>
        <w:t>питають там, де інтереси вовчі&lt;br /&gt;</w:t>
        <w:br/>
        <w:t>беруть живих, шукаючи мерця&lt;br /&gt;</w:t>
        <w:br/>
        <w:t>і виїдають з мріями серця.&lt;br /&gt;</w:t>
        <w:br/>
        <w:t>559.&lt;br /&gt;</w:t>
        <w:br/>
        <w:t>Один мене лише впізнав донині&lt;br /&gt;</w:t>
        <w:br/>
        <w:t>Платон божистий в Дельфах у гаю,&lt;br /&gt;</w:t>
        <w:br/>
        <w:t>і, знявши свій вінок, немов богині,&lt;br /&gt;</w:t>
        <w:br/>
        <w:t>його поклав на голову мою:&lt;br /&gt;</w:t>
        <w:br/>
        <w:t>"Іди, пречиста, в Зевсові святині",&lt;br /&gt;</w:t>
        <w:br/>
        <w:t>схвильовано промовив від жалю:&lt;br /&gt;</w:t>
        <w:br/>
        <w:t>"Бо ти умреш від доторку людини,&lt;br /&gt;</w:t>
        <w:br/>
        <w:t>мистців лишивши в розпачі провини" ...</w:t>
      </w:r>
    </w:p>
    <w:p>
      <w:r>
        <w:br/>
        <w:t>560.&lt;br /&gt;</w:t>
        <w:br/>
        <w:t>Якби тепер зустрілася я з ним,&lt;br /&gt;</w:t>
        <w:br/>
        <w:t>хоч би і так, як надвечірні птахи,&lt;br /&gt;</w:t>
        <w:br/>
        <w:t>то обняла б жагучим, молодим&lt;br /&gt;</w:t>
        <w:br/>
        <w:t>від кривдою запаленої заги,&lt;br /&gt;</w:t>
        <w:br/>
        <w:t>що тільки втоми покотився б дим&lt;br /&gt;</w:t>
        <w:br/>
        <w:t>з душі моєї та її відваги,&lt;br /&gt;</w:t>
        <w:br/>
        <w:t>та й полягла б на землю мовчазну,&lt;br /&gt;</w:t>
        <w:br/>
        <w:t>немов на бруньку світового сну.</w:t>
      </w:r>
    </w:p>
    <w:p>
      <w:r>
        <w:br/>
        <w:t>561.&lt;br /&gt;</w:t>
        <w:br/>
        <w:t>Бо вчора комуністи на базарі&lt;br /&gt;</w:t>
        <w:br/>
        <w:t>мене в сільраду сміючись вели,&lt;br /&gt;</w:t>
        <w:br/>
        <w:t>з кнуром старим у дивовижній парі,&lt;br /&gt;</w:t>
        <w:br/>
        <w:t>минаючи розпряжені воли.&lt;br /&gt;</w:t>
        <w:br/>
        <w:t>Я ж, вимкнувши, тікала в сірій хмарі&lt;br /&gt;</w:t>
        <w:br/>
        <w:t>людей, скотини, пилу і смоли,&lt;br /&gt;</w:t>
        <w:br/>
        <w:t>і подарунок давньої Еллади&lt;br /&gt;</w:t>
        <w:br/>
        <w:t>вже загубила десь коло сільради" ... —</w:t>
      </w:r>
    </w:p>
    <w:p>
      <w:r>
        <w:br/>
        <w:t>562.&lt;br /&gt;</w:t>
        <w:br/>
        <w:t>Коли тобі таке щось із краси&lt;br /&gt;</w:t>
        <w:br/>
        <w:t>привидиться в конторі і заплаче,&lt;br /&gt;</w:t>
        <w:br/>
        <w:t>мерщій із ручки чорної стряси&lt;br /&gt;</w:t>
        <w:br/>
        <w:t>чорнила в серце, щоб ніхто не бачив, —&lt;br /&gt;</w:t>
        <w:br/>
        <w:t>і блисне із очей жалом коси&lt;br /&gt;</w:t>
        <w:br/>
        <w:t>сама безодня натовпу, неначе&lt;br /&gt;</w:t>
        <w:br/>
        <w:t>напоєна борщем і кров'ю птиць&lt;br /&gt;</w:t>
        <w:br/>
        <w:t>і ревищем худоби із різниць.&lt;br /&gt;</w:t>
        <w:br/>
        <w:t>563.&lt;br /&gt;</w:t>
        <w:br/>
        <w:t>Та й житимеш як той юнак велебний,&lt;br /&gt;</w:t>
        <w:br/>
        <w:t>що перегорне гори добрих книг&lt;br /&gt;</w:t>
        <w:br/>
        <w:t>і там, знайшовши слів рядок дотепний:&lt;br /&gt;</w:t>
        <w:br/>
        <w:t>Вкраїна, людськість, слава діл земних,&lt;br /&gt;</w:t>
        <w:br/>
        <w:t>бере собі за прапор їх піднебний,&lt;br /&gt;</w:t>
        <w:br/>
        <w:t>щоб серцем звоювати вічно злих,&lt;br /&gt;</w:t>
        <w:br/>
        <w:t>і боронити в світі тільки правду,&lt;br /&gt;</w:t>
        <w:br/>
        <w:t>що Януса не кличе на пораду.</w:t>
      </w:r>
    </w:p>
    <w:p>
      <w:r>
        <w:br/>
        <w:t>564.&lt;br /&gt;</w:t>
        <w:br/>
        <w:t>А роздобувши хату і город&lt;br /&gt;</w:t>
        <w:br/>
        <w:t>з підтравної московської десниці,&lt;br /&gt;</w:t>
        <w:br/>
        <w:t>а з ними груди і широкий рот&lt;br /&gt;</w:t>
        <w:br/>
        <w:t>стегнастої з рипінням молодиці,&lt;br /&gt;</w:t>
        <w:br/>
        <w:t>він припадає лютим болем цнот&lt;br /&gt;</w:t>
        <w:br/>
        <w:t>до теплої і пазухи й спідниці,&lt;br /&gt;</w:t>
        <w:br/>
        <w:t>і виє, стогне, плаче і тремтить&lt;br /&gt;</w:t>
        <w:br/>
        <w:t>і теплим ліжком до мети летить.</w:t>
      </w:r>
    </w:p>
    <w:p>
      <w:r>
        <w:br/>
        <w:t>565.&lt;br /&gt;</w:t>
        <w:br/>
        <w:t>І, утворивши летів кількість певну,&lt;br /&gt;</w:t>
        <w:br/>
        <w:t>вабниці випадковій на губах&lt;br /&gt;</w:t>
        <w:br/>
        <w:t>він залишає Батьківщину кревну&lt;br /&gt;</w:t>
        <w:br/>
        <w:t>і Людськість самотинну, мов журба,&lt;br /&gt;</w:t>
        <w:br/>
        <w:t>що їх вона, неначе тінь гаремну,&lt;br /&gt;</w:t>
        <w:br/>
        <w:t>споліскує у водяних горбах&lt;br /&gt;</w:t>
        <w:br/>
        <w:t>не дуже чистої міської лазні,&lt;br /&gt;</w:t>
        <w:br/>
        <w:t>де урядові услугують блазні.</w:t>
      </w:r>
    </w:p>
    <w:p>
      <w:r>
        <w:br/>
        <w:t>566.&lt;br /&gt;</w:t>
        <w:br/>
        <w:t>Та ще й міркує при нагоді цій,&lt;br /&gt;</w:t>
        <w:br/>
        <w:t>що серце не віддав своє нікому,&lt;br /&gt;</w:t>
        <w:br/>
        <w:t>колись пелюстку, взяту на щоці&lt;br /&gt;</w:t>
        <w:br/>
        <w:t>від дівчини у соромі п'яному,&lt;br /&gt;</w:t>
        <w:br/>
        <w:t>що вернеться туди лише дочці&lt;br /&gt;</w:t>
        <w:br/>
        <w:t>і другому нахабі молодому,&lt;br /&gt;</w:t>
        <w:br/>
        <w:t>і супокійно ходить у чеці&lt;br /&gt;</w:t>
        <w:br/>
        <w:t>язик відвідувати на гаці.&lt;br /&gt;</w:t>
        <w:br/>
        <w:t>567.&lt;br /&gt;</w:t>
        <w:br/>
        <w:t>Над містом страшно лопотіли дахи&lt;br /&gt;</w:t>
        <w:br/>
        <w:t>і брязкали замки об цеглу стін,&lt;br /&gt;</w:t>
        <w:br/>
        <w:t>закочувалися на мурах бляхи&lt;br /&gt;</w:t>
        <w:br/>
        <w:t>і вили виводи, як вовчий згін,&lt;br /&gt;</w:t>
        <w:br/>
        <w:t>а із міської вежі в тьму, де жахи,&lt;br /&gt;</w:t>
        <w:br/>
        <w:t>вітрами захлинався й бевкав дзвін;&lt;br /&gt;</w:t>
        <w:br/>
        <w:t>відбив дванадцять ночі й згинув наче&lt;br /&gt;</w:t>
        <w:br/>
        <w:t>туди, де може десь самотній плаче.</w:t>
      </w:r>
    </w:p>
    <w:p>
      <w:r>
        <w:br/>
        <w:t>568.&lt;br /&gt;</w:t>
        <w:br/>
        <w:t>Кімната тріпотала, як намет,&lt;br /&gt;</w:t>
        <w:br/>
        <w:t>вся навстяж, хоч було і пізно дуже,&lt;br /&gt;</w:t>
        <w:br/>
        <w:t>а на підлозі в хурканні газет&lt;br /&gt;</w:t>
        <w:br/>
        <w:t>на книзі кукувавкав сич від стужі:&lt;br /&gt;</w:t>
        <w:br/>
        <w:t>вітрами звіювався на момент&lt;br /&gt;</w:t>
        <w:br/>
        <w:t>та й знов вилазив на свій том байдужий...&lt;br /&gt;</w:t>
        <w:br/>
        <w:t>Куди ж поніс Свирид свою журбу?&lt;br /&gt;</w:t>
        <w:br/>
        <w:t>Не скаже сич, ні ніч, ні гуркіт бур...&lt;br /&gt;</w:t>
        <w:br/>
        <w:t>ПРОЯСЕНЬ:&lt;br /&gt;</w:t>
        <w:br/>
        <w:t>Дитині завжди мало простору: все вона зачіпає, через все&lt;br /&gt;</w:t>
        <w:br/>
        <w:t>спотикається і завжди біжить туди, куди, кажуть, не можна біг-&lt;br /&gt;</w:t>
        <w:br/>
        <w:t>ти, куди її ,руки дорослих не пускають. Юнак теж дитина, він теж&lt;br /&gt;</w:t>
        <w:br/>
        <w:t>починає життьовий шлях з образу орла, тільки не того, що злітає з&lt;br /&gt;</w:t>
        <w:br/>
        <w:t>гнізда, а того, що вже летить у просторі без початку і кінця, ніби в&lt;br /&gt;</w:t>
        <w:br/>
        <w:t>тім просторі, якого бажала і дитина. Олександер Македонський, Ко-&lt;br /&gt;</w:t>
        <w:br/>
        <w:t>люмб і Байрон найкращі образи, що втілюють цей єдиний рух&lt;br /&gt;</w:t>
        <w:br/>
        <w:t>дитини і юнака в безконечність.&lt;br /&gt;</w:t>
        <w:br/>
        <w:t>І через те, що смерть під тином те саме, що смерть у про-&lt;br /&gt;</w:t>
        <w:br/>
        <w:t>сторі, смерть орла на лету, що не долетів до мети, ні вернувся&lt;br /&gt;</w:t>
        <w:br/>
        <w:t>назад, смерть в дорозі без початку і кінця, в рухові від Олек-&lt;br /&gt;</w:t>
        <w:br/>
        <w:t>сандра Македонського, Колюмба і Байрона в космос, до розпачу,&lt;br /&gt;</w:t>
        <w:br/>
        <w:t>до бомби, що підпалює цей космос, — я люблю омісцевлене і ні-&lt;br /&gt;</w:t>
        <w:br/>
        <w:t>коли не мав і не маю бажання завжди бути молодим, щоб не пе-&lt;br /&gt;</w:t>
        <w:br/>
        <w:t>реживати знов страждання від питання: і навіщо воно людині?..&lt;br /&gt;</w:t>
        <w:br/>
        <w:t>І з хвилюванням сердечним кажу: нехай живе Шевченко, Гомер,&lt;br /&gt;</w:t>
        <w:br/>
        <w:t>Толстой і Гюґо, бо обмеженість і любов до неї, якби це було&lt;br /&gt;</w:t>
        <w:br/>
        <w:t>можливе в природі людини, врятували б наш бідний світ...</w:t>
      </w:r>
    </w:p>
    <w:p>
      <w:r>
        <w:br/>
        <w:t>ВИКЛИК</w:t>
      </w:r>
    </w:p>
    <w:p>
      <w:r>
        <w:br/>
        <w:t>569.&lt;br /&gt;</w:t>
        <w:br/>
        <w:t>Немов титани із старого світу&lt;br /&gt;</w:t>
        <w:br/>
        <w:t>прийшли на Київські смутні степи&lt;br /&gt;</w:t>
        <w:br/>
        <w:t>та й почали об кручі з неоліту&lt;br /&gt;</w:t>
        <w:br/>
        <w:t>свити трусити, як снопи з копи,&lt;br /&gt;</w:t>
        <w:br/>
        <w:t>так бурі упадали із зеніту&lt;br /&gt;</w:t>
        <w:br/>
        <w:t>і в гори давні, в земляні стовпи,&lt;br /&gt;</w:t>
        <w:br/>
        <w:t>товкли, й земля гула, ліси стогнали,&lt;br /&gt;</w:t>
        <w:br/>
        <w:t>і чорні хмари з неба місяць гнали.</w:t>
      </w:r>
    </w:p>
    <w:p>
      <w:r>
        <w:br/>
        <w:t>570.&lt;br /&gt;</w:t>
        <w:br/>
        <w:t>Верхи дзвеніли випадкових скель&lt;br /&gt;</w:t>
        <w:br/>
        <w:t>і вітер рвали гостротою зуба,&lt;br /&gt;</w:t>
        <w:br/>
        <w:t>і вили сови із нічних пустель,&lt;br /&gt;</w:t>
        <w:br/>
        <w:t>вітаючи у кручах душогуба,&lt;br /&gt;</w:t>
        <w:br/>
        <w:t>де дерево ніяке не росте,&lt;br /&gt;</w:t>
        <w:br/>
        <w:t>а на конячих незаритих трупах&lt;br /&gt;</w:t>
        <w:br/>
        <w:t>на місяць жовтий гавкали лиси,&lt;br /&gt;</w:t>
        <w:br/>
        <w:t>щоб крови дав з небес, а не роси.</w:t>
      </w:r>
    </w:p>
    <w:p>
      <w:r>
        <w:br/>
        <w:t>571.&lt;br /&gt;</w:t>
        <w:br/>
        <w:t>Дніпро стогнав і воду й давню зброю&lt;br /&gt;</w:t>
        <w:br/>
        <w:t>шпурляв на береги, мов сковзалки,&lt;br /&gt;</w:t>
        <w:br/>
        <w:t>та криця й хвилі власною вагою&lt;br /&gt;</w:t>
        <w:br/>
        <w:t>сповзали знов у глибочінь ріки,&lt;br /&gt;</w:t>
        <w:br/>
        <w:t>і все: тополі й верби з рогозою,&lt;br /&gt;</w:t>
        <w:br/>
        <w:t>і скриг заліза, і Дніпра шматки&lt;br /&gt;</w:t>
        <w:br/>
        <w:t>єдиним подихом кипіли нині,&lt;br /&gt;</w:t>
        <w:br/>
        <w:t>мов вічний штурм одвічної твердині.</w:t>
      </w:r>
    </w:p>
    <w:p>
      <w:r>
        <w:br/>
        <w:t>572.&lt;br /&gt;</w:t>
        <w:br/>
        <w:t>Та не тієї, за яку давно&lt;br /&gt;</w:t>
        <w:br/>
        <w:t>Москва і Турки, і Ляхи біляві&lt;br /&gt;</w:t>
        <w:br/>
        <w:t>життя пустили на глибоке дно,&lt;br /&gt;</w:t>
        <w:br/>
        <w:t>спочатку людській залишивши славі&lt;br /&gt;</w:t>
        <w:br/>
        <w:t>розбите запорожцями стерно&lt;br /&gt;</w:t>
        <w:br/>
        <w:t>і трави скрізь на берегах криваві,&lt;br /&gt;</w:t>
        <w:br/>
        <w:t>що хиляться й тепер до наших хвиль&lt;br /&gt;</w:t>
        <w:br/>
        <w:t>шуміти про злобу чужих зусиль.</w:t>
      </w:r>
    </w:p>
    <w:p>
      <w:r>
        <w:br/>
        <w:t>573.&lt;br /&gt;</w:t>
        <w:br/>
        <w:t>Най глинищем одним у горах висів&lt;br /&gt;</w:t>
        <w:br/>
        <w:t>повалений громами осокір,&lt;br /&gt;</w:t>
        <w:br/>
        <w:t>у листі в нього щось тривожно лис їв,&lt;br /&gt;</w:t>
        <w:br/>
        <w:t>на урвище підводячи свій зір,&lt;br /&gt;</w:t>
        <w:br/>
        <w:t>бо там над ним, де вітер свист вів,&lt;br /&gt;</w:t>
        <w:br/>
        <w:t>людина височіла у простір&lt;br /&gt;</w:t>
        <w:br/>
        <w:t>небесний, криком говорила туги&lt;br /&gt;</w:t>
        <w:br/>
        <w:t>до неміренної, як світ, потуги.&lt;br /&gt;</w:t>
        <w:br/>
        <w:t>574.&lt;br /&gt;</w:t>
        <w:br/>
        <w:t>І рвалося волосся на чолі&lt;br /&gt;</w:t>
        <w:br/>
        <w:t>виттям, бурханням і стогнанням бурі,&lt;br /&gt;</w:t>
        <w:br/>
        <w:t>і місяць на розбитому крилі&lt;br /&gt;</w:t>
        <w:br/>
        <w:t>летів крізь хмари на ставки понурі&lt;br /&gt;</w:t>
        <w:br/>
        <w:t>і на яри від вогкості гнилі,&lt;br /&gt;</w:t>
        <w:br/>
        <w:t>й на чорні Київські прадавні мури;&lt;br /&gt;</w:t>
        <w:br/>
        <w:t>З віччю в людини сяйво дивне йшло&lt;br /&gt;</w:t>
        <w:br/>
        <w:t>й чоло тримало в світлі, мов шолом.</w:t>
      </w:r>
    </w:p>
    <w:p>
      <w:r>
        <w:br/>
        <w:t>575.&lt;br /&gt;</w:t>
        <w:br/>
        <w:t>"Гей, сило всіх початків і загину,&lt;br /&gt;</w:t>
        <w:br/>
        <w:t>з останнім словом я до тебе став;&lt;br /&gt;</w:t>
        <w:br/>
        <w:t>ти вирвала ворота й брами впину,&lt;br /&gt;</w:t>
        <w:br/>
        <w:t>що у світах тримала тьма густа,&lt;br /&gt;</w:t>
        <w:br/>
        <w:t>і геть розкидала, немов скотину,&lt;br /&gt;</w:t>
        <w:br/>
        <w:t>великими пожежами повстань —&lt;br /&gt;</w:t>
        <w:br/>
        <w:t>і всі стихії вирвались до лету&lt;br /&gt;</w:t>
        <w:br/>
        <w:t>і трусять нашу вже стару планету...</w:t>
      </w:r>
    </w:p>
    <w:p>
      <w:r>
        <w:br/>
        <w:t>576.&lt;br /&gt;</w:t>
        <w:br/>
        <w:t>Сама ж, гей, сило, на безоднях ти&lt;br /&gt;</w:t>
        <w:br/>
        <w:t>пливеш з розкритим і порожнім лоном,&lt;br /&gt;</w:t>
        <w:br/>
        <w:t>і саме час мені слова стрясти&lt;br /&gt;</w:t>
        <w:br/>
        <w:t>з душі, неначе ос отрутне ґроно,&lt;br /&gt;</w:t>
        <w:br/>
        <w:t>в ту совість, що утворює світи&lt;br /&gt;</w:t>
        <w:br/>
        <w:t>серед якогось вічного закону,&lt;br /&gt;</w:t>
        <w:br/>
        <w:t>який формує тут звіриний ЛЮД&lt;br /&gt;</w:t>
        <w:br/>
        <w:t>надхнення убивати і мій труд</w:t>
      </w:r>
    </w:p>
    <w:p>
      <w:r>
        <w:br/>
        <w:t>577.&lt;br /&gt;</w:t>
        <w:br/>
        <w:t>за те, що ідолам його і фарбам&lt;br /&gt;</w:t>
        <w:br/>
        <w:t>плякатним не згинав ніде колін&lt;br /&gt;</w:t>
        <w:br/>
        <w:t>і всім різницям і тюремним штампам&lt;br /&gt;</w:t>
        <w:br/>
        <w:t>у мене в серці не творився гімн,&lt;br /&gt;</w:t>
        <w:br/>
        <w:t>аби не чути як складає ямбам&lt;br /&gt;</w:t>
        <w:br/>
        <w:t>хвалу волячий запашний загін,&lt;br /&gt;</w:t>
        <w:br/>
        <w:t>що правду визнає в густій толоці,&lt;br /&gt;</w:t>
        <w:br/>
        <w:t>а волю в держаках від вил на боці&lt;br /&gt;</w:t>
        <w:br/>
        <w:t>578.&lt;br /&gt;</w:t>
        <w:br/>
        <w:t>і що на мертвий у степу парад&lt;br /&gt;</w:t>
        <w:br/>
        <w:t>не йду між мертвими вночі лягати,&lt;br /&gt;</w:t>
        <w:br/>
        <w:t>і, збільшивши неповорушний ряд&lt;br /&gt;</w:t>
        <w:br/>
        <w:t>великої пекельної загати,&lt;br /&gt;</w:t>
        <w:br/>
        <w:t>не жду, аж доки широчезний зад&lt;br /&gt;</w:t>
        <w:br/>
        <w:t>державної тварюки, мов з гармати,&lt;br /&gt;</w:t>
        <w:br/>
        <w:t>не звалить у задушливих громах&lt;br /&gt;</w:t>
        <w:br/>
        <w:t>в степу безгласім мосянжовий жах!</w:t>
      </w:r>
    </w:p>
    <w:p>
      <w:r>
        <w:br/>
        <w:t>579.&lt;br /&gt;</w:t>
        <w:br/>
        <w:t>Гей, сило смерти і в світах обнови,&lt;br /&gt;</w:t>
        <w:br/>
        <w:t>за це совєтське стовпище святе&lt;br /&gt;</w:t>
        <w:br/>
        <w:t>мене від себе випхнуло в діброви,&lt;br /&gt;</w:t>
        <w:br/>
        <w:t>де шум дерев зловісністю росте&lt;br /&gt;</w:t>
        <w:br/>
        <w:t>і рине глум із дір світобудови,&lt;br /&gt;</w:t>
        <w:br/>
        <w:t>щоб я, чекаючи з Чеки гостей,&lt;br /&gt;</w:t>
        <w:br/>
        <w:t>вигукував останніми словами:&lt;br /&gt;</w:t>
        <w:br/>
        <w:t>Єдине все, що в нас і що над нами!</w:t>
      </w:r>
    </w:p>
    <w:p>
      <w:r>
        <w:br/>
        <w:t>580.&lt;br /&gt;</w:t>
        <w:br/>
        <w:t>І хай собі Дніпро реве, шумить&lt;br /&gt;</w:t>
        <w:br/>
        <w:t>і б'є в німе вікно душі моєї,&lt;br /&gt;</w:t>
        <w:br/>
        <w:t>і краплями брудними кожну мить,&lt;br /&gt;</w:t>
        <w:br/>
        <w:t>переливаючись, плющить із неї,&lt;br /&gt;</w:t>
        <w:br/>
        <w:t>московську відмиваючи блакить&lt;br /&gt;</w:t>
        <w:br/>
        <w:t>і сповнені отрутою ідеї,&lt;br /&gt;</w:t>
        <w:br/>
        <w:t>що сіллю сліз і кров'ю давніх мук&lt;br /&gt;</w:t>
        <w:br/>
        <w:t>до скла душі пристали, мов карук...</w:t>
      </w:r>
    </w:p>
    <w:p>
      <w:r>
        <w:br/>
        <w:t>581.&lt;br /&gt;</w:t>
        <w:br/>
        <w:t>І від Дніпрової нехай стихії&lt;br /&gt;</w:t>
        <w:br/>
        <w:t>болять потрощені кістки в мені,&lt;br /&gt;</w:t>
        <w:br/>
        <w:t>й нехай душа від водяної дії&lt;br /&gt;</w:t>
        <w:br/>
        <w:t>прозорішає навіть в глибині,&lt;br /&gt;</w:t>
        <w:br/>
        <w:t>де давнина моя летить на мрії,&lt;br /&gt;</w:t>
        <w:br/>
        <w:t>неначе птах в нагірній вишині,&lt;br /&gt;</w:t>
        <w:br/>
        <w:t>а я нехай мовчу і не питаю,&lt;br /&gt;</w:t>
        <w:br/>
        <w:t>чи долетить вона колись до краю...&lt;br /&gt;</w:t>
        <w:br/>
        <w:t>582.&lt;br /&gt;</w:t>
        <w:br/>
        <w:t>Бо в світі має все останній грилі —&lt;br /&gt;</w:t>
        <w:br/>
        <w:t>і золоте добро, і зло злиденне,&lt;br /&gt;</w:t>
        <w:br/>
        <w:t>лише не знаю, чи росте шпориш&lt;br /&gt;</w:t>
        <w:br/>
        <w:t>у Дантовій Італії без мене...&lt;br /&gt;</w:t>
        <w:br/>
        <w:t>Ох, сило сил, ти на світах летиш,&lt;br /&gt;</w:t>
        <w:br/>
        <w:t>неначе щастя десь моє шалене,&lt;br /&gt;</w:t>
        <w:br/>
        <w:t>шукаючи коханої снаги&lt;br /&gt;</w:t>
        <w:br/>
        <w:t>в розсипаному сонці навкруги!</w:t>
      </w:r>
    </w:p>
    <w:p>
      <w:r>
        <w:br/>
        <w:t>583.&lt;br /&gt;</w:t>
        <w:br/>
        <w:t>Та все ж чи ти єдина із світами,&lt;br /&gt;</w:t>
        <w:br/>
        <w:t>гей, незбагненна вічносте німа,&lt;br /&gt;</w:t>
        <w:br/>
        <w:t>і чи колись вони були сонцями&lt;br /&gt;</w:t>
        <w:br/>
        <w:t>без тебе там, де іспредвіку тьма? ..&lt;br /&gt;</w:t>
        <w:br/>
        <w:t>Земля мене вродила під кущами,&lt;br /&gt;</w:t>
        <w:br/>
        <w:t>де комашина в холодку дріма,&lt;br /&gt;</w:t>
        <w:br/>
        <w:t>чи я й вона єдине щось являю&lt;br /&gt;</w:t>
        <w:br/>
        <w:t>з тобою і космічністю без краю?</w:t>
      </w:r>
    </w:p>
    <w:p>
      <w:r>
        <w:br/>
        <w:t>584.&lt;br /&gt;</w:t>
        <w:br/>
        <w:t>Бо ось, коли найбільше горе б'є&lt;br /&gt;</w:t>
        <w:br/>
        <w:t>коли ввесь світ страшний, навколоплинний&lt;br /&gt;</w:t>
        <w:br/>
        <w:t>безоднями чигає на моє&lt;br /&gt;</w:t>
        <w:br/>
        <w:t>життя, мов океан на тінь піщини;&lt;br /&gt;</w:t>
        <w:br/>
        <w:t>коли тепла, що в серці іскра є,&lt;br /&gt;</w:t>
        <w:br/>
        <w:t>жадаю від космічної родини,&lt;br /&gt;</w:t>
        <w:br/>
        <w:t>як вітром вибите з гнізда орля&lt;br /&gt;</w:t>
        <w:br/>
        <w:t>від блискавки зеленої здаля, —</w:t>
      </w:r>
    </w:p>
    <w:p>
      <w:r>
        <w:br/>
        <w:t>585.&lt;br /&gt;</w:t>
        <w:br/>
        <w:t>я кинутий широкому узбоччю&lt;br /&gt;</w:t>
        <w:br/>
        <w:t>ярів і круч і гнівного Дніпра&lt;br /&gt;</w:t>
        <w:br/>
        <w:t>крізь ревища, неначе тічку вовчу,&lt;br /&gt;</w:t>
        <w:br/>
        <w:t>що десь над падлом серед степу гра, —&lt;br /&gt;</w:t>
        <w:br/>
        <w:t>перед тобою, Вічносте, не змовчу&lt;br /&gt;</w:t>
        <w:br/>
        <w:t>свого прокляття, як ота гора,&lt;br /&gt;</w:t>
        <w:br/>
        <w:t>де безневинну душу розпинали&lt;br /&gt;</w:t>
        <w:br/>
        <w:t>і людські, і міжзоряні анали...</w:t>
      </w:r>
    </w:p>
    <w:p>
      <w:r>
        <w:br/>
        <w:t>586.&lt;br /&gt;</w:t>
        <w:br/>
        <w:t>І всі ясні, стрункі сонця вгорі&lt;br /&gt;</w:t>
        <w:br/>
        <w:t>від розпачу на сяєво не всохли,&lt;br /&gt;</w:t>
        <w:br/>
        <w:t>коли народи не річок, морів&lt;br /&gt;</w:t>
        <w:br/>
        <w:t>кривавих забажали із Голгофи,&lt;br /&gt;</w:t>
        <w:br/>
        <w:t>лишаючи на згарищах віків&lt;br /&gt;</w:t>
        <w:br/>
        <w:t>до нашої страшної катастрофи&lt;br /&gt;</w:t>
        <w:br/>
        <w:t>жінкам тужити голосінням птиць&lt;br /&gt;</w:t>
        <w:br/>
        <w:t>біля сухих, кривавих шибениць.. .</w:t>
      </w:r>
    </w:p>
    <w:p>
      <w:r>
        <w:br/>
        <w:t>587.&lt;br /&gt;</w:t>
        <w:br/>
        <w:t>І там, на небесах, коли орбіту&lt;br /&gt;</w:t>
        <w:br/>
        <w:t>зоря зорі прорве у стрічну путь&lt;br /&gt;</w:t>
        <w:br/>
        <w:t>і зливою рясною вогнеліту&lt;br /&gt;</w:t>
        <w:br/>
        <w:t>у безвість осідатися почнуть, —&lt;br /&gt;</w:t>
        <w:br/>
        <w:t>то рій світів зі спокоєм Граніту&lt;br /&gt;</w:t>
        <w:br/>
        <w:t>над ними пронесе себе в забудь,&lt;br /&gt;</w:t>
        <w:br/>
        <w:t>не капнувши й жіночою сльозою&lt;br /&gt;</w:t>
        <w:br/>
        <w:t>за вибитими у безодню з рою. . .</w:t>
      </w:r>
    </w:p>
    <w:p>
      <w:r>
        <w:br/>
        <w:t>588.&lt;br /&gt;</w:t>
        <w:br/>
        <w:t>І слугувати вже не буду я&lt;br /&gt;</w:t>
        <w:br/>
        <w:t>найкращій Фебовій пречистій діві,&lt;br /&gt;</w:t>
        <w:br/>
        <w:t>бо дика вулиця і крики дня&lt;br /&gt;</w:t>
        <w:br/>
        <w:t>моє єство у бунті та у гніві&lt;br /&gt;</w:t>
        <w:br/>
        <w:t>марнують, і від мук душа моя&lt;br /&gt;</w:t>
        <w:br/>
        <w:t>згубила мрію й почуття у співі,&lt;br /&gt;</w:t>
        <w:br/>
        <w:t>немов колоссям тане добрий сніп,&lt;br /&gt;</w:t>
        <w:br/>
        <w:t>як вітер переверне стаю кіп...</w:t>
      </w:r>
    </w:p>
    <w:p>
      <w:r>
        <w:br/>
        <w:t>589.&lt;br /&gt;</w:t>
        <w:br/>
        <w:t>Бо жах, не Бог, коло людей падкує&lt;br /&gt;</w:t>
        <w:br/>
        <w:t>і гонить їх розбоєм у віки,&lt;br /&gt;</w:t>
        <w:br/>
        <w:t>туди, де спредковічну прірву чує,&lt;br /&gt;</w:t>
        <w:br/>
        <w:t>як чують кров на відстані круки,&lt;br /&gt;</w:t>
        <w:br/>
        <w:t>а залізниця путь йому простує,&lt;br /&gt;</w:t>
        <w:br/>
        <w:t>у Вічність націляючи гудки&lt;br /&gt;</w:t>
        <w:br/>
        <w:t>й розсовуючи в неміренність обрій,&lt;br /&gt;</w:t>
        <w:br/>
        <w:t>немов цареві в ноги килим добрий.. .&lt;br /&gt;</w:t>
        <w:br/>
        <w:t>590.&lt;br /&gt;</w:t>
        <w:br/>
        <w:t>Свідомість людська, бідна і мала&lt;br /&gt;</w:t>
        <w:br/>
        <w:t>і взята у маленькі млисті межі,&lt;br /&gt;</w:t>
        <w:br/>
        <w:t>на іскри схожа, сповнені тепла,&lt;br /&gt;</w:t>
        <w:br/>
        <w:t>що рвуться з велетенської пожежі. . .&lt;br /&gt;</w:t>
        <w:br/>
        <w:t>Куди й для чого? Не говорить мла,&lt;br /&gt;</w:t>
        <w:br/>
        <w:t>де смерть з початком спить в одній одежі...&lt;br /&gt;</w:t>
        <w:br/>
        <w:t>Душе ж моя важка, життя моє,&lt;br /&gt;</w:t>
        <w:br/>
        <w:t>який ще жах тобі страшніший є?..</w:t>
      </w:r>
    </w:p>
    <w:p>
      <w:r>
        <w:br/>
        <w:t>591.&lt;br /&gt;</w:t>
        <w:br/>
        <w:t>Гей, Дніпре, Дніпре, скований левище,&lt;br /&gt;</w:t>
        <w:br/>
        <w:t>віддай мені крицеві панцері,&lt;br /&gt;</w:t>
        <w:br/>
        <w:t>що ти із дна підняв собі на грище&lt;br /&gt;</w:t>
        <w:br/>
        <w:t>і ними скелі в берегах старі&lt;br /&gt;</w:t>
        <w:br/>
        <w:t>ворушиш, ніби вітер попелищем,&lt;br /&gt;</w:t>
        <w:br/>
        <w:t>а з каменю розтертого вгорі&lt;br /&gt;</w:t>
        <w:br/>
        <w:t>громадиш інші хмари над лісами,&lt;br /&gt;</w:t>
        <w:br/>
        <w:t>що ляжуть у полях піском-буртами...</w:t>
      </w:r>
    </w:p>
    <w:p>
      <w:r>
        <w:br/>
        <w:t>592.&lt;br /&gt;</w:t>
        <w:br/>
        <w:t>Віддай мені і хай слова мої,&lt;br /&gt;</w:t>
        <w:br/>
        <w:t>закуті в крицю давнього завзяття,&lt;br /&gt;</w:t>
        <w:br/>
        <w:t>впадуть, як ще не бачені рої&lt;br /&gt;</w:t>
        <w:br/>
        <w:t>отрутного і для світів прокляття,&lt;br /&gt;</w:t>
        <w:br/>
        <w:t>в безодні вічні, аж у ті краї,&lt;br /&gt;</w:t>
        <w:br/>
        <w:t>де наливаються вони з безладдя,&lt;br /&gt;</w:t>
        <w:br/>
        <w:t>щоб вибухли серед всесвітніх зел&lt;br /&gt;</w:t>
        <w:br/>
        <w:t>і з космосу зробили млу пустель! ..."</w:t>
      </w:r>
    </w:p>
    <w:p>
      <w:r>
        <w:br/>
        <w:t>593.&lt;br /&gt;</w:t>
        <w:br/>
        <w:t>І враз, немов підстреленая птиця&lt;br /&gt;</w:t>
        <w:br/>
        <w:t>Свиридові упала тінь з-під віт,&lt;br /&gt;</w:t>
        <w:br/>
        <w:t>яри гукнули, ніби громовиця,&lt;br /&gt;</w:t>
        <w:br/>
        <w:t>за краєвид Свирид хитнувся в світ,&lt;br /&gt;</w:t>
        <w:br/>
        <w:t>і там, де спить підрубана ялиця,&lt;br /&gt;</w:t>
        <w:br/>
        <w:t>шугнув туди, де може сотні літ&lt;br /&gt;</w:t>
        <w:br/>
        <w:t>верба держиться дуплами з безодні&lt;br /&gt;</w:t>
        <w:br/>
        <w:t>і ними виє, як вовки голодні.&lt;br /&gt;</w:t>
        <w:br/>
        <w:t>594.&lt;br /&gt;</w:t>
        <w:br/>
        <w:t>Услід йому із револьвера раз&lt;br /&gt;</w:t>
        <w:br/>
        <w:t>спалахнуло над кручею тривожно:&lt;br /&gt;</w:t>
        <w:br/>
        <w:t>"Оце тобі від нас такий Пегас,&lt;br /&gt;</w:t>
        <w:br/>
        <w:t>як сісти у постіл було не можна!"&lt;br /&gt;</w:t>
        <w:br/>
        <w:t>Гукнуло щось, і зупинився час,&lt;br /&gt;</w:t>
        <w:br/>
        <w:t>немов гора посеред ночі кожна,&lt;br /&gt;</w:t>
        <w:br/>
        <w:t>лише дуби хилились, як жита,&lt;br /&gt;</w:t>
        <w:br/>
        <w:t>і вила глухо чорна самота...&lt;br /&gt;</w:t>
        <w:br/>
        <w:t>ПРОЯСЕНЬ&lt;br /&gt;</w:t>
        <w:br/>
        <w:t>І прийшла одна дівчина до ворожки та й сказала: "Учора бу-&lt;br /&gt;</w:t>
        <w:br/>
        <w:t>ло Купала, і всі дівчата пустили на воду вінки із свічами, а я ле-&lt;br /&gt;</w:t>
        <w:br/>
        <w:t>жала в недузі і не в силі була спитатися долі. І цілу ніч я ду-&lt;br /&gt;</w:t>
        <w:br/>
        <w:t>мала і на ранок видужала... І я сьогодні хочу взнати долю, хоч&lt;br /&gt;</w:t>
        <w:br/>
        <w:t>від ворожіння" ...&lt;br /&gt;</w:t>
        <w:br/>
        <w:t>І ворожка помовчала та й відповіла: "Піди на причілок моєї&lt;br /&gt;</w:t>
        <w:br/>
        <w:t>хати, вирви ружу, і не заходь вже до мене, а йди за село, на&lt;br /&gt;</w:t>
        <w:br/>
        <w:t>стежку, що між житом. І ружу поклади серед стежки, а сама ляж&lt;br /&gt;</w:t>
        <w:br/>
        <w:t>у житі й дивися. Як візьме квітку дитина, чи жінка, чи чоловік —&lt;br /&gt;</w:t>
        <w:br/>
        <w:t>не буде тобі щастя, а як парубок, то йди за ним мовчки, аж доки&lt;br /&gt;</w:t>
        <w:br/>
        <w:t>він не оглянеться. Тоді будь розумною і скажи: "Віддай мою&lt;br /&gt;</w:t>
        <w:br/>
        <w:t>квітку". І парубок буде твій". Дівчина так і зробила. Перший&lt;br /&gt;</w:t>
        <w:br/>
        <w:t>ішов парубок і справді взяв ружу, але дійшов до річки, сів на чо-&lt;br /&gt;</w:t>
        <w:br/>
        <w:t>вен і переїхав, а дівчина, щоб за ним іти, швидко роздяглася,&lt;br /&gt;</w:t>
        <w:br/>
        <w:t>взяла в руки сорочки і пішла бродом через воду. Річка була ши-&lt;br /&gt;</w:t>
        <w:br/>
        <w:t>рока, а посередині глибока. Дівчина цього не знала і вернулася,&lt;br /&gt;</w:t>
        <w:br/>
        <w:t>бо помочила б сорочки і соромно було б доганяти хлопця мокрій,&lt;br /&gt;</w:t>
        <w:br/>
        <w:t>а хоч голій.&lt;br /&gt;</w:t>
        <w:br/>
        <w:t>Ну що, як справді то дівоче щастя було, і чи годиться, хоч&lt;br /&gt;</w:t>
        <w:br/>
        <w:t>і дівчині, боятися сорому там, де справа йде про все наступне&lt;br /&gt;</w:t>
        <w:br/>
        <w:t>життя? Ну, а коли то було хто його зна й що, то й то треба&lt;br /&gt;</w:t>
        <w:br/>
        <w:t>було йти навіть у мокрих сорочках, бо нез'ясованість кричала б&lt;br /&gt;</w:t>
        <w:br/>
        <w:t>на все переднє життя так, що глушила б голоси і ті, що на світі,&lt;br /&gt;</w:t>
        <w:br/>
        <w:t>і ті, що в душі, про втрату чогось дуже хвилюючого і такого,&lt;br /&gt;</w:t>
        <w:br/>
        <w:t>яке довго ждали і яке вже ніколи не настане.</w:t>
      </w:r>
    </w:p>
    <w:p>
      <w:r>
        <w:br/>
        <w:t>ПОКИНУТА</w:t>
      </w:r>
    </w:p>
    <w:p>
      <w:r>
        <w:br/>
        <w:t>595.&lt;br /&gt;</w:t>
        <w:br/>
        <w:t>З гір київських, що схожі на підгерстя,&lt;br /&gt;</w:t>
        <w:br/>
        <w:t>хитнулася студентка до колод,&lt;br /&gt;</w:t>
        <w:br/>
        <w:t>лілею тиснучи собі до серця,&lt;br /&gt;</w:t>
        <w:br/>
        <w:t>неначе найдорожчий свій клейнод;&lt;br /&gt;</w:t>
        <w:br/>
        <w:t>але її не підхопив, здається,&lt;br /&gt;</w:t>
        <w:br/>
        <w:t>там ні гульвіса, ні прихильник мод,&lt;br /&gt;</w:t>
        <w:br/>
        <w:t>бо мають право всі у нас на м'язи —&lt;br /&gt;</w:t>
        <w:br/>
        <w:t>і комісар, і жінка, й свинопаси.&lt;br /&gt;</w:t>
        <w:br/>
        <w:t>596.&lt;br /&gt;</w:t>
        <w:br/>
        <w:t>А день кульбабою на тихий став&lt;br /&gt;</w:t>
        <w:br/>
        <w:t>котився з сонцем теплим та хмарками&lt;br /&gt;</w:t>
        <w:br/>
        <w:t>і за Дніпром тополі натягав&lt;br /&gt;</w:t>
        <w:br/>
        <w:t>до неба ніжнозорими боками;&lt;br /&gt;</w:t>
        <w:br/>
        <w:t>а з них дуга, неначе з дзвона "бав",&lt;br /&gt;</w:t>
        <w:br/>
        <w:t>рожева й тиха, мліла над пісками&lt;br /&gt;</w:t>
        <w:br/>
        <w:t>і маривною смугою до дня&lt;br /&gt;</w:t>
        <w:br/>
        <w:t>плелася, мов до сонного коня.</w:t>
      </w:r>
    </w:p>
    <w:p>
      <w:r>
        <w:br/>
        <w:t>597.&lt;br /&gt;</w:t>
        <w:br/>
        <w:t>Але студентка у тяжкій утомі&lt;br /&gt;</w:t>
        <w:br/>
        <w:t>не бачила, на що стає стопа,&lt;br /&gt;</w:t>
        <w:br/>
        <w:t>минаючи каштани нерухомі&lt;br /&gt;</w:t>
        <w:br/>
        <w:t>так само, як душа якась сліпа,&lt;br /&gt;</w:t>
        <w:br/>
        <w:t>яку жене таємний серця пломінь&lt;br /&gt;</w:t>
        <w:br/>
        <w:t>сказати горе схованим степам&lt;br /&gt;</w:t>
        <w:br/>
        <w:t>за містом, де Дніпро ще вільно плине,&lt;br /&gt;</w:t>
        <w:br/>
        <w:t>бо серце інколи без слова гине.&lt;br /&gt;</w:t>
        <w:br/>
        <w:t>Дівчина&lt;br /&gt;</w:t>
        <w:br/>
        <w:t>598.&lt;br /&gt;</w:t>
        <w:br/>
        <w:t>"Мисливець, пан Живіт, мені казав,&lt;br /&gt;</w:t>
        <w:br/>
        <w:t>що на Дніпрі, під Лисою Горою,&lt;br /&gt;</w:t>
        <w:br/>
        <w:t>Свирид з одежі вранці кров змивав&lt;br /&gt;</w:t>
        <w:br/>
        <w:t>холодною, роздзвонною водою;&lt;br /&gt;</w:t>
        <w:br/>
        <w:t>сідав на камінь, здавлено стогнав&lt;br /&gt;</w:t>
        <w:br/>
        <w:t>і на виду аж синій був собою,&lt;br /&gt;</w:t>
        <w:br/>
        <w:t>і обережно так, наскільки міг,&lt;br /&gt;</w:t>
        <w:br/>
        <w:t>невисушений одяг так і вдіг.</w:t>
      </w:r>
    </w:p>
    <w:p>
      <w:r>
        <w:br/>
        <w:t>599.&lt;br /&gt;</w:t>
        <w:br/>
        <w:t>І, взявши із-під себе білий камінь,&lt;br /&gt;</w:t>
        <w:br/>
        <w:t>поклав його у чамайдан новий,&lt;br /&gt;</w:t>
        <w:br/>
        <w:t>і вверх підняв тремтячими руками&lt;br /&gt;</w:t>
        <w:br/>
        <w:t>та й кинув супокійно в чорторий...&lt;br /&gt;</w:t>
        <w:br/>
        <w:t>І доки пузирило вир бульками,&lt;br /&gt;</w:t>
        <w:br/>
        <w:t>дивився нерухомо з-під гори. . .&lt;br /&gt;</w:t>
        <w:br/>
        <w:t>А далі бачили, як він без тями&lt;br /&gt;</w:t>
        <w:br/>
        <w:t>безсило хилитався над полями" ...&lt;br /&gt;</w:t>
        <w:br/>
        <w:t>600.&lt;br /&gt;</w:t>
        <w:br/>
        <w:t>Поглянувши ж на казку, а не храм,&lt;br /&gt;</w:t>
        <w:br/>
        <w:t>землі чужої генія, Растреллі,&lt;br /&gt;</w:t>
        <w:br/>
        <w:t>яка летить назустріч небесам&lt;br /&gt;</w:t>
        <w:br/>
        <w:t>від нас із розбишацької пустелі,&lt;br /&gt;</w:t>
        <w:br/>
        <w:t>дала гарячу волю почуттям,&lt;br /&gt;</w:t>
        <w:br/>
        <w:t>як уночі в покинутій оселі&lt;br /&gt;</w:t>
        <w:br/>
        <w:t>прокинеться безрідний та рида,&lt;br /&gt;</w:t>
        <w:br/>
        <w:t>що ніч лише у нього та біда,</w:t>
      </w:r>
    </w:p>
    <w:p>
      <w:r>
        <w:br/>
        <w:t>601.&lt;br /&gt;</w:t>
        <w:br/>
        <w:t>бо всі краї, заквітчані й не в квітах,&lt;br /&gt;</w:t>
        <w:br/>
        <w:t>не подадуть ні з літа, ні з зими&lt;br /&gt;</w:t>
        <w:br/>
        <w:t>ані зозулі на вербових вітах,&lt;br /&gt;</w:t>
        <w:br/>
        <w:t>ні вісника, що в вікна б'є крильми,&lt;br /&gt;</w:t>
        <w:br/>
        <w:t>намученому серцю у совітах&lt;br /&gt;</w:t>
        <w:br/>
        <w:t>під захистом Московської Тюрми,&lt;br /&gt;</w:t>
        <w:br/>
        <w:t>й воно тепер догонить ту хвилину,&lt;br /&gt;</w:t>
        <w:br/>
        <w:t>що зводить дух повільно в домовину.</w:t>
      </w:r>
    </w:p>
    <w:p>
      <w:r>
        <w:br/>
        <w:t>Дівчина&lt;br /&gt;</w:t>
        <w:br/>
        <w:t>602.&lt;br /&gt;</w:t>
        <w:br/>
        <w:t>"Ох, Боже ж мій, який незгойний сум,&lt;br /&gt;</w:t>
        <w:br/>
        <w:t>що не ввійду у церкву я сьогодні&lt;br /&gt;</w:t>
        <w:br/>
        <w:t>і до ікон не покладу внизу&lt;br /&gt;</w:t>
        <w:br/>
        <w:t>на камінці, від вогкости холодні,&lt;br /&gt;</w:t>
        <w:br/>
        <w:t>мою любов, надію і красу,&lt;br /&gt;</w:t>
        <w:br/>
        <w:t>пахущішу за пахощі городні,&lt;br /&gt;</w:t>
        <w:br/>
        <w:t>лілею тиху, мов дрімот хода,&lt;br /&gt;</w:t>
        <w:br/>
        <w:t>яснішу, ніж при місяці вода.</w:t>
      </w:r>
    </w:p>
    <w:p>
      <w:r>
        <w:br/>
        <w:t>603.&lt;br /&gt;</w:t>
        <w:br/>
        <w:t>її я вирвала в саду з-під ґлею&lt;br /&gt;</w:t>
        <w:br/>
        <w:t>й проплакала три ночі і три дні&lt;br /&gt;</w:t>
        <w:br/>
        <w:t>над нею, над єдиною моєю,&lt;br /&gt;</w:t>
        <w:br/>
        <w:t>щоб сльози всі у пелюстках на дні&lt;br /&gt;</w:t>
        <w:br/>
        <w:t>зробилися сльозою однією,&lt;br /&gt;</w:t>
        <w:br/>
        <w:t>мов зорі там, на вічнім полотні,&lt;br /&gt;</w:t>
        <w:br/>
        <w:t>збігаються у сонце величезне,&lt;br /&gt;</w:t>
        <w:br/>
        <w:t>і чорна ніч завжди від цього чезне...&lt;br /&gt;</w:t>
        <w:br/>
        <w:t>604.&lt;br /&gt;</w:t>
        <w:br/>
        <w:t>Я грудкою писала із ріллі&lt;br /&gt;</w:t>
        <w:br/>
        <w:t>одно лише слівце "Свирид" три ночі,&lt;br /&gt;</w:t>
        <w:br/>
        <w:t>три ночі на сосновому столі&lt;br /&gt;</w:t>
        <w:br/>
        <w:t>лілею ту і сльози ті дівочі&lt;br /&gt;</w:t>
        <w:br/>
        <w:t>хилила в букви, ніби до століть&lt;br /&gt;</w:t>
        <w:br/>
        <w:t>планети на північному узбоччі,&lt;br /&gt;</w:t>
        <w:br/>
        <w:t>аби з лілеї та з гарячих сліз&lt;br /&gt;</w:t>
        <w:br/>
        <w:t>холодний діямант, мов крига, зріс...</w:t>
      </w:r>
    </w:p>
    <w:p>
      <w:r>
        <w:br/>
        <w:t>605.&lt;br /&gt;</w:t>
        <w:br/>
        <w:t>Аби його зірвав з коси у мене&lt;br /&gt;</w:t>
        <w:br/>
        <w:t>із задуму підхоплений поет&lt;br /&gt;</w:t>
        <w:br/>
        <w:t>і,вийшовши на місце височенне&lt;br /&gt;</w:t>
        <w:br/>
        <w:t>в театрі під стотисячний льорнет,&lt;br /&gt;</w:t>
        <w:br/>
        <w:t>гукнув у стовпище, чуттям злиденне:&lt;br /&gt;</w:t>
        <w:br/>
        <w:t>"Це в неї я відняв такий презент!"&lt;br /&gt;</w:t>
        <w:br/>
        <w:t>Аби увесь народ хитнувся з дива,&lt;br /&gt;</w:t>
        <w:br/>
        <w:t>що гину, засоромлена й щаслива...</w:t>
      </w:r>
    </w:p>
    <w:p>
      <w:r>
        <w:br/>
        <w:t>606.&lt;br /&gt;</w:t>
        <w:br/>
        <w:t>Але він хустки взяти не схотів,&lt;br /&gt;</w:t>
        <w:br/>
        <w:t>нема йому у мене й діяманта,&lt;br /&gt;</w:t>
        <w:br/>
        <w:t>бо я простіша і від тих ще дів,&lt;br /&gt;</w:t>
        <w:br/>
        <w:t>що кожна й погляду його не варта,&lt;br /&gt;</w:t>
        <w:br/>
        <w:t>і він, бажаючи несвіцьких діл,&lt;br /&gt;</w:t>
        <w:br/>
        <w:t>такого може і кохання в жартах,&lt;br /&gt;</w:t>
        <w:br/>
        <w:t>зі мною не спізнавшися, утік,&lt;br /&gt;</w:t>
        <w:br/>
        <w:t>щоб я, самотня, плакала ввесь вік ..."</w:t>
      </w:r>
    </w:p>
    <w:p>
      <w:r>
        <w:br/>
        <w:t>607.&lt;br /&gt;</w:t>
        <w:br/>
        <w:t>Та світ німий був, мов даремна мука&lt;br /&gt;</w:t>
        <w:br/>
        <w:t>сучасних бідних і аж тих ще серць,&lt;br /&gt;</w:t>
        <w:br/>
        <w:t>що бачили, як чорт пускав із лука&lt;br /&gt;</w:t>
        <w:br/>
        <w:t>у пеклі витесаний камінець,&lt;br /&gt;</w:t>
        <w:br/>
        <w:t>щоб збити з місяця, неначе турка,&lt;br /&gt;</w:t>
        <w:br/>
        <w:t>Творця світів на дикунів хлівець,&lt;br /&gt;</w:t>
        <w:br/>
        <w:t>аж стрілка вдарилася там на вітрі&lt;br /&gt;</w:t>
        <w:br/>
        <w:t>об небеса тугі, немов Гранітні,&lt;br /&gt;</w:t>
        <w:br/>
        <w:t>608.&lt;br /&gt;</w:t>
        <w:br/>
        <w:t>й назад відскочивши на висоту,&lt;br /&gt;</w:t>
        <w:br/>
        <w:t>загрузла у великогірній глині,&lt;br /&gt;</w:t>
        <w:br/>
        <w:t>та й пне свою верхівку золоту&lt;br /&gt;</w:t>
        <w:br/>
        <w:t>в те саме місце небосхилу нині,&lt;br /&gt;</w:t>
        <w:br/>
        <w:t>де вирвала колись то силу ту,&lt;br /&gt;</w:t>
        <w:br/>
        <w:t>якою сяє із хреста людині.&lt;br /&gt;</w:t>
        <w:br/>
        <w:t>Бо свят Андрій із стрілки має храм&lt;br /&gt;</w:t>
        <w:br/>
        <w:t>на пам'ятку спортсменам і чортам,</w:t>
      </w:r>
    </w:p>
    <w:p>
      <w:r>
        <w:br/>
        <w:t>609.&lt;br /&gt;</w:t>
        <w:br/>
        <w:t>а селянинові на стогін лютий,&lt;br /&gt;</w:t>
        <w:br/>
        <w:t>що не осяє воскова свіча&lt;br /&gt;</w:t>
        <w:br/>
        <w:t>йому дебелі чоботи із юхти,&lt;br /&gt;</w:t>
        <w:br/>
        <w:t>не торкнуті ще вогкістю квача,&lt;br /&gt;</w:t>
        <w:br/>
        <w:t>і що мов пароплав далекий з ,,бухти",&lt;br /&gt;</w:t>
        <w:br/>
        <w:t>не загуде диякон до прочан:&lt;br /&gt;</w:t>
        <w:br/>
        <w:t>"І ось пекельна брама не по дужа&lt;br /&gt;</w:t>
        <w:br/>
        <w:t>вовіки церкви вже у наших душах" ...</w:t>
      </w:r>
    </w:p>
    <w:p>
      <w:r>
        <w:br/>
        <w:t>610.&lt;br /&gt;</w:t>
        <w:br/>
        <w:t>Та край мовчить, як скошений пирій,&lt;br /&gt;</w:t>
        <w:br/>
        <w:t>бо світ є тінь небаченого Бога,&lt;br /&gt;</w:t>
        <w:br/>
        <w:t>яка геть кожній часточці своїй&lt;br /&gt;</w:t>
        <w:br/>
        <w:t>скривавлену грізьбу схиляє з рога,&lt;br /&gt;</w:t>
        <w:br/>
        <w:t>аби ніколи в щасний супокій&lt;br /&gt;</w:t>
        <w:br/>
        <w:t>її не звала соняшна дорога&lt;br /&gt;</w:t>
        <w:br/>
        <w:t>на захід, в світло надвечірніх дуг,&lt;br /&gt;</w:t>
        <w:br/>
        <w:t>де прагне відпочити й людський дух.</w:t>
      </w:r>
    </w:p>
    <w:p>
      <w:r>
        <w:br/>
        <w:t>611.&lt;br /&gt;</w:t>
        <w:br/>
        <w:t>Далеко залунало берегами,&lt;br /&gt;</w:t>
        <w:br/>
        <w:t>бо Ґонта пароплав спішив униз,&lt;br /&gt;</w:t>
        <w:br/>
        <w:t>і Володимир, князь, під небесами&lt;br /&gt;</w:t>
        <w:br/>
        <w:t>здригнув, мов човен зі споду до крис,&lt;br /&gt;</w:t>
        <w:br/>
        <w:t>в якому гордо між очеретами&lt;br /&gt;</w:t>
        <w:br/>
        <w:t>звели Сварожі внуки вгору спис&lt;br /&gt;</w:t>
        <w:br/>
        <w:t>через Чигрин та гайдамацькі вила&lt;br /&gt;</w:t>
        <w:br/>
        <w:t>до братчиків Методія й Кирила!&lt;br /&gt;</w:t>
        <w:br/>
        <w:t>612.&lt;br /&gt;</w:t>
        <w:br/>
        <w:t>Але до кого ти думки свої&lt;br /&gt;</w:t>
        <w:br/>
        <w:t>підводиш, дочко України, в горах,&lt;br /&gt;</w:t>
        <w:br/>
        <w:t>коли по всій землі чужі краї&lt;br /&gt;</w:t>
        <w:br/>
        <w:t>і всі світи далеко у просторах&lt;br /&gt;</w:t>
        <w:br/>
        <w:t>з людьми і зародками у гної&lt;br /&gt;</w:t>
        <w:br/>
        <w:t>роз'єднуються й сіються на порох,&lt;br /&gt;</w:t>
        <w:br/>
        <w:t>як щойно там бідою затрясе&lt;br /&gt;</w:t>
        <w:br/>
        <w:t>і блискавку разючу пронесе ? ...</w:t>
      </w:r>
    </w:p>
    <w:p>
      <w:r>
        <w:br/>
        <w:t>613.&lt;br /&gt;</w:t>
        <w:br/>
        <w:t>Ох, серце, серце людське ще й дівоче,&lt;br /&gt;</w:t>
        <w:br/>
        <w:t>ніколи знати не бажаєш ти,&lt;br /&gt;</w:t>
        <w:br/>
        <w:t>що робиться і зробиться доконче&lt;br /&gt;</w:t>
        <w:br/>
        <w:t>круг нашої сліпої самоти:&lt;br /&gt;</w:t>
        <w:br/>
        <w:t>серед нещастя плачеш ти охоче,&lt;br /&gt;</w:t>
        <w:br/>
        <w:t>і в радощах не стримуєшся ти;&lt;br /&gt;</w:t>
        <w:br/>
        <w:t>душа, мов сонце хмарами на небі,&lt;br /&gt;</w:t>
        <w:br/>
        <w:t>перебирає тінню по потребі.</w:t>
      </w:r>
    </w:p>
    <w:p>
      <w:r>
        <w:br/>
        <w:t>614.&lt;br /&gt;</w:t>
        <w:br/>
        <w:t>І я не знаю, чи почую ще&lt;br /&gt;</w:t>
        <w:br/>
        <w:t>від тебе, дівчино, коли хоч слово,&lt;br /&gt;</w:t>
        <w:br/>
        <w:t>але твій образ, мабуть, опече&lt;br /&gt;</w:t>
        <w:br/>
        <w:t>мене не раз, нещасного, раптово,&lt;br /&gt;</w:t>
        <w:br/>
        <w:t>коли впаде сторінка до очей&lt;br /&gt;</w:t>
        <w:br/>
        <w:t>поета, наче сонце дорогого,&lt;br /&gt;</w:t>
        <w:br/>
        <w:t>а в ній слова про горе й самоту&lt;br /&gt;</w:t>
        <w:br/>
        <w:t>і про щасливу жінку молоду...</w:t>
      </w:r>
    </w:p>
    <w:p>
      <w:r>
        <w:br/>
        <w:t>615.&lt;br /&gt;</w:t>
        <w:br/>
        <w:t>Тому, коли до нас ти не байдужа,&lt;br /&gt;</w:t>
        <w:br/>
        <w:t>гей, незбагненна Вічносте німа,&lt;br /&gt;</w:t>
        <w:br/>
        <w:t>нехай зупиняться моря і суша&lt;br /&gt;</w:t>
        <w:br/>
        <w:t>і стануть, ніби кам'яна стіна,&lt;br /&gt;</w:t>
        <w:br/>
        <w:t>щоб ти, лише своєю міццю дужа,&lt;br /&gt;</w:t>
        <w:br/>
        <w:t>що плід на древі вчасно підтина,&lt;br /&gt;</w:t>
        <w:br/>
        <w:t>чернігівські ліси зірвала вранці&lt;br /&gt;</w:t>
        <w:br/>
        <w:t>і понесла над містом наостанці,&lt;br /&gt;</w:t>
        <w:br/>
        <w:t>616.&lt;br /&gt;</w:t>
        <w:br/>
        <w:t>аби грудки з корінням і роса&lt;br /&gt;</w:t>
        <w:br/>
        <w:t>залопотіли в київські покрівлі&lt;br /&gt;</w:t>
        <w:br/>
        <w:t>і мешканців струснуло й небеса&lt;br /&gt;</w:t>
        <w:br/>
        <w:t>над злом самотньої вночі ночівлі,&lt;br /&gt;</w:t>
        <w:br/>
        <w:t>бо загубилася душа-краса,&lt;br /&gt;</w:t>
        <w:br/>
        <w:t>немов до щастя золоті ключі в млі,&lt;br /&gt;</w:t>
        <w:br/>
        <w:t>і дівчина за нею молода&lt;br /&gt;</w:t>
        <w:br/>
        <w:t>на горах незриданними рида!...&lt;br /&gt;</w:t>
        <w:br/>
        <w:t>ПРОЯСЕНЬ:&lt;br /&gt;</w:t>
        <w:br/>
        <w:t>Один багатир справляв закладщину на нову хату. І коли по-&lt;br /&gt;</w:t>
        <w:br/>
        <w:t>чалася посвята місця, то всі запрохані бачили посередині щось&lt;br /&gt;</w:t>
        <w:br/>
        <w:t>низьке і довге, застелене так скатеркою, що її кінці лягали на&lt;br /&gt;</w:t>
        <w:br/>
        <w:t>землю кругом "низького та довгого", яке стояло замість стола.&lt;br /&gt;</w:t>
        <w:br/>
        <w:t>Після посвяти люди потрапезували на "низькім та довгім" і вста-&lt;br /&gt;</w:t>
        <w:br/>
        <w:t>ли, щоб розходитися, але молодиця не втрималася та й сказала&lt;br /&gt;</w:t>
        <w:br/>
        <w:t>хазяїнові: "І де то видано межи християнами у нашій землі,&lt;br /&gt;</w:t>
        <w:br/>
        <w:t>щоб на закладщині нової хати та не було нового стола?" І&lt;br /&gt;</w:t>
        <w:br/>
        <w:t>господар швиденько підійшов до "низького та довгого" та й по-&lt;br /&gt;</w:t>
        <w:br/>
        <w:t>тяг до себе всю скатертину... І люди аж отерпли, як побачили&lt;br /&gt;</w:t>
        <w:br/>
        <w:t>з-під неї нову домовину дном угору. І хазяїн казав: "На домо-&lt;br /&gt;</w:t>
        <w:br/>
        <w:t>вині можна їсти з одного боку, а з другого ховати покійника.&lt;br /&gt;</w:t>
        <w:br/>
        <w:t>А на столі можна їсти з одного боку, а як перевернути ніжками&lt;br /&gt;</w:t>
        <w:br/>
        <w:t>вгору на другий бік, то вже стіл і нікуди не годиться. Домовина&lt;br /&gt;</w:t>
        <w:br/>
        <w:t>це двоскладаний ніж на два ножики, а стіл односкладаний ножик&lt;br /&gt;</w:t>
        <w:br/>
        <w:t>на один ніж. І коли ми це пам'ятатимемо, то і не будемо загони-&lt;br /&gt;</w:t>
        <w:br/>
        <w:t>тися в житті ні в поле, ні в ліс, а будемо помірні, як і вода, що&lt;br /&gt;</w:t>
        <w:br/>
        <w:t>знає, де треба бігти швидко, а де і зупинитися" ... І молодиця&lt;br /&gt;</w:t>
        <w:br/>
        <w:t>вигукнула: "Цур вам, мій дядечку, від вашого розуму я, ма-&lt;br /&gt;</w:t>
        <w:br/>
        <w:t>буть, з місяць не спатиму з переляку!" Ґа й розійшлися всі збен-&lt;br /&gt;</w:t>
        <w:br/>
        <w:t>тежені і може дехто й гадав, що в новій хаті, мабуть, стоятиме&lt;br /&gt;</w:t>
        <w:br/>
        <w:t>і новий стіл, або як господар каже "односкладаний ножик", а не,&lt;br /&gt;</w:t>
        <w:br/>
        <w:t>прости Господи, "двоскладаний", якому він сьогодні на закладщині&lt;br /&gt;</w:t>
        <w:br/>
        <w:t>віддав перевагу.&lt;br /&gt;</w:t>
        <w:br/>
        <w:t>Горе нам! і навіщо ми самі собі з кожної речі робимо край&lt;br /&gt;</w:t>
        <w:br/>
        <w:t>безодні, в яку сходить видиме й невидиме щохвилинно і навіки,&lt;br /&gt;</w:t>
        <w:br/>
        <w:t>і ніколи не висилає назад жадного звуку утішити нашу тремтінну&lt;br /&gt;</w:t>
        <w:br/>
        <w:t>душу? .. Бож ми і так життям злякані і перелякані!. ..&lt;br /&gt;</w:t>
        <w:br/>
        <w:t>НЕСОСВІТЕННЕ&lt;br /&gt;</w:t>
        <w:br/>
        <w:t>617.&lt;br /&gt;</w:t>
        <w:br/>
        <w:t>Настали Петра може й так, як треба:&lt;br /&gt;</w:t>
        <w:br/>
        <w:t>мисливці не брели у пшениці,&lt;br /&gt;</w:t>
        <w:br/>
        <w:t>й вони росли, стеблилися до неба,&lt;br /&gt;</w:t>
        <w:br/>
        <w:t>розплоджуючи у ярках зайці;&lt;br /&gt;</w:t>
        <w:br/>
        <w:t>але вода кривавилася тепла&lt;br /&gt;</w:t>
        <w:br/>
        <w:t>в ріці і в зарічках у осоці,&lt;br /&gt;</w:t>
        <w:br/>
        <w:t>диміло із рушниць на людські жарти&lt;br /&gt;</w:t>
        <w:br/>
        <w:t>так, ніби світ був тільки кулі вартий.&lt;br /&gt;</w:t>
        <w:br/>
        <w:t>618.&lt;br /&gt;</w:t>
        <w:br/>
        <w:t>Хвилин із п'ять, вороні під крило&lt;br /&gt;</w:t>
        <w:br/>
        <w:t>від Києва до Скитської могили —&lt;br /&gt;</w:t>
        <w:br/>
        <w:t>і там вітряк схилявся на вирло,&lt;br /&gt;</w:t>
        <w:br/>
        <w:t>неначе вершник на коні без сили.&lt;br /&gt;</w:t>
        <w:br/>
        <w:t>Під ним турецьке просо поросло,&lt;br /&gt;</w:t>
        <w:br/>
        <w:t>чебрець, козельці і Петрові жили;&lt;br /&gt;</w:t>
        <w:br/>
        <w:t>між ними догнивали шалівки,&lt;br /&gt;</w:t>
        <w:br/>
        <w:t>і дах, і потрухлявілі кістки.</w:t>
      </w:r>
    </w:p>
    <w:p>
      <w:r>
        <w:br/>
        <w:t>619.&lt;br /&gt;</w:t>
        <w:br/>
        <w:t>І тут же під вирлом видніли жорна&lt;br /&gt;</w:t>
        <w:br/>
        <w:t>важенні, врісши у густий пирій,&lt;br /&gt;</w:t>
        <w:br/>
        <w:t>у них із дірки витикалась чорна&lt;br /&gt;</w:t>
        <w:br/>
        <w:t>пташина вже у неживім пері,&lt;br /&gt;</w:t>
        <w:br/>
        <w:t>хвостом угору, та і тут моторна&lt;br /&gt;</w:t>
        <w:br/>
        <w:t>березка обвила його в журі&lt;br /&gt;</w:t>
        <w:br/>
        <w:t>і дзвоник почепила зверху білий,&lt;br /&gt;</w:t>
        <w:br/>
        <w:t>щоб небеса чутливі не смутніли.</w:t>
      </w:r>
    </w:p>
    <w:p>
      <w:r>
        <w:br/>
        <w:t>620.&lt;br /&gt;</w:t>
        <w:br/>
        <w:t>І скрізь... дивися чи візьми засни,&lt;br /&gt;</w:t>
        <w:br/>
        <w:t>жита кипіли, пшениці і вівса&lt;br /&gt;</w:t>
        <w:br/>
        <w:t>високі й соковиті, мов ясний&lt;br /&gt;</w:t>
        <w:br/>
        <w:t>далекий бір, що на Волині звівся,&lt;br /&gt;</w:t>
        <w:br/>
        <w:t>двірці і села в розкоші весни&lt;br /&gt;</w:t>
        <w:br/>
        <w:t>там тонули; і тільки від узлісся&lt;br /&gt;</w:t>
        <w:br/>
        <w:t>вставав на паротязі свист і дим,&lt;br /&gt;</w:t>
        <w:br/>
        <w:t>і блискала дзвіниця золотим.</w:t>
      </w:r>
    </w:p>
    <w:p>
      <w:r>
        <w:br/>
        <w:t>621. Над всім похилий корпус на могилі&lt;br /&gt;</w:t>
        <w:br/>
        <w:t>забутого у полі вітряка&lt;br /&gt;</w:t>
        <w:br/>
        <w:t>уже напевно у останній силі&lt;br /&gt;</w:t>
        <w:br/>
        <w:t>над обрієм зеленим замрякав,&lt;br /&gt;</w:t>
        <w:br/>
        <w:t>хоч людська постать у безодні сині&lt;br /&gt;</w:t>
        <w:br/>
        <w:t>із нього й виникла, тонка й струнка,&lt;br /&gt;</w:t>
        <w:br/>
        <w:t>і простягла в безкрає німо руку,&lt;br /&gt;</w:t>
        <w:br/>
        <w:t>мов зупинити там живу розпуку.</w:t>
      </w:r>
    </w:p>
    <w:p>
      <w:r>
        <w:br/>
        <w:t>622.&lt;br /&gt;</w:t>
        <w:br/>
        <w:t>Повітря і безхмарні небеса,&lt;br /&gt;</w:t>
        <w:br/>
        <w:t>забризкані пташками, ніби зерном&lt;br /&gt;</w:t>
        <w:br/>
        <w:t>рілля — весіння ласка і краса —&lt;br /&gt;</w:t>
        <w:br/>
        <w:t>між грушами зеленими і терном;&lt;br /&gt;</w:t>
        <w:br/>
        <w:t>і сонце, що без руху нависа,&lt;br /&gt;</w:t>
        <w:br/>
        <w:t>розкинувши простори широченно&lt;br /&gt;</w:t>
        <w:br/>
        <w:t>аж до гірських надокеанських чат,&lt;br /&gt;</w:t>
        <w:br/>
        <w:t>під людський рух спинилися й мовчать:</w:t>
      </w:r>
    </w:p>
    <w:p>
      <w:r>
        <w:br/>
        <w:t>623.&lt;br /&gt;</w:t>
        <w:br/>
        <w:t>Гей, Вічносте, якби у люду мова&lt;br /&gt;</w:t>
        <w:br/>
        <w:t>згубила раптом всі свої слова,&lt;br /&gt;</w:t>
        <w:br/>
        <w:t>як губить листя восени діброва&lt;br /&gt;</w:t>
        <w:br/>
        <w:t>в ріку таємну, мов нічна сова,&lt;br /&gt;</w:t>
        <w:br/>
        <w:t>і назва лиш твоя ця двоскладова&lt;br /&gt;</w:t>
        <w:br/>
        <w:t>лишилася у мрії ще жива —&lt;br /&gt;</w:t>
        <w:br/>
        <w:t>вона гриміла б, ніби канонада,&lt;br /&gt;</w:t>
        <w:br/>
        <w:t>де космос устає і космос пада.&lt;br /&gt;</w:t>
        <w:br/>
        <w:t>624. І мрія, щоб моя у блискавках&lt;br /&gt;</w:t>
        <w:br/>
        <w:t>світи розбила справді на орбітах,&lt;br /&gt;</w:t>
        <w:br/>
        <w:t>як часом у жнива на колосках&lt;br /&gt;</w:t>
        <w:br/>
        <w:t>молотяться хліба від спеки — літа,&lt;br /&gt;</w:t>
        <w:br/>
        <w:t>то ти, неначе гетьманська тоска,&lt;br /&gt;</w:t>
        <w:br/>
        <w:t>що диба залишила в заповітах,&lt;br /&gt;</w:t>
        <w:br/>
        <w:t>однаково з безодніх висла б дір&lt;br /&gt;</w:t>
        <w:br/>
        <w:t>страшна з зірками і страшна без зір,&lt;br /&gt;</w:t>
        <w:br/>
        <w:t>625. і темна всім, і всім ... і неміренна.&lt;br /&gt;</w:t>
        <w:br/>
        <w:t>У мене ззаду сестри і брати&lt;br /&gt;</w:t>
        <w:br/>
        <w:t>кричать на розмальованих аренах,&lt;br /&gt;</w:t>
        <w:br/>
        <w:t>а разом з ними і людей гурти,&lt;br /&gt;</w:t>
        <w:br/>
        <w:t>щоб і Шевченків з Кобзаря Ярема&lt;br /&gt;</w:t>
        <w:br/>
        <w:t>ставав державного візка тягти&lt;br /&gt;</w:t>
        <w:br/>
        <w:t>з подушками крикливої старинки,&lt;br /&gt;</w:t>
        <w:br/>
        <w:t>якій уже підносив він патинки...&lt;br /&gt;</w:t>
        <w:br/>
        <w:t>626.&lt;br /&gt;</w:t>
        <w:br/>
        <w:t>І через те на всю свою снагу&lt;br /&gt;</w:t>
        <w:br/>
        <w:t>я піднімаю в грізне небо тугу,&lt;br /&gt;</w:t>
        <w:br/>
        <w:t>що вже пора в таку добу глуху&lt;br /&gt;</w:t>
        <w:br/>
        <w:t>ярмо на шию брати, як заслугу,&lt;br /&gt;</w:t>
        <w:br/>
        <w:t>і забувати книгу і суху&lt;br /&gt;</w:t>
        <w:br/>
        <w:t>у неї на сторінці квітку з лугу,&lt;br /&gt;</w:t>
        <w:br/>
        <w:t>хоч їх люблю і вдень і при зорі&lt;br /&gt;</w:t>
        <w:br/>
        <w:t>над всі країни і пролетарі!</w:t>
      </w:r>
    </w:p>
    <w:p>
      <w:r>
        <w:br/>
        <w:t>627.&lt;br /&gt;</w:t>
        <w:br/>
        <w:t>Іду... А ти, гей, Вічносте, спереді&lt;br /&gt;</w:t>
        <w:br/>
        <w:t>без зір, без руху, поклику, і дху,&lt;br /&gt;</w:t>
        <w:br/>
        <w:t>мов армія, полягла при багнеті&lt;br /&gt;</w:t>
        <w:br/>
        <w:t>на власну заморожену жагу&lt;br /&gt;</w:t>
        <w:br/>
        <w:t>у загадковім, як і ніч наметі,&lt;br /&gt;</w:t>
        <w:br/>
        <w:t>що гне рабові з райдуги дугу...&lt;br /&gt;</w:t>
        <w:br/>
        <w:t>Ти натовп, Вічносте, та ще й зразковий,&lt;br /&gt;</w:t>
        <w:br/>
        <w:t>бо ти є дух покори і прикови!</w:t>
      </w:r>
    </w:p>
    <w:p>
      <w:r>
        <w:br/>
        <w:t>628.&lt;br /&gt;</w:t>
        <w:br/>
        <w:t>До тебе я і мрію понесу&lt;br /&gt;</w:t>
        <w:br/>
        <w:t>і посеред мільярдів згаслих років&lt;br /&gt;</w:t>
        <w:br/>
        <w:t>тобі в простори я впущу сльозу,&lt;br /&gt;</w:t>
        <w:br/>
        <w:t>а з неї вийдуть три стовпи високі,&lt;br /&gt;</w:t>
        <w:br/>
        <w:t>і зверху вежа й східці аж внизу,&lt;br /&gt;</w:t>
        <w:br/>
        <w:t>і вікна вгору Готикою стокі, —&lt;br /&gt;</w:t>
        <w:br/>
        <w:t>і творчістю своєю в вежі тій&lt;br /&gt;</w:t>
        <w:br/>
        <w:t>з тобою, Вічносте, зведу я бій...</w:t>
      </w:r>
    </w:p>
    <w:p>
      <w:r>
        <w:br/>
        <w:t>629.&lt;br /&gt;</w:t>
        <w:br/>
        <w:t>В тобі, неначе в царстві Океану,&lt;br /&gt;</w:t>
        <w:br/>
        <w:t>держатиметься вежа, мій гігант,&lt;br /&gt;</w:t>
        <w:br/>
        <w:t>хитаючи себе, мов тінь титанну,&lt;br /&gt;</w:t>
        <w:br/>
        <w:t>чи то водорослину, чи канат;&lt;br /&gt;</w:t>
        <w:br/>
        <w:t>і тьма віків, спадаючи до тану&lt;br /&gt;</w:t>
        <w:br/>
        <w:t>проз кришталеві лінії, і лад&lt;br /&gt;</w:t>
        <w:br/>
        <w:t>в собі нестимуть розпач, а не змогу&lt;br /&gt;</w:t>
        <w:br/>
        <w:t>внизу дістати східців і порогу.</w:t>
      </w:r>
    </w:p>
    <w:p>
      <w:r>
        <w:br/>
        <w:t>630.&lt;br /&gt;</w:t>
        <w:br/>
        <w:t>І, гетьманів замучених тоску&lt;br /&gt;</w:t>
        <w:br/>
        <w:t>здавивши у кімнаті верхній вежі,&lt;br /&gt;</w:t>
        <w:br/>
        <w:t>я об холодну лутку і слизьку&lt;br /&gt;</w:t>
        <w:br/>
        <w:t>сам груди розвалю собі бентежі,&lt;br /&gt;</w:t>
        <w:br/>
        <w:t>і серце витягши, немов важку&lt;br /&gt;</w:t>
        <w:br/>
        <w:t>сліпучу головешку із пожежі,&lt;br /&gt;</w:t>
        <w:br/>
        <w:t>тобі його я в темряву німу&lt;br /&gt;</w:t>
        <w:br/>
        <w:t>на молодій долоні підніму!</w:t>
      </w:r>
    </w:p>
    <w:p>
      <w:r>
        <w:br/>
        <w:t>631.&lt;br /&gt;</w:t>
        <w:br/>
        <w:t>И воно з руки потужної моєї&lt;br /&gt;</w:t>
        <w:br/>
        <w:t>із тьми утворить світляне кубло,&lt;br /&gt;</w:t>
        <w:br/>
        <w:t>в якому я і всі мої ідеї&lt;br /&gt;</w:t>
        <w:br/>
        <w:t>з ним станемо за центр і джерело,&lt;br /&gt;</w:t>
        <w:br/>
        <w:t>проміння ж випростається, мов реї&lt;br /&gt;</w:t>
        <w:br/>
        <w:t>на тому кораблі, що не було,&lt;br /&gt;</w:t>
        <w:br/>
        <w:t>але по них полізуть на всі боки&lt;br /&gt;</w:t>
        <w:br/>
        <w:t>не моряки, а міліярдні роки!</w:t>
      </w:r>
    </w:p>
    <w:p>
      <w:r>
        <w:br/>
        <w:t>632.&lt;br /&gt;</w:t>
        <w:br/>
        <w:t>Тоді я в прірву серце нахилю,&lt;br /&gt;</w:t>
        <w:br/>
        <w:t>й воно мине за мить простори часу,&lt;br /&gt;</w:t>
        <w:br/>
        <w:t>як осяває блискавка ріллю&lt;br /&gt;</w:t>
        <w:br/>
        <w:t>посеред ночі глупої відразу,&lt;br /&gt;</w:t>
        <w:br/>
        <w:t>і упаде на східці з кришталю,&lt;br /&gt;</w:t>
        <w:br/>
        <w:t>проз вежу пролетівши мов по пазу,&lt;br /&gt;</w:t>
        <w:br/>
        <w:t>і там, як безвісті страшний кораль,&lt;br /&gt;</w:t>
        <w:br/>
        <w:t>світитиме у Вічність до проваль.</w:t>
      </w:r>
    </w:p>
    <w:p>
      <w:r>
        <w:br/>
        <w:t>633.&lt;br /&gt;</w:t>
        <w:br/>
        <w:t>А сам з вікна схилюся, ніби пити...&lt;br /&gt;</w:t>
        <w:br/>
        <w:t>з Готичного і срібного вікна,&lt;br /&gt;</w:t>
        <w:br/>
        <w:t>і стане кров з грудей крапки котити&lt;br /&gt;</w:t>
        <w:br/>
        <w:t>планетами за одною одна&lt;br /&gt;</w:t>
        <w:br/>
        <w:t>і полетить у рух несамовитий&lt;br /&gt;</w:t>
        <w:br/>
        <w:t>на східці аж до вежиного дна,&lt;br /&gt;</w:t>
        <w:br/>
        <w:t>де серце їх прийматиме краями,&lt;br /&gt;</w:t>
        <w:br/>
        <w:t>аби безодню сповнити вогнями...&lt;br /&gt;</w:t>
        <w:br/>
        <w:t>634.&lt;br /&gt;</w:t>
        <w:br/>
        <w:t>Та горе, горе ... давній пелікан,&lt;br /&gt;</w:t>
        <w:br/>
        <w:t>тебе ніяка мрія не начинить,&lt;br /&gt;</w:t>
        <w:br/>
        <w:t>гей, Вічносте, гей, синій Океан,&lt;br /&gt;</w:t>
        <w:br/>
        <w:t>так само як і тінь мала піщини,&lt;br /&gt;</w:t>
        <w:br/>
        <w:t>занесена з морів на чорний лан,&lt;br /&gt;</w:t>
        <w:br/>
        <w:t>який із тебе випав без людини,&lt;br /&gt;</w:t>
        <w:br/>
        <w:t>що вже аж потім від твоїх основ&lt;br /&gt;</w:t>
        <w:br/>
        <w:t>на ньому тчеться травленням та сном.</w:t>
      </w:r>
    </w:p>
    <w:p>
      <w:r>
        <w:br/>
        <w:t>635.&lt;br /&gt;</w:t>
        <w:br/>
        <w:t>Вода морська, що в глечику в полоні,&lt;br /&gt;</w:t>
        <w:br/>
        <w:t>колись носила кораблі віків&lt;br /&gt;</w:t>
        <w:br/>
        <w:t>і раз-у-раз хлюпоче на ослоні,&lt;br /&gt;</w:t>
        <w:br/>
        <w:t>зачувши грізний ураган з морів;&lt;br /&gt;</w:t>
        <w:br/>
        <w:t>але посудині вітри солоні&lt;br /&gt;</w:t>
        <w:br/>
        <w:t>не зрозумілі і до черепків,&lt;br /&gt;</w:t>
        <w:br/>
        <w:t>коли воді у море відбігати,&lt;br /&gt;</w:t>
        <w:br/>
        <w:t>аби про глечик вже і не згадати.</w:t>
      </w:r>
    </w:p>
    <w:p>
      <w:r>
        <w:br/>
        <w:t>636.&lt;br /&gt;</w:t>
        <w:br/>
        <w:t>І через те смутний мій дух тремтить,&lt;br /&gt;</w:t>
        <w:br/>
        <w:t>як полонена водяна стихія&lt;br /&gt;</w:t>
        <w:br/>
        <w:t>у тому тілі, де єдину мить&lt;br /&gt;</w:t>
        <w:br/>
        <w:t>і пробуває й творить людська мрія,&lt;br /&gt;</w:t>
        <w:br/>
        <w:t>і добачає, як дзвенить, кипить&lt;br /&gt;</w:t>
        <w:br/>
        <w:t>сонцями, Вічносте, твоя озія,&lt;br /&gt;</w:t>
        <w:br/>
        <w:t>з якою злитися завжди бажа&lt;br /&gt;</w:t>
        <w:br/>
        <w:t>не заспокоєна нічим душа...</w:t>
      </w:r>
    </w:p>
    <w:p>
      <w:r>
        <w:br/>
        <w:t>637.&lt;br /&gt;</w:t>
        <w:br/>
        <w:t>І разом знає, що пресвітлі речі —&lt;br /&gt;</w:t>
        <w:br/>
        <w:t>земля і сонце, місяць і зірки —&lt;br /&gt;</w:t>
        <w:br/>
        <w:t>лише свідомість глибу, порожнечі&lt;br /&gt;</w:t>
        <w:br/>
        <w:t>хоча і чорної, немов круки;&lt;br /&gt;</w:t>
        <w:br/>
        <w:t>і кожне сонце, мов хлібина з печі,&lt;br /&gt;</w:t>
        <w:br/>
        <w:t>з лопати скинута на ряднинки, —&lt;br /&gt;</w:t>
        <w:br/>
        <w:t>є свіжа думка дивної істоти,&lt;br /&gt;</w:t>
        <w:br/>
        <w:t>що зветься Вічністю серед людоти.&lt;br /&gt;</w:t>
        <w:br/>
        <w:t>638.&lt;br /&gt;</w:t>
        <w:br/>
        <w:t>І свіжости такої іскри нам&lt;br /&gt;</w:t>
        <w:br/>
        <w:t>земля дає ще і сьогодні з "пеплу"&lt;br /&gt;</w:t>
        <w:br/>
        <w:t>коли космічним виставить вітрам&lt;br /&gt;</w:t>
        <w:br/>
        <w:t>красу свою весною трохи теплу,&lt;br /&gt;</w:t>
        <w:br/>
        <w:t>немов селянка п'яна парубкам&lt;br /&gt;</w:t>
        <w:br/>
        <w:t>бува покаже з-за спідниці лепу, —&lt;br /&gt;</w:t>
        <w:br/>
        <w:t>і вродиться Шевченко і Шекспір,&lt;br /&gt;</w:t>
        <w:br/>
        <w:t>і клекіт над морями серед гір.</w:t>
      </w:r>
    </w:p>
    <w:p>
      <w:r>
        <w:br/>
        <w:t>639.&lt;br /&gt;</w:t>
        <w:br/>
        <w:t>Тому, гей, Вічносте, єдиний творче,&lt;br /&gt;</w:t>
        <w:br/>
        <w:t>мінливого, як привиди, буття&lt;br /&gt;</w:t>
        <w:br/>
        <w:t>нехай прилине від гудків доконче&lt;br /&gt;</w:t>
        <w:br/>
        <w:t>не пісня дівчини, але виття&lt;br /&gt;</w:t>
        <w:br/>
        <w:t>ненаситне і невтамовне вовче,&lt;br /&gt;</w:t>
        <w:br/>
        <w:t>яким прощаються без каяття&lt;br /&gt;</w:t>
        <w:br/>
        <w:t>з поетом натовпи й земля безкрила,&lt;br /&gt;</w:t>
        <w:br/>
        <w:t>бо ти, гей, Вічносте, духовна сила.</w:t>
      </w:r>
    </w:p>
    <w:p>
      <w:r>
        <w:br/>
        <w:t>640.&lt;br /&gt;</w:t>
        <w:br/>
        <w:t>І небо, наче жорна угорі&lt;br /&gt;</w:t>
        <w:br/>
        <w:t>з невидимим, але пекучим валом,&lt;br /&gt;</w:t>
        <w:br/>
        <w:t>та з тулкою гарячою в дірі,&lt;br /&gt;</w:t>
        <w:br/>
        <w:t>що з центра виглядає нам кружалом,&lt;br /&gt;</w:t>
        <w:br/>
        <w:t>притиснеться тісніше до землі&lt;br /&gt;</w:t>
        <w:br/>
        <w:t>живих молоти червякам на сало,&lt;br /&gt;</w:t>
        <w:br/>
        <w:t>а з мене вимолоти волю й рух&lt;br /&gt;</w:t>
        <w:br/>
        <w:t>і краплю Вічности, мій творчий дух!"</w:t>
      </w:r>
    </w:p>
    <w:p>
      <w:r>
        <w:br/>
        <w:t>641. Табун гусиний з обрію пролинув&lt;br /&gt;</w:t>
        <w:br/>
        <w:t>над вітряком у марива, в жалі,&lt;br /&gt;</w:t>
        <w:br/>
        <w:t>на крила взявши ніби і людину,&lt;br /&gt;</w:t>
        <w:br/>
        <w:t>бо стало тихо в надвечірній млі;&lt;br /&gt;</w:t>
        <w:br/>
        <w:t>лише здригалося аж у вершину&lt;br /&gt;</w:t>
        <w:br/>
        <w:t>все небо на стривоженій землі,&lt;br /&gt;</w:t>
        <w:br/>
        <w:t>і світ стояв, неначе у знемозі&lt;br /&gt;</w:t>
        <w:br/>
        <w:t>мандрівник на розпутищі-дорозі.&lt;br /&gt;</w:t>
        <w:br/>
        <w:t>642.&lt;br /&gt;</w:t>
        <w:br/>
        <w:t>А степ, у зорянім безвітрі ввесь,&lt;br /&gt;</w:t>
        <w:br/>
        <w:t>і колоском, і кожною травою&lt;br /&gt;</w:t>
        <w:br/>
        <w:t>пив тишу з нашорошених небес,&lt;br /&gt;</w:t>
        <w:br/>
        <w:t>сповняючись космічною вагою;&lt;br /&gt;</w:t>
        <w:br/>
        <w:t>і слухав капання роси з берез&lt;br /&gt;</w:t>
        <w:br/>
        <w:t>у рогозі за тихою рікою,&lt;br /&gt;</w:t>
        <w:br/>
        <w:t>де жовтий місяць на шляхи страшні&lt;br /&gt;</w:t>
        <w:br/>
        <w:t>гнав босу дівчину в густій пашні,</w:t>
      </w:r>
    </w:p>
    <w:p>
      <w:r>
        <w:br/>
        <w:t>643.&lt;br /&gt;</w:t>
        <w:br/>
        <w:t>що, перебігши хутко межу в житі,&lt;br /&gt;</w:t>
        <w:br/>
        <w:t>попростувала дико на вітряк,&lt;br /&gt;</w:t>
        <w:br/>
        <w:t>і відти крики враз несамовиті&lt;br /&gt;</w:t>
        <w:br/>
        <w:t>проголосили грізний переляк;&lt;br /&gt;</w:t>
        <w:br/>
        <w:t>і страшно замовчали в тишу вриті,&lt;br /&gt;</w:t>
        <w:br/>
        <w:t>аж, бомбою неначе, степ набряк...&lt;br /&gt;</w:t>
        <w:br/>
        <w:t>І стало знов, як у безлюдній залі,&lt;br /&gt;</w:t>
        <w:br/>
        <w:t>і місяць лився на далекі далі...&lt;br /&gt;</w:t>
        <w:br/>
        <w:t>ПРОЯСЕНЬ&lt;br /&gt;</w:t>
        <w:br/>
        <w:t>Як умер фараон, то зараз же того дня постать його, вирізьбле-&lt;br /&gt;</w:t>
        <w:br/>
        <w:t>ну з червоного дерева, внесли в спочивальню до його шістнадцяти-&lt;br /&gt;</w:t>
        <w:br/>
        <w:t>літнього сина, Хамізанеса, і поставили коло дверей і заквітчали&lt;br /&gt;</w:t>
        <w:br/>
        <w:t>лотосами. І покликав Хамізанес різьбаря і звелів відбити праву&lt;br /&gt;</w:t>
        <w:br/>
        <w:t>руку від постаті свойого батька і зробити з руки малесеньку&lt;br /&gt;</w:t>
        <w:br/>
        <w:t>постать, тільки не людську, а бога Ра. Нг вечір вона була гото-&lt;br /&gt;</w:t>
        <w:br/>
        <w:t>ва і поставлена на нічнім столику майбутнього фараона і заквіт-&lt;br /&gt;</w:t>
        <w:br/>
        <w:t>чана теж квіткою лотоса. А на постаті батька замість правої руки&lt;br /&gt;</w:t>
        <w:br/>
        <w:t>різьбар вирізьбив листок лотоса.&lt;br /&gt;</w:t>
        <w:br/>
        <w:t>І коли найбільший жрець на ввесь Єгипет прийшов з вечір-&lt;br /&gt;</w:t>
        <w:br/>
        <w:t>німи відвідинами, то майбутній фараон і спитався: "Хто ця ма-&lt;br /&gt;</w:t>
        <w:br/>
        <w:t>ленька постать?" І була відповідь: "Бог, Ра". А хлопець йому:&lt;br /&gt;</w:t>
        <w:br/>
        <w:t>"Різьбар по моєму зволенню відбив праву руку від постаті мойо-&lt;br /&gt;</w:t>
        <w:br/>
        <w:t>го батька і зробив цього бога. І коли ми на землі можемо робити&lt;br /&gt;</w:t>
        <w:br/>
        <w:t>постаті богів і людей з одного матеріялу, то чи боги і живих лю-&lt;br /&gt;</w:t>
        <w:br/>
        <w:t>дей створили із того самого матеріялу, що й сами? І якщо так,&lt;br /&gt;</w:t>
        <w:br/>
        <w:t>то через віщо вони не дали і людям такого віку, як і собі"? І Ве-&lt;br /&gt;</w:t>
        <w:br/>
        <w:t>ликий Жрець підняв голову та й промовив: "Я щасливий, що я&lt;br /&gt;</w:t>
        <w:br/>
        <w:t>перший відчув тебе фараоном і кажу, що боги брали матеріял для&lt;br /&gt;</w:t>
        <w:br/>
        <w:t>творіння тільки той, який був у їх єстві. І через те вони не мог-&lt;br /&gt;</w:t>
        <w:br/>
        <w:t>ли дати своєму створінню такого бесмертя, яке мають самі, але як&lt;br /&gt;</w:t>
        <w:br/>
        <w:t>і різьбар по твоєму зволенню зробив малесеньку постать від&lt;br /&gt;</w:t>
        <w:br/>
        <w:t>шматка великої, так і боги дали нам малесеньке бесмертя...&lt;br /&gt;</w:t>
        <w:br/>
        <w:t>А якби вони віддали нам все своє, то що б вони були і що б вони&lt;br /&gt;</w:t>
        <w:br/>
        <w:t>мали? Бож ми знаємо, що всяке найбільше, як його роздавати,&lt;br /&gt;</w:t>
        <w:br/>
        <w:t>стає зовсім маленьким, а то і геть зникає"... І на цім місці&lt;br /&gt;</w:t>
        <w:br/>
        <w:t>Великий Жрець поклонився і вийшов, вимахуючи так рукою, не-&lt;br /&gt;</w:t>
        <w:br/>
        <w:t>наче маскував своє вдоволення.&lt;br /&gt;</w:t>
        <w:br/>
        <w:t>А Хамізанес узяв малесеньку постать бога з квіткою лотоса&lt;br /&gt;</w:t>
        <w:br/>
        <w:t>та й поставив на плечі постаті з батька над вирізьбленим листком&lt;br /&gt;</w:t>
        <w:br/>
        <w:t>лотоса, і. закривши долонями своє лице, нерухомо затих...&lt;br /&gt;</w:t>
        <w:br/>
        <w:t>НАВІКИ&lt;br /&gt;</w:t>
        <w:br/>
        <w:t>644. Над шляхом Київськім у Васильків,&lt;br /&gt;</w:t>
        <w:br/>
        <w:t>захованім в зіллястих передержках,&lt;br /&gt;</w:t>
        <w:br/>
        <w:t>стояв учора дуб ще з тих віків,&lt;br /&gt;</w:t>
        <w:br/>
        <w:t>коли Сварог у лузі близько мешкав&lt;br /&gt;</w:t>
        <w:br/>
        <w:t>і місяць нависав йому з сучків,&lt;br /&gt;</w:t>
        <w:br/>
        <w:t>неначе Святославова сережка;&lt;br /&gt;</w:t>
        <w:br/>
        <w:t>сьогодні ж до сніданку дуб прожив&lt;br /&gt;</w:t>
        <w:br/>
        <w:t>і горлицю, упавши, задушив,&lt;br /&gt;</w:t>
        <w:br/>
        <w:t>645. що, прилетівши з Києва на тижні,&lt;br /&gt;</w:t>
        <w:br/>
        <w:t>гніздо змостила на стрункім версі,&lt;br /&gt;</w:t>
        <w:br/>
        <w:t>аби літати до Дніпра між вишні&lt;br /&gt;</w:t>
        <w:br/>
        <w:t>живитися й купатися в росі...&lt;br /&gt;</w:t>
        <w:br/>
        <w:t>але худі якісь, неначе дишлі,&lt;br /&gt;</w:t>
        <w:br/>
        <w:t>весною знайдені у рогозі,&lt;br /&gt;</w:t>
        <w:br/>
        <w:t>удосвіта прибилися пашнею&lt;br /&gt;</w:t>
        <w:br/>
        <w:t>і підпиляли дуб упасти з нею.</w:t>
      </w:r>
    </w:p>
    <w:p>
      <w:r>
        <w:br/>
        <w:t>646.&lt;br /&gt;</w:t>
        <w:br/>
        <w:t>І тютюном, гіркішим від смоли,&lt;br /&gt;</w:t>
        <w:br/>
        <w:t>почастувалися й пішли хлібами,&lt;br /&gt;</w:t>
        <w:br/>
        <w:t>а сірий соловей їм вслід малий&lt;br /&gt;</w:t>
        <w:br/>
        <w:t>упав ... І сів на дубі між гілками;&lt;br /&gt;</w:t>
        <w:br/>
        <w:t>вони йому і холодок дали&lt;br /&gt;</w:t>
        <w:br/>
        <w:t>і ласку вже останніми листками...&lt;br /&gt;</w:t>
        <w:br/>
        <w:t>І він свистів, і тьохкав, і стогнав,&lt;br /&gt;</w:t>
        <w:br/>
        <w:t>крильми тремтів і в лунах завмирав.&lt;br /&gt;</w:t>
        <w:br/>
        <w:t>647.&lt;br /&gt;</w:t>
        <w:br/>
        <w:t>І припадало тьохкання до ліній,&lt;br /&gt;</w:t>
        <w:br/>
        <w:t>що витягали пшениці в струну,&lt;br /&gt;</w:t>
        <w:br/>
        <w:t>і колоски хиталися у піні&lt;br /&gt;</w:t>
        <w:br/>
        <w:t>гучання золотого по лану,&lt;br /&gt;</w:t>
        <w:br/>
        <w:t>і геть по степовім, далекім рівні&lt;br /&gt;</w:t>
        <w:br/>
        <w:t>диміли хвилями свою луну,&lt;br /&gt;</w:t>
        <w:br/>
        <w:t>аж підпливав високий обрій нею,&lt;br /&gt;</w:t>
        <w:br/>
        <w:t>немов вінок зелений над землею.</w:t>
      </w:r>
    </w:p>
    <w:p>
      <w:r>
        <w:br/>
        <w:t>648.&lt;br /&gt;</w:t>
        <w:br/>
        <w:t>Та, соловею любий, не співай&lt;br /&gt;</w:t>
        <w:br/>
        <w:t>про дружбу, навіть про кохання в жінки&lt;br /&gt;</w:t>
        <w:br/>
        <w:t>Хоч небеса ясні із краю в край&lt;br /&gt;</w:t>
        <w:br/>
        <w:t>і сипляться від сонця жайворінки,&lt;br /&gt;</w:t>
        <w:br/>
        <w:t>звіваючи на степ і дальний гай&lt;br /&gt;</w:t>
        <w:br/>
        <w:t>і тепле щебетання і пір'їнки,&lt;br /&gt;</w:t>
        <w:br/>
        <w:t>і світ гуде, як великодній день,&lt;br /&gt;</w:t>
        <w:br/>
        <w:t>та, соловею, не співай пісень. . .</w:t>
      </w:r>
    </w:p>
    <w:p>
      <w:r>
        <w:br/>
        <w:t>649.&lt;br /&gt;</w:t>
        <w:br/>
        <w:t>Бо дружба і кохання сумовиті&lt;br /&gt;</w:t>
        <w:br/>
        <w:t>збігаються у значення одно,&lt;br /&gt;</w:t>
        <w:br/>
        <w:t>що спить давно і в блискавці, заритій&lt;br /&gt;</w:t>
        <w:br/>
        <w:t>під недосяжне океанське дно,&lt;br /&gt;</w:t>
        <w:br/>
        <w:t>і в тій бджолі, що воду п'є в кориті,&lt;br /&gt;</w:t>
        <w:br/>
        <w:t>минувши річку, мов ясне вікно,&lt;br /&gt;</w:t>
        <w:br/>
        <w:t>і у мені, коли посеред гаю&lt;br /&gt;</w:t>
        <w:br/>
        <w:t>крізь сонце в чорну Вічність зазираю.</w:t>
      </w:r>
    </w:p>
    <w:p>
      <w:r>
        <w:br/>
        <w:t>650.&lt;br /&gt;</w:t>
        <w:br/>
        <w:t>Тож не співай в засудженім гіллі,&lt;br /&gt;</w:t>
        <w:br/>
        <w:t>мій необачний і самотній пташе,&lt;br /&gt;</w:t>
        <w:br/>
        <w:t>хоч і буває колос на стеблі&lt;br /&gt;</w:t>
        <w:br/>
        <w:t>не витримає зерна і поляже,&lt;br /&gt;</w:t>
        <w:br/>
        <w:t>і день за днем у році взагалі&lt;br /&gt;</w:t>
        <w:br/>
        <w:t>схиляється під ніч гарячим тяжем,&lt;br /&gt;</w:t>
        <w:br/>
        <w:t>неначе хилитається верхом&lt;br /&gt;</w:t>
        <w:br/>
        <w:t>тоненька сосна в лісі під орлом..,&lt;br /&gt;</w:t>
        <w:br/>
        <w:t>651.&lt;br /&gt;</w:t>
        <w:br/>
        <w:t>І всі поети, як у гніздах птицю,&lt;br /&gt;</w:t>
        <w:br/>
        <w:t>у душах носять Вічність, ваготу,&lt;br /&gt;</w:t>
        <w:br/>
        <w:t>і між людьми, мов журавлі в криницю,&lt;br /&gt;</w:t>
        <w:br/>
        <w:t>схиляються у чисту самоту.&lt;br /&gt;</w:t>
        <w:br/>
        <w:t>Проз них несуть заковані у крицю&lt;br /&gt;</w:t>
        <w:br/>
        <w:t>жовніри й люди сховану мету,&lt;br /&gt;</w:t>
        <w:br/>
        <w:t>та не цікавляться поети нею,&lt;br /&gt;</w:t>
        <w:br/>
        <w:t>неначе тінню давньою своєю.</w:t>
      </w:r>
    </w:p>
    <w:p>
      <w:r>
        <w:br/>
        <w:t>652.&lt;br /&gt;</w:t>
        <w:br/>
        <w:t>Але замурзані у кров гурти&lt;br /&gt;</w:t>
        <w:br/>
        <w:t>силкуються заглянути артистам&lt;br /&gt;</w:t>
        <w:br/>
        <w:t>до тихої, мов місяць, самоти,&lt;br /&gt;</w:t>
        <w:br/>
        <w:t>де спіє людська думка особиста, —&lt;br /&gt;</w:t>
        <w:br/>
        <w:t>і падають під жорна чи під тин&lt;br /&gt;</w:t>
        <w:br/>
        <w:t>поети від свавілля і насильства...&lt;br /&gt;</w:t>
        <w:br/>
        <w:t>Так пилчин зуб, щербатий та тупий,&lt;br /&gt;</w:t>
        <w:br/>
        <w:t>тисячолітні зрізує дуби ...</w:t>
      </w:r>
    </w:p>
    <w:p>
      <w:r>
        <w:br/>
        <w:t>653.&lt;br /&gt;</w:t>
        <w:br/>
        <w:t>Тож не співай, найкращий мій співаче,&lt;br /&gt;</w:t>
        <w:br/>
        <w:t>ні про любов, ні навіть серцю так,&lt;br /&gt;</w:t>
        <w:br/>
        <w:t>бо недаремно западає, наче&lt;br /&gt;</w:t>
        <w:br/>
        <w:t>у самий обрій, мовчазний вітряк&lt;br /&gt;</w:t>
        <w:br/>
        <w:t>і жорна в землю залягли ще важче&lt;br /&gt;</w:t>
        <w:br/>
        <w:t>уже без всяких видимих ознак&lt;br /&gt;</w:t>
        <w:br/>
        <w:t>хвоста у дірці з дзвоником, де треба,&lt;br /&gt;</w:t>
        <w:br/>
        <w:t>щоб жалощам показував до неба.</w:t>
      </w:r>
    </w:p>
    <w:p>
      <w:r>
        <w:br/>
        <w:t>654.&lt;br /&gt;</w:t>
        <w:br/>
        <w:t>І дівчина ногами під вирло&lt;br /&gt;</w:t>
        <w:br/>
        <w:t>сидить, схилившися на жорний камінь,&lt;br /&gt;</w:t>
        <w:br/>
        <w:t>притиснувши Свиридове чоло&lt;br /&gt;</w:t>
        <w:br/>
        <w:t>собі до лона білими руками,&lt;br /&gt;</w:t>
        <w:br/>
        <w:t>і непорушно, як вночі село,&lt;br /&gt;</w:t>
        <w:br/>
        <w:t>закидане снігами та галками,&lt;br /&gt;</w:t>
        <w:br/>
        <w:t>все придивляється до жовтих рис,&lt;br /&gt;</w:t>
        <w:br/>
        <w:t>що вже мовчанням вічним узялись.&lt;br /&gt;</w:t>
        <w:br/>
        <w:t>655.&lt;br /&gt;</w:t>
        <w:br/>
        <w:t>Великі очі, розімкнувши вії&lt;br /&gt;</w:t>
        <w:br/>
        <w:t>на всю свою можливу широчінь,&lt;br /&gt;</w:t>
        <w:br/>
        <w:t>тримають дику іскорку надії&lt;br /&gt;</w:t>
        <w:br/>
        <w:t>і неміренного безумства тінь,&lt;br /&gt;</w:t>
        <w:br/>
        <w:t>яке у серці, розпочавши дії,&lt;br /&gt;</w:t>
        <w:br/>
        <w:t>похоже на морскую глибочінь,&lt;br /&gt;</w:t>
        <w:br/>
        <w:t>куди зриваються високі гори,&lt;br /&gt;</w:t>
        <w:br/>
        <w:t>мов під язик дивезної потвори.</w:t>
      </w:r>
    </w:p>
    <w:p>
      <w:r>
        <w:br/>
        <w:t>656.&lt;br /&gt;</w:t>
        <w:br/>
        <w:t>Та не співай, мій пташе, не співай,&lt;br /&gt;</w:t>
        <w:br/>
        <w:t>коли справляє шлюбування згуба,&lt;br /&gt;</w:t>
        <w:br/>
        <w:t>хоч може ти прибув і на ,,прощай''&lt;br /&gt;</w:t>
        <w:br/>
        <w:t>поетові гукнути аж із дуба,&lt;br /&gt;</w:t>
        <w:br/>
        <w:t>але тяжкі і кпини, і відчай&lt;br /&gt;</w:t>
        <w:br/>
        <w:t>окреслюють складками рот і в трупа,&lt;br /&gt;</w:t>
        <w:br/>
        <w:t>то може там і до пісень твоїх&lt;br /&gt;</w:t>
        <w:br/>
        <w:t>між ними непомітний накрес ліг?</w:t>
      </w:r>
    </w:p>
    <w:p>
      <w:r>
        <w:br/>
        <w:t>657.&lt;br /&gt;</w:t>
        <w:br/>
        <w:t>І справді, там у затишку долини&lt;br /&gt;</w:t>
        <w:br/>
        <w:t>співець замовк, затихла і луна,&lt;br /&gt;</w:t>
        <w:br/>
        <w:t>а тут, щоб допитатися хвилини,&lt;br /&gt;</w:t>
        <w:br/>
        <w:t>коло похилого в пашні млина&lt;br /&gt;</w:t>
        <w:br/>
        <w:t>нещасна дівчина, мов з домовини&lt;br /&gt;</w:t>
        <w:br/>
        <w:t>прекрасна київська старовина,&lt;br /&gt;</w:t>
        <w:br/>
        <w:t>туди вела очима важче й важче,&lt;br /&gt;</w:t>
        <w:br/>
        <w:t>де соловей недавно щебетав ще,</w:t>
      </w:r>
    </w:p>
    <w:p>
      <w:r>
        <w:br/>
        <w:t>658.&lt;br /&gt;</w:t>
        <w:br/>
        <w:t>де по межі, що бігла від млина,&lt;br /&gt;</w:t>
        <w:br/>
        <w:t>понад Дніпром, пашнею до Трипілля&lt;br /&gt;</w:t>
        <w:br/>
        <w:t>і польова буяла бузина,&lt;br /&gt;</w:t>
        <w:br/>
        <w:t>і синя синь волошок серед зілля,&lt;br /&gt;</w:t>
        <w:br/>
        <w:t>якими капнула височина&lt;br /&gt;</w:t>
        <w:br/>
        <w:t>ще першого пасхального дозвілля,&lt;br /&gt;</w:t>
        <w:br/>
        <w:t>коли весіннє сонце у щомить&lt;br /&gt;</w:t>
        <w:br/>
        <w:t>розтоплювало хмари і блакить.&lt;br /&gt;</w:t>
        <w:br/>
        <w:t>659.&lt;br /&gt;</w:t>
        <w:br/>
        <w:t>І, мов небес малесенька частина,&lt;br /&gt;</w:t>
        <w:br/>
        <w:t>що теж на землю капнула важку,&lt;br /&gt;</w:t>
        <w:br/>
        <w:t>однісінька звисала намистина&lt;br /&gt;</w:t>
        <w:br/>
        <w:t>у дівчини на срібнім ланцюжку...&lt;br /&gt;</w:t>
        <w:br/>
        <w:t>Не хрестик, не дукач і не калина&lt;br /&gt;</w:t>
        <w:br/>
        <w:t>з густої бережини на піску,&lt;br /&gt;</w:t>
        <w:br/>
        <w:t>але прекрасна, бідна і єдина&lt;br /&gt;</w:t>
        <w:br/>
        <w:t>звисала над поетом намистина . ..&lt;br /&gt;</w:t>
        <w:br/>
        <w:t>660. Почувши мертву тишу степову,&lt;br /&gt;</w:t>
        <w:br/>
        <w:t>від лона дівчина взяла раптово&lt;br /&gt;</w:t>
        <w:br/>
        <w:t>і положила голову в траву,&lt;br /&gt;</w:t>
        <w:br/>
        <w:t>схопилася, і сукню інстинктово&lt;br /&gt;</w:t>
        <w:br/>
        <w:t>смикнула на ногах своїх нову,&lt;br /&gt;</w:t>
        <w:br/>
        <w:t>підбігла до крила від літ рудого,&lt;br /&gt;</w:t>
        <w:br/>
        <w:t>вхопилася і вверх, неначе в сні,&lt;br /&gt;</w:t>
        <w:br/>
        <w:t>подерлася, шепочучи пісні;&lt;br /&gt;</w:t>
        <w:br/>
        <w:t>661. а долі жорна, шалівки, васильки&lt;br /&gt;</w:t>
        <w:br/>
        <w:t>і дах зелений, ніби стріха клунь,&lt;br /&gt;</w:t>
        <w:br/>
        <w:t>що їх стовпами під обидві силки&lt;br /&gt;</w:t>
        <w:br/>
        <w:t>попідпирали до вечірніх лун,&lt;br /&gt;</w:t>
        <w:br/>
        <w:t>коли по гребені скакав навшпиньки&lt;br /&gt;</w:t>
        <w:br/>
        <w:t>в гніздо лелека, мов старий чаклун,&lt;br /&gt;</w:t>
        <w:br/>
        <w:t>аби підняти вранці сонце носом&lt;br /&gt;</w:t>
        <w:br/>
        <w:t>над обрієм, як мишу над покосом . . .&lt;br /&gt;</w:t>
        <w:br/>
        <w:t>662. І тихий біля каменю поет&lt;br /&gt;</w:t>
        <w:br/>
        <w:t>з лицем, повернутим кудись на небо&lt;br /&gt;</w:t>
        <w:br/>
        <w:t>мовчуще, ніби російський кашкет,&lt;br /&gt;</w:t>
        <w:br/>
        <w:t>над завойованим недавно степом,&lt;br /&gt;</w:t>
        <w:br/>
        <w:t>і томик Шеллі, мов пречистий мед,&lt;br /&gt;</w:t>
        <w:br/>
        <w:t>у лопухах під чорним силюетом,&lt;br /&gt;</w:t>
        <w:br/>
        <w:t>пашня і бджоли, і трава, і день&lt;br /&gt;</w:t>
        <w:br/>
        <w:t>були глухі до шепоту пісень:&lt;br /&gt;</w:t>
        <w:br/>
        <w:t>663.&lt;br /&gt;</w:t>
        <w:br/>
        <w:t>"Я вилечу на млин старий, самотній&lt;br /&gt;</w:t>
        <w:br/>
        <w:t>і смутно солов'єм защебечу,&lt;br /&gt;</w:t>
        <w:br/>
        <w:t>й торкнуся серця в самої безодні&lt;br /&gt;</w:t>
        <w:br/>
        <w:t>піснями розпачу свого й плачу.&lt;br /&gt;</w:t>
        <w:br/>
        <w:t>І вже тебе нікуди від сьогодні&lt;br /&gt;</w:t>
        <w:br/>
        <w:t>не випущу собі я із віччю,&lt;br /&gt;</w:t>
        <w:br/>
        <w:t>бо в співі цім такая буде сила,&lt;br /&gt;</w:t>
        <w:br/>
        <w:t>якої ще й земля ніколи не носила:</w:t>
      </w:r>
    </w:p>
    <w:p>
      <w:r>
        <w:br/>
        <w:t>664.&lt;br /&gt;</w:t>
        <w:br/>
        <w:t>На кожній степовій могилі враз&lt;br /&gt;</w:t>
        <w:br/>
        <w:t>зведеться сосна бурям на дорозі&lt;br /&gt;</w:t>
        <w:br/>
        <w:t>з коріннями в Карпати та в Кавказ&lt;br /&gt;</w:t>
        <w:br/>
        <w:t>і у тисячолітнім, жовтім мосі;&lt;br /&gt;</w:t>
        <w:br/>
        <w:t>там дупла будуть, ніби перелаз,&lt;br /&gt;</w:t>
        <w:br/>
        <w:t>що перескакували в лісі лосі,&lt;br /&gt;</w:t>
        <w:br/>
        <w:t>і в кожному сучку, де схне смола,&lt;br /&gt;</w:t>
        <w:br/>
        <w:t>стримітеме Перунова стріла ..."</w:t>
      </w:r>
    </w:p>
    <w:p>
      <w:r>
        <w:br/>
        <w:t>665.&lt;br /&gt;</w:t>
        <w:br/>
        <w:t>І враз на слові цім останнім пісні&lt;br /&gt;</w:t>
        <w:br/>
        <w:t>зломилося над вітряком крило,&lt;br /&gt;</w:t>
        <w:br/>
        <w:t>і впало з дівчиною на залізні&lt;br /&gt;</w:t>
        <w:br/>
        <w:t>ґвинти з іржавим не одним жалом,&lt;br /&gt;</w:t>
        <w:br/>
        <w:t>що витикалися в проломи різні&lt;br /&gt;</w:t>
        <w:br/>
        <w:t>пророслого дашка пробий-зелом,&lt;br /&gt;</w:t>
        <w:br/>
        <w:t>і не було стогнання там ні крику,&lt;br /&gt;</w:t>
        <w:br/>
        <w:t>щоб партію розважити велику</w:t>
      </w:r>
    </w:p>
    <w:p>
      <w:r>
        <w:br/>
        <w:t>666.&lt;br /&gt;</w:t>
        <w:br/>
        <w:t>й вождя її, що слухає з Кремля&lt;br /&gt;</w:t>
        <w:br/>
        <w:t>ще ті, що мають бути в націй звуки,&lt;br /&gt;</w:t>
        <w:br/>
        <w:t>але яких не чується здаля&lt;br /&gt;</w:t>
        <w:br/>
        <w:t>і в них належної для людства муки,&lt;br /&gt;</w:t>
        <w:br/>
        <w:t>бо всі живі, аж чорні, мов земля,&lt;br /&gt;</w:t>
        <w:br/>
        <w:t>єдині очі мають для розпуки&lt;br /&gt;</w:t>
        <w:br/>
        <w:t>являти, як з голодних тягнуть жил&lt;br /&gt;</w:t>
        <w:br/>
        <w:t>можливість стогону у рештках сил . ..&lt;br /&gt;</w:t>
        <w:br/>
        <w:t>667.&lt;br /&gt;</w:t>
        <w:br/>
        <w:t>А що в німотнім розпачі народів&lt;br /&gt;</w:t>
        <w:br/>
        <w:t>і вождь кохається й його кагал, —&lt;br /&gt;</w:t>
        <w:br/>
        <w:t>людей держить він в голоді на споді&lt;br /&gt;</w:t>
        <w:br/>
        <w:t>і гонить аж на тисячний канал,&lt;br /&gt;</w:t>
        <w:br/>
        <w:t>бо швидше у мертвецькому поході&lt;br /&gt;</w:t>
        <w:br/>
        <w:t>зустріне свій найвищий ідеал,&lt;br /&gt;</w:t>
        <w:br/>
        <w:t>як цвинтарем світ стане і дірою,&lt;br /&gt;</w:t>
        <w:br/>
        <w:t>а він на нім гієною брудною...</w:t>
      </w:r>
    </w:p>
    <w:p>
      <w:r>
        <w:br/>
        <w:t>Доспів&lt;br /&gt;</w:t>
        <w:br/>
        <w:t>668. Гей, пташе, пташе, соловею мій,&lt;br /&gt;</w:t>
        <w:br/>
        <w:t>защебечи пісень хоч бур'янині,&lt;br /&gt;</w:t>
        <w:br/>
        <w:t>бо страшно сумно на планеті цій&lt;br /&gt;</w:t>
        <w:br/>
        <w:t>мені у нечуванній самотині:&lt;br /&gt;</w:t>
        <w:br/>
        <w:t>про вроду казку знов на манівці&lt;br /&gt;</w:t>
        <w:br/>
        <w:t>гурти тяг ли в базарній хуртовині,&lt;br /&gt;</w:t>
        <w:br/>
        <w:t>вона ж, перекрутивши мотузок,&lt;br /&gt;</w:t>
        <w:br/>
        <w:t>згубила утікаючи вінок,&lt;br /&gt;</w:t>
        <w:br/>
        <w:t>669. який не спався з поясом планети,&lt;br /&gt;</w:t>
        <w:br/>
        <w:t>а просто загубився на землі.&lt;br /&gt;</w:t>
        <w:br/>
        <w:t>І нині, бачачи і очерети,&lt;br /&gt;</w:t>
        <w:br/>
        <w:t>і квітки з нього в полі і селі,&lt;br /&gt;</w:t>
        <w:br/>
        <w:t>про казку згадую життя і смерти,&lt;br /&gt;</w:t>
        <w:br/>
        <w:t>що може понесла туди жалі,&lt;br /&gt;</w:t>
        <w:br/>
        <w:t>де і прийдешнє, і те предше сиве&lt;br /&gt;</w:t>
        <w:br/>
        <w:t>живуть, як мати і дитя щасливе.&lt;br /&gt;</w:t>
        <w:br/>
        <w:t>670.&lt;br /&gt;</w:t>
        <w:br/>
        <w:t>Бо я шукав її і на горі&lt;br /&gt;</w:t>
        <w:br/>
        <w:t>серед потовченого ломом трусу,&lt;br /&gt;</w:t>
        <w:br/>
        <w:t>де височіли вчора вівтарі&lt;br /&gt;</w:t>
        <w:br/>
        <w:t>пречистому та доброму Ісусу&lt;br /&gt;</w:t>
        <w:br/>
        <w:t>і де росли дуби, ставні й старі,&lt;br /&gt;</w:t>
        <w:br/>
        <w:t>з Дажбожого повиникавши мусу,&lt;br /&gt;</w:t>
        <w:br/>
        <w:t>і в натовпі глухому, як тюрма,&lt;br /&gt;</w:t>
        <w:br/>
        <w:t>але шукав і мучився дарма.&lt;br /&gt;</w:t>
        <w:br/>
        <w:t>671.&lt;br /&gt;</w:t>
        <w:br/>
        <w:t>Дарма складав і цю смутну поему,&lt;br /&gt;</w:t>
        <w:br/>
        <w:t>мов злодій, обминаючи хати,&lt;br /&gt;</w:t>
        <w:br/>
        <w:t>і підсував душі важку дилему:&lt;br /&gt;</w:t>
        <w:br/>
        <w:t>або шукати казку й не найти,&lt;br /&gt;</w:t>
        <w:br/>
        <w:t>або з пісень міцнити діядему&lt;br /&gt;</w:t>
        <w:br/>
        <w:t>незнаній казці, що пішла в світи,&lt;br /&gt;</w:t>
        <w:br/>
        <w:t>і вже її ніколи не шукати,&lt;br /&gt;</w:t>
        <w:br/>
        <w:t>бо там вона, де тліну не бувати...</w:t>
      </w:r>
    </w:p>
    <w:p>
      <w:r>
        <w:br/>
        <w:t>672.&lt;br /&gt;</w:t>
        <w:br/>
        <w:t>Співай же, пташе, соловею мій,&lt;br /&gt;</w:t>
        <w:br/>
        <w:t>і заглуши обурливу свідомість,&lt;br /&gt;</w:t>
        <w:br/>
        <w:t>що крапля Вічности в душі малій&lt;br /&gt;</w:t>
        <w:br/>
        <w:t>нашіптує про Вічність дику повість&lt;br /&gt;</w:t>
        <w:br/>
        <w:t>і попіл видає, як той палій,&lt;br /&gt;</w:t>
        <w:br/>
        <w:t>прекрасного спорудження натомість,&lt;br /&gt;</w:t>
        <w:br/>
        <w:t>аби я діядему із октав&lt;br /&gt;</w:t>
        <w:br/>
        <w:t>в останній день на лисину поклав.</w:t>
      </w:r>
    </w:p>
    <w:p>
      <w:r>
        <w:br/>
        <w:t>673.&lt;br /&gt;</w:t>
        <w:br/>
        <w:t>Чого ж мовчиш і не співаєш відти,&lt;br /&gt;</w:t>
        <w:br/>
        <w:t>поете травня, місяця й дібров?&lt;br /&gt;</w:t>
        <w:br/>
        <w:t>Чи може ти зненацька вже помітив&lt;br /&gt;</w:t>
        <w:br/>
        <w:t>не маків цвіт, а горличчину кров,&lt;br /&gt;</w:t>
        <w:br/>
        <w:t>і дуба мертвого, і мертві віти,&lt;br /&gt;</w:t>
        <w:br/>
        <w:t>і з розпачу страшного захолов,&lt;br /&gt;</w:t>
        <w:br/>
        <w:t>а не тому, що ти почув самотню&lt;br /&gt;</w:t>
        <w:br/>
        <w:t>душі моєї тугу, як безодню?</w:t>
      </w:r>
    </w:p>
    <w:p>
      <w:r>
        <w:br/>
        <w:t>674.&lt;br /&gt;</w:t>
        <w:br/>
        <w:t>Бо може і поети людські всі&lt;br /&gt;</w:t>
        <w:br/>
        <w:t>тобі страшні, немов коти й собаки,&lt;br /&gt;</w:t>
        <w:br/>
        <w:t>які чигають літом у лозі&lt;br /&gt;</w:t>
        <w:br/>
        <w:t>на бубирці, на птахи та на раки,&lt;br /&gt;</w:t>
        <w:br/>
        <w:t>а лисина чи сива волосінь&lt;br /&gt;</w:t>
        <w:br/>
        <w:t>казкам лише такі страшні ознаки,&lt;br /&gt;</w:t>
        <w:br/>
        <w:t>як стерті зуби слинявих ротів&lt;br /&gt;</w:t>
        <w:br/>
        <w:t>і у собак і у старих котів.. .&lt;br /&gt;</w:t>
        <w:br/>
        <w:t>675.&lt;br /&gt;</w:t>
        <w:br/>
        <w:t>Тоді, коли блискучими ночами&lt;br /&gt;</w:t>
        <w:br/>
        <w:t>холодний місяць колесо своє&lt;br /&gt;</w:t>
        <w:br/>
        <w:t>на океани скачує з ключами&lt;br /&gt;</w:t>
        <w:br/>
        <w:t>і сонцю під проміння подає,&lt;br /&gt;</w:t>
        <w:br/>
        <w:t>шепочучи з лісами та річками,&lt;br /&gt;</w:t>
        <w:br/>
        <w:t>що в тьми і світла вічна згода є,&lt;br /&gt;</w:t>
        <w:br/>
        <w:t>лише твоє не має серце згоди&lt;br /&gt;</w:t>
        <w:br/>
        <w:t>з ознаками понурими природи...</w:t>
      </w:r>
    </w:p>
    <w:p>
      <w:r>
        <w:br/>
        <w:t>676.&lt;br /&gt;</w:t>
        <w:br/>
        <w:t>Алеж . .. Але сьогодні так мені&lt;br /&gt;</w:t>
        <w:br/>
        <w:t>шалено хочеться твойого співу,&lt;br /&gt;</w:t>
        <w:br/>
        <w:t>коли стою за селами в стерні,&lt;br /&gt;</w:t>
        <w:br/>
        <w:t>не тямлячи себе від мук та гніву,&lt;br /&gt;</w:t>
        <w:br/>
        <w:t>що озія космічна у вогні&lt;br /&gt;</w:t>
        <w:br/>
        <w:t>гуде про казку втрачену чи діву&lt;br /&gt;</w:t>
        <w:br/>
        <w:t>гей, на моїх розпечених висках,&lt;br /&gt;</w:t>
        <w:br/>
        <w:t>немов ковпак на дурневі в дзвінках! 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