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Поема води</w:t>
      </w:r>
    </w:p>
    <w:p>
      <w:r>
        <w:br/>
        <w:t xml:space="preserve"> 1.</w:t>
      </w:r>
    </w:p>
    <w:p>
      <w:r>
        <w:br/>
        <w:t>*</w:t>
      </w:r>
    </w:p>
    <w:p>
      <w:r>
        <w:br/>
        <w:t>і цей рубець&lt;br /&gt;</w:t>
        <w:br/>
        <w:t>до серця мурахи&lt;br /&gt;</w:t>
        <w:br/>
        <w:t>де крихітка теплого меду&lt;br /&gt;</w:t>
        <w:br/>
        <w:t>в згустку смоли</w:t>
      </w:r>
    </w:p>
    <w:p>
      <w:r>
        <w:br/>
        <w:t>ти відпустила його у сад&lt;br /&gt;</w:t>
        <w:br/>
        <w:t>ти знала висохнуть крильця на сонці&lt;br /&gt;</w:t>
        <w:br/>
        <w:t>ворсинками вкриються пальці&lt;br /&gt;</w:t>
        <w:br/>
        <w:t>скорчені для тятиви</w:t>
      </w:r>
    </w:p>
    <w:p>
      <w:r>
        <w:br/>
        <w:t>і тільки з кмину&lt;br /&gt;</w:t>
        <w:br/>
        <w:t>сочилась живиця&lt;br /&gt;</w:t>
        <w:br/>
        <w:t>тонка&lt;br /&gt;</w:t>
        <w:br/>
        <w:t>як приручений світ у печері</w:t>
      </w:r>
    </w:p>
    <w:p>
      <w:r>
        <w:br/>
        <w:t>і цей рубець&lt;br /&gt;</w:t>
        <w:br/>
        <w:t>під крилом кажана&lt;br /&gt;</w:t>
        <w:br/>
        <w:t>стрілу вигойдує</w:t>
      </w:r>
    </w:p>
    <w:p>
      <w:r>
        <w:br/>
        <w:t>*</w:t>
      </w:r>
    </w:p>
    <w:p>
      <w:r>
        <w:br/>
        <w:t>хризантема і він&lt;br /&gt;</w:t>
        <w:br/>
        <w:t>помруть</w:t>
      </w:r>
    </w:p>
    <w:p>
      <w:r>
        <w:br/>
        <w:t>вітер&lt;br /&gt;</w:t>
        <w:br/>
        <w:t>прогортатиме купини хмар&lt;br /&gt;</w:t>
        <w:br/>
        <w:t>пориті небесним кротом</w:t>
      </w:r>
    </w:p>
    <w:p>
      <w:r>
        <w:br/>
        <w:t>…о&lt;br /&gt;</w:t>
        <w:br/>
        <w:t>тупотить&lt;br /&gt;</w:t>
        <w:br/>
        <w:t>вони вже йдуть за тобою&lt;br /&gt;</w:t>
        <w:br/>
        <w:t>вони вже близько</w:t>
      </w:r>
    </w:p>
    <w:p>
      <w:r>
        <w:br/>
        <w:t>розсипані знаки води&lt;br /&gt;</w:t>
        <w:br/>
        <w:t>по горбатій безодні</w:t>
      </w:r>
    </w:p>
    <w:p>
      <w:r>
        <w:br/>
        <w:t>і нитка трави&lt;br /&gt;</w:t>
        <w:br/>
        <w:t>з перерізаним горлом</w:t>
      </w:r>
    </w:p>
    <w:p>
      <w:r>
        <w:br/>
        <w:t>*</w:t>
      </w:r>
    </w:p>
    <w:p>
      <w:r>
        <w:br/>
        <w:t>вполювати&lt;br /&gt;</w:t>
        <w:br/>
        <w:t>шматок живиці&lt;br /&gt;</w:t>
        <w:br/>
        <w:t>прогорнувши оправу кори</w:t>
      </w:r>
    </w:p>
    <w:p>
      <w:r>
        <w:br/>
        <w:t>роки за роками&lt;br /&gt;</w:t>
        <w:br/>
        <w:t>розверстані&lt;br /&gt;</w:t>
        <w:br/>
        <w:t>скріплені жилавим медом</w:t>
      </w:r>
    </w:p>
    <w:p>
      <w:r>
        <w:br/>
        <w:t>перше ім'я тварини&lt;br /&gt;</w:t>
        <w:br/>
        <w:t>на обвітренім корінці</w:t>
      </w:r>
    </w:p>
    <w:p>
      <w:r>
        <w:br/>
        <w:t>ти ще єси&lt;br /&gt;</w:t>
        <w:br/>
        <w:t>ти ще здатен різьбити тут&lt;br /&gt;</w:t>
        <w:br/>
        <w:t>сотні інших імен&lt;br /&gt;</w:t>
        <w:br/>
        <w:t>тамувати реєстри приручень</w:t>
      </w:r>
    </w:p>
    <w:p>
      <w:r>
        <w:br/>
        <w:t>тільки з кожним надрізом&lt;br /&gt;</w:t>
        <w:br/>
        <w:t>ліс відступає&lt;br /&gt;</w:t>
        <w:br/>
        <w:t>і все важче стає&lt;br /&gt;</w:t>
        <w:br/>
        <w:t>вполювати живиці</w:t>
      </w:r>
    </w:p>
    <w:p>
      <w:r>
        <w:br/>
        <w:t>на їжу</w:t>
      </w:r>
    </w:p>
    <w:p>
      <w:r>
        <w:br/>
        <w:t>*</w:t>
      </w:r>
    </w:p>
    <w:p>
      <w:r>
        <w:br/>
        <w:t>зовсім як порхавка&lt;br /&gt;</w:t>
        <w:br/>
        <w:t>наступиш ногою&lt;br /&gt;</w:t>
        <w:br/>
        <w:t>і дим</w:t>
      </w:r>
    </w:p>
    <w:p>
      <w:r>
        <w:br/>
        <w:t>ходиш&lt;br /&gt;</w:t>
        <w:br/>
        <w:t>в коричневому пилку&lt;br /&gt;</w:t>
        <w:br/>
        <w:t>розносиш по світу&lt;br /&gt;</w:t>
        <w:br/>
        <w:t>притихлі тіні гепарда</w:t>
      </w:r>
    </w:p>
    <w:p>
      <w:r>
        <w:br/>
        <w:t>а на ніч&lt;br /&gt;</w:t>
        <w:br/>
        <w:t>воском заліпиш&lt;br /&gt;</w:t>
        <w:br/>
        <w:t>розгойдані щільники печер&lt;br /&gt;</w:t>
        <w:br/>
        <w:t>і хоч би оса яка&lt;br /&gt;</w:t>
        <w:br/>
        <w:t>до плеча притулилася</w:t>
      </w:r>
    </w:p>
    <w:p>
      <w:r>
        <w:br/>
        <w:t>*</w:t>
      </w:r>
    </w:p>
    <w:p>
      <w:r>
        <w:br/>
        <w:t>гриби&lt;br /&gt;</w:t>
        <w:br/>
        <w:t>проростають між пальців&lt;br /&gt;</w:t>
        <w:br/>
        <w:t>білі як немовлята</w:t>
      </w:r>
    </w:p>
    <w:p>
      <w:r>
        <w:br/>
        <w:t>ти відпустила його до води&lt;br /&gt;</w:t>
        <w:br/>
        <w:t>і вода тебе&lt;br /&gt;</w:t>
        <w:br/>
        <w:t>відобразила</w:t>
      </w:r>
    </w:p>
    <w:p>
      <w:r>
        <w:br/>
        <w:t>і місяць&lt;br /&gt;</w:t>
        <w:br/>
        <w:t>що бачив тебе&lt;br /&gt;</w:t>
        <w:br/>
        <w:t>знепритомнів</w:t>
      </w:r>
    </w:p>
    <w:p>
      <w:r>
        <w:br/>
        <w:t>інколи він починає звикати&lt;br /&gt;</w:t>
        <w:br/>
        <w:t>вирощує хліб і приносить його у жмені&lt;br /&gt;</w:t>
        <w:br/>
        <w:t>зриває плоди&lt;br /&gt;</w:t>
        <w:br/>
        <w:t>і видушує з них&lt;br /&gt;</w:t>
        <w:br/>
        <w:t>первозданно червоний сік&lt;br /&gt;</w:t>
        <w:br/>
        <w:t>виводить коня у трави&lt;br /&gt;</w:t>
        <w:br/>
        <w:t>гаптовані змієм&lt;br /&gt;</w:t>
        <w:br/>
        <w:t>мітить усе це життя&lt;br /&gt;</w:t>
        <w:br/>
        <w:t>надрізами на деревах</w:t>
      </w:r>
    </w:p>
    <w:p>
      <w:r>
        <w:br/>
        <w:t>бо куди йому дітись&lt;br /&gt;</w:t>
        <w:br/>
        <w:t>якщо ти його сорочку&lt;br /&gt;</w:t>
        <w:br/>
        <w:t>в крові місячній&lt;br /&gt;</w:t>
        <w:br/>
        <w:t>вичинила</w:t>
      </w:r>
    </w:p>
    <w:p>
      <w:r>
        <w:br/>
        <w:t>щоб запах грибів&lt;br /&gt;</w:t>
        <w:br/>
        <w:t>зберігся</w:t>
      </w:r>
    </w:p>
    <w:p>
      <w:r>
        <w:br/>
        <w:t>*</w:t>
      </w:r>
    </w:p>
    <w:p>
      <w:r>
        <w:br/>
        <w:t>і земля&lt;br /&gt;</w:t>
        <w:br/>
        <w:t>розлущиться&lt;br /&gt;</w:t>
        <w:br/>
        <w:t>жовтим піском&lt;br /&gt;</w:t>
        <w:br/>
        <w:t>засіяні сни проростуть</w:t>
      </w:r>
    </w:p>
    <w:p>
      <w:r>
        <w:br/>
        <w:t>ти винен&lt;br /&gt;</w:t>
        <w:br/>
        <w:t>ти народився і значить ти винен&lt;br /&gt;</w:t>
        <w:br/>
        <w:t>майже як горіх&lt;br /&gt;</w:t>
        <w:br/>
        <w:t>вкритий дрібним ароматом</w:t>
      </w:r>
    </w:p>
    <w:p>
      <w:r>
        <w:br/>
        <w:t>у ньому&lt;br /&gt;</w:t>
        <w:br/>
        <w:t>там&lt;br /&gt;</w:t>
        <w:br/>
        <w:t>глибоко під ногами&lt;br /&gt;</w:t>
        <w:br/>
        <w:t>тихо мліє черв'як&lt;br /&gt;</w:t>
        <w:br/>
        <w:t>великий і ситий</w:t>
      </w:r>
    </w:p>
    <w:p>
      <w:r>
        <w:br/>
        <w:t>послухай</w:t>
      </w:r>
    </w:p>
    <w:p>
      <w:r>
        <w:br/>
        <w:t>дихає</w:t>
      </w:r>
    </w:p>
    <w:p>
      <w:r>
        <w:br/>
        <w:t>*</w:t>
      </w:r>
    </w:p>
    <w:p>
      <w:r>
        <w:br/>
        <w:t>і цей рубець&lt;br /&gt;</w:t>
        <w:br/>
        <w:t>що переступили&lt;br /&gt;</w:t>
        <w:br/>
        <w:t>і ця трава&lt;br /&gt;</w:t>
        <w:br/>
        <w:t>що потоптана&lt;br /&gt;</w:t>
        <w:br/>
        <w:t>і ця вода&lt;br /&gt;</w:t>
        <w:br/>
        <w:t>мутна й недопита&lt;br /&gt;</w:t>
        <w:br/>
        <w:t>в щільниках слідів</w:t>
      </w:r>
    </w:p>
    <w:p>
      <w:r>
        <w:br/>
        <w:t>і ті&lt;br /&gt;</w:t>
        <w:br/>
        <w:t>що наздогнали&lt;br /&gt;</w:t>
        <w:br/>
        <w:t>так само люди</w:t>
      </w:r>
    </w:p>
    <w:p>
      <w:r>
        <w:br/>
        <w:t>були</w:t>
      </w:r>
    </w:p>
    <w:p>
      <w:r>
        <w:br/>
        <w:t>2.</w:t>
      </w:r>
    </w:p>
    <w:p>
      <w:r>
        <w:br/>
        <w:t>*</w:t>
      </w:r>
    </w:p>
    <w:p>
      <w:r>
        <w:br/>
        <w:t>вже розрізано корінці&lt;br /&gt;</w:t>
        <w:br/>
        <w:t>верби заліплені берегом&lt;br /&gt;</w:t>
        <w:br/>
        <w:t>тріскають&lt;br /&gt;</w:t>
        <w:br/>
        <w:t>рояться піском&lt;br /&gt;</w:t>
        <w:br/>
        <w:t>палець&lt;br /&gt;</w:t>
        <w:br/>
        <w:t>прорізаний вздовж&lt;br /&gt;</w:t>
        <w:br/>
        <w:t>бруньку виплюне</w:t>
      </w:r>
    </w:p>
    <w:p>
      <w:r>
        <w:br/>
        <w:t>розорані&lt;br /&gt;</w:t>
        <w:br/>
        <w:t>ми піддаємося проповіді&lt;br /&gt;</w:t>
        <w:br/>
        <w:t>повніємо&lt;br /&gt;</w:t>
        <w:br/>
        <w:t>як голоси бджіл&lt;br /&gt;</w:t>
        <w:br/>
        <w:t>народжених щоб вкусити</w:t>
      </w:r>
    </w:p>
    <w:p>
      <w:r>
        <w:br/>
        <w:t>ми такі ж як вони&lt;br /&gt;</w:t>
        <w:br/>
        <w:t>ми теж готові&lt;br /&gt;</w:t>
        <w:br/>
        <w:t>захищати своє дупло&lt;br /&gt;</w:t>
        <w:br/>
        <w:t>перерізане навпіл</w:t>
      </w:r>
    </w:p>
    <w:p>
      <w:r>
        <w:br/>
        <w:t>бо&lt;br /&gt;</w:t>
        <w:br/>
        <w:t>утоплені в горлі верб&lt;br /&gt;</w:t>
        <w:br/>
        <w:t>ми прозріли і перегризли кору&lt;br /&gt;</w:t>
        <w:br/>
        <w:t>і нас було так багато&lt;br /&gt;</w:t>
        <w:br/>
        <w:t>що дерева не витримали&lt;br /&gt;</w:t>
        <w:br/>
        <w:t>і прокинулися</w:t>
      </w:r>
    </w:p>
    <w:p>
      <w:r>
        <w:br/>
        <w:t>*</w:t>
      </w:r>
    </w:p>
    <w:p>
      <w:r>
        <w:br/>
        <w:t>так тонко&lt;br /&gt;</w:t>
        <w:br/>
        <w:t>осипаються нині твої міста&lt;br /&gt;</w:t>
        <w:br/>
        <w:t>ніби цегла&lt;br /&gt;</w:t>
        <w:br/>
        <w:t>з якої вони народжені&lt;br /&gt;</w:t>
        <w:br/>
        <w:t>розбухла і знепритомніла</w:t>
      </w:r>
    </w:p>
    <w:p>
      <w:r>
        <w:br/>
        <w:t>лише павуки&lt;br /&gt;</w:t>
        <w:br/>
        <w:t>щоночі розгойдують товщу повітря&lt;br /&gt;</w:t>
        <w:br/>
        <w:t>так ніби їхня печаль&lt;br /&gt;</w:t>
        <w:br/>
        <w:t>ще може когось врятувати</w:t>
      </w:r>
    </w:p>
    <w:p>
      <w:r>
        <w:br/>
        <w:t>але ти знаєш&lt;br /&gt;</w:t>
        <w:br/>
        <w:t>що ці мури тримаються на вітру&lt;br /&gt;</w:t>
        <w:br/>
        <w:t>лише завдяки їхній павутині&lt;br /&gt;</w:t>
        <w:br/>
        <w:t>липкій&lt;br /&gt;</w:t>
        <w:br/>
        <w:t>як поранена птаха</w:t>
      </w:r>
    </w:p>
    <w:p>
      <w:r>
        <w:br/>
        <w:t>коли стече кров&lt;br /&gt;</w:t>
        <w:br/>
        <w:t>і підмиє останній корінець&lt;br /&gt;</w:t>
        <w:br/>
        <w:t>врослої в цеглу трави&lt;br /&gt;</w:t>
        <w:br/>
        <w:t>тоді лише місце&lt;br /&gt;</w:t>
        <w:br/>
        <w:t>свідчитиме про твою самоту&lt;br /&gt;</w:t>
        <w:br/>
        <w:t>монументальну&lt;br /&gt;</w:t>
        <w:br/>
        <w:t>як прилипле до губи&lt;br /&gt;</w:t>
        <w:br/>
        <w:t>небо</w:t>
      </w:r>
    </w:p>
    <w:p>
      <w:r>
        <w:br/>
        <w:t>*</w:t>
      </w:r>
    </w:p>
    <w:p>
      <w:r>
        <w:br/>
        <w:t>маєш голос&lt;br /&gt;</w:t>
        <w:br/>
        <w:t>щоб перетікати з крила на крило&lt;br /&gt;</w:t>
        <w:br/>
        <w:t>ховаючись в мокрому листі</w:t>
      </w:r>
    </w:p>
    <w:p>
      <w:r>
        <w:br/>
        <w:t>і коли пліснява&lt;br /&gt;</w:t>
        <w:br/>
        <w:t>гірка як наврочений іній&lt;br /&gt;</w:t>
        <w:br/>
        <w:t>злипнеться поміж крил&lt;br /&gt;</w:t>
        <w:br/>
        <w:t>ти завжди маєш час&lt;br /&gt;</w:t>
        <w:br/>
        <w:t>подумати&lt;br /&gt;</w:t>
        <w:br/>
        <w:t>що вічність не така вже й довга&lt;br /&gt;</w:t>
        <w:br/>
        <w:t>як здавалося на початку&lt;br /&gt;</w:t>
        <w:br/>
        <w:t>і що кожен з нас&lt;br /&gt;</w:t>
        <w:br/>
        <w:t>є могильником власного щастя&lt;br /&gt;</w:t>
        <w:br/>
        <w:t>замішаного на воді</w:t>
      </w:r>
    </w:p>
    <w:p>
      <w:r>
        <w:br/>
        <w:t>лиш коли&lt;br /&gt;</w:t>
        <w:br/>
        <w:t>чиясь цікава душа&lt;br /&gt;</w:t>
        <w:br/>
        <w:t>прогортатиме встояне листя&lt;br /&gt;</w:t>
        <w:br/>
        <w:t>шукаючи черв'яка&lt;br /&gt;</w:t>
        <w:br/>
        <w:t>ти помилишся&lt;br /&gt;</w:t>
        <w:br/>
        <w:t>і закричиш</w:t>
      </w:r>
    </w:p>
    <w:p>
      <w:r>
        <w:br/>
        <w:t>і так почнеться життя</w:t>
      </w:r>
    </w:p>
    <w:p>
      <w:r>
        <w:br/>
        <w:t>*</w:t>
      </w:r>
    </w:p>
    <w:p>
      <w:r>
        <w:br/>
        <w:t>майже так само&lt;br /&gt;</w:t>
        <w:br/>
        <w:t>як вибирати корінці пирію&lt;br /&gt;</w:t>
        <w:br/>
        <w:t>з подивованої картоплі&lt;br /&gt;</w:t>
        <w:br/>
        <w:t>тіло пручається&lt;br /&gt;</w:t>
        <w:br/>
        <w:t>перестає довіряти&lt;br /&gt;</w:t>
        <w:br/>
        <w:t>тонкому лезу води&lt;br /&gt;</w:t>
        <w:br/>
        <w:t>народженому твоїми губами</w:t>
      </w:r>
    </w:p>
    <w:p>
      <w:r>
        <w:br/>
        <w:t>ти маєш її розтулити&lt;br /&gt;</w:t>
        <w:br/>
        <w:t>як мушлю&lt;br /&gt;</w:t>
        <w:br/>
        <w:t>присмачену дрібкою м'яти&lt;br /&gt;</w:t>
        <w:br/>
        <w:t>але пальці не слухають&lt;br /&gt;</w:t>
        <w:br/>
        <w:t>потонклі нігті&lt;br /&gt;</w:t>
        <w:br/>
        <w:t>ламаються з кожним доторком</w:t>
      </w:r>
    </w:p>
    <w:p>
      <w:r>
        <w:br/>
        <w:t>і тоді ти здаєшся&lt;br /&gt;</w:t>
        <w:br/>
        <w:t>ти загортаєш її в жар&lt;br /&gt;</w:t>
        <w:br/>
        <w:t>такою як є&lt;br /&gt;</w:t>
        <w:br/>
        <w:t>з корінцем всередині</w:t>
      </w:r>
    </w:p>
    <w:p>
      <w:r>
        <w:br/>
        <w:t>хай печеться</w:t>
      </w:r>
    </w:p>
    <w:p>
      <w:r>
        <w:br/>
        <w:t>*</w:t>
      </w:r>
    </w:p>
    <w:p>
      <w:r>
        <w:br/>
        <w:t>дмухаєш на метелика&lt;br /&gt;</w:t>
        <w:br/>
        <w:t>щоб не обпектися&lt;br /&gt;</w:t>
        <w:br/>
        <w:t>бо якщо є метелик&lt;br /&gt;</w:t>
        <w:br/>
        <w:t>то поблизу має бути вогонь&lt;br /&gt;</w:t>
        <w:br/>
        <w:t>і якщо є камінь&lt;br /&gt;</w:t>
        <w:br/>
        <w:t>то поблизу має бути сізіф&lt;br /&gt;</w:t>
        <w:br/>
        <w:t>помішаний на цьому камені</w:t>
      </w:r>
    </w:p>
    <w:p>
      <w:r>
        <w:br/>
        <w:t>3.</w:t>
      </w:r>
    </w:p>
    <w:p>
      <w:r>
        <w:br/>
        <w:t>*</w:t>
      </w:r>
    </w:p>
    <w:p>
      <w:r>
        <w:br/>
        <w:t>трава скресла</w:t>
      </w:r>
    </w:p>
    <w:p>
      <w:r>
        <w:br/>
        <w:t>жовті купини сіна&lt;br /&gt;</w:t>
        <w:br/>
        <w:t>прибиті долонями і дощем&lt;br /&gt;</w:t>
        <w:br/>
        <w:t>прогулюються під місяцем&lt;br /&gt;</w:t>
        <w:br/>
        <w:t>воркують іллю</w:t>
      </w:r>
    </w:p>
    <w:p>
      <w:r>
        <w:br/>
        <w:t>завтра небо&lt;br /&gt;</w:t>
        <w:br/>
        <w:t>вкриється білими спорами&lt;br /&gt;</w:t>
        <w:br/>
        <w:t>порсне грибами&lt;br /&gt;</w:t>
        <w:br/>
        <w:t>і по всім видноколу&lt;br /&gt;</w:t>
        <w:br/>
        <w:t>радісні оплески грибарів&lt;br /&gt;</w:t>
        <w:br/>
        <w:t>веселе бурчання дощу</w:t>
      </w:r>
    </w:p>
    <w:p>
      <w:r>
        <w:br/>
        <w:t>завтра знайдених&lt;br /&gt;</w:t>
        <w:br/>
        <w:t>акуратно складатимуть в кошики диму&lt;br /&gt;</w:t>
        <w:br/>
        <w:t>прикриваючи зверху фустиною</w:t>
      </w:r>
    </w:p>
    <w:p>
      <w:r>
        <w:br/>
        <w:t>щоб зірок не натрусилося</w:t>
      </w:r>
    </w:p>
    <w:p>
      <w:r>
        <w:br/>
        <w:t>*</w:t>
      </w:r>
    </w:p>
    <w:p>
      <w:r>
        <w:br/>
        <w:t>маєш рибу&lt;br /&gt;</w:t>
        <w:br/>
        <w:t>з білими цяточками черемхи&lt;br /&gt;</w:t>
        <w:br/>
        <w:t>на примружених плавниках&lt;br /&gt;</w:t>
        <w:br/>
        <w:t>лякливу&lt;br /&gt;</w:t>
        <w:br/>
        <w:t>як немовля перед ідолом</w:t>
      </w:r>
    </w:p>
    <w:p>
      <w:r>
        <w:br/>
        <w:t>якщо розшити нею кептар&lt;br /&gt;</w:t>
        <w:br/>
        <w:t>перестиглий тонкою вовною трави&lt;br /&gt;</w:t>
        <w:br/>
        <w:t>вона ген далеко у руці&lt;br /&gt;</w:t>
        <w:br/>
        <w:t>намацає розчавлене дно&lt;br /&gt;</w:t>
        <w:br/>
        <w:t>усе в холодному намулі&lt;br /&gt;</w:t>
        <w:br/>
        <w:t>сонячних променів</w:t>
      </w:r>
    </w:p>
    <w:p>
      <w:r>
        <w:br/>
        <w:t>ти будеш першим її пантеоном&lt;br /&gt;</w:t>
        <w:br/>
        <w:t>виокремленим з глею&lt;br /&gt;</w:t>
        <w:br/>
        <w:t>кумедні фігурки твоїх рис&lt;br /&gt;</w:t>
        <w:br/>
        <w:t>торкатимуться води&lt;br /&gt;</w:t>
        <w:br/>
        <w:t>і старітимуть&lt;br /&gt;</w:t>
        <w:br/>
        <w:t>майже як риба&lt;br /&gt;</w:t>
        <w:br/>
        <w:t>приречена вийти з берегів</w:t>
      </w:r>
    </w:p>
    <w:p>
      <w:r>
        <w:br/>
        <w:t>але те що ти будеш&lt;br /&gt;</w:t>
        <w:br/>
        <w:t>не викликає сумніву</w:t>
      </w:r>
    </w:p>
    <w:p>
      <w:r>
        <w:br/>
        <w:t>*</w:t>
      </w:r>
    </w:p>
    <w:p>
      <w:r>
        <w:br/>
        <w:t>чим більше мурашок&lt;br /&gt;</w:t>
        <w:br/>
        <w:t>заховано в цій траві&lt;br /&gt;</w:t>
        <w:br/>
        <w:t>тим легше її відобразити</w:t>
      </w:r>
    </w:p>
    <w:p>
      <w:r>
        <w:br/>
        <w:t>так ніби тонкі корінці води&lt;br /&gt;</w:t>
        <w:br/>
        <w:t>прогортають її&lt;br /&gt;</w:t>
        <w:br/>
        <w:t>розчиняють затаєне світло&lt;br /&gt;</w:t>
        <w:br/>
        <w:t>а тоді далі&lt;br /&gt;</w:t>
        <w:br/>
        <w:t>по теплих плодах долонь&lt;br /&gt;</w:t>
        <w:br/>
        <w:t>жовтий пилок збирають</w:t>
      </w:r>
    </w:p>
    <w:p>
      <w:r>
        <w:br/>
        <w:t>ти вже великий&lt;br /&gt;</w:t>
        <w:br/>
        <w:t>ти вже вмієш кусатися&lt;br /&gt;</w:t>
        <w:br/>
        <w:t>підстерігаючи власну здобич&lt;br /&gt;</w:t>
        <w:br/>
        <w:t>блукати оселями рук&lt;br /&gt;</w:t>
        <w:br/>
        <w:t>незграбними як життя&lt;br /&gt;</w:t>
        <w:br/>
        <w:t>притрушене сухим листям&lt;br /&gt;</w:t>
        <w:br/>
        <w:t>і риб'ячою лускою</w:t>
      </w:r>
    </w:p>
    <w:p>
      <w:r>
        <w:br/>
        <w:t>найсмішніше те&lt;br /&gt;</w:t>
        <w:br/>
        <w:t>що ти йому віриш&lt;br /&gt;</w:t>
        <w:br/>
        <w:t>адже бога не слід боятися&lt;br /&gt;</w:t>
        <w:br/>
        <w:t>особливо якщо він бог</w:t>
      </w:r>
    </w:p>
    <w:p>
      <w:r>
        <w:br/>
        <w:t>*</w:t>
      </w:r>
    </w:p>
    <w:p>
      <w:r>
        <w:br/>
        <w:t>прокидайся</w:t>
      </w:r>
    </w:p>
    <w:p>
      <w:r>
        <w:br/>
        <w:t>місто назване твоїм іменем&lt;br /&gt;</w:t>
        <w:br/>
        <w:t>вже завинило&lt;br /&gt;</w:t>
        <w:br/>
        <w:t>і вкрите найманим шанкром повітря&lt;br /&gt;</w:t>
        <w:br/>
        <w:t>боїться дивитися на себе в дзеркало&lt;br /&gt;</w:t>
        <w:br/>
        <w:t>боїться побачити сніг&lt;br /&gt;</w:t>
        <w:br/>
        <w:t>надкушений бідовими кроками</w:t>
      </w:r>
    </w:p>
    <w:p>
      <w:r>
        <w:br/>
        <w:t>ти його переживеш&lt;br /&gt;</w:t>
        <w:br/>
        <w:t>там&lt;br /&gt;</w:t>
        <w:br/>
        <w:t>трохи нижче&lt;br /&gt;</w:t>
        <w:br/>
        <w:t>де місто впадає в інші&lt;br /&gt;</w:t>
        <w:br/>
        <w:t>так само невинні міста&lt;br /&gt;</w:t>
        <w:br/>
        <w:t>ти розкинеш величезну сіть поміж берегами&lt;br /&gt;</w:t>
        <w:br/>
        <w:t>і ловитимеш їхні ще теплі провини&lt;br /&gt;</w:t>
        <w:br/>
        <w:t>ще рожеві окрушини розчарувань</w:t>
      </w:r>
    </w:p>
    <w:p>
      <w:r>
        <w:br/>
        <w:t>бо коли чимало дрібних голосів постікається докупи&lt;br /&gt;</w:t>
        <w:br/>
        <w:t>вони можуть перетворитися у велетенську рибину&lt;br /&gt;</w:t>
        <w:br/>
        <w:t>здатну одним помахом хвоста&lt;br /&gt;</w:t>
        <w:br/>
        <w:t>розхлюпати твоє місто</w:t>
      </w:r>
    </w:p>
    <w:p>
      <w:r>
        <w:br/>
        <w:t>і вижити</w:t>
      </w:r>
    </w:p>
    <w:p>
      <w:r>
        <w:br/>
        <w:t>*</w:t>
      </w:r>
    </w:p>
    <w:p>
      <w:r>
        <w:br/>
        <w:t>і розчиниться&lt;br /&gt;</w:t>
        <w:br/>
        <w:t>симетрична оправа губ&lt;br /&gt;</w:t>
        <w:br/>
        <w:t>сполохана дрібкою оцту</w:t>
      </w:r>
    </w:p>
    <w:p>
      <w:r>
        <w:br/>
        <w:t>і пасеровані корінці поту&lt;br /&gt;</w:t>
        <w:br/>
        <w:t>струшуватимуться в позеленілу траву&lt;br /&gt;</w:t>
        <w:br/>
        <w:t>загубляться поміж прілого листя</w:t>
      </w:r>
    </w:p>
    <w:p>
      <w:r>
        <w:br/>
        <w:t>і ти витанцюєш цей ліс&lt;br /&gt;</w:t>
        <w:br/>
        <w:t>кожне його стебло&lt;br /&gt;</w:t>
        <w:br/>
        <w:t>виокремивши з тіні&lt;br /&gt;</w:t>
        <w:br/>
        <w:t>окреслиш рухом</w:t>
      </w:r>
    </w:p>
    <w:p>
      <w:r>
        <w:br/>
        <w:t>і лиш коли&lt;br /&gt;</w:t>
        <w:br/>
        <w:t>заплутавшись в гирлі волосся&lt;br /&gt;</w:t>
        <w:br/>
        <w:t>ти впадеш на створений тобою мох&lt;br /&gt;</w:t>
        <w:br/>
        <w:t>аж тоді ти зможеш дозволити собі</w:t>
      </w:r>
    </w:p>
    <w:p>
      <w:r>
        <w:br/>
        <w:t>дихати</w:t>
      </w:r>
    </w:p>
    <w:p>
      <w:r>
        <w:br/>
        <w:t>*</w:t>
      </w:r>
    </w:p>
    <w:p>
      <w:r>
        <w:br/>
        <w:t>все інше&lt;br /&gt;</w:t>
        <w:br/>
        <w:t>пересипане землею&lt;br /&gt;</w:t>
        <w:br/>
        <w:t>втрамбоване талою кров'ю</w:t>
      </w:r>
    </w:p>
    <w:p>
      <w:r>
        <w:br/>
        <w:t>інколи&lt;br /&gt;</w:t>
        <w:br/>
        <w:t>земля піддається проникненню&lt;br /&gt;</w:t>
        <w:br/>
        <w:t>і тоді на живця&lt;br /&gt;</w:t>
        <w:br/>
        <w:t>можна впіймати якого-небудь невдаху&lt;br /&gt;</w:t>
        <w:br/>
        <w:t>що заснував своє божевілля&lt;br /&gt;</w:t>
        <w:br/>
        <w:t>в покинутому щільнику&lt;br /&gt;</w:t>
        <w:br/>
        <w:t>де одна підмочена комірчина&lt;br /&gt;</w:t>
        <w:br/>
        <w:t>ще зберігає дещицю йоду</w:t>
      </w:r>
    </w:p>
    <w:p>
      <w:r>
        <w:br/>
        <w:t>але насправді&lt;br /&gt;</w:t>
        <w:br/>
        <w:t>проникає сюди хіба лиш засохле коріння&lt;br /&gt;</w:t>
        <w:br/>
        <w:t>покрите тонкою вишневою сіллю</w:t>
      </w:r>
    </w:p>
    <w:p>
      <w:r>
        <w:br/>
        <w:t>воно єдине&lt;br /&gt;</w:t>
        <w:br/>
        <w:t>чим тут можна ще поживитися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Поема води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