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у підводне царство</w:t>
      </w:r>
    </w:p>
    <w:p>
      <w:r>
        <w:br/>
        <w:t xml:space="preserve"> &lt;p&gt;I</w:t>
      </w:r>
    </w:p>
    <w:p>
      <w:r>
        <w:br/>
        <w:t>Ми пливли в Індійському океані.</w:t>
      </w:r>
    </w:p>
    <w:p>
      <w:r>
        <w:br/>
        <w:t>Коли на видноколі зачорніла невеличка, ледь помітна цятка, матрос Василенко, що вперше вирушив у далеке плавання, схвильовано закричав:</w:t>
      </w:r>
    </w:p>
    <w:p>
      <w:r>
        <w:br/>
        <w:t>— Прямо по курсу — кит!</w:t>
      </w:r>
    </w:p>
    <w:p>
      <w:r>
        <w:br/>
        <w:t>На його крик вибіг штурман.</w:t>
      </w:r>
    </w:p>
    <w:p>
      <w:r>
        <w:br/>
        <w:t>Він узяв бінокль, оглянув далину, насмішкувато мовив до хлопця:</w:t>
      </w:r>
    </w:p>
    <w:p>
      <w:r>
        <w:br/>
        <w:t>— Який же це кит! Звичайнісінький острів.</w:t>
      </w:r>
    </w:p>
    <w:p>
      <w:r>
        <w:br/>
        <w:t>Усі, хто стояв на палубі, глянули в той бік: там справді, схожа на велетенського кита, лежала невідома нам земля.</w:t>
      </w:r>
    </w:p>
    <w:p>
      <w:r>
        <w:br/>
        <w:t>Вона щохвилини ближчала... Ось уже й пальми гінко звелися вгору. Потім розгледіли зеленаву гущавину, піщані відкоси, берег.</w:t>
      </w:r>
    </w:p>
    <w:p>
      <w:r>
        <w:br/>
        <w:t>Минаючи мілини, зайшли в затоку.</w:t>
      </w:r>
    </w:p>
    <w:p>
      <w:r>
        <w:br/>
        <w:t>У воду вужем поповз довжелезний ланцюг. Якір ліг на дно.</w:t>
      </w:r>
    </w:p>
    <w:p>
      <w:r>
        <w:br/>
        <w:t>— Ура! — закричали ми.— Нарешті приїхали.</w:t>
      </w:r>
    </w:p>
    <w:p>
      <w:r>
        <w:br/>
        <w:t>Вічнозелений тропічний острів лежав як на долоні — увесь перед очима, за кілька кілометрів від якірної стоянки нашого корабля.</w:t>
      </w:r>
    </w:p>
    <w:p>
      <w:r>
        <w:br/>
        <w:t>II</w:t>
      </w:r>
    </w:p>
    <w:p>
      <w:r>
        <w:br/>
        <w:t>На воду спустили човен. Лише ним можна добратися до берега. Кораблеві ж не пройти — підводне каміння, скелі.</w:t>
      </w:r>
    </w:p>
    <w:p>
      <w:r>
        <w:br/>
        <w:t>Ми взяли ласти, маски, рушниці для полювання на риб, скочили в човен і подалися до острова.</w:t>
      </w:r>
    </w:p>
    <w:p>
      <w:r>
        <w:br/>
        <w:t>М'яко хлюпотіли хвилі, вабила до себе ясно-зелена, синювата глибочінь. Крізь воду проступали яскраво-рожеві, цитринові та жовті плями.</w:t>
      </w:r>
    </w:p>
    <w:p>
      <w:r>
        <w:br/>
        <w:t>Перехилившись за борт, ми побачили, як плями ті мигочуть, немов істоти з барвисто розцяцькованими спинами.</w:t>
      </w:r>
    </w:p>
    <w:p>
      <w:r>
        <w:br/>
        <w:t>То починалися коралові рифи. Крихкі корали не пускали нас далі. Підступали знизу, черкали об днище човна, кришилися, мов крига, коли скресає ставок.</w:t>
      </w:r>
    </w:p>
    <w:p>
      <w:r>
        <w:br/>
        <w:t>І ми заякорили човен.</w:t>
      </w:r>
    </w:p>
    <w:p>
      <w:r>
        <w:br/>
        <w:t>Наділи маски, ласти — та й скочили у воду.</w:t>
      </w:r>
    </w:p>
    <w:p>
      <w:r>
        <w:br/>
        <w:t>Яка ж тепла! Неначе літепло. І прозора-прозора...</w:t>
      </w:r>
    </w:p>
    <w:p>
      <w:r>
        <w:br/>
        <w:t>Було надвечір'я. Я виринув з води, продув трубку і набрав повітря в легені. Край неба, де мало заходити сонце, вогнисто палав. Високі золоті хмаринки схожі були на розгублене пір'я жар-птиці.</w:t>
      </w:r>
    </w:p>
    <w:p>
      <w:r>
        <w:br/>
        <w:t>Перепочив трохи і знову під воду.</w:t>
      </w:r>
    </w:p>
    <w:p>
      <w:r>
        <w:br/>
        <w:t>Перед очима постав казковий світ.</w:t>
      </w:r>
    </w:p>
    <w:p>
      <w:r>
        <w:br/>
        <w:t>Між прямовисних підводних скель просвічувалися вузькі тунелі, на їхніх стінках кущилися коралові джунглі. Кожен корал — ніби чарівна гранітна квітка. То гілляста, а то мов капелюшок гриба, широка, або як розлогі оленячі роги.</w:t>
      </w:r>
    </w:p>
    <w:p>
      <w:r>
        <w:br/>
        <w:t>Зелені, рожеві, фіолетові, коричневі, чимось схожі на барвисті лугові квіти. Над ними, немов метелики, пурхали зграйки смугастих рибок.</w:t>
      </w:r>
    </w:p>
    <w:p>
      <w:r>
        <w:br/>
        <w:t>Не встиг я доторкнутися до коралової квітки, як вона відломилася і повільно стала опускатися на дно.</w:t>
      </w:r>
    </w:p>
    <w:p>
      <w:r>
        <w:br/>
        <w:t>Сонце кинуло сніп проміння — і от враз спалахнуло підводне царство. Різнобарвно й мінливо!</w:t>
      </w:r>
    </w:p>
    <w:p>
      <w:r>
        <w:br/>
        <w:t>На стрімких урвищах росли довгі водорості, морська трава...</w:t>
      </w:r>
    </w:p>
    <w:p>
      <w:r>
        <w:br/>
        <w:t>Коли я доторкнувся до них ластами, вони гойднулися і кинули рухливі тіні на сусідні підводні скелі.</w:t>
      </w:r>
    </w:p>
    <w:p>
      <w:r>
        <w:br/>
        <w:t>Крізь маску побачив я розкарякуватих крабів. Плюхнули каламуттю в очі і лякливо зарилися в пісок. Ніби в'юни, пропливли повз мене вугри.</w:t>
      </w:r>
    </w:p>
    <w:p>
      <w:r>
        <w:br/>
        <w:t>А це що за страхіття? Очі витріщені, люті. Замість луски — довгі голки.</w:t>
      </w:r>
    </w:p>
    <w:p>
      <w:r>
        <w:br/>
        <w:t>Ще хвилину тому риба була сплюснута, ніби її розчавили важким чоботом. Та раптом надулася, стала опукла, як м'яч.</w:t>
      </w:r>
    </w:p>
    <w:p>
      <w:r>
        <w:br/>
        <w:t>Голки настовбурчилися.</w:t>
      </w:r>
    </w:p>
    <w:p>
      <w:r>
        <w:br/>
        <w:t>Я згадав, що в тропічних морях водиться дуже отруйна риба-їжак.</w:t>
      </w:r>
    </w:p>
    <w:p>
      <w:r>
        <w:br/>
        <w:t>Ото якраз вона й зустрілася!</w:t>
      </w:r>
    </w:p>
    <w:p>
      <w:r>
        <w:br/>
        <w:t>Я пригвинтив гарпун до підводної рушниці, сховався за скелястий виступ і став очікувати здобич.</w:t>
      </w:r>
    </w:p>
    <w:p>
      <w:r>
        <w:br/>
        <w:t>Ждати довелося недовго.</w:t>
      </w:r>
    </w:p>
    <w:p>
      <w:r>
        <w:br/>
        <w:t>За кілька хвилин майнула тінь. Жаб'яча голова, видовжений тулуб.</w:t>
      </w:r>
    </w:p>
    <w:p>
      <w:r>
        <w:br/>
        <w:t>Рибина витріщила банькуваті очі, люто зиркнула на мене і повільно попливла до печери.</w:t>
      </w:r>
    </w:p>
    <w:p>
      <w:r>
        <w:br/>
        <w:t>"Не втечеш!" — вирішив я і кинувся за нею.</w:t>
      </w:r>
    </w:p>
    <w:p>
      <w:r>
        <w:br/>
        <w:t>Натиснув на курок — тризубець, прив'язаний тоненькою линвою до рушниці, враз випурхнув і ... влучив у ціль!</w:t>
      </w:r>
    </w:p>
    <w:p>
      <w:r>
        <w:br/>
        <w:t>Куди тій щуці чи сомові! Рибина, мов навіжена,— вертка і дужа,— тягла мене на глибину.</w:t>
      </w:r>
    </w:p>
    <w:p>
      <w:r>
        <w:br/>
        <w:t>Я став попускати капронову нитку, та рибини не збороти!</w:t>
      </w:r>
    </w:p>
    <w:p>
      <w:r>
        <w:br/>
        <w:t>Виринув, набрав повітря в груди.</w:t>
      </w:r>
    </w:p>
    <w:p>
      <w:r>
        <w:br/>
        <w:t>— Егей! — крикнув до товариша, що плив недалечко.</w:t>
      </w:r>
    </w:p>
    <w:p>
      <w:r>
        <w:br/>
        <w:t>— Чого тобі? — озвався він.</w:t>
      </w:r>
    </w:p>
    <w:p>
      <w:r>
        <w:br/>
        <w:t>— Страхіття якесь! Мерщій пливи сюди.</w:t>
      </w:r>
    </w:p>
    <w:p>
      <w:r>
        <w:br/>
        <w:t>— Тепер не втече!</w:t>
      </w:r>
    </w:p>
    <w:p>
      <w:r>
        <w:br/>
        <w:t>Товариш підплив. Пірнув до скелі, за якою сховалася загарпунена риба. І раптом — маска зсунулася на шию, рушницю випустив, виринув з води та як закричить:</w:t>
      </w:r>
    </w:p>
    <w:p>
      <w:r>
        <w:br/>
        <w:t>— Мурена! Рятуйся!! Мурена — отруйна, хижа риба! І ножем чиконув волосінь.</w:t>
      </w:r>
    </w:p>
    <w:p>
      <w:r>
        <w:br/>
        <w:t>III</w:t>
      </w:r>
    </w:p>
    <w:p>
      <w:r>
        <w:br/>
        <w:t>Починалося мілководдя, за ним — берег.</w:t>
      </w:r>
    </w:p>
    <w:p>
      <w:r>
        <w:br/>
        <w:t>Хащі підступали до самої води. То були чіпкі, корчуваті, мов криві ноги павуків, чагарі, що звуться мангрові дерева.</w:t>
      </w:r>
    </w:p>
    <w:p>
      <w:r>
        <w:br/>
        <w:t>Задушливо, парко, дарма що тільки-но вийшов з води.</w:t>
      </w:r>
    </w:p>
    <w:p>
      <w:r>
        <w:br/>
        <w:t>Пустельно й тихо. Тут, видно, ніхто не живе...</w:t>
      </w:r>
    </w:p>
    <w:p>
      <w:r>
        <w:br/>
        <w:t>Ступили кілька кроків — і, оторопілі, зупинилися. Широка галява, оголений, без кущів, пісок рангом почав... ворушитись.</w:t>
      </w:r>
    </w:p>
    <w:p>
      <w:r>
        <w:br/>
        <w:t>Заворушився, захвилювався, немов живий.</w:t>
      </w:r>
    </w:p>
    <w:p>
      <w:r>
        <w:br/>
        <w:t>— Що воно?! — злякалися ми.</w:t>
      </w:r>
    </w:p>
    <w:p>
      <w:r>
        <w:br/>
        <w:t>Обережно пройшли ще трохи — хвилювання вляглося. Але не попереду, а поруч. За кілька ж метрів від нас пісок, як і щойно під ногами, горбився, не переставав хвилюватися.</w:t>
      </w:r>
    </w:p>
    <w:p>
      <w:r>
        <w:br/>
        <w:t>— Хлопці! — вигукнув раптом штурман, з яким ми висадилися на берег. — Та це ж краби!</w:t>
      </w:r>
    </w:p>
    <w:p>
      <w:r>
        <w:br/>
        <w:t>Одначе я йому не повірив — вирішив сам пересвідчитися, що воно за напасть.</w:t>
      </w:r>
    </w:p>
    <w:p>
      <w:r>
        <w:br/>
        <w:t>Побіг уперед, наздогнав "хвилю", що не встигла відкотитися. І побачив сотні, тисячі манюсіньких рачків,— вони чимдуж кинулися врозсип. Мить — і їх не стало, мов провалилися крізь землю!</w:t>
      </w:r>
    </w:p>
    <w:p>
      <w:r>
        <w:br/>
        <w:t>Штурман засміявся:</w:t>
      </w:r>
    </w:p>
    <w:p>
      <w:r>
        <w:br/>
        <w:t>— Запитали б старших: що воно?</w:t>
      </w:r>
    </w:p>
    <w:p>
      <w:r>
        <w:br/>
        <w:t>— Раки! — обізвався мій товариш.</w:t>
      </w:r>
    </w:p>
    <w:p>
      <w:r>
        <w:br/>
        <w:t>— Не раки, а краби-воїни,— виправив штурман.— Є краби-самітники, краби-павуки, горохові краби і навіть краби-скрипалі. Ну, а це краби-воїни.</w:t>
      </w:r>
    </w:p>
    <w:p>
      <w:r>
        <w:br/>
        <w:t>— Щось вони на воїнів не схожі,— втрутився я в розмову.</w:t>
      </w:r>
    </w:p>
    <w:p>
      <w:r>
        <w:br/>
        <w:t>— А чому?</w:t>
      </w:r>
    </w:p>
    <w:p>
      <w:r>
        <w:br/>
        <w:t>— Занадто лякливі.</w:t>
      </w:r>
    </w:p>
    <w:p>
      <w:r>
        <w:br/>
        <w:t>— Тоді, виходить, лякливі воїни,— засміявся штурман. І додав:—Отож і острів назвемо островом Лякливих Воїнів.</w:t>
      </w:r>
    </w:p>
    <w:p>
      <w:r>
        <w:br/>
        <w:t>— Гаразд! — в один голос відповіли ми і розбрелися по острові.</w:t>
      </w:r>
    </w:p>
    <w:p>
      <w:r>
        <w:br/>
        <w:t>Я подався берегом, сподіваючись назбирати викинутих прибоєм гарних перламутрових черепашок-каурі.</w:t>
      </w:r>
    </w:p>
    <w:p>
      <w:r>
        <w:br/>
        <w:t>Та даремно! Черепашок не було.</w:t>
      </w:r>
    </w:p>
    <w:p>
      <w:r>
        <w:br/>
        <w:t>І я звернув у гущавину, щоб перейти острів упоперек і дістатися другого берега.</w:t>
      </w:r>
    </w:p>
    <w:p>
      <w:r>
        <w:br/>
        <w:t>Не встиг розсунути кущі, як щось прудке і полохливе вискочило з-під ніг.</w:t>
      </w:r>
    </w:p>
    <w:p>
      <w:r>
        <w:br/>
        <w:t>"Жаба", — майнула думка. Плавцями, схожими на ноги цвіркуна, вона спиралася об пісок і посувалася вперед, скакала з гілки на гілку.</w:t>
      </w:r>
    </w:p>
    <w:p>
      <w:r>
        <w:br/>
        <w:t>На голові — хижо витріщене око.</w:t>
      </w:r>
    </w:p>
    <w:p>
      <w:r>
        <w:br/>
        <w:t>Але то була не жаба, а риба-стрибун. Більшу частину життя вона проводить на суші і без повітря жити не може.</w:t>
      </w:r>
    </w:p>
    <w:p>
      <w:r>
        <w:br/>
        <w:t>Стомлені повернулися ми на корабель.</w:t>
      </w:r>
    </w:p>
    <w:p>
      <w:r>
        <w:br/>
        <w:t>Через те, що бачили страхітливих риб, дивних крабів, джунглі непрохідні, цілу ніч снилися нам казкові 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у підводне царство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