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дорож Алі до країни сяк-таків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орож Алі до країни сяк-так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