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Побратим</w:t>
      </w:r>
    </w:p>
    <w:p>
      <w:r>
        <w:br/>
        <w:t xml:space="preserve"> &lt;p&gt;Я був оден у свого батька, а батько багатир був! Бувало, і по вісім наймитів тримають, бо було до чого. А мені і сокири не дадуть в руки взяти, не то що.</w:t>
      </w:r>
    </w:p>
    <w:p>
      <w:r>
        <w:br/>
        <w:t>— Що тобі,— кажуть,— роботов клопотатись, коли є кому і без тебе!</w:t>
      </w:r>
    </w:p>
    <w:p>
      <w:r>
        <w:br/>
        <w:t>— Як же мені без роботи жити,— кажу я,— коли мені нудно?</w:t>
      </w:r>
    </w:p>
    <w:p>
      <w:r>
        <w:br/>
        <w:t>— Чому би не нудно! — стануть ненечка, бувало, гніватись.— Ану тільки кріс да в ліс! Що ж би то я заячика печеного попоїла...</w:t>
      </w:r>
    </w:p>
    <w:p>
      <w:r>
        <w:br/>
        <w:t>А вони умисне оце кажуть, щоб мене від роботи відгулити. Ніщо тогді вже й робити: беру кріс та йду.</w:t>
      </w:r>
    </w:p>
    <w:p>
      <w:r>
        <w:br/>
        <w:t>А в неділю чи там у празник, то сестри мене, бувало, аж проклинають, бо ненька від самого досвіта нічо не діють, лиш їм дорікають: "А сорочка Іванова яка? А ширинка яка? А він про вас і чорний ходить, і незмитий, а він сяк, а він так, хоть вас три в хаті!" Таке сердешним сестрам, бувало, піється через мене. Да коби хоть було за що, а то на мені і сорочка, як папір, і ширинка, як мак, і голова вимита да вичесана, що вже ліпше хіба в якого принца,— а неньці ще недогода. Отак-то я дома проживав. А батечко, аби лиш неділя: "Ану, сину, ану на базар, ану нагулятись, доки молодий!" — та й мені карбованців зо два в черес. Отак-то я пробував у свого батечка.</w:t>
      </w:r>
    </w:p>
    <w:p>
      <w:r>
        <w:br/>
        <w:t>Да недовго набувся: прийшла вербецирка — а гусарський майор тільки цмокнув, як мене побачив.</w:t>
      </w:r>
    </w:p>
    <w:p>
      <w:r>
        <w:br/>
        <w:t>Кучерики мої золоті да кохані, пішли ви попід ноги!..</w:t>
      </w:r>
    </w:p>
    <w:p>
      <w:r>
        <w:br/>
        <w:t>У нашому селі не було кращого парубка, як той Сидір Чобанюків,— бувало, аж сіяє, де стане; а що вже до стрілецтва вдався, то і не сказати. Бувало, не мине таке літо, щоб він тих два або і три ведмеді не вбив,— за іншу дич і не згадувати. А увійти до него в світлицю — то нічо не видко, як лиш ті роги оленеві да зброю стрілецьку, по розсішках навішану. Були там і такі роги, що в 24 розсіх, коли не більше. А що вже зброя! А що вже коник на стайні, сивий, як голуб! А що вже седельце турецьке да поводи шовкові, сріблом цвітковані!..</w:t>
      </w:r>
    </w:p>
    <w:p>
      <w:r>
        <w:br/>
        <w:t>Зо Сидором жили ми собі ліпше, як два рідні брати; да як нам і не жити було, коли оба жваві, оба хороші, багацькі сини,— сказано — єдинчуки, а ще до того оба стрільці! Ні пообідаємо оден без одного, ні повечеряємо. Чи він, бувало, до мене прибіжить, чи я до него: говоримо, сміємось, радимось, полюємо або посідлаємо собі коники — та гайда в заліжку! А як і то ні — а ми полягаємо собі в чердаці, позакурюємо люльки та станемо собі наші стрілецькі придабашки уповідати або так що...</w:t>
      </w:r>
    </w:p>
    <w:p>
      <w:r>
        <w:br/>
        <w:t>— А ти чув,— кажу,— що Сав’юкову Катерину завили?</w:t>
      </w:r>
    </w:p>
    <w:p>
      <w:r>
        <w:br/>
        <w:t>Він зареготавсь, аж му люлька з зубів випала.</w:t>
      </w:r>
    </w:p>
    <w:p>
      <w:r>
        <w:br/>
        <w:t>— Еге,— каже,— ні перша, ні послідня!</w:t>
      </w:r>
    </w:p>
    <w:p>
      <w:r>
        <w:br/>
        <w:t>— Хло’, чи лиш не твоя причина?</w:t>
      </w:r>
    </w:p>
    <w:p>
      <w:r>
        <w:br/>
        <w:t>Він регочеться.</w:t>
      </w:r>
    </w:p>
    <w:p>
      <w:r>
        <w:br/>
        <w:t>— Негоже так, братику! — став я єму дорікати.— Чому не женишся?</w:t>
      </w:r>
    </w:p>
    <w:p>
      <w:r>
        <w:br/>
        <w:t>— Ще,— каже,— напротив себе не вишукав.</w:t>
      </w:r>
    </w:p>
    <w:p>
      <w:r>
        <w:br/>
        <w:t>— Або ж Сав’юкова Катерина не против тебе?</w:t>
      </w:r>
    </w:p>
    <w:p>
      <w:r>
        <w:br/>
        <w:t>— Видиш, що ні!</w:t>
      </w:r>
    </w:p>
    <w:p>
      <w:r>
        <w:br/>
        <w:t>— А чому ж, братчику?</w:t>
      </w:r>
    </w:p>
    <w:p>
      <w:r>
        <w:br/>
        <w:t>— Бо тому, що ні!</w:t>
      </w:r>
    </w:p>
    <w:p>
      <w:r>
        <w:br/>
        <w:t>— Хіба принцезни ждеш?</w:t>
      </w:r>
    </w:p>
    <w:p>
      <w:r>
        <w:br/>
        <w:t>— Я принцезни не жду, а такої жду, щоб ся не дала парубкові на підмову. Тепер знаєш якої?</w:t>
      </w:r>
    </w:p>
    <w:p>
      <w:r>
        <w:br/>
        <w:t>— І не знайшов? — кажу.</w:t>
      </w:r>
    </w:p>
    <w:p>
      <w:r>
        <w:br/>
        <w:t>— Видиш, що ні! — гримнув та й став ся ще гірш сміяти, а далі: — Да ти пусту оце бесіду звів, Іване; говорім що гарнішого. Уповім ти, як я вчора з ведмедем боровся.</w:t>
      </w:r>
    </w:p>
    <w:p>
      <w:r>
        <w:br/>
        <w:t>— Що ти кажеш!..</w:t>
      </w:r>
    </w:p>
    <w:p>
      <w:r>
        <w:br/>
        <w:t>Отак ми, бувало, з Сидором.</w:t>
      </w:r>
    </w:p>
    <w:p>
      <w:r>
        <w:br/>
        <w:t>Нас відобрано одної днини двадцять: декого до єгрів, декого до парми, а мене до гусарів. А скоро нам присягу прочитали — звелів нас оден офіцер під арешт дати.</w:t>
      </w:r>
    </w:p>
    <w:p>
      <w:r>
        <w:br/>
        <w:t>— А знайте,— каже,— щоб вам на завтра страву поприносили, бо рушите кождий до свого полку.</w:t>
      </w:r>
    </w:p>
    <w:p>
      <w:r>
        <w:br/>
        <w:t>Я вже так прошуся:</w:t>
      </w:r>
    </w:p>
    <w:p>
      <w:r>
        <w:br/>
        <w:t>— Пане офіцер,— кажу,— сизий мій, пустіть мене домів хоть попрощатись. Я завтра на коли скажете, на тогді став’юся. Пустіть, мене, пустіть!..</w:t>
      </w:r>
    </w:p>
    <w:p>
      <w:r>
        <w:br/>
        <w:t>Офіцер засміявся.</w:t>
      </w:r>
    </w:p>
    <w:p>
      <w:r>
        <w:br/>
        <w:t>— Війте,— каже до мого батька (а вони були тогді війтом),— що оце за парубок? Можна го до завтра пустити?</w:t>
      </w:r>
    </w:p>
    <w:p>
      <w:r>
        <w:br/>
        <w:t>— Це мій син,— кажуть батько, а сльози їм лиш кіть-кіть по білій бороді.— Коли ласка, пане, то можете го пустити, я ручу за него.</w:t>
      </w:r>
    </w:p>
    <w:p>
      <w:r>
        <w:br/>
        <w:t>От і пустили.</w:t>
      </w:r>
    </w:p>
    <w:p>
      <w:r>
        <w:br/>
        <w:t>Дома сум. Ненечка лежя на постелі півмертві, сестра одна і друга стоя по кутах та плачуть собі тихесенько, а старша сестра голосить у коморі да лагодить мені шмаття на завтра.</w:t>
      </w:r>
    </w:p>
    <w:p>
      <w:r>
        <w:br/>
        <w:t>Я сів кінці стола да плачу і собі. "Чи побачу я вже гори свої красні, чи почую я ще моєго батечка ласкавого голосу, мою ненечку, сестрички, дружечки?"</w:t>
      </w:r>
    </w:p>
    <w:p>
      <w:r>
        <w:br/>
        <w:t>Отак я думаю да плачу-плачу,— аж Сидір, побратим мій дорогий, на двері. Як прийшов з полювання, в кресі да в порошницях, так і прилетів до мене, сизий мій.</w:t>
      </w:r>
    </w:p>
    <w:p>
      <w:r>
        <w:br/>
        <w:t>— А що, брате Йване, злагодили тебе? — поспитав, а сам палахнув, наче той пломінь.— Злагодили тебе!</w:t>
      </w:r>
    </w:p>
    <w:p>
      <w:r>
        <w:br/>
        <w:t>— Злагодили,— кажу.</w:t>
      </w:r>
    </w:p>
    <w:p>
      <w:r>
        <w:br/>
        <w:t>Він сів коло мене та й заплакав — страшне заплакав. Да не довго плакав: півминуточки або й тільки ні. Повтирався та й ухопив мене за шию:</w:t>
      </w:r>
    </w:p>
    <w:p>
      <w:r>
        <w:br/>
        <w:t>— Братику,— каже,— нічо на мене не здаєш? Мене забуваєш?</w:t>
      </w:r>
    </w:p>
    <w:p>
      <w:r>
        <w:br/>
        <w:t>— Братчику,— кажу,— побратиме: батечко мій старий— з сестрей моїх буде хто-небудь збиткуватись!..</w:t>
      </w:r>
    </w:p>
    <w:p>
      <w:r>
        <w:br/>
        <w:t>— Богдай я такого слова від тебе був не почув! — сказав він гірко.</w:t>
      </w:r>
    </w:p>
    <w:p>
      <w:r>
        <w:br/>
        <w:t>— Не гнівайся, братчику! Я знаю, що ти мої сестри не лишиш в поругу. А мого вороного возьми, братчику, таки до себе. Ніхто го так не пожалує, як мій рідний товариш.</w:t>
      </w:r>
    </w:p>
    <w:p>
      <w:r>
        <w:br/>
        <w:t>— Твому вороному не буде в мене кривди,— каже Сидір.</w:t>
      </w:r>
    </w:p>
    <w:p>
      <w:r>
        <w:br/>
        <w:t>— Ще тя прошу, братчику: догледь мої зброї! Батько слабі, а наймити — звичайно.</w:t>
      </w:r>
    </w:p>
    <w:p>
      <w:r>
        <w:br/>
        <w:t>— Лиш ти тим не журися, брате! Нащо мені те й казати, коли я сам знаю...</w:t>
      </w:r>
    </w:p>
    <w:p>
      <w:r>
        <w:br/>
        <w:t>Другої днини попрощався — пішов.</w:t>
      </w:r>
    </w:p>
    <w:p>
      <w:r>
        <w:br/>
        <w:t>Служу в війську рік, служу другий,— добре мені. Нарешті зробили й капралом; а я в одно бога прошу: коби-то лиш домів!</w:t>
      </w:r>
    </w:p>
    <w:p>
      <w:r>
        <w:br/>
        <w:t>Аж тут приходить мені лист з дому: "Приходи, сину, домів,— пишуть батько,— якнайборше, у нас велика тривога. Ось тобі 200 левів на дорогу...".</w:t>
      </w:r>
    </w:p>
    <w:p>
      <w:r>
        <w:br/>
        <w:t>Я зараз побіг до нашого ритмайстра.</w:t>
      </w:r>
    </w:p>
    <w:p>
      <w:r>
        <w:br/>
        <w:t>— Пане,— кажу,— татку, змилуйтеся! — та й показую ему лист.</w:t>
      </w:r>
    </w:p>
    <w:p>
      <w:r>
        <w:br/>
        <w:t>А він так:</w:t>
      </w:r>
    </w:p>
    <w:p>
      <w:r>
        <w:br/>
        <w:t>— Не журіться,— каже,— капрал Дзвінка, я зараз сам піду до пана майора за вас прохати...</w:t>
      </w:r>
    </w:p>
    <w:p>
      <w:r>
        <w:br/>
        <w:t>Ще того самого вечора сів на пошту та й поїхав.</w:t>
      </w:r>
    </w:p>
    <w:p>
      <w:r>
        <w:br/>
        <w:t>До села прийшов я — вже вечоріло. Входжу в хату — нема нікого, лиш хтось дише на печі. Приходжу ближче — се мій батечко старенький.</w:t>
      </w:r>
    </w:p>
    <w:p>
      <w:r>
        <w:br/>
        <w:t>— Чи то ви там, дядичку? Здорові, дужі?</w:t>
      </w:r>
    </w:p>
    <w:p>
      <w:r>
        <w:br/>
        <w:t>— О, спасибіг ти, синку, що прийшов! Сідай, душко.</w:t>
      </w:r>
    </w:p>
    <w:p>
      <w:r>
        <w:br/>
        <w:t>— А неня де? — питаю.</w:t>
      </w:r>
    </w:p>
    <w:p>
      <w:r>
        <w:br/>
        <w:t>— Аби ти здоров, душко, а ненечка твоя вже... покойна... Засвіти, любчику; свічка отам десь за образом.</w:t>
      </w:r>
    </w:p>
    <w:p>
      <w:r>
        <w:br/>
        <w:t>Засвітив. Дивлюсь — батечка мого вже й не пізнав, такі— то вони стали.</w:t>
      </w:r>
    </w:p>
    <w:p>
      <w:r>
        <w:br/>
        <w:t>— Чого ви самі в хаті, батечку, де сестри?</w:t>
      </w:r>
    </w:p>
    <w:p>
      <w:r>
        <w:br/>
        <w:t>— Зараз поприходя, синку; Марія пішла в млин, а Аксеня коло худоби порається.</w:t>
      </w:r>
    </w:p>
    <w:p>
      <w:r>
        <w:br/>
        <w:t>— А Мітрана?</w:t>
      </w:r>
    </w:p>
    <w:p>
      <w:r>
        <w:br/>
        <w:t>Батечко тільки заридали.</w:t>
      </w:r>
    </w:p>
    <w:p>
      <w:r>
        <w:br/>
        <w:t>— Мітрани, синку, вже немає. Подякуй свому товаришеві!.. Гарного собі побратима вибрав, о, гарного!..</w:t>
      </w:r>
    </w:p>
    <w:p>
      <w:r>
        <w:br/>
        <w:t>Я затетерів.</w:t>
      </w:r>
    </w:p>
    <w:p>
      <w:r>
        <w:br/>
        <w:t>— Що тут сталося? Кажіть, бійтеся бога!</w:t>
      </w:r>
    </w:p>
    <w:p>
      <w:r>
        <w:br/>
        <w:t>— Історія коротка, сину: звів бідну дівчину, насміявсь... Пішла до Черемшу глибокого — та вже не вернулась. До тижня і стару поховали...</w:t>
      </w:r>
    </w:p>
    <w:p>
      <w:r>
        <w:br/>
        <w:t>Ще батейко і не розповістили гаразд, а я вже був у Сидора. Гострий ніж, пара пістолят за чересом. Вбігаю — а він стоїть коло стола та кріс набиває.</w:t>
      </w:r>
    </w:p>
    <w:p>
      <w:r>
        <w:br/>
        <w:t>— Здоров, брате!!! Де моя сестра, де моя неня!?</w:t>
      </w:r>
    </w:p>
    <w:p>
      <w:r>
        <w:br/>
        <w:t>Він став як укопаний,— ні пари з уст.</w:t>
      </w:r>
    </w:p>
    <w:p>
      <w:r>
        <w:br/>
        <w:t>— Боронися, товаришу, бо гинеш!! — крикнув я тогді, а сам пустився на него з ножем.</w:t>
      </w:r>
    </w:p>
    <w:p>
      <w:r>
        <w:br/>
        <w:t>Да він швидший був: імив мене обома руками за мою руку що тільки сили мав.</w:t>
      </w:r>
    </w:p>
    <w:p>
      <w:r>
        <w:br/>
        <w:t>— Стій,— каже,— побратиме! Ще слово-дві позволь мені сказати!</w:t>
      </w:r>
    </w:p>
    <w:p>
      <w:r>
        <w:br/>
        <w:t>— Говори,— кажу,— да не барися,— я не маю коли.</w:t>
      </w:r>
    </w:p>
    <w:p>
      <w:r>
        <w:br/>
        <w:t>— Добре,— каже,— я зараз готовий. Ти жовняр: наробиш головництво — марне загинеш, а за кого? За одного фальшивого товариша, що з твої руки і кульки тої не варта. Ні, брате Іване. Я лиш раз тебе зрадив, а другий раз того не буде!</w:t>
      </w:r>
    </w:p>
    <w:p>
      <w:r>
        <w:br/>
        <w:t>Що оком кліпнути — вирвав мені пістоля з-за череса, кулька забриніла, а він тільки повалився мені в ноги. Добрий стрілець був: в саме серце трафив. Якби в війську, то би капітан за такий цент і лева срібного не пожалували.</w:t>
      </w:r>
    </w:p>
    <w:p>
      <w:r>
        <w:br/>
        <w:t>Гуцульськая славо,</w:t>
      </w:r>
    </w:p>
    <w:p>
      <w:r>
        <w:br/>
        <w:t>Яка ж ти кривава!..</w:t>
      </w:r>
    </w:p>
    <w:p>
      <w:r>
        <w:br/>
        <w:t>* * *</w:t>
      </w:r>
    </w:p>
    <w:p>
      <w:r>
        <w:br/>
        <w:t>"А відтак?" — поспитаєте, панове молодці.</w:t>
      </w:r>
    </w:p>
    <w:p>
      <w:r>
        <w:br/>
        <w:t>Ну, та відтак: сидів у штокгавзі, вийшов на волю, вислуживсь, вийшов додому, оженивсь сеї осені, та й тільки. А що вже красну жіночку собі маю, то і не сказати: хіба пречиста одна краща!</w:t>
      </w:r>
    </w:p>
    <w:p>
      <w:r>
        <w:br/>
        <w:t>Батечко при мені. Господи, що їх моя Марічка жалує! Щоб ся ні ворухнули на печі, так вона зараз і стрепенеться: "А це ви куда, батечку? Не виходьте з хати, а то надворі холодний вітер віє,— щоб вас не підвіяв, абощо!" А де ні обернеться — вже їм і їсточки на піч: "Ану-ко, кушайте оцего, що я вам зварила,— це добреньке, ану-ко! Та-бо ви нічого таки і не вживали,— ви у нас ще з голоду загинете!" Така моя Марічка, моя щебетушечка співоча! А як-то там бог дасть ще й дитинку, що тогді аж буде? Боже мій милий!..</w:t>
      </w:r>
    </w:p>
    <w:p>
      <w:r>
        <w:br/>
        <w:t>Сестри мої вже давно віддані, ще я був у війську. Марія пішла за Тимофія Ковалюка, а Аксенія за Никифора Дарашанюка. Парубки усе годні, усе господарські. А що вже мене поважають, то і не сказати! Котрий відки — а все до мене: "А я вам, пане Іване, на зиму 100 ковбків маю своїми волами привезти!" А другий знов собі: "А я вам з своїми наймитами маю 10 фалеч трави уробити!" Таке-то. Навіть і женитися не хотіли, доки я сам з війська не написав, що можна.</w:t>
      </w:r>
    </w:p>
    <w:p>
      <w:r>
        <w:br/>
        <w:t>Лиш моя Мітраночка не діждала вінка! Як упилася в Черемші, так ще і донині не проспалась, сиза моя!.. Висипаєсь собі за цвинтарем (бо на цвинтарі не дав піп), а коло неї близько-близесенько Чобанюків Сидір — мій побратимко коханий!</w:t>
      </w:r>
    </w:p>
    <w:p>
      <w:r>
        <w:br/>
        <w:t>Гуцульськая славо,</w:t>
      </w:r>
    </w:p>
    <w:p>
      <w:r>
        <w:br/>
        <w:t>Яка ж ти кривава!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Побратим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