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весні розцвітаються квіти...</w:t>
      </w:r>
    </w:p>
    <w:p>
      <w:r>
        <w:br/>
        <w:t xml:space="preserve"> По весні розцвітаються квіти&lt;br /&gt;</w:t>
        <w:br/>
        <w:t>І до осені пишно цвітуть,&lt;br /&gt;</w:t>
        <w:br/>
        <w:t>А зимою вмирають і знову&lt;br /&gt;</w:t>
        <w:br/>
        <w:t>Розцвітають, і знову живуть.</w:t>
      </w:r>
    </w:p>
    <w:p>
      <w:r>
        <w:br/>
        <w:t>І не скаже ніхто, що за снігом&lt;br /&gt;</w:t>
        <w:br/>
        <w:t>їх не матиме більше земля,&lt;br /&gt;</w:t>
        <w:br/>
        <w:t>Що весна не народить їх знову,&lt;br /&gt;</w:t>
        <w:br/>
        <w:t>Закрасивши гаї та поля.</w:t>
      </w:r>
    </w:p>
    <w:p>
      <w:r>
        <w:br/>
        <w:t>Так і в серці у мене надії&lt;br /&gt;</w:t>
        <w:br/>
        <w:t>То вмирають, то знову живуть,&lt;br /&gt;</w:t>
        <w:br/>
        <w:t>І то зиму, то весну веселу&lt;br /&gt;</w:t>
        <w:br/>
        <w:t>Мені в грудях натомлених чуть.</w:t>
      </w:r>
    </w:p>
    <w:p>
      <w:r>
        <w:br/>
        <w:t>І не можу сказати, щоб горе,&lt;br /&gt;</w:t>
        <w:br/>
        <w:t>Що сьогодні зустріло мене,&lt;br /&gt;</w:t>
        <w:br/>
        <w:t>Панувало у серці довіку,&lt;br /&gt;</w:t>
        <w:br/>
        <w:t>Що ніколи зима не мине...</w:t>
      </w:r>
    </w:p>
    <w:p>
      <w:r>
        <w:br/>
        <w:t>1892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весні розцвітаються квіти...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