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той бік слів</w:t>
      </w:r>
    </w:p>
    <w:p>
      <w:r>
        <w:br/>
        <w:t xml:space="preserve"> Зелена тиша вічних піль&lt;br /&gt;</w:t>
        <w:br/>
        <w:t>Залляла світ до ранку.&lt;br /&gt;</w:t>
        <w:br/>
        <w:t>На серці не вщухає біль,&lt;br /&gt;</w:t>
        <w:br/>
        <w:t>Ячить безперестанку.</w:t>
      </w:r>
    </w:p>
    <w:p>
      <w:r>
        <w:br/>
        <w:t>Нагадує про плин утрат&lt;br /&gt;</w:t>
        <w:br/>
        <w:t>І про минулі строки.&lt;br /&gt;</w:t>
        <w:br/>
        <w:t>Я тишу цю пройшов стократ,&lt;br /&gt;</w:t>
        <w:br/>
        <w:t>Я нею міряв кроки.</w:t>
      </w:r>
    </w:p>
    <w:p>
      <w:r>
        <w:br/>
        <w:t>Я безнадійно занімів:&lt;br /&gt;</w:t>
        <w:br/>
        <w:t>Пригнічує марнота&lt;br /&gt;</w:t>
        <w:br/>
        <w:t>Мулького сухозлоття слів...&lt;br /&gt;</w:t>
        <w:br/>
        <w:t>Якщо б розціпив рота,</w:t>
      </w:r>
    </w:p>
    <w:p>
      <w:r>
        <w:br/>
        <w:t>Вони б лавиною мене&lt;br /&gt;</w:t>
        <w:br/>
        <w:t>Змели. Чи біль цей зникне,&lt;br /&gt;</w:t>
        <w:br/>
        <w:t>Коли мовчання спалахне&lt;br /&gt;</w:t>
        <w:br/>
        <w:t>Непогамовним криком?</w:t>
      </w:r>
    </w:p>
    <w:p>
      <w:r>
        <w:br/>
        <w:t>...Немов мара, пливе табун,&lt;br /&gt;</w:t>
        <w:br/>
        <w:t>Ці коні — за рікою.&lt;br /&gt;</w:t>
        <w:br/>
        <w:t>Волає у мені мовчун:&lt;br /&gt;</w:t>
        <w:br/>
        <w:t>— Нема од слів спокою!</w:t>
      </w:r>
    </w:p>
    <w:p>
      <w:r>
        <w:br/>
        <w:t>Жену од себе цих нездар,&lt;br /&gt;</w:t>
        <w:br/>
        <w:t>Невдах усіх ґатунків.&lt;br /&gt;</w:t>
        <w:br/>
        <w:t>А серця праведний радар&lt;br /&gt;</w:t>
        <w:br/>
        <w:t>Шука родовищ думки.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той бік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