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кому подзві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кому подз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