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 бурі</w:t>
      </w:r>
    </w:p>
    <w:p>
      <w:r>
        <w:br/>
        <w:t xml:space="preserve"> Притихла буря… Низько над землею&lt;br /&gt;</w:t>
        <w:br/>
        <w:t>Тягнуться хмари втомлені, понурі;&lt;br /&gt;</w:t>
        <w:br/>
        <w:t>Сонце сховалось під сіру кирею,&lt;br /&gt;</w:t>
        <w:br/>
        <w:t>Хати здрімались, задумані, хмурі…</w:t>
      </w:r>
    </w:p>
    <w:p>
      <w:r>
        <w:br/>
        <w:t>У густій мряці потонули гори,&lt;br /&gt;</w:t>
        <w:br/>
        <w:t>Тишина глухо звисла над ними,&lt;br /&gt;</w:t>
        <w:br/>
        <w:t>І тільки вітер в лісовому морі&lt;br /&gt;</w:t>
        <w:br/>
        <w:t>Поміж листками застогне сухими.</w:t>
      </w:r>
    </w:p>
    <w:p>
      <w:r>
        <w:br/>
        <w:t>І тихим зойком в лісі понесеться,&lt;br /&gt;</w:t>
        <w:br/>
        <w:t>Та серед яру темного сконає,&lt;br /&gt;</w:t>
        <w:br/>
        <w:t>І знов так тихо, як в серці по бурі…</w:t>
      </w:r>
    </w:p>
    <w:p>
      <w:r>
        <w:br/>
        <w:t>Все в сон запало — спокій в душу преться,&lt;br /&gt;</w:t>
        <w:br/>
        <w:t>А там горою, під небесним плаєм,&lt;br /&gt;</w:t>
        <w:br/>
        <w:t>Тягнуться хмари втомлені, понурі…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бурі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