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Плавниками забили три древні кити...</w:t>
      </w:r>
    </w:p>
    <w:p>
      <w:r>
        <w:br/>
        <w:t xml:space="preserve"> Плавниками забили три древні кити&lt;br /&gt;</w:t>
        <w:br/>
        <w:t>По космічному терню…&lt;br /&gt;</w:t>
        <w:br/>
        <w:t>Три царі присягнули пустелю пройти,&lt;br /&gt;</w:t>
        <w:br/>
        <w:t>Положили на землю мечі і щити —&lt;br /&gt;</w:t>
        <w:br/>
        <w:t>Закривавлену скверну.</w:t>
      </w:r>
    </w:p>
    <w:p>
      <w:r>
        <w:br/>
        <w:t>Полишили маєтки, наложниць, рабів,&lt;br /&gt;</w:t>
        <w:br/>
        <w:t>І свою охорону.&lt;br /&gt;</w:t>
        <w:br/>
        <w:t>Три царі відреклися земель і скарбів,&lt;br /&gt;</w:t>
        <w:br/>
        <w:t>Алтабасних уборів, вельможних гербів,&lt;br /&gt;</w:t>
        <w:br/>
        <w:t>І зложили корони.</w:t>
      </w:r>
    </w:p>
    <w:p>
      <w:r>
        <w:br/>
        <w:t>Вони правили мудро, підносив народ&lt;br /&gt;</w:t>
        <w:br/>
        <w:t>Імена і престоли,&lt;br /&gt;</w:t>
        <w:br/>
        <w:t>Умлівали серця від сяйних позолот,&lt;br /&gt;</w:t>
        <w:br/>
        <w:t>Сонцеликих очей, і священних клейнод,&lt;br /&gt;</w:t>
        <w:br/>
        <w:t>І від рабської долі.</w:t>
      </w:r>
    </w:p>
    <w:p>
      <w:r>
        <w:br/>
        <w:t>Три царі, три шляхетні земні владарі&lt;br /&gt;</w:t>
        <w:br/>
        <w:t>Із високого роду…&lt;br /&gt;</w:t>
        <w:br/>
        <w:t>Йдуть голодні й замерзлі старі злидарі,&lt;br /&gt;</w:t>
        <w:br/>
        <w:t>Йдуть на поклик, на голос ясної зорі,&lt;br /&gt;</w:t>
        <w:br/>
        <w:t>Осіянні і горді.</w:t>
      </w:r>
    </w:p>
    <w:p>
      <w:r>
        <w:br/>
        <w:t>Їх гукають народи, такі ви одні,&lt;br /&gt;</w:t>
        <w:br/>
        <w:t>Не впокорені златом,&lt;br /&gt;</w:t>
        <w:br/>
        <w:t>Неспокійні дороги бувають земні .&lt;br /&gt;</w:t>
        <w:br/>
        <w:t>Доганяє їх час на баскому коні:&lt;br /&gt;</w:t>
        <w:br/>
        <w:t>Повертайтесь і правте.</w:t>
      </w:r>
    </w:p>
    <w:p>
      <w:r>
        <w:br/>
        <w:t>Бо ніякого сенсу в тієї глави.&lt;br /&gt;</w:t>
        <w:br/>
        <w:t>Перевернута чаша…&lt;br /&gt;</w:t>
        <w:br/>
        <w:t>Залишили дари, покидали сакви,&lt;br /&gt;</w:t>
        <w:br/>
        <w:t>Вийшли грішні царі, повернулись волхви.&lt;br /&gt;</w:t>
        <w:br/>
        <w:t>...От у нас — все інакше…</w:t>
      </w:r>
    </w:p>
    <w:p>
      <w:r>
        <w:br/>
        <w:t>В нас виходять святі, а вертають вожді...&lt;br /&gt;</w:t>
        <w:br/>
        <w:t>Хтось неначе наврочив.&lt;br /&gt;</w:t>
        <w:br/>
        <w:t>І немає кому, щоб зарадить біді,&lt;br /&gt;</w:t>
        <w:br/>
        <w:t>І немає часу щоб поглянуть Звізді&lt;br /&gt;</w:t>
        <w:br/>
        <w:t>У згорьовані очі.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Плавниками забили три древні кити...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