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Плавець</w:t>
      </w:r>
    </w:p>
    <w:p>
      <w:r>
        <w:br/>
        <w:t xml:space="preserve"> Адам Міцкевич&lt;br /&gt;</w:t>
        <w:br/>
        <w:t>Плавець</w:t>
      </w:r>
    </w:p>
    <w:p>
      <w:r>
        <w:br/>
        <w:t>Перекладач: Б.Тен&lt;br /&gt;</w:t>
        <w:br/>
        <w:t>Джерело: Міцкевич Адам. Вибране: Поетичні твори.— К.: "Веселка", 1984</w:t>
      </w:r>
    </w:p>
    <w:p>
      <w:r>
        <w:br/>
        <w:t>О море життьове! Яке страшне ти нині!&lt;br /&gt;</w:t>
        <w:br/>
        <w:t>Коли я відпливав, світилось мрійно ти!&lt;br /&gt;</w:t>
        <w:br/>
        <w:t>І от — навколо ніч, і ці громади пінні —&lt;br /&gt;</w:t>
        <w:br/>
        <w:t>Несила ні вперед, ані назад пливти!&lt;br /&gt;</w:t>
        <w:br/>
        <w:t>Чи, може, потонути в цій пучині?</w:t>
      </w:r>
    </w:p>
    <w:p>
      <w:r>
        <w:br/>
        <w:t>Щасливий, з ким пливуть стерничими в човні&lt;br /&gt;</w:t>
        <w:br/>
        <w:t>Краса з Чеснотою, небесні сестри чисті!&lt;br /&gt;</w:t>
        <w:br/>
        <w:t>Коли спадає ніч на хвилі мовчазні,&lt;br /&gt;</w:t>
        <w:br/>
        <w:t>Одна у келиху подасть нектар іскристий,&lt;br /&gt;</w:t>
        <w:br/>
        <w:t>А та погляне ніжно в тишині.</w:t>
      </w:r>
    </w:p>
    <w:p>
      <w:r>
        <w:br/>
        <w:t>Щасливий, хто й самій довірився Чесноті,&lt;br /&gt;</w:t>
        <w:br/>
        <w:t>Бескеття слави він напевно досягне,&lt;br /&gt;</w:t>
        <w:br/>
        <w:t>Бальзам черпаючи в цій неземній істоті.&lt;br /&gt;</w:t>
        <w:br/>
        <w:t>Та як його Краса привітом обмине,&lt;br /&gt;</w:t>
        <w:br/>
        <w:t>Доплине весь він у крові і в поті.</w:t>
      </w:r>
    </w:p>
    <w:p>
      <w:r>
        <w:br/>
        <w:t>Коли ж Краса йому всміхнеться лиш на мить&lt;br /&gt;</w:t>
        <w:br/>
        <w:t>I, віднімаючи оманливі надії,&lt;br /&gt;</w:t>
        <w:br/>
        <w:t>Від нього ще в путі зрадливо відлетить,-&lt;br /&gt;</w:t>
        <w:br/>
        <w:t>Ах, цілий світ тоді для нього спорожніє,&lt;br /&gt;</w:t>
        <w:br/>
        <w:t>Й Чесноти келих болю не втолить!</w:t>
      </w:r>
    </w:p>
    <w:p>
      <w:r>
        <w:br/>
        <w:t>Краси утративши небесну насолоду,&lt;br /&gt;</w:t>
        <w:br/>
        <w:t>В змаганні з бурею і з пітьмою в борні,&lt;br /&gt;</w:t>
        <w:br/>
        <w:t>Не серце трепетне — обняти перса з льоду,&lt;br /&gt;</w:t>
        <w:br/>
        <w:t>Хапатись в розпачі за руки кам'яні,-&lt;br /&gt;</w:t>
        <w:br/>
        <w:t>Хто цю жахливу витерпить негоду?</w:t>
      </w:r>
    </w:p>
    <w:p>
      <w:r>
        <w:br/>
        <w:t>Нестерпні муки то! Спинити ж легко їх,&lt;br /&gt;</w:t>
        <w:br/>
        <w:t>Щоб ні тривог не знать,&lt;br /&gt;</w:t>
        <w:br/>
        <w:t>ні болю, ні страждання!&lt;br /&gt;</w:t>
        <w:br/>
        <w:t>Та чи з тобою все загине в хвилях тих?&lt;br /&gt;</w:t>
        <w:br/>
        <w:t>Чи тим, хто побував у надрах існування,&lt;br /&gt;</w:t>
        <w:br/>
        <w:t>Від сил уже не вирватись живих?</w:t>
      </w:r>
    </w:p>
    <w:p>
      <w:r>
        <w:br/>
        <w:t>Все, що живе, умре,— ми чуємо навколо.&lt;br /&gt;</w:t>
        <w:br/>
        <w:t>А голос віри в нас так впевнено дзвенить,&lt;br /&gt;</w:t>
        <w:br/>
        <w:t>Що зорям духу вже не згаснути ніколи,&lt;br /&gt;</w:t>
        <w:br/>
        <w:t>Що вічно міряти безмежну їм блакить,&lt;br /&gt;</w:t>
        <w:br/>
        <w:t>Допоки час обходить вічне коло.</w:t>
      </w:r>
    </w:p>
    <w:p>
      <w:r>
        <w:br/>
        <w:t>Хтось крикнув з берега?&lt;br /&gt;</w:t>
        <w:br/>
        <w:t>Чиїсь бринять жалі?&lt;br /&gt;</w:t>
        <w:br/>
        <w:t>Невже і досі ви, брати мої і друзі,&lt;br /&gt;</w:t>
        <w:br/>
        <w:t>Нерушно стоїте на кам'яній скалі?&lt;br /&gt;</w:t>
        <w:br/>
        <w:t>I не втомились ви дивитися в напрузі,&lt;br /&gt;</w:t>
        <w:br/>
        <w:t>Чи я здолаю хвиль обійми злі?</w:t>
      </w:r>
    </w:p>
    <w:p>
      <w:r>
        <w:br/>
        <w:t>Коли ж в безодню я порину в безнадії,&lt;br /&gt;</w:t>
        <w:br/>
        <w:t>Лиш осуд і докір пошле мені земля,-&lt;br /&gt;</w:t>
        <w:br/>
        <w:t>Не долітають-бо до нас лихі борвії,&lt;br /&gt;</w:t>
        <w:br/>
        <w:t>Що позривали тут всі линви з корабля,&lt;br /&gt;</w:t>
        <w:br/>
        <w:t>Та й хмара грозова вам ледве мріє.</w:t>
      </w:r>
    </w:p>
    <w:p>
      <w:r>
        <w:br/>
        <w:t>I марно прагнете ви те урозуміть,&lt;br /&gt;</w:t>
        <w:br/>
        <w:t>Що я переживав між блискавок і грому,&lt;br /&gt;</w:t>
        <w:br/>
        <w:t>Щоб вам судить мене, в мені вам треба жить,&lt;br /&gt;</w:t>
        <w:br/>
        <w:t>Крім бога, не дано судити нас нікому,&lt;br /&gt;</w:t>
        <w:br/>
        <w:t>Пливу я далі, ви ж додому йдіть.</w:t>
      </w:r>
    </w:p>
    <w:p>
      <w:r>
        <w:br/>
        <w:t>17 квітня 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