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раба</w:t>
      </w:r>
    </w:p>
    <w:p>
      <w:r>
        <w:br/>
        <w:t xml:space="preserve"> В Сенегалі раював я,&lt;br /&gt;</w:t>
        <w:br/>
        <w:t>Поки в рабство не попав я,&lt;br /&gt;</w:t>
        <w:br/>
        <w:t>I тепер у Віргінії-гінії, ох!&lt;br /&gt;</w:t>
        <w:br/>
        <w:t>Я відірваний від дому,&lt;br /&gt;</w:t>
        <w:br/>
        <w:t>Я умру в краю чужому,&lt;br /&gt;</w:t>
        <w:br/>
        <w:t>Бо я з сил уже вибився, вибився, ох!&lt;br /&gt;</w:t>
        <w:br/>
        <w:t>Я відірваний від дому,&lt;br /&gt;</w:t>
        <w:br/>
        <w:t>Я умру в краю чужому,&lt;br /&gt;</w:t>
        <w:br/>
        <w:t>Бо я з сил уже вибився, вибився, ох!</w:t>
      </w:r>
    </w:p>
    <w:p>
      <w:r>
        <w:br/>
        <w:t>Над моїми берегами&lt;br /&gt;</w:t>
        <w:br/>
        <w:t>Не мете зима снігами,&lt;br /&gt;</w:t>
        <w:br/>
        <w:t>Як отут, у Віргінії-гінії, ох!&lt;br /&gt;</w:t>
        <w:br/>
        <w:t>Там річки не замерзають,&lt;br /&gt;</w:t>
        <w:br/>
        <w:t>Там квітки не одцвітають,&lt;br /&gt;</w:t>
        <w:br/>
        <w:t>А я з сил уже вибився, вибився, ох!&lt;br /&gt;</w:t>
        <w:br/>
        <w:t>Там річки не замерзають,&lt;br /&gt;</w:t>
        <w:br/>
        <w:t>Там квітки не одцвітають,&lt;br /&gt;</w:t>
        <w:br/>
        <w:t>А я з сил уже вибився, вибився, ох!</w:t>
      </w:r>
    </w:p>
    <w:p>
      <w:r>
        <w:br/>
        <w:t>Від важкої ноші гнуся,&lt;br /&gt;</w:t>
        <w:br/>
        <w:t>Нагая весь час боюся&lt;br /&gt;</w:t>
        <w:br/>
        <w:t>У проклятій Віргінії-гінії, ох!&lt;br /&gt;</w:t>
        <w:br/>
        <w:t>А як рідних пригадаю,&lt;br /&gt;</w:t>
        <w:br/>
        <w:t>Гірко-гірко заридаю,&lt;br /&gt;</w:t>
        <w:br/>
        <w:t>Бо я з сил уже вибився, вибився, ох!&lt;br /&gt;</w:t>
        <w:br/>
        <w:t>А як рідних пригадаю,&lt;br /&gt;</w:t>
        <w:br/>
        <w:t>Гірко-гірко заридаю,&lt;br /&gt;</w:t>
        <w:br/>
        <w:t>Бо я з сил уже вибився, вибився, ох!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раба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