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Пізнє прозріння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Пізнє прозріння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