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Пітер Пен</w:t>
      </w:r>
    </w:p>
    <w:p>
      <w:r>
        <w:br/>
        <w:t xml:space="preserve"> &lt;blockquote class="cita" style='text-align:left'&gt;&lt;p&gt;Скорочено,</w:t>
      </w:r>
    </w:p>
    <w:p>
      <w:r>
        <w:br/>
        <w:t>За виданням 1973 року</w:t>
      </w:r>
    </w:p>
    <w:p>
      <w:r>
        <w:br/>
        <w:t>Переклад В. Митрофанова</w:t>
      </w:r>
    </w:p>
    <w:p>
      <w:r>
        <w:br/>
      </w:r>
    </w:p>
    <w:p>
      <w:r>
        <w:br/>
        <w:t>На одній з тихих лондонських вулиць жила собі родина Дарлінгів. Зрозуміла річ, були в ній тато й мама Дарлінги, а також Венді, Майкл та Джон — їхні діти. Ще була в дітей няня, треба сказати, дещо незвичайна,— такі не часто доглядають дітей,— Нана, собака з породи сенбернарів.</w:t>
      </w:r>
    </w:p>
    <w:p>
      <w:r>
        <w:br/>
        <w:t>Нана і діти найбільше любили той час, коли їх укладали спати. А любили вони його ось чому: як тільки діти залишалися у кімнаті самі, найстарша дівчинка Венді починала розказувати казки. Казки йшли одна за одною і мали спільного героя: звали його Пітер Пен, і жив він у Неможливій Країні. Неможлива Країна — то був чарівний край, де жили русалки та індіяни, феї і, звичайно ж, бандити-пірати. Венді розповідала про все дуже цікаво, і діти не сумнівалися в тім, що казки її — щира правда, а ніякі не вигадки.</w:t>
      </w:r>
    </w:p>
    <w:p>
      <w:r>
        <w:br/>
        <w:t>Джон та Майкл найбільше любили історії про піратів, а тому вони любили в піратів бавитись: хлопці раз у раз починали люті двобої на мечах. Джон та його брат уявляли себе Пітером Пеном і головним його ворогом, піратським капітаном, на ім'я Гак. Билися вони так само завзято, як це робили герої казок у Венді. Дерев'яні шаблі ламалися, хлопці падали, набиваючи синці йгулі, гуркочучи стільцями й шафами...</w:t>
      </w:r>
    </w:p>
    <w:p>
      <w:r>
        <w:br/>
        <w:t>Врешті тато сказав, що йому це набридло. Він сказав, що не схвалює розповідей Венді і хай діти стережуться — лишень він іще хоч раз почує про того Пітера Пена! Але все-таки як покласти край тим піратським казкам раз назавжди? Адже самими погрозами дітей не переконаєш. Думали-думали тато з мамою і зрештою надумали.</w:t>
      </w:r>
    </w:p>
    <w:p>
      <w:r>
        <w:br/>
        <w:t>— Венді вже зовсім доросла,— сказав тато дітям.— Від завтрашнього дня Венді спатиме окремо. Сьогодні ви востаннє спите всі троє разом, в одній дитячій кімнаті. Зрозуміло?</w:t>
      </w:r>
    </w:p>
    <w:p>
      <w:r>
        <w:br/>
        <w:t>Ясно, що^така новина дуже засмутила здружену трійцю. А хлопці взагалі були в розпачі, бо розуміли, що без Венді вони більше не почують жодної розповіді про Пітера Пена. Та справа на цьому не закінчилася. Щоб підкреслити остаточність свого рішення, тато Дарлінг сказав, що Нана йому теж набридла і взагалі діти не такі вже й маленькі, щоб за ними стежити, наче за немовлятами.</w:t>
      </w:r>
    </w:p>
    <w:p>
      <w:r>
        <w:br/>
        <w:t>— Та я у вашому віці...— почав тато улюблене речення всіх дорослих, але не доказав його, змахнув рішуче рукою і звелів прив'язати Нану в саду біля будинку на цілу ніч.</w:t>
      </w:r>
    </w:p>
    <w:p>
      <w:r>
        <w:br/>
        <w:t>Тато й мама простежили, щоб того вечора діти полягали вчасно — кожен до свого ліжка, побажали їм на добраніч і пішли до себе. Діти мовчали, позаповзавши під ковдри, Нану прив'язали на подвір'ї внизу — настрій у всіх був, як ви розумієте, не з найліпших. Але тієї ж миті, коли всі вже зовсім засумували, сталося диво.</w:t>
      </w:r>
    </w:p>
    <w:p>
      <w:r>
        <w:br/>
        <w:t>До кімнати влетів — хто б ви думали?—Пітер Пен!</w:t>
      </w:r>
    </w:p>
    <w:p>
      <w:r>
        <w:br/>
        <w:t>Йому давно вже сподобалося прилітати сюди; таємно, не з'являючись дітям на очі, він приходив до них і слухав оповіді про себе. Одного лиш разу Пітерові не поталанило. Він влетів до кімнати, коли ще дітей там не було, і не квапився стати невидимим. Але Нана, не помічена ним, стрибнула на непроханого гостя, а коли той кинувся навтьоки, вкусила його за тінь і віддерла тінь від Пітера Пена. Пітер лиш встиг помітити, де собака ховає його тінь, і з тим повернувся до Неможливої Країни. Зате решта відвідин пройшла без пригод. Щовечора він прилітав і, зіщулившись на підвіконні, слухав про себе історії й сумував за втраченою тінню. Останнім часом разом із Пітером прилітала маленька фея з золотими крильцями — Дзінь Белл. Вони завжди знали про все, що діється в будинку Дарлін-гів, дуже близько брали до серця дитячі клопоти.</w:t>
      </w:r>
    </w:p>
    <w:p>
      <w:r>
        <w:br/>
        <w:t>Коли Пен та Белл дізналися, що Венді більше не житиме в дитячій кімнаті, то спершу засмутилися, а потім у голові Пітера з'явився цікавий план.</w:t>
      </w:r>
    </w:p>
    <w:p>
      <w:r>
        <w:br/>
        <w:t>Отже Пітер Пен став перед дітьми власною особою. Можете собі уявити, як вони зраділи, побачивши улюбленого героя усіх своїх казок. Пітер показав їм, де заховано його тінь,— Венді знайшла її і пришила йому до п'ят. А поки дівчина поралась, пришиваючи тінь, він розповів дружній трійці —Майклові, Джону та Венді — про свій задум. Фея Дзінь Белл, казав він, допоможе його здійснити: Пітер вірив, що у неї добре серце.</w:t>
      </w:r>
    </w:p>
    <w:p>
      <w:r>
        <w:br/>
        <w:t>— Ми полетимо всі разом до Неможливої Країни, і там ви розповісте кілька цікавих історій моїм товаришам, Загубленим хлопцям,— сказав Пітер Пен і лукаво підморгнув.— Дзінь Белл нам допоможе — в неї є особливий пил, що допомагає літати! Але найбільше нам допоможе бажання швидше потрапити в Неможливу Країну.</w:t>
      </w:r>
    </w:p>
    <w:p>
      <w:r>
        <w:br/>
        <w:t>Ця думка припала до душі Венді, та вона занепокоїлась, чи зможуть її менші братики — Майкл та Джон — витримати таку далеку мандрівку. Але Пітер Пен лиш руками змахнув — про що тут, мовляв, балакати!</w:t>
      </w:r>
    </w:p>
    <w:p>
      <w:r>
        <w:br/>
        <w:t>За кілька годин троє менших Дарлінгів вже вміли літати. Це взагалі дуже нескладна справа — для тих, що вірять у свої сили і в пил феї Дзінь Белл. Але, звичайно, зуміє полетіти тільки той, хто шанує друзів і завжди говорить лише правду.</w:t>
      </w:r>
    </w:p>
    <w:p>
      <w:r>
        <w:br/>
        <w:t>Була вже пізня ніч, коли вікно дитячої кімнати відчинилось так раптом, наче зсередини дмухнув сильний вітер. З вікна вилетіли чотири постаті, з яких три були в піжамах, а в четвертій легко можна було пізнати Пітера Пена.</w:t>
      </w:r>
    </w:p>
    <w:p>
      <w:r>
        <w:br/>
        <w:t>Фея Дзінь Белл випурхнула трохи раніше.</w:t>
      </w:r>
    </w:p>
    <w:p>
      <w:r>
        <w:br/>
        <w:t>Була темна й тиха ніч, і ніхто не зрозумів, чому це внизу так люто гавкає Нана.</w:t>
      </w:r>
    </w:p>
    <w:p>
      <w:r>
        <w:br/>
        <w:t>...А тим часом у Неможливій Країні на своєму кораблі, що похитувався на хвилях, готовий до нових розбійницьких нападів, стояв капітан Гак і сердито буркотів, згадуючи Пітера Пена, найлютішого свого ворога. Вони вже не раз сходились у поєдинках, та завжди щастя бувало на боці Пітера. Одного разу у фехтувальному двобої капітан втратив півруки,— Пітер Пен відрубав її одним змахом шаблі. З того часу капітана й почали прозивати Гак, бо на місці, де в нього була колись ліва долоня, стирчав тепер здоровенний залізний гак, яким він користувався досить вправно, принаймні у бійках.</w:t>
      </w:r>
    </w:p>
    <w:p>
      <w:r>
        <w:br/>
        <w:t>Але Пітер Пен дошкулив піратові не тільки тим, що вкоротив йому руку,— він ще й кинув її крокодилові. А тому так припало до смаку капітанове м'ясо, що відтоді він завжди чатував у засідці біля корабля Гака, сподіваючись дістати колись і решту капітанського тіла.</w:t>
      </w:r>
    </w:p>
    <w:p>
      <w:r>
        <w:br/>
        <w:t>Та, на Гакове щастя, ненажерливий крокодил ковтнув колись і годинника. Через це Гак завжди міг передбачати крокодилову атаку, почувши з-під води чітке цокотіння: ."Цок-цок! Цок-цок!"</w:t>
      </w:r>
    </w:p>
    <w:p>
      <w:r>
        <w:br/>
        <w:t>Отже, тепер ви знаєте трохи капітана Гака і знаєте, чому він сердито буркотів на саму лише згадку про Пітера Пена. Але цього разу капітанові думки були перервані криком вахтового, що сидів у бочці, прив'язаний до вершечка найвищої щогли:</w:t>
      </w:r>
    </w:p>
    <w:p>
      <w:r>
        <w:br/>
        <w:t>— Бачу Пітера Пена!</w:t>
      </w:r>
    </w:p>
    <w:p>
      <w:r>
        <w:br/>
        <w:t>— Що! Де!— закричав Гак, припавши до підзорної труби, спрямованої в небо.</w:t>
      </w:r>
    </w:p>
    <w:p>
      <w:r>
        <w:br/>
        <w:t>Він подовгу роздивлявся кожну цяточку, аж доки вистежив на одній хмарині Пітера та дітей, які посідали там відпочити.</w:t>
      </w:r>
    </w:p>
    <w:p>
      <w:r>
        <w:br/>
        <w:t>— Щоб мені очі повилазили, це справді Пен!— радісно вигукнув капітан Гак.— Свистати всіх нагору!! Каноніри, до гармат! Нарешті він спіймався — тепер уже не втече!</w:t>
      </w:r>
    </w:p>
    <w:p>
      <w:r>
        <w:br/>
        <w:t>А ті четверо, що сиділи на хмарі, безтурботно роздивлялися навколо.</w:t>
      </w:r>
    </w:p>
    <w:p>
      <w:r>
        <w:br/>
        <w:t>— Ой Пітере, тут усе точнісінько так, як я собі уявляла,— і затока сирен, і все інше,— сказала Венді.</w:t>
      </w:r>
    </w:p>
    <w:p>
      <w:r>
        <w:br/>
        <w:t>І щойно вона це вимовила, як чавунне ядро, пущене з піратського корабля, пробило м'яку хмару і, ще мокре, просвистіло повз них. В хмарі залишилась дірка, якраз біля ніг Майкла, і хлопчик здивовано зазирнув до неї. Пітер Пен теж глянув униз і підстрибнув на місці.</w:t>
      </w:r>
    </w:p>
    <w:p>
      <w:r>
        <w:br/>
        <w:t>— Тривога!—закричав він.— Дзінь Белл, бери Венді й хлопців, та рушайте на острів. Я залишаюсь тут, щоб відвернути на себе вогонь піратів!</w:t>
      </w:r>
    </w:p>
    <w:p>
      <w:r>
        <w:br/>
        <w:t>Наказ Пітера викликав у серці маленької Дзінь Белл цілу бурю почуттів. Тепер уже час розповісти вам, що феї подобався Пітер Пен і вона дуже сердилась, коли відчувала, що Пітер хоче дружити з якоюсь іншою дівчиною. Отож Дзінь змінила своє ставлення до Венді, бо їй здалося, що Пітер Пен занадто уважний до малої казкарки. Тепер ревнива фея зістрибнула з хмари й помчала до острова, чимдуж тріпочучи крильцями. Своїм нещирим маленьким серцем вона сподівалася, що діти відстануть від неї і вона встигне зробити все, що замислила.</w:t>
      </w:r>
    </w:p>
    <w:p>
      <w:r>
        <w:br/>
        <w:t>Дзінь Белл, яку всі, хто знав її краще, просто називали Дзінькою, влетіла просто у нетрі, якими поросла Неможлива Країна, і помчала на галявину, де стояло старезне дерево, що давно всохло і звалося Катове дерево. Вона приземлилася на шапочку гриба, перескочила на лискучий листочок, і враз перед нею в сучку відчинилися двері, що вели всередину струхлявілого стовбура. Дзінь вправно з'їхала слизьким хідником і опинилась у підземній кімнатці — таємному помешканні Пітера Пена. Вона підняла страшенний дзенькіт, наче виправдовуючи своє ім'я. Пурхаючи з кутка в куток підземної кімнати, Дзінька тоненько видзвонювала, не даючи собі ні миті спочинку. Вона знала, що не так легко збудити від сну Загублених хлопців, які солодко похропували, схожі на хутряні клубочки.</w:t>
      </w:r>
    </w:p>
    <w:p>
      <w:r>
        <w:br/>
        <w:t>Врешті вони прокинулись, незадоволені, потяглися і мовчки вислухали Дзінь Белл.</w:t>
      </w:r>
    </w:p>
    <w:p>
      <w:r>
        <w:br/>
        <w:t>— То Пітер Пен бажає, щоб ми збили причепу Вен-ді?—загукали хлопці.— Веди нас негайно ж!</w:t>
      </w:r>
    </w:p>
    <w:p>
      <w:r>
        <w:br/>
        <w:t>І вони поспішили на поверхню з підземної схованки.</w:t>
      </w:r>
    </w:p>
    <w:p>
      <w:r>
        <w:br/>
        <w:t>Коли в повітрі з'явилися втомлені Венді, Майкл та Джон, їх зустріла злива камінців і дрючків. Загублені хлопці особливо намагалися поцілити "причепу Венді". І Венді почала падати. В неї пропали усі щасливі думки, а без щасливих думок ніхто не може літати...</w:t>
      </w:r>
    </w:p>
    <w:p>
      <w:r>
        <w:br/>
        <w:t>— Ур-ра! Ми піймали причепу Венді!— закричали Загублені хлопці.</w:t>
      </w:r>
    </w:p>
    <w:p>
      <w:r>
        <w:br/>
        <w:t>Та цієї ж миті прибув Пітер Пен. Ну й розсердився ж він, коли виявив, що хлопці збивали Венді! Він, правда, підхопив її вчасно, перш ніж вона впала на землю. Хлопцям добре перепало.</w:t>
      </w:r>
    </w:p>
    <w:p>
      <w:r>
        <w:br/>
        <w:t>— Я запросив Венді, щоб вона була нам за маму і розповідала різні цікаві історії. Добре ж ви зустріли її!— сказав Пітер.— Ходімо, Венді, я покажу тобі русалок. А ви, хлопці, забирайте Майкла та Джона і пограйте зінді-янами.</w:t>
      </w:r>
    </w:p>
    <w:p>
      <w:r>
        <w:br/>
        <w:t>Пітер з Венді полетіли, а хлопці пішли крізь ліс, щоб захопити в полон кількох індіян, коли тих вдасться знайти. Це була улюблена гра Загублених.</w:t>
      </w:r>
    </w:p>
    <w:p>
      <w:r>
        <w:br/>
        <w:t>Вони тихенько скрадалися, слухаючи голоси лісу.</w:t>
      </w:r>
    </w:p>
    <w:p>
      <w:r>
        <w:br/>
        <w:t>В лісах, якими поросла Неможлива Країна, було повно диких звірів, але жоден з хлопців не виявив остраху і</w:t>
      </w:r>
    </w:p>
    <w:p>
      <w:r>
        <w:br/>
        <w:t>А тим часом на іншому кінці острова Венді й Пітер гостювали в русалок у їхній мирній затоці. Та в розпалі жвавої розмови Пітер притулив раптом палець до уст і прислухався.</w:t>
      </w:r>
    </w:p>
    <w:p>
      <w:r>
        <w:br/>
        <w:t>Повз них пропливав човен з піратського корабля. Помилитись було неможливо, бо у човні стояв сам лихозвіс-ний капітан Гак, а веслував піратський кухар Смі. На кормі ж, біля керма, туго зв'язана шнурами, сиділа Дика Лілея, дочка індіянського вождя, добра приятелька Пітера.</w:t>
      </w:r>
    </w:p>
    <w:p>
      <w:r>
        <w:br/>
        <w:t>— Вона в нас заговорить,— процідив насмішкувато капітан Гак.</w:t>
      </w:r>
    </w:p>
    <w:p>
      <w:r>
        <w:br/>
        <w:t>— Вона викаже нам, де живе Пітер Пен, а ні, то ми прив'яжемо її на слизькій скелі Череп, і дівчисько захлинеться в припливній хвилі,— додав Смі.</w:t>
      </w:r>
    </w:p>
    <w:p>
      <w:r>
        <w:br/>
        <w:t>Але горда і незрадлива Дика Лілея не сказала їм ані словечка.</w:t>
      </w:r>
    </w:p>
    <w:p>
      <w:r>
        <w:br/>
        <w:t>Венді й Пітер почали гарячково думати, як допомогти хоробрій індіянці. Вони полетіли до скелі Череп. Пітер згадав, що колись він непогано умів наслідувати голос капітана Гака,.і вирішив скористатися цим умінням. Хлопець і дівчина сховались на скелі й дочекалися піратського човна. Капітан Гак пішов шукати місце для страти Дикої Лілеї, і тоді Пітер капітановим голосом звернувся до Смі, наказуючи тому перенести індіянку до печери.</w:t>
      </w:r>
    </w:p>
    <w:p>
      <w:r>
        <w:br/>
        <w:t>Немудрий кухар вже погодився і навіть відніс дівчину, куди було вказано, але тут з'явився капітан Гак і зразу ж зрозумів, з ким має справу. Пірат зрадів такій нагоді — він вихопив шпагу й кинувся до Пітера Пена, прагнучи проштрикнути хлопця.</w:t>
      </w:r>
    </w:p>
    <w:p>
      <w:r>
        <w:br/>
        <w:t>Тим часом почався приплив. Вода піднімалася дедалі вище, і, поки Пітер та капітан Гак намагалися скинути один одного в розбурхані хвилі, вода вже дійшла до підборіддя гордій індіянці, що, зв'язана, сиділа в печері. Ще трохи — і Дика Лілея захлинеться! Пітер Пен збив нарешті пірата з ніг — той стрибнув у човен і ганебно втік з поля бою; Пітер і сам не знав, звідки йому додалося сили. Певно, сили завжди додаються, коли потрібно рятувати друга.</w:t>
      </w:r>
    </w:p>
    <w:p>
      <w:r>
        <w:br/>
        <w:t>Венді й Пен ледве встигли розплутати Дику Лілею, як вода заповнила вже всю печеру. Тільки тепер ніякий приплив не був їм страшний. Втрьох вони полетіли до селища, де жили батьки і все плем'я Дикої Лілеї.</w:t>
      </w:r>
    </w:p>
    <w:p>
      <w:r>
        <w:br/>
        <w:t>На веселому святі зійшлися усі разом — Загублені хлопці, Джон та Майкл, яких індіяни давно вже порозв'язували, і новоприбула трійця — Дика Лілея, Венді й Пітер.</w:t>
      </w:r>
    </w:p>
    <w:p>
      <w:r>
        <w:br/>
        <w:t>Хлопці співали й танцювали під веселу індіянську музику, а Пітера Пена обрали на святі вождем — то була найвища честь для гостя. Лиш Венді не веселилась — їй довелося разом з індіянками носити з лісу хмиз для ба~ гаття — такий був індіянський звичай. ,</w:t>
      </w:r>
    </w:p>
    <w:p>
      <w:r>
        <w:br/>
        <w:t>— Я вже набулася в Неможливій Країні,— сумно сказала дівчина.— Як хотіла б я зараз помандрувати додому!</w:t>
      </w:r>
    </w:p>
    <w:p>
      <w:r>
        <w:br/>
        <w:t>Індіянське свято було в розпалі. А Смі, піратський кухар, підкрався кущами і спіймав маленьку Дзіньку, накривши її своїм капелюхом, наче метелика.</w:t>
      </w:r>
    </w:p>
    <w:p>
      <w:r>
        <w:br/>
        <w:t>Дзінька пручалася й дряпалась, та все одно Смі приніс свою полонянку на корабель і віддав капітанові Гаку.</w:t>
      </w:r>
    </w:p>
    <w:p>
      <w:r>
        <w:br/>
        <w:t>— Добрий день, міс Белл,— сказав Гак, удаючи, що він співчуває враженій ревнощами феї.— Я чув, як погано повівся з вами Пітер Пен, відколи тут з'явилася ця підступна дівчина Венді. Ми так хотіли б її викрасти! Нехай би драїла на кораблі палуби та варила їжу для команди.</w:t>
      </w:r>
    </w:p>
    <w:p>
      <w:r>
        <w:br/>
        <w:t>Подумавши про таку можливість, Дзінька аж дзенькнула з радощів.</w:t>
      </w:r>
    </w:p>
    <w:p>
      <w:r>
        <w:br/>
        <w:t>— Але розумієте, в чому річ,— додав Гак,— ми не знаємо, де живе Пен, тому й не можемо звільнити вас від Венді.</w:t>
      </w:r>
    </w:p>
    <w:p>
      <w:r>
        <w:br/>
        <w:t>Дзінька замислилася.</w:t>
      </w:r>
    </w:p>
    <w:p>
      <w:r>
        <w:br/>
        <w:t>— А ви не зробите Пітерові нічого лихого?— запитала во "а голосом, що подзенькував від хвилювання.</w:t>
      </w:r>
    </w:p>
    <w:p>
      <w:r>
        <w:br/>
        <w:t>— Ну що ти, що ти! Ні в якому разі!— пообіцяв Гак.</w:t>
      </w:r>
    </w:p>
    <w:p>
      <w:r>
        <w:br/>
        <w:t>Тоді Дзінь Белл підбігла по столу до чорнильниці, вмастила собі чорнилом підошви і пройшла по карті до таємного житла Пітера Пена, позначивши туди дорогу.</w:t>
      </w:r>
    </w:p>
    <w:p>
      <w:r>
        <w:br/>
        <w:t>— Дякую, дякую, серденько,— сказав зловмисний капітан Гак і замкнув Дзіньку до великої коробки, де стояла гасова лампа.</w:t>
      </w:r>
    </w:p>
    <w:p>
      <w:r>
        <w:br/>
        <w:t>...А тим часом індіянське свято закінчилося, всі розійшлись по домівках, впала ніч. Венді поклала хлопців спати у підземній кімнатці Пітера Пена й завела з ними мову про маму і про домівку. Загублені хлопці слухали їхню розмову, і Венді запросила їх погостювати в затишному домі Дарлінгів. Всі вирішили негайно полетіти туди. Один лиш Пітер не схотів до них приєднатися. Він сердито одвернувся від них і не схотів відповісти на їхнє прощання. А Венді з хлопцями вилізли по одному через хідник, що йшов по стовбуру Катового дерева.</w:t>
      </w:r>
    </w:p>
    <w:p>
      <w:r>
        <w:br/>
        <w:t>В лісі ж біля дерева сиділи у засідці Гак та його піратська ватага. Лиш з потаємних дверей з'являвся хлопець, дужа рука затуляла йому рота, і за мить він уже лежав зв'язаний в кущах. Остання з'явилася Венді. Раз, раз!— і вона теж упала, обплутана шнурами. Пірати завдали собі,</w:t>
      </w:r>
    </w:p>
    <w:p>
      <w:r>
        <w:br/>
        <w:t>на плечі незвичайну свою здобич — дітей — і повернулися</w:t>
      </w:r>
    </w:p>
    <w:p>
      <w:r>
        <w:br/>
        <w:t>на розбійницький корабель.</w:t>
      </w:r>
    </w:p>
    <w:p>
      <w:r>
        <w:br/>
        <w:t>— Щоб його грім побив! — пробуркотів Гак.— Пена ми так і не спіймали!</w:t>
      </w:r>
    </w:p>
    <w:p>
      <w:r>
        <w:br/>
        <w:t>Отож вони з кухарем Смі залишили біля дерева бомбу в пакунку, на якому написали, що це дарунок від Венді для Пітера. Коли Пітер розгорне пакунок, бомба вибухне, і пірати позбудуться свого заклятого ворога.</w:t>
      </w:r>
    </w:p>
    <w:p>
      <w:r>
        <w:br/>
        <w:t>Побачивши, що всіх дітей взято у полон, Дзінька Белл жахнулася. Вона зрозуміла: це сталося з її провини.</w:t>
      </w:r>
    </w:p>
    <w:p>
      <w:r>
        <w:br/>
        <w:t>Хлопцям дали на вибір: або нехай стають піратами, або їх поженуть зв'язаними за борт. Страшний вибір! Соромно сказати, але хлопці погодилися бути піратами — їх вабило сповнене пригод піратське життя. Проте Венді була обурена.</w:t>
      </w:r>
    </w:p>
    <w:p>
      <w:r>
        <w:br/>
        <w:t>— Ні, ми нізащо не станемо піратами!— крикнула дівчина.</w:t>
      </w:r>
    </w:p>
    <w:p>
      <w:r>
        <w:br/>
        <w:t>— Гаразд,— процідив капітан Гак.— Ти підеш за борт перша.</w:t>
      </w:r>
    </w:p>
    <w:p>
      <w:r>
        <w:br/>
        <w:t>Пірати поклали на борт дошку, так що кінець її звисав над морем. Засуджений на смерть полонений ішов по ній із зв'язаними руками і падав у море. Це був звичайний спосіб розправи з полоненими.</w:t>
      </w:r>
    </w:p>
    <w:p>
      <w:r>
        <w:br/>
        <w:t>Всім було дуже страшно, але навіть найзапекліші з піратів відчули повагу до хороброї Венді, так мужньо вона трималася. А поки пірати дивилися на дівчину, Дзінь Белл утекла і, забувши про всі образи, полетіла шукати Пітера Пена, бо, коли хто й міг допомогти полоненим, знала вона, то лиш він.</w:t>
      </w:r>
    </w:p>
    <w:p>
      <w:r>
        <w:br/>
        <w:t>А Венді тим часом попрощалася з пов'язаними хлопцями і стала на дошку, перекинуту через борт. Це була жахлива мить, коли вона пішла по доріжці, що обривалася просто в бурхливе море.</w:t>
      </w:r>
    </w:p>
    <w:p>
      <w:r>
        <w:br/>
        <w:t>Ще два кроки — і мужня дівчина пропала з очей. Всі слухали, затамувавши подих, чекаючи на сплеск, але знизу не долітало ні звуку. Що мала б означати ця тиша?</w:t>
      </w:r>
    </w:p>
    <w:p>
      <w:r>
        <w:br/>
        <w:t>І тут всі почули таке знайоме і таке веселе кукурікання. Так умів кукурікати лише Пітер Пен. Ну, звісно ж, то був він! Попереджений Дзінькою, Пітер примчав дуже вчасно і встигнув піймати Венді, коли та вже падала.</w:t>
      </w:r>
    </w:p>
    <w:p>
      <w:r>
        <w:br/>
        <w:t>— Цього разу ти забагато собі дозволив, Гаку!—крикнув він, несучи напівпритомну дівчину на щоглу.</w:t>
      </w:r>
    </w:p>
    <w:p>
      <w:r>
        <w:br/>
        <w:t>Влаштувавши її, Пітер вихопив короткий меч і стрибнув на палубу, готовий до нового двобою з Гаком.</w:t>
      </w:r>
    </w:p>
    <w:p>
      <w:r>
        <w:br/>
        <w:t>Такого поєдинку ще не бувало.</w:t>
      </w:r>
    </w:p>
    <w:p>
      <w:r>
        <w:br/>
        <w:t>Билися не лише капітан з Пітером. Дзінь Белл порозв'язувала усіх хлопців, і вони кинулися на піратів. А Загублені хлопці вміли-таки битися! Пірати почали стрибати за борт. Незабаром за борт полетіла й шпага, що її Пітер</w:t>
      </w:r>
    </w:p>
    <w:p>
      <w:r>
        <w:br/>
        <w:t>вибив Гакові з рук, і сам капітан, вже не чекаючи милосердя, стрибнув слідом за нею.</w:t>
      </w:r>
    </w:p>
    <w:p>
      <w:r>
        <w:br/>
        <w:t>Діти бачили, що Гак намагається доплисти до човна, який хитався на хвилях неподалік, а слідом за ним, голосно цокаючи "Цок-цок!", плив крокодил, який цього разу сподівався здійснити свою мрію і доїсти капітана.</w:t>
      </w:r>
    </w:p>
    <w:p>
      <w:r>
        <w:br/>
        <w:t>Пітер проголосив себе капітаном корабля.</w:t>
      </w:r>
    </w:p>
    <w:p>
      <w:r>
        <w:br/>
        <w:t>— Підняти всі вітрила! Команда, на місця! Ми пливемо до Лондона!— крикнув він.</w:t>
      </w:r>
    </w:p>
    <w:p>
      <w:r>
        <w:br/>
        <w:t>— О Майкле! Джоне!— аж заплакала Венді з великої радості.— Ми повертаємося додому!</w:t>
      </w:r>
    </w:p>
    <w:p>
      <w:r>
        <w:br/>
        <w:t>Колишній піратський корабель знявся в повітря й поніс тих, що вірять у дива, у силу чарівного слова і у чарівний пил.</w:t>
      </w:r>
    </w:p>
    <w:p>
      <w:r>
        <w:br/>
        <w:t>Корабель плив, напинаючи всі вітрила на веселому вітрі.</w:t>
      </w:r>
    </w:p>
    <w:p>
      <w:r>
        <w:br/>
        <w:t>Він розтинав небеса і дуже скоро — швидше, ніж вам здається,— пришвартувався до даху будинку Дарлінгів і скинув трап на підвіконня дитячої кімнати.</w:t>
      </w:r>
    </w:p>
    <w:p>
      <w:r>
        <w:br/>
        <w:t>Але тепер, коли вони вже приїхали, Загублені хлопці не схотіли залишатися — надто звикли вони до веселих і небезпечних пригод.</w:t>
      </w:r>
    </w:p>
    <w:p>
      <w:r>
        <w:br/>
        <w:t>— Ні, ми не кинемо Пітера Пена,— сказали вони.— А він не хоче залишати Неможливої Країни. Ми будемо разом навіки. Це вже вирішено!</w:t>
      </w:r>
    </w:p>
    <w:p>
      <w:r>
        <w:br/>
        <w:t>Ну що ж, хоч як було прикро Венді, Майклові та Джону, вони попрощалися з друзями, і корабель Пітера Пена поплив небом, несучи Загублених хлопців до Неможливої Країни, де всі вони живуть і досі.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Пітер Пен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