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собаку</w:t>
      </w:r>
    </w:p>
    <w:p>
      <w:r>
        <w:br/>
        <w:t xml:space="preserve"> В куточку, де хлів і клуня,&lt;br /&gt;</w:t>
        <w:br/>
        <w:t>Ще на початку дня&lt;br /&gt;</w:t>
        <w:br/>
        <w:t>Народила дворняжка Груня&lt;br /&gt;</w:t>
        <w:br/>
        <w:t>Семерих рудих щенят.</w:t>
      </w:r>
    </w:p>
    <w:p>
      <w:r>
        <w:br/>
        <w:t>І до вечора їх ласкала,&lt;br /&gt;</w:t>
        <w:br/>
        <w:t>Мов причісувала язиком.&lt;br /&gt;</w:t>
        <w:br/>
        <w:t>І блищав сніжок підталий&lt;br /&gt;</w:t>
        <w:br/>
        <w:t>Під теплим її животом.</w:t>
      </w:r>
    </w:p>
    <w:p>
      <w:r>
        <w:br/>
        <w:t>А коли вже сідали кури&lt;br /&gt;</w:t>
        <w:br/>
        <w:t>На сідало у рядок,&lt;br /&gt;</w:t>
        <w:br/>
        <w:t>Хазяїн з'явився хмурий&lt;br /&gt;</w:t>
        <w:br/>
        <w:t>І всіх семерих — в мішок.</w:t>
      </w:r>
    </w:p>
    <w:p>
      <w:r>
        <w:br/>
        <w:t>Хоч мала вже мало сили,&lt;br /&gt;</w:t>
        <w:br/>
        <w:t>Та бігла вона услід.&lt;br /&gt;</w:t>
        <w:br/>
        <w:t>На річці вода тремтіла,&lt;br /&gt;</w:t>
        <w:br/>
        <w:t>Зверталась помалу в лід.</w:t>
      </w:r>
    </w:p>
    <w:p>
      <w:r>
        <w:br/>
        <w:t>Додому плелася, бідна,&lt;br /&gt;</w:t>
        <w:br/>
        <w:t>І піт крапелив з боків,&lt;br /&gt;</w:t>
        <w:br/>
        <w:t>Й здавався їй місяць срібний&lt;br /&gt;</w:t>
        <w:br/>
        <w:t>Одним із її синків.</w:t>
      </w:r>
    </w:p>
    <w:p>
      <w:r>
        <w:br/>
        <w:t>Й боліло їй так, неначе&lt;br /&gt;</w:t>
        <w:br/>
        <w:t>Хтось камінь жбурнув на сміх.&lt;br /&gt;</w:t>
        <w:br/>
        <w:t>І бризнули очі собачі&lt;br /&gt;</w:t>
        <w:br/>
        <w:t>Зірками ясними в сніг.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собаку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