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Руставелі</w:t>
      </w:r>
    </w:p>
    <w:p>
      <w:r>
        <w:br/>
        <w:t xml:space="preserve"> Пісня про Руставелі&lt;br /&gt;</w:t>
        <w:br/>
        <w:t>Розділи з поеми</w:t>
      </w:r>
    </w:p>
    <w:p>
      <w:r>
        <w:br/>
        <w:t>Ти тут</w:t>
      </w:r>
    </w:p>
    <w:p>
      <w:r>
        <w:br/>
        <w:t>Ти тут,&lt;br /&gt;</w:t>
        <w:br/>
        <w:t>ти тут...&lt;br /&gt;</w:t>
        <w:br/>
        <w:t>Ми, трепетні й безмовні,&lt;br /&gt;</w:t>
        <w:br/>
        <w:t>наблизились до монастирських брам,-&lt;br /&gt;</w:t>
        <w:br/>
        <w:t>прадавні співи,&lt;br /&gt;</w:t>
        <w:br/>
        <w:t>хори молитовні,&lt;br /&gt;</w:t>
        <w:br/>
        <w:t>вітрів дихання&lt;br /&gt;</w:t>
        <w:br/>
        <w:t>вчулись в тиші нам.&lt;br /&gt;</w:t>
        <w:br/>
        <w:t>За муром&lt;br /&gt;</w:t>
        <w:br/>
        <w:t>щось зашаруділо потай,&lt;br /&gt;</w:t>
        <w:br/>
        <w:t>за муром&lt;br /&gt;</w:t>
        <w:br/>
        <w:t>дзвонів тихий перебір,&lt;br /&gt;</w:t>
        <w:br/>
        <w:t>і розчинились&lt;br /&gt;</w:t>
        <w:br/>
        <w:t>ковані ворота&lt;br /&gt;</w:t>
        <w:br/>
        <w:t>у кам'яну печеру,&lt;br /&gt;</w:t>
        <w:br/>
        <w:t>в монастир.</w:t>
      </w:r>
    </w:p>
    <w:p>
      <w:r>
        <w:br/>
        <w:t>Ти тут,&lt;br /&gt;</w:t>
        <w:br/>
        <w:t>ти тут...&lt;br /&gt;</w:t>
        <w:br/>
        <w:t>Я гнався за тобою,&lt;br /&gt;</w:t>
        <w:br/>
        <w:t>охоплений, немов огнем, жагою,&lt;br /&gt;</w:t>
        <w:br/>
        <w:t>і ось нарешті&lt;br /&gt;</w:t>
        <w:br/>
        <w:t>я ступити зміг&lt;br /&gt;</w:t>
        <w:br/>
        <w:t>на легендарний цей поріг,&lt;br /&gt;</w:t>
        <w:br/>
        <w:t>щоб шанобливо розпочати діло,&lt;br /&gt;</w:t>
        <w:br/>
        <w:t>яке мені вітчизна доручила.</w:t>
      </w:r>
    </w:p>
    <w:p>
      <w:r>
        <w:br/>
        <w:t>Звершилось!&lt;br /&gt;</w:t>
        <w:br/>
        <w:t>Тут&lt;br /&gt;</w:t>
        <w:br/>
        <w:t>кінчається твій слід,&lt;br /&gt;</w:t>
        <w:br/>
        <w:t>вривається твоя дорога.&lt;br /&gt;</w:t>
        <w:br/>
        <w:t>Як пил вітчизни,&lt;br /&gt;</w:t>
        <w:br/>
        <w:t>я упав на вхід&lt;br /&gt;</w:t>
        <w:br/>
        <w:t>твойого дому,&lt;br /&gt;</w:t>
        <w:br/>
        <w:t>вогнища твойого.</w:t>
      </w:r>
    </w:p>
    <w:p>
      <w:r>
        <w:br/>
        <w:t>Я скрізь,&lt;br /&gt;</w:t>
        <w:br/>
        <w:t>я скрізь&lt;br /&gt;</w:t>
        <w:br/>
        <w:t>шукав тебе,&lt;br /&gt;</w:t>
        <w:br/>
        <w:t>тобі віддавши серце, наче бранку,&lt;br /&gt;</w:t>
        <w:br/>
        <w:t>не раз долав&lt;br /&gt;</w:t>
        <w:br/>
        <w:t>месхетських гір хребет,&lt;br /&gt;</w:t>
        <w:br/>
        <w:t>весь обшир Самцхе1&lt;br /&gt;</w:t>
        <w:br/>
        <w:t>зміряв до останку;&lt;br /&gt;</w:t>
        <w:br/>
        <w:t>між скель і гір,&lt;br /&gt;</w:t>
        <w:br/>
        <w:t>ущелин і долин&lt;br /&gt;</w:t>
        <w:br/>
        <w:t>ішов я за тобою навздогін,-&lt;br /&gt;</w:t>
        <w:br/>
        <w:t>десь над Курою,&lt;br /&gt;</w:t>
        <w:br/>
        <w:t>в млі тмогвійських2 стін,&lt;br /&gt;</w:t>
        <w:br/>
        <w:t>твоя тропа&lt;br /&gt;</w:t>
        <w:br/>
        <w:t>чкурнула з круговиду,&lt;br /&gt;</w:t>
        <w:br/>
        <w:t>а на кордоні не було і сліду...</w:t>
      </w:r>
    </w:p>
    <w:p>
      <w:r>
        <w:br/>
        <w:t>Над Індом,&lt;br /&gt;</w:t>
        <w:br/>
        <w:t>Гангом,&lt;br /&gt;</w:t>
        <w:br/>
        <w:t>у садах Пенджабу,&lt;br /&gt;</w:t>
        <w:br/>
        <w:t>на тій далекій і близькій землі&lt;br /&gt;</w:t>
        <w:br/>
        <w:t>до мене&lt;br /&gt;</w:t>
        <w:br/>
        <w:t>голос твій&lt;br /&gt;</w:t>
        <w:br/>
        <w:t>долинув звіддалі,&lt;br /&gt;</w:t>
        <w:br/>
        <w:t>і я піддався на його привабу.&lt;br /&gt;</w:t>
        <w:br/>
        <w:t>Як слідогляд,&lt;br /&gt;</w:t>
        <w:br/>
        <w:t>що троп шукає в тьмі,&lt;br /&gt;</w:t>
        <w:br/>
        <w:t>як пристрасний поет,&lt;br /&gt;</w:t>
        <w:br/>
        <w:t>закоханий у вроду,&lt;br /&gt;</w:t>
        <w:br/>
        <w:t>я йшов,&lt;br /&gt;</w:t>
        <w:br/>
        <w:t>розшукував,&lt;br /&gt;</w:t>
        <w:br/>
        <w:t>питав&lt;br /&gt;</w:t>
        <w:br/>
        <w:t>дороги Сходу,&lt;br /&gt;</w:t>
        <w:br/>
        <w:t>але вони&lt;br /&gt;</w:t>
        <w:br/>
        <w:t>мовчали,&lt;br /&gt;</w:t>
        <w:br/>
        <w:t>мов німі.</w:t>
      </w:r>
    </w:p>
    <w:p>
      <w:r>
        <w:br/>
        <w:t>Де тільки не блукав,&lt;br /&gt;</w:t>
        <w:br/>
        <w:t>де тільки не проходив,-&lt;br /&gt;</w:t>
        <w:br/>
        <w:t>недремне прагнення&lt;br /&gt;</w:t>
        <w:br/>
        <w:t>зі мною&lt;br /&gt;</w:t>
        <w:br/>
        <w:t>йшло у путь,-&lt;br /&gt;</w:t>
        <w:br/>
        <w:t>я вірш писав&lt;br /&gt;</w:t>
        <w:br/>
        <w:t>і рвав,&lt;br /&gt;</w:t>
        <w:br/>
        <w:t>бо слів глибинна суть,&lt;br /&gt;</w:t>
        <w:br/>
        <w:t>як дивовижний сон,&lt;br /&gt;</w:t>
        <w:br/>
        <w:t>пробуджувала подив.&lt;br /&gt;</w:t>
        <w:br/>
        <w:t>Я образи творив&lt;br /&gt;</w:t>
        <w:br/>
        <w:t>і нищив назавжди,&lt;br /&gt;</w:t>
        <w:br/>
        <w:t>щоб не коритися&lt;br /&gt;</w:t>
        <w:br/>
        <w:t>чудному сновидінню.&lt;br /&gt;</w:t>
        <w:br/>
        <w:t>Де б не ходив —&lt;br /&gt;</w:t>
        <w:br/>
        <w:t>твої розшукував сліди,&lt;br /&gt;</w:t>
        <w:br/>
        <w:t>за білою твоєю гнався тінню,&lt;br /&gt;</w:t>
        <w:br/>
        <w:t>вслухався в тихий шум своєї походи?...</w:t>
      </w:r>
    </w:p>
    <w:p>
      <w:r>
        <w:br/>
        <w:t>Ти тут,&lt;br /&gt;</w:t>
        <w:br/>
        <w:t>ти тут...&lt;br /&gt;</w:t>
        <w:br/>
        <w:t>Так он де змовкли кроки&lt;br /&gt;</w:t>
        <w:br/>
        <w:t>і сліз твоїх&lt;br /&gt;</w:t>
        <w:br/>
        <w:t>спинився журний плин,&lt;br /&gt;</w:t>
        <w:br/>
        <w:t>зросивши порох&lt;br /&gt;</w:t>
        <w:br/>
        <w:t>цих чужих долин...&lt;br /&gt;</w:t>
        <w:br/>
        <w:t>І от стою&lt;br /&gt;</w:t>
        <w:br/>
        <w:t>біля твойого дому,&lt;br /&gt;</w:t>
        <w:br/>
        <w:t>дивлюсь&lt;br /&gt;</w:t>
        <w:br/>
        <w:t>і бачу трепетно увіч&lt;br /&gt;</w:t>
        <w:br/>
        <w:t>пригаслий жар&lt;br /&gt;</w:t>
        <w:br/>
        <w:t>на вогнищі твойому,&lt;br /&gt;</w:t>
        <w:br/>
        <w:t>я — горе месхів3,&lt;br /&gt;</w:t>
        <w:br/>
        <w:t>месхів дальній клич!</w:t>
      </w:r>
    </w:p>
    <w:p>
      <w:r>
        <w:br/>
        <w:t>Голос Руставелі&lt;br /&gt;</w:t>
        <w:br/>
        <w:t>в оливковому гаю Єрусалима</w:t>
      </w:r>
    </w:p>
    <w:p>
      <w:r>
        <w:br/>
        <w:t>"Що маю більшого&lt;br /&gt;</w:t>
        <w:br/>
        <w:t>за батьківщину милу?&lt;br /&gt;</w:t>
        <w:br/>
        <w:t>Її, о господи,&lt;br /&gt;</w:t>
        <w:br/>
        <w:t>люблю я&lt;br /&gt;</w:t>
        <w:br/>
        <w:t>над усе,&lt;br /&gt;</w:t>
        <w:br/>
        <w:t>Для мене&lt;br /&gt;</w:t>
        <w:br/>
        <w:t>й сонця лик —&lt;br /&gt;</w:t>
        <w:br/>
        <w:t>це лик її світила,&lt;br /&gt;</w:t>
        <w:br/>
        <w:t>і дощ для неї йде,&lt;br /&gt;</w:t>
        <w:br/>
        <w:t>і вітер&lt;br /&gt;</w:t>
        <w:br/>
        <w:t>сніг несе.&lt;br /&gt;</w:t>
        <w:br/>
        <w:t>О Палестино!&lt;br /&gt;</w:t>
        <w:br/>
        <w:t>Я&lt;br /&gt;</w:t>
        <w:br/>
        <w:t>був завше&lt;br /&gt;</w:t>
        <w:br/>
        <w:t>повен віри&lt;br /&gt;</w:t>
        <w:br/>
        <w:t>до слів твоїх живих,-&lt;br /&gt;</w:t>
        <w:br/>
        <w:t>я віри не гублю,&lt;br /&gt;</w:t>
        <w:br/>
        <w:t>але, насамперед,&lt;br /&gt;</w:t>
        <w:br/>
        <w:t>всім серцем,&lt;br /&gt;</w:t>
        <w:br/>
        <w:t>ревно й щиро&lt;br /&gt;</w:t>
        <w:br/>
        <w:t>добра насущного&lt;br /&gt;</w:t>
        <w:br/>
        <w:t>вітчизні я молю.&lt;br /&gt;</w:t>
        <w:br/>
        <w:t>Я був би&lt;br /&gt;</w:t>
        <w:br/>
        <w:t>і рабом&lt;br /&gt;</w:t>
        <w:br/>
        <w:t>під сонцем її неба,&lt;br /&gt;</w:t>
        <w:br/>
        <w:t>хай шле вона&lt;br /&gt;</w:t>
        <w:br/>
        <w:t>й біду, і радощі мені,&lt;br /&gt;</w:t>
        <w:br/>
        <w:t>бо що без неї&lt;br /&gt;</w:t>
        <w:br/>
        <w:t>честь чи титули гучні?&lt;br /&gt;</w:t>
        <w:br/>
        <w:t>Поза вітчизною&lt;br /&gt;</w:t>
        <w:br/>
        <w:t>й безсмертя нам не треба!</w:t>
      </w:r>
    </w:p>
    <w:p>
      <w:r>
        <w:br/>
        <w:t>Якщо достоєн я&lt;br /&gt;</w:t>
        <w:br/>
        <w:t>її цінити чар,&lt;br /&gt;</w:t>
        <w:br/>
        <w:t>красу її узгір,&lt;br /&gt;</w:t>
        <w:br/>
        <w:t>потоків повноводих,&lt;br /&gt;</w:t>
        <w:br/>
        <w:t>то до кінця&lt;br /&gt;</w:t>
        <w:br/>
        <w:t>складу&lt;br /&gt;</w:t>
        <w:br/>
        <w:t>на Грузії вівтар&lt;br /&gt;</w:t>
        <w:br/>
        <w:t>своє життя,&lt;br /&gt;</w:t>
        <w:br/>
        <w:t>і честь,&lt;br /&gt;</w:t>
        <w:br/>
        <w:t>і серця жар,&lt;br /&gt;</w:t>
        <w:br/>
        <w:t>і подих...&lt;br /&gt;</w:t>
        <w:br/>
        <w:t>Я,&lt;br /&gt;</w:t>
        <w:br/>
        <w:t>боже,&lt;br /&gt;</w:t>
        <w:br/>
        <w:t>все, що мав,&lt;br /&gt;</w:t>
        <w:br/>
        <w:t>що ти прислав мені,&lt;br /&gt;</w:t>
        <w:br/>
        <w:t>я&lt;br /&gt;</w:t>
        <w:br/>
        <w:t>весь набуток свій&lt;br /&gt;</w:t>
        <w:br/>
        <w:t>віддав вітчизні гоже,-&lt;br /&gt;</w:t>
        <w:br/>
        <w:t>нехай же&lt;br /&gt;</w:t>
        <w:br/>
        <w:t>на мою&lt;br /&gt;</w:t>
        <w:br/>
        <w:t>грузинську землю,&lt;br /&gt;</w:t>
        <w:br/>
        <w:t>боже,&lt;br /&gt;</w:t>
        <w:br/>
        <w:t>знов вернеться&lt;br /&gt;</w:t>
        <w:br/>
        <w:t>мій плач,&lt;br /&gt;</w:t>
        <w:br/>
        <w:t>мої слова й пісні!&lt;br /&gt;</w:t>
        <w:br/>
        <w:t>Прости ж мені,&lt;br /&gt;</w:t>
        <w:br/>
        <w:t>прийми&lt;br /&gt;</w:t>
        <w:br/>
        <w:t>мою молитву слізну,&lt;br /&gt;</w:t>
        <w:br/>
        <w:t>один&lt;br /&gt;</w:t>
        <w:br/>
        <w:t>той самий&lt;br /&gt;</w:t>
        <w:br/>
        <w:t>зойк&lt;br /&gt;</w:t>
        <w:br/>
        <w:t>підношу знов і знов,-&lt;br /&gt;</w:t>
        <w:br/>
        <w:t>до Палестини я&lt;br /&gt;</w:t>
        <w:br/>
        <w:t>лише тому й прийшов,&lt;br /&gt;</w:t>
        <w:br/>
        <w:t>щоб тут,&lt;br /&gt;</w:t>
        <w:br/>
        <w:t>ридаючи,&lt;br /&gt;</w:t>
        <w:br/>
        <w:t>молитись за вітчизну!"</w:t>
      </w:r>
    </w:p>
    <w:p>
      <w:r>
        <w:br/>
        <w:t>Невідомий напис на палестинському&lt;br /&gt;</w:t>
        <w:br/>
        <w:t>грузинському пергаменті</w:t>
      </w:r>
    </w:p>
    <w:p>
      <w:r>
        <w:br/>
        <w:t>"Кинув світ цей Шота Руставелі,&lt;br /&gt;</w:t>
        <w:br/>
        <w:t>дужий і гордливий,&lt;br /&gt;</w:t>
        <w:br/>
        <w:t>як завжди.&lt;br /&gt;</w:t>
        <w:br/>
        <w:t>Думні очі втупивши у стелю,&lt;br /&gt;</w:t>
        <w:br/>
        <w:t>десять день&lt;br /&gt;</w:t>
        <w:br/>
        <w:t>не їв,&lt;br /&gt;</w:t>
        <w:br/>
        <w:t>не пив води,&lt;br /&gt;</w:t>
        <w:br/>
        <w:t>в келії замислено лежав.&lt;br /&gt;</w:t>
        <w:br/>
        <w:t>Вірив.&lt;br /&gt;</w:t>
        <w:br/>
        <w:t>Сумніву не мав.&lt;br /&gt;</w:t>
        <w:br/>
        <w:t>Вірив.&lt;br /&gt;</w:t>
        <w:br/>
        <w:t>Сумніву не мав.</w:t>
      </w:r>
    </w:p>
    <w:p>
      <w:r>
        <w:br/>
        <w:t>З ким він вдався&lt;br /&gt;</w:t>
        <w:br/>
        <w:t>до німого спору?&lt;br /&gt;</w:t>
        <w:br/>
        <w:t>З ким&lt;br /&gt;</w:t>
        <w:br/>
        <w:t>безмовно й довго розмовляв?&lt;br /&gt;</w:t>
        <w:br/>
        <w:t>Десять день&lt;br /&gt;</w:t>
        <w:br/>
        <w:t>вдивлявся пильно вгору.&lt;br /&gt;</w:t>
        <w:br/>
        <w:t>Вірив.&lt;br /&gt;</w:t>
        <w:br/>
        <w:t>Сумніву не мав.&lt;br /&gt;</w:t>
        <w:br/>
        <w:t>Вірив.&lt;br /&gt;</w:t>
        <w:br/>
        <w:t>Сумніву не мав.</w:t>
      </w:r>
    </w:p>
    <w:p>
      <w:r>
        <w:br/>
        <w:t>Він свою тяжку левину гриву,&lt;br /&gt;</w:t>
        <w:br/>
        <w:t>бороди і вусів сніговій,&lt;br /&gt;</w:t>
        <w:br/>
        <w:t>брів і вій&lt;br /&gt;</w:t>
        <w:br/>
        <w:t>рясно?ту срібно-сиву&lt;br /&gt;</w:t>
        <w:br/>
        <w:t>розстелив,&lt;br /&gt;</w:t>
        <w:br/>
        <w:t>як саван білий свій,-&lt;br /&gt;</w:t>
        <w:br/>
        <w:t>мовчки&lt;br /&gt;</w:t>
        <w:br/>
        <w:t>цей минущий світ&lt;br /&gt;</w:t>
        <w:br/>
        <w:t>покинув,&lt;br /&gt;</w:t>
        <w:br/>
        <w:t>в час вечірній&lt;br /&gt;</w:t>
        <w:br/>
        <w:t>вічним сном спочинув.&lt;br /&gt;</w:t>
        <w:br/>
        <w:t>Ми, над ложем смертним ставши,&lt;br /&gt;</w:t>
        <w:br/>
        <w:t>так казали,&lt;br /&gt;</w:t>
        <w:br/>
        <w:t>сумовиті:&lt;br /&gt;</w:t>
        <w:br/>
        <w:t>— Залиши нам,&lt;br /&gt;</w:t>
        <w:br/>
        <w:t>любий брате,&lt;br /&gt;</w:t>
        <w:br/>
        <w:t>свій останній заповіт,-&lt;br /&gt;</w:t>
        <w:br/>
        <w:t>може, це&lt;br /&gt;</w:t>
        <w:br/>
        <w:t>якусь полегкість&lt;br /&gt;</w:t>
        <w:br/>
        <w:t>принесе тобі,&lt;br /&gt;</w:t>
        <w:br/>
        <w:t>баниті,&lt;br /&gt;</w:t>
        <w:br/>
        <w:t>вигнаному з гір грузинських&lt;br /&gt;</w:t>
        <w:br/>
        <w:t>в цей чужий далекий світ!</w:t>
      </w:r>
    </w:p>
    <w:p>
      <w:r>
        <w:br/>
        <w:t>Він примружив&lt;br /&gt;</w:t>
        <w:br/>
        <w:t>журні очі&lt;br /&gt;</w:t>
        <w:br/>
        <w:t>і не вимовив ні слова,&lt;br /&gt;</w:t>
        <w:br/>
        <w:t>лиш на лицях тих грала&lt;br /&gt;</w:t>
        <w:br/>
        <w:t>смуга сонця вечорова.&lt;br /&gt;</w:t>
        <w:br/>
        <w:t>Ми тоді йому принесли&lt;br /&gt;</w:t>
        <w:br/>
        <w:t>голубе гілля олив:&lt;br /&gt;</w:t>
        <w:br/>
        <w:t>— Пригадай&lt;br /&gt;</w:t>
        <w:br/>
        <w:t>про рідне Картлі,&lt;br /&gt;</w:t>
        <w:br/>
        <w:t>Артануді&lt;br /&gt;</w:t>
        <w:br/>
        <w:t>й Самцхе рідне.&lt;br /&gt;</w:t>
        <w:br/>
        <w:t>Хай тобі на груди ляже&lt;br /&gt;</w:t>
        <w:br/>
        <w:t>це галуззя доброплідне&lt;br /&gt;</w:t>
        <w:br/>
        <w:t>шумом їх джерел цілющих,&lt;br /&gt;</w:t>
        <w:br/>
        <w:t>цвітом їх родючих нив!</w:t>
      </w:r>
    </w:p>
    <w:p>
      <w:r>
        <w:br/>
        <w:t>І на ці звертання наші&lt;br /&gt;</w:t>
        <w:br/>
        <w:t>не відмовив він нічого,&lt;br /&gt;</w:t>
        <w:br/>
        <w:t>тільки знов примружив очі,&lt;br /&gt;</w:t>
        <w:br/>
        <w:t>слізьми встелені волого...</w:t>
      </w:r>
    </w:p>
    <w:p>
      <w:r>
        <w:br/>
        <w:t>Перед ним ми розгорнули&lt;br /&gt;</w:t>
        <w:br/>
        <w:t>Дамаскіна4 віщий твір:&lt;br /&gt;</w:t>
        <w:br/>
        <w:t>— Може, він бодай притишить&lt;br /&gt;</w:t>
        <w:br/>
        <w:t>у твоєму серці рану.&lt;br /&gt;</w:t>
        <w:br/>
        <w:t>Може, ти,&lt;br /&gt;</w:t>
        <w:br/>
        <w:t>ще раз почувши&lt;br /&gt;</w:t>
        <w:br/>
        <w:t>слово,&lt;br /&gt;</w:t>
        <w:br/>
        <w:t>знане з давніх пір,&lt;br /&gt;</w:t>
        <w:br/>
        <w:t>знов одчуєш&lt;br /&gt;</w:t>
        <w:br/>
        <w:t>пал колишній,&lt;br /&gt;</w:t>
        <w:br/>
        <w:t>силу серця полум'яну!</w:t>
      </w:r>
    </w:p>
    <w:p>
      <w:r>
        <w:br/>
        <w:t>І на цю промову нашу&lt;br /&gt;</w:t>
        <w:br/>
        <w:t>не схотів він відповісти,&lt;br /&gt;</w:t>
        <w:br/>
        <w:t>лиш надбіглою сльозою&lt;br /&gt;</w:t>
        <w:br/>
        <w:t>зір затьмився променистий.</w:t>
      </w:r>
    </w:p>
    <w:p>
      <w:r>
        <w:br/>
        <w:t>Ми,&lt;br /&gt;</w:t>
        <w:br/>
        <w:t>коли вже згасло сонце,&lt;br /&gt;</w:t>
        <w:br/>
        <w:t>біля ложа всім гуртом&lt;br /&gt;</w:t>
        <w:br/>
        <w:t>стали гімн співать прощальний,&lt;br /&gt;</w:t>
        <w:br/>
        <w:t>вісті доброї псалом,&lt;br /&gt;</w:t>
        <w:br/>
        <w:t>і відтак поклав ігумен&lt;br /&gt;</w:t>
        <w:br/>
        <w:t>хрест йому на чесні груди&lt;br /&gt;</w:t>
        <w:br/>
        <w:t>і сказав:&lt;br /&gt;</w:t>
        <w:br/>
        <w:t>— Хай бог для тебе&lt;br /&gt;</w:t>
        <w:br/>
        <w:t>милосердним паном буде,&lt;br /&gt;</w:t>
        <w:br/>
        <w:t>хай добром&lt;br /&gt;</w:t>
        <w:br/>
        <w:t>для тебе стане&lt;br /&gt;</w:t>
        <w:br/>
        <w:t>те,&lt;br /&gt;</w:t>
        <w:br/>
        <w:t>що ти вважав гріхом...</w:t>
      </w:r>
    </w:p>
    <w:p>
      <w:r>
        <w:br/>
        <w:t>Застогнав тоді він тихо,&lt;br /&gt;</w:t>
        <w:br/>
        <w:t>повен туги і знемоги,&lt;br /&gt;</w:t>
        <w:br/>
        <w:t>і навік заплющив очі,&lt;br /&gt;</w:t>
        <w:br/>
        <w:t>від останніх сліз вологі.&lt;br /&gt;</w:t>
        <w:br/>
        <w:t>Так цей світ&lt;br /&gt;</w:t>
        <w:br/>
        <w:t>покинув Руставелі,&lt;br /&gt;</w:t>
        <w:br/>
        <w:t>дужий і гордливий,&lt;br /&gt;</w:t>
        <w:br/>
        <w:t>як завжди.&lt;br /&gt;</w:t>
        <w:br/>
        <w:t>Думні очі втупивши у стелю,&lt;br /&gt;</w:t>
        <w:br/>
        <w:t>десять день&lt;br /&gt;</w:t>
        <w:br/>
        <w:t>не їв,&lt;br /&gt;</w:t>
        <w:br/>
        <w:t>не пив води.&lt;br /&gt;</w:t>
        <w:br/>
        <w:t>З ким провадив&lt;br /&gt;</w:t>
        <w:br/>
        <w:t>десять день&lt;br /&gt;</w:t>
        <w:br/>
        <w:t>розмову?&lt;br /&gt;</w:t>
        <w:br/>
        <w:t>З ким&lt;br /&gt;</w:t>
        <w:br/>
        <w:t>безмежну прю&lt;br /&gt;</w:t>
        <w:br/>
        <w:t>тримав?&lt;br /&gt;</w:t>
        <w:br/>
        <w:t>Мучившися знову й знову,&lt;br /&gt;</w:t>
        <w:br/>
        <w:t>вірив.&lt;br /&gt;</w:t>
        <w:br/>
        <w:t>Сумніву не мав".</w:t>
      </w:r>
    </w:p>
    <w:p>
      <w:r>
        <w:br/>
        <w:t>1961-1963</w:t>
      </w:r>
    </w:p>
    <w:p>
      <w:r>
        <w:br/>
        <w:t>-----------------------&lt;br /&gt;</w:t>
        <w:br/>
        <w:t>1 Самцхе — історична область на південному&lt;br /&gt;</w:t>
        <w:br/>
        <w:t>заході Грузії (Месхетія).&lt;br /&gt;</w:t>
        <w:br/>
        <w:t>2 Тмогві — старовинна фортеця в Месхстії,&lt;br /&gt;</w:t>
        <w:br/>
        <w:t>близько турецького кордону.&lt;br /&gt;</w:t>
        <w:br/>
        <w:t>3 Месхи — грузинське плем'я, що жило&lt;br /&gt;</w:t>
        <w:br/>
        <w:t>на південному заході Грузії, в Месхетії,&lt;br /&gt;</w:t>
        <w:br/>
        <w:t>звідки родом був Руставелі.&lt;br /&gt;</w:t>
        <w:br/>
        <w:t>4 Іоанн Дамаскін — візантійський&lt;br /&gt;</w:t>
        <w:br/>
        <w:t>поет-богослов VII 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Руставелі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