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Роланда</w:t>
      </w:r>
    </w:p>
    <w:p>
      <w:r>
        <w:br/>
        <w:t xml:space="preserve"> Переклад Вадима та Нінелі Пащенків&lt;br /&gt;</w:t>
        <w:br/>
        <w:t>1&lt;br /&gt;</w:t>
        <w:br/>
        <w:t>Король наш Карл, Великий Імператор,&lt;br /&gt;</w:t>
        <w:br/>
        <w:t>В Іспанії провоював сім років.&lt;br /&gt;</w:t>
        <w:br/>
        <w:t>Весь край гірський він підкорив до моря&lt;br /&gt;</w:t>
        <w:br/>
        <w:t>Фортеці непохитні впали швидко,&lt;br /&gt;</w:t>
        <w:br/>
        <w:t>Ні міст, ні мурів не лишилось цілих.&lt;br /&gt;</w:t>
        <w:br/>
        <w:t>Зосталась Сарагоса на горі лиш...&lt;br /&gt;</w:t>
        <w:br/>
        <w:t>Там цар Марсілій, що не вірить в Бог&lt;br /&gt;</w:t>
        <w:br/>
        <w:t>Шанує Аполліна й Магомета.&lt;br /&gt;</w:t>
        <w:br/>
        <w:t>Та прийде час, і Бог його скарає.&lt;br /&gt;</w:t>
        <w:br/>
        <w:t>Аой!</w:t>
      </w:r>
    </w:p>
    <w:p>
      <w:r>
        <w:br/>
        <w:t>РАДА У МАРСІЛІЯ&lt;br /&gt;</w:t>
        <w:br/>
        <w:t>2&lt;br /&gt;</w:t>
        <w:br/>
        <w:t>Марсілій саме був у Сарагосі.&lt;br /&gt;</w:t>
        <w:br/>
        <w:t>Пішов у сад під тінь дерев манливу.&lt;br /&gt;</w:t>
        <w:br/>
        <w:t>І сів на трон лазурний; коло нього&lt;br /&gt;</w:t>
        <w:br/>
        <w:t>Зібралося придворних тисяч двадцять.&lt;br /&gt;</w:t>
        <w:br/>
        <w:t>До них звернувся з словом цар Марсілій:&lt;br /&gt;</w:t>
        <w:br/>
        <w:t>"Біда прийшла в наш дім, сеньйори милі!&lt;br /&gt;</w:t>
        <w:br/>
        <w:t>Правитель Франції-красуні Карл Великий&lt;br /&gt;</w:t>
        <w:br/>
        <w:t>Прийшов наш край і нас завоювати.&lt;br /&gt;</w:t>
        <w:br/>
        <w:t>Не маю вдосталь вояків могутніх,&lt;br /&gt;</w:t>
        <w:br/>
        <w:t>Щоб дати відсіч ворогу лихому.&lt;br /&gt;</w:t>
        <w:br/>
        <w:t>Порадьте ж ви, із маврів наймудріші,&lt;br /&gt;</w:t>
        <w:br/>
        <w:t>Як врятуватись від ганьби та смерті?.."&lt;br /&gt;</w:t>
        <w:br/>
        <w:t>Замислились невірні. Всюди тиша...&lt;br /&gt;</w:t>
        <w:br/>
        <w:t>Озвався тільки Бланкандрін з Валь-Фонди.</w:t>
      </w:r>
    </w:p>
    <w:p>
      <w:r>
        <w:br/>
        <w:t>3&lt;br /&gt;</w:t>
        <w:br/>
        <w:t>Відомий Бланкандрін був серед маврів&lt;br /&gt;</w:t>
        <w:br/>
        <w:t>Як мудрий чоловік, вояк відважний&lt;br /&gt;</w:t>
        <w:br/>
        <w:t>І відданий царю порадник вправний.&lt;br /&gt;</w:t>
        <w:br/>
        <w:t>"Відкиньте острах марний! — так сказав він, —&lt;br /&gt;</w:t>
        <w:br/>
        <w:t>Присягу в дружбі й вірності ви дайте&lt;br /&gt;</w:t>
        <w:br/>
        <w:t>Пихатому й погордливому Карлу.&lt;br /&gt;</w:t>
        <w:br/>
        <w:t>Пішліть йому в дарунок псів мисливських,&lt;br /&gt;</w:t>
        <w:br/>
        <w:t>Ведмедів, левів, сотень сім верблюдів&lt;br /&gt;</w:t>
        <w:br/>
        <w:t>Та соколів із тисячу, а також&lt;br /&gt;</w:t>
        <w:br/>
        <w:t>Із сріблом й злотом кілька сотень мулів&lt;br /&gt;</w:t>
        <w:br/>
        <w:t>І з цінностями п'ятдесят возів ще,&lt;br /&gt;</w:t>
        <w:br/>
        <w:t>Сплатити щоб військам своїм спромігся.&lt;br /&gt;</w:t>
        <w:br/>
        <w:t>Аж надто довго розоряв він край наш,&lt;br /&gt;</w:t>
        <w:br/>
        <w:t>Нехай тепер повернеться в свій Ахен.&lt;br /&gt;</w:t>
        <w:br/>
        <w:t>Скажіть, що прийдете слідом відразу,&lt;br /&gt;</w:t>
        <w:br/>
        <w:t>Аби у день святого Михаїла&lt;br /&gt;</w:t>
        <w:br/>
        <w:t>В Христову віру перейти смиренно&lt;br /&gt;</w:t>
        <w:br/>
        <w:t>И служити Карлу по добру й по честі.&lt;br /&gt;</w:t>
        <w:br/>
        <w:t>А схоче він — залишим аманатів&lt;br /&gt;</w:t>
        <w:br/>
        <w:t>І десять, двадцять — скільки зажадає,&lt;br /&gt;</w:t>
        <w:br/>
        <w:t>Дамо дітей, дружин коханих наших.&lt;br /&gt;</w:t>
        <w:br/>
        <w:t>На вірну смерть віддам я перший сина,&lt;br /&gt;</w:t>
        <w:br/>
        <w:t>На чужині хай краще всі загинуть,&lt;br /&gt;</w:t>
        <w:br/>
        <w:t>Ніж нам позбутись слави та маєтків&lt;br /&gt;</w:t>
        <w:br/>
        <w:t>Або ж з торбиною піти по світу".&lt;br /&gt;</w:t>
        <w:br/>
        <w:t>Аой!</w:t>
      </w:r>
    </w:p>
    <w:p>
      <w:r>
        <w:br/>
        <w:t>4&lt;br /&gt;</w:t>
        <w:br/>
        <w:t>"Правицею, — продовжив, — присягаюсь,&lt;br /&gt;</w:t>
        <w:br/>
        <w:t>І бородою, що на грудь спадає,&lt;br /&gt;</w:t>
        <w:br/>
        <w:t>Побачите — відразу франки підуть&lt;br /&gt;</w:t>
        <w:br/>
        <w:t>І у французькі землі повернуться,&lt;br /&gt;</w:t>
        <w:br/>
        <w:t>А там домівки рідні їх приваблять.&lt;br /&gt;</w:t>
        <w:br/>
        <w:t>Приїде Карл у свій собор Ахенський,&lt;br /&gt;</w:t>
        <w:br/>
        <w:t>В день Михаїла літургію справить,&lt;br /&gt;</w:t>
        <w:br/>
        <w:t>Та час мине, а з ним і строк хрещення —&lt;br /&gt;</w:t>
        <w:br/>
        <w:t>Від нас же слова-вістоньки немає.&lt;br /&gt;</w:t>
        <w:br/>
        <w:t>Жахливий Карл у гніві та безжальний.&lt;br /&gt;</w:t>
        <w:br/>
        <w:t>Заручників чекає смерть нагальна.&lt;br /&gt;</w:t>
        <w:br/>
        <w:t>Але вже краще їм голів позбутись,&lt;br /&gt;</w:t>
        <w:br/>
        <w:t>Ніж нам згубить Іспанію чарівну&lt;br /&gt;</w:t>
        <w:br/>
        <w:t>И терпіти злидні та страшні нещастя".&lt;br /&gt;</w:t>
        <w:br/>
        <w:t>"Хай буде так!" — кричить юрба невірних.</w:t>
      </w:r>
    </w:p>
    <w:p>
      <w:r>
        <w:br/>
        <w:t>5&lt;br /&gt;</w:t>
        <w:br/>
        <w:t>Марсілій вирішив зібрати раду.&lt;br /&gt;</w:t>
        <w:br/>
        <w:t>Покликав Кларіна із Баласгета,&lt;br /&gt;</w:t>
        <w:br/>
        <w:t>Естрамаріта, пера Евдропіна,&lt;br /&gt;</w:t>
        <w:br/>
        <w:t>Прийшли і Бородань-Гарлан з Пріамом,&lt;br /&gt;</w:t>
        <w:br/>
        <w:t>І Мачинер з Магеєм, рідним дядьком,&lt;br /&gt;</w:t>
        <w:br/>
        <w:t>Також Джойнер, Мальб'єн Заморський&lt;br /&gt;</w:t>
        <w:br/>
        <w:t>І Бланкандрін — десяток найхитріших.&lt;br /&gt;</w:t>
        <w:br/>
        <w:t>Мету посольства цар їм розтлумачив:&lt;br /&gt;</w:t>
        <w:br/>
        <w:t>"Сеньйори, тож негайно в путь до Карла,&lt;br /&gt;</w:t>
        <w:br/>
        <w:t>Кордови стіни він піддав облозі.&lt;br /&gt;</w:t>
        <w:br/>
        <w:t>Візьміть з собою кожний віть оливи&lt;br /&gt;</w:t>
        <w:br/>
        <w:t>На знак смирення і покори серця.&lt;br /&gt;</w:t>
        <w:br/>
        <w:t>Якщо замирите мене ви з Карлом,&lt;br /&gt;</w:t>
        <w:br/>
        <w:t>Я в нагороду дам вам землі ленні&lt;br /&gt;</w:t>
        <w:br/>
        <w:t>І срібла з золотом, добра досхочу!"&lt;br /&gt;</w:t>
        <w:br/>
        <w:t>У відповідь: "Слова сеньйора слушні!"&lt;br /&gt;</w:t>
        <w:br/>
        <w:t>Аой!</w:t>
      </w:r>
    </w:p>
    <w:p>
      <w:r>
        <w:br/>
        <w:t>6&lt;br /&gt;</w:t>
        <w:br/>
        <w:t>Закінчив цар Марсілій що нараду,&lt;br /&gt;</w:t>
        <w:br/>
        <w:t>Віддав наказ васалам: "Йдіть негайно,&lt;br /&gt;</w:t>
        <w:br/>
        <w:t>В руках несіть гілки оливи мирні&lt;br /&gt;</w:t>
        <w:br/>
        <w:t>І королю мої слова промовте:&lt;br /&gt;</w:t>
        <w:br/>
        <w:t>"Хай він простить, я Богом заклинаю,&lt;br /&gt;</w:t>
        <w:br/>
        <w:t>Мене і маврів. Як скінчиться місяць,&lt;br /&gt;</w:t>
        <w:br/>
        <w:t>Слідом прийду і тисячу баронів&lt;br /&gt;</w:t>
        <w:br/>
        <w:t>И себе я передам в закон Христовий,&lt;br /&gt;</w:t>
        <w:br/>
        <w:t>Служити вірно Карлу присягаюсь.&lt;br /&gt;</w:t>
        <w:br/>
        <w:t>А схоче — то заручників зоставим!"&lt;br /&gt;</w:t>
        <w:br/>
        <w:t>Промовив Бланкандрін: "Мир дуже гарний!;&lt;br /&gt;</w:t>
        <w:br/>
        <w:t>Аой!</w:t>
      </w:r>
    </w:p>
    <w:p>
      <w:r>
        <w:br/>
        <w:t>7&lt;br /&gt;</w:t>
        <w:br/>
        <w:t>Звелів Марсілій десять білих мулів,&lt;br /&gt;</w:t>
        <w:br/>
        <w:t>Що їх севільський цар послав в дарунок,&lt;br /&gt;</w:t>
        <w:br/>
        <w:t>Вуздечками із золотом гнуздати,&lt;br /&gt;</w:t>
        <w:br/>
        <w:t>Покласти сідла із срібла гнучкого.&lt;br /&gt;</w:t>
        <w:br/>
        <w:t>Посланники на них всі посідали,&lt;br /&gt;</w:t>
        <w:br/>
        <w:t>Тримає кожен гілочку оливи —&lt;br /&gt;</w:t>
        <w:br/>
        <w:t>До Карла-короля попростували...&lt;br /&gt;</w:t>
        <w:br/>
        <w:t>Від їх обману він не врятувався.&lt;br /&gt;</w:t>
        <w:br/>
        <w:t>Аой!</w:t>
      </w:r>
    </w:p>
    <w:p>
      <w:r>
        <w:br/>
        <w:t>ПОСОЛЬСТВО МАВРІВ&lt;br /&gt;</w:t>
        <w:br/>
        <w:t>8&lt;br /&gt;</w:t>
        <w:br/>
        <w:t>Великий Карл був радісний, веселий.&lt;br /&gt;</w:t>
        <w:br/>
        <w:t>Кордова впала, вщент розбиті стіни,&lt;br /&gt;</w:t>
        <w:br/>
        <w:t>На землю скинуті й фортечні башти...&lt;br /&gt;</w:t>
        <w:br/>
        <w:t>Велику здобич вояки дістали,&lt;br /&gt;</w:t>
        <w:br/>
        <w:t>Не зрахувать багатства, злота, срібла...&lt;br /&gt;</w:t>
        <w:br/>
        <w:t>А в місті не лишилось сарацина,&lt;br /&gt;</w:t>
        <w:br/>
        <w:t>Який не вбитий був чи не хрещений.&lt;br /&gt;</w:t>
        <w:br/>
        <w:t>Величний Карл сидів в саду під тінню,&lt;br /&gt;</w:t>
        <w:br/>
        <w:t>З ним граф Роланд і Олів'єр розумний,&lt;br /&gt;</w:t>
        <w:br/>
        <w:t>Самсон вельможний з гордим Ансеїсом,&lt;br /&gt;</w:t>
        <w:br/>
        <w:t>Джефрейт д'Анжу, прапороносець Карла,&lt;br /&gt;</w:t>
        <w:br/>
        <w:t>Джерін з Джер'єром, нерозлучні друзі.&lt;br /&gt;</w:t>
        <w:br/>
        <w:t>Крім них було ще вояків багато&lt;br /&gt;</w:t>
        <w:br/>
        <w:t>Із Франції — всього п'ятнадцять тисяч.&lt;br /&gt;</w:t>
        <w:br/>
        <w:t>На килимах шовкових влаштувались:&lt;br /&gt;</w:t>
        <w:br/>
        <w:t>Там грають в кості, хто ж старіший віком&lt;br /&gt;</w:t>
        <w:br/>
        <w:t>Чи розумніший — в шахи весь поринув.&lt;br /&gt;</w:t>
        <w:br/>
        <w:t>А поруч юнаки меткі фехтують...&lt;br /&gt;</w:t>
        <w:br/>
        <w:t>В тіні сосни, де зацвіта шипшина,&lt;br /&gt;</w:t>
        <w:br/>
        <w:t>Сидить король у кріслі золотому,&lt;br /&gt;</w:t>
        <w:br/>
        <w:t>Красуні —Франції правитель мудрий.&lt;br /&gt;</w:t>
        <w:br/>
        <w:t>Вже сива голова, білобородий,&lt;br /&gt;</w:t>
        <w:br/>
        <w:t>Осанка горда і велична врода,&lt;br /&gt;</w:t>
        <w:br/>
        <w:t>Хто б не побачив, враз його пізнав би.&lt;br /&gt;</w:t>
        <w:br/>
        <w:t>Посли ввійшли і Карла привітали,&lt;br /&gt;</w:t>
        <w:br/>
        <w:t>Як вимагають честь того й закони.</w:t>
      </w:r>
    </w:p>
    <w:p>
      <w:r>
        <w:br/>
        <w:t>9&lt;br /&gt;</w:t>
        <w:br/>
        <w:t>Вклонився першим Бланкандрін й промовив:&lt;br /&gt;</w:t>
        <w:br/>
        <w:t>"Хай береже тебе Господь Всевишній,&lt;br /&gt;</w:t>
        <w:br/>
        <w:t>Пресвітлий Бог, якого ти шануєш!&lt;br /&gt;</w:t>
        <w:br/>
        <w:t>Марсілій привітатись так велів нам:&lt;br /&gt;</w:t>
        <w:br/>
        <w:t>Він розпитав знавців про віру вашу&lt;br /&gt;</w:t>
        <w:br/>
        <w:t>И переконався — в ній лише спасіння!&lt;br /&gt;</w:t>
        <w:br/>
        <w:t>Свої багатства він поділить з вами:&lt;br /&gt;</w:t>
        <w:br/>
        <w:t>Відправить гончаків, ведмедів, левів,&lt;br /&gt;</w:t>
        <w:br/>
        <w:t>Сімсот верблюдів, соколів мисливських,&lt;br /&gt;</w:t>
        <w:br/>
        <w:t>Чотири сотні мулів з сріблом-злотом,&lt;br /&gt;</w:t>
        <w:br/>
        <w:t>І з цінностями п'ятдесят возів ще,&lt;br /&gt;</w:t>
        <w:br/>
        <w:t>Також бізанок щирозлотих безліч.&lt;br /&gt;</w:t>
        <w:br/>
        <w:t>Тож з військом враз розрахуватись можна...&lt;br /&gt;</w:t>
        <w:br/>
        <w:t>Вже надто довго ви у цьому краї,&lt;br /&gt;</w:t>
        <w:br/>
        <w:t>До Франції час повертатись, в Ахен".&lt;br /&gt;</w:t>
        <w:br/>
        <w:t>Зняв вгору руки славний Імператор,&lt;br /&gt;</w:t>
        <w:br/>
        <w:t>Чоло схилив, замислився глибоко.&lt;br /&gt;</w:t>
        <w:br/>
        <w:t>Аой!</w:t>
      </w:r>
    </w:p>
    <w:p>
      <w:r>
        <w:br/>
        <w:t>10&lt;br /&gt;</w:t>
        <w:br/>
        <w:t>Наш Імператор довго думав думу,&lt;br /&gt;</w:t>
        <w:br/>
        <w:t>Бо не любив квапливих рішень, скорих —&lt;br /&gt;</w:t>
        <w:br/>
        <w:t>Такий його незмінний мудрий звичай.&lt;br /&gt;</w:t>
        <w:br/>
        <w:t>Та врешті очі звів, з лицем суворим,&lt;br /&gt;</w:t>
        <w:br/>
        <w:t>На посланця і відповів неспішно:&lt;br /&gt;</w:t>
        <w:br/>
        <w:t>"Що ж, непогані обіцяєш речі,&lt;br /&gt;</w:t>
        <w:br/>
        <w:t>Та цар Марсілій — ворог мій заклятий!&lt;br /&gt;</w:t>
        <w:br/>
        <w:t>Я чув слова. А де ж тоді порука&lt;br /&gt;</w:t>
        <w:br/>
        <w:t>Його запевненням?" "Додати хочу! —&lt;br /&gt;</w:t>
        <w:br/>
        <w:t>Мавр відповів. — Заручників охоче&lt;br /&gt;</w:t>
        <w:br/>
        <w:t>Дамо: п'ятнадцять або двадцять діток.&lt;br /&gt;</w:t>
        <w:br/>
        <w:t>На смерть готовий сина я послати,&lt;br /&gt;</w:t>
        <w:br/>
        <w:t>Найблагороднішого з них, гадаю!&lt;br /&gt;</w:t>
        <w:br/>
        <w:t>Коли ж повернешся у стольний Ахен,&lt;br /&gt;</w:t>
        <w:br/>
        <w:t>В день Михаїла, що від вод рятує,&lt;br /&gt;</w:t>
        <w:br/>
        <w:t>Слідом, як обіцяв, мій цар прибуде,&lt;br /&gt;</w:t>
        <w:br/>
        <w:t>В тих джерелах, що Бог колись надав вам,&lt;br /&gt;</w:t>
        <w:br/>
        <w:t>Святу він прийме християнську віру".&lt;br /&gt;</w:t>
        <w:br/>
        <w:t>Карл відповів: "Він зможе ще спастися!"&lt;br /&gt;</w:t>
        <w:br/>
        <w:t>Аой!</w:t>
      </w:r>
    </w:p>
    <w:p>
      <w:r>
        <w:br/>
        <w:t>РАДА У КАРЛА ВЕЛИКОГО&lt;br /&gt;</w:t>
        <w:br/>
        <w:t>11&lt;br /&gt;</w:t>
        <w:br/>
        <w:t>Кінчався ясний день, вже вечоріло.&lt;br /&gt;</w:t>
        <w:br/>
        <w:t>Посольських мулів Карл до ясел зразу ж&lt;br /&gt;</w:t>
        <w:br/>
        <w:t>Звелів одвести. У саду затишнім&lt;br /&gt;</w:t>
        <w:br/>
        <w:t>Він наказав поставити намет розкішний&lt;br /&gt;</w:t>
        <w:br/>
        <w:t>І всіх послів до нього запросити,&lt;br /&gt;</w:t>
        <w:br/>
        <w:t>Пажів дванадцять дав, щоб їм служити.&lt;br /&gt;</w:t>
        <w:br/>
        <w:t>Посли проспали аж до сходу сонця.&lt;br /&gt;</w:t>
        <w:br/>
        <w:t>Раніш за них прокинувсь Імператор,&lt;br /&gt;</w:t>
        <w:br/>
        <w:t>Прослухав ранню службу, помолився.&lt;br /&gt;</w:t>
        <w:br/>
        <w:t>Обрав затишне місце під сосною&lt;br /&gt;</w:t>
        <w:br/>
        <w:t>І поскликав баронів на нараду,&lt;br /&gt;</w:t>
        <w:br/>
        <w:t>Щоб справи не вершити без придворних.&lt;br /&gt;</w:t>
        <w:br/>
        <w:t>Аой!</w:t>
      </w:r>
    </w:p>
    <w:p>
      <w:r>
        <w:br/>
        <w:t>12&lt;br /&gt;</w:t>
        <w:br/>
        <w:t>Замисливсь Імператор під сосною...&lt;br /&gt;</w:t>
        <w:br/>
        <w:t>Барони всі зібрались на нараду:&lt;br /&gt;</w:t>
        <w:br/>
        <w:t>Там був Одж'єр, Турпін-архієпископ,&lt;br /&gt;</w:t>
        <w:br/>
        <w:t>Старий Річард з Анрі, своїм небожем,&lt;br /&gt;</w:t>
        <w:br/>
        <w:t>І Ацелін, сміливий граф гасконський,&lt;br /&gt;</w:t>
        <w:br/>
        <w:t>А з ним кузен Мілон, Тедбальт із Реймса.&lt;br /&gt;</w:t>
        <w:br/>
        <w:t>Були там і Джер'єр з Джеріном, також&lt;br /&gt;</w:t>
        <w:br/>
        <w:t>І граф Роланд з'явився, а з ним разом&lt;br /&gt;</w:t>
        <w:br/>
        <w:t>Друг Олів'єр, шляхетний і відважний.&lt;br /&gt;</w:t>
        <w:br/>
        <w:t>Зійшлось до тисячі мужів французьких,&lt;br /&gt;</w:t>
        <w:br/>
        <w:t>Між ними й Ганелон, майбутній зрадник...&lt;br /&gt;</w:t>
        <w:br/>
        <w:t>В недобрий час та рада відбулася.&lt;br /&gt;</w:t>
        <w:br/>
        <w:t>Аой!</w:t>
      </w:r>
    </w:p>
    <w:p>
      <w:r>
        <w:br/>
        <w:t>13&lt;br /&gt;</w:t>
        <w:br/>
        <w:t>"Барони! — так звернувся Карл до франків. —&lt;br /&gt;</w:t>
        <w:br/>
        <w:t>Марсілій вирядив до нас посольство.&lt;br /&gt;</w:t>
        <w:br/>
        <w:t>Він обіцяє нам багатства незчисленні:&lt;br /&gt;</w:t>
        <w:br/>
        <w:t>Надішле гончаків, ведмедів, левів,&lt;br /&gt;</w:t>
        <w:br/>
        <w:t>Сімсот верблюдів, соколів мисливських&lt;br /&gt;</w:t>
        <w:br/>
        <w:t>І сотні мулів з злотом сарацинським,&lt;br /&gt;</w:t>
        <w:br/>
        <w:t>З коштовностями п'ятдесят возів ще.&lt;br /&gt;</w:t>
        <w:br/>
        <w:t>Умова — нам до Франції вернутись.&lt;br /&gt;</w:t>
        <w:br/>
        <w:t>А він, Марсілій, прийде сам до мене&lt;br /&gt;</w:t>
        <w:br/>
        <w:t>І в Ахені спасе себе хрещенням,&lt;br /&gt;</w:t>
        <w:br/>
        <w:t>А в ленний дар одержить володіння...&lt;br /&gt;</w:t>
        <w:br/>
        <w:t>І все ж його думок таємних я не знаю..."&lt;br /&gt;</w:t>
        <w:br/>
        <w:t>Відповіли барони: "Будьмо пильні!"&lt;br /&gt;</w:t>
        <w:br/>
        <w:t>Аой!</w:t>
      </w:r>
    </w:p>
    <w:p>
      <w:r>
        <w:br/>
        <w:t>14&lt;br /&gt;</w:t>
        <w:br/>
        <w:t>Скінчив свою промову Імператор,&lt;br /&gt;</w:t>
        <w:br/>
        <w:t>Роландові вона не до вподоби.&lt;br /&gt;</w:t>
        <w:br/>
        <w:t>Підвівшися, він палко заперечив:&lt;br /&gt;</w:t>
        <w:br/>
        <w:t>"Не можу я Марсілію повірить.&lt;br /&gt;</w:t>
        <w:br/>
        <w:t>Сім довгих літ в Іспанії я б'юся.&lt;br /&gt;</w:t>
        <w:br/>
        <w:t>Я підкорив вам Нобль разом з Комміблем,&lt;br /&gt;</w:t>
        <w:br/>
        <w:t>Здобув Вальтерну, всю округу Піно,&lt;br /&gt;</w:t>
        <w:br/>
        <w:t>Туделу й Балагер, іще Себілью.&lt;br /&gt;</w:t>
        <w:br/>
        <w:t>Та сам Марсілій був завжди зрадливий.&lt;br /&gt;</w:t>
        <w:br/>
        <w:t>Згадайте, надіслав п'ятнадцять маврів,&lt;br /&gt;</w:t>
        <w:br/>
        <w:t>І кожний гілочку тримав оливи,&lt;br /&gt;</w:t>
        <w:br/>
        <w:t>Словами тими ж нас вони дурили,&lt;br /&gt;</w:t>
        <w:br/>
        <w:t>Порадились ви з франками відразу,&lt;br /&gt;</w:t>
        <w:br/>
        <w:t>И вони ж підтримали вас, нерозумні,&lt;br /&gt;</w:t>
        <w:br/>
        <w:t>Ви графів двох послали до поганця:&lt;br /&gt;</w:t>
        <w:br/>
        <w:t>Один — Базан, а другий був Базилій...&lt;br /&gt;</w:t>
        <w:br/>
        <w:t>їм голови відтяли близ Альтільї.&lt;br /&gt;</w:t>
        <w:br/>
        <w:t>Я раджу: воювати слід із ними&lt;br /&gt;</w:t>
        <w:br/>
        <w:t>І грізну рать вести на Сарагосу,&lt;br /&gt;</w:t>
        <w:br/>
        <w:t>Облогу до взяття її тримайте,&lt;br /&gt;</w:t>
        <w:br/>
        <w:t>Від помсти зраднику втекти не дайте!"&lt;br /&gt;</w:t>
        <w:br/>
        <w:t>Аой!</w:t>
      </w:r>
    </w:p>
    <w:p>
      <w:r>
        <w:br/>
        <w:t>15&lt;br /&gt;</w:t>
        <w:br/>
        <w:t>Схилив чоло великий Імператор,&lt;br /&gt;</w:t>
        <w:br/>
        <w:t>Куйовдить вуса, бороду рукою...&lt;br /&gt;</w:t>
        <w:br/>
        <w:t>Не відповів ні слова він Роланду,&lt;br /&gt;</w:t>
        <w:br/>
        <w:t>Мовчать й барони. Ганелон тут раптом&lt;br /&gt;</w:t>
        <w:br/>
        <w:t>Підвівсь і Карлові сказав сміливо:&lt;br /&gt;</w:t>
        <w:br/>
        <w:t>"Даремно вірите Ви божевільним,&lt;br /&gt;</w:t>
        <w:br/>
        <w:t>Мені чи іншим. Слухається мудрий&lt;br /&gt;</w:t>
        <w:br/>
        <w:t>Порад корисних. Цар Марсілій ладний&lt;br /&gt;</w:t>
        <w:br/>
        <w:t>Кінчать війну і як васал покірний&lt;br /&gt;</w:t>
        <w:br/>
        <w:t>Готовий в лен Іспанію прийнять, сумирний,&lt;br /&gt;</w:t>
        <w:br/>
        <w:t>Як ми, вклонитися хресту Ісуса.&lt;br /&gt;</w:t>
        <w:br/>
        <w:t>Хто ж радить відхилить заяву мирну,&lt;br /&gt;</w:t>
        <w:br/>
        <w:t>Забув про смерть, яка на нас чекає.&lt;br /&gt;</w:t>
        <w:br/>
        <w:t>Не слухайте порад, яких причина&lt;br /&gt;</w:t>
        <w:br/>
        <w:t>Чванливість або гірше ще — безумство.&lt;br /&gt;</w:t>
        <w:br/>
        <w:t>Володарю, керуйтесь власним глуздом!"&lt;br /&gt;</w:t>
        <w:br/>
        <w:t>Аой!</w:t>
      </w:r>
    </w:p>
    <w:p>
      <w:r>
        <w:br/>
        <w:t>ОБРАННЯ ПОСЛА ФРАНКІВ&lt;br /&gt;</w:t>
        <w:br/>
        <w:t>16&lt;br /&gt;</w:t>
        <w:br/>
        <w:t>Підвівся герцог Найм, він наймудріший,&lt;br /&gt;</w:t>
        <w:br/>
        <w:t>Серед усіх придворних кращий радник,&lt;br /&gt;</w:t>
        <w:br/>
        <w:t>І королю сказав: "Усі ми чули,&lt;br /&gt;</w:t>
        <w:br/>
        <w:t>Що мовив Ганелон. Порада мудра!&lt;br /&gt;</w:t>
        <w:br/>
        <w:t>її слід врахувати неодмінно!&lt;br /&gt;</w:t>
        <w:br/>
        <w:t>Давно Марсілій зазнає поразок.&lt;br /&gt;</w:t>
        <w:br/>
        <w:t>Захоплені його фортеці-замки,&lt;br /&gt;</w:t>
        <w:br/>
        <w:t>А стіни їх балістами розбиті,&lt;br /&gt;</w:t>
        <w:br/>
        <w:t>Вже спалені міста, війська побиті.&lt;br /&gt;</w:t>
        <w:br/>
        <w:t>Тепер вже він у вас пощади просить,&lt;br /&gt;</w:t>
        <w:br/>
        <w:t>Великий гріх нам більшого жадати.&lt;br /&gt;</w:t>
        <w:br/>
        <w:t>До того ж цар заручників відрядить,&lt;br /&gt;</w:t>
        <w:br/>
        <w:t>Давно вже слід війну скінчити довгу".&lt;br /&gt;</w:t>
        <w:br/>
        <w:t>І франки хором: "Герцог каже правду!"&lt;br /&gt;</w:t>
        <w:br/>
        <w:t>Аой!</w:t>
      </w:r>
    </w:p>
    <w:p>
      <w:r>
        <w:br/>
        <w:t>17&lt;br /&gt;</w:t>
        <w:br/>
        <w:t>"Сеньйори, в путь кого ж, — спитав володар, —&lt;br /&gt;</w:t>
        <w:br/>
        <w:t>Відправимо послом до Сарагоси?"&lt;br /&gt;</w:t>
        <w:br/>
        <w:t>І Найм сказав: "Дозвольте, я поїду,&lt;br /&gt;</w:t>
        <w:br/>
        <w:t>Аиш дайте ваші жезл і рукавицю".&lt;br /&gt;</w:t>
        <w:br/>
        <w:t>Промовив Карл: "Ви найцінніший радник.&lt;br /&gt;</w:t>
        <w:br/>
        <w:t>І присягаюсь бородою з вусом,&lt;br /&gt;</w:t>
        <w:br/>
        <w:t>Що не поїдете в дорогу дальню.&lt;br /&gt;</w:t>
        <w:br/>
        <w:t>Тому сідайте, це монарша воля!"</w:t>
      </w:r>
    </w:p>
    <w:p>
      <w:r>
        <w:br/>
        <w:t>18&lt;br /&gt;</w:t>
        <w:br/>
        <w:t>"Кого ж послать? Скажіть мені, барони,&lt;br /&gt;</w:t>
        <w:br/>
        <w:t>Нам до Марсілія у Сарагосу?"&lt;br /&gt;</w:t>
        <w:br/>
        <w:t>Роланд підвівся: "Я давно готовий!"&lt;br /&gt;</w:t>
        <w:br/>
        <w:t>"Не згодний з цим! — тут Олів'єр озвався, —&lt;br /&gt;</w:t>
        <w:br/>
        <w:t>Занадто ви нестримані й гарячі.&lt;br /&gt;</w:t>
        <w:br/>
        <w:t>Боюсь, посольство закінчиться лихом!&lt;br /&gt;</w:t>
        <w:br/>
        <w:t>Поїду я, якщо король дозволить".&lt;br /&gt;</w:t>
        <w:br/>
        <w:t>А Карл промовив: "Помовчіть обидва!&lt;br /&gt;</w:t>
        <w:br/>
        <w:t>Ніхто з вас до невірних не поїде.&lt;br /&gt;</w:t>
        <w:br/>
        <w:t>Бо знов я присягаюсь бородою,&lt;br /&gt;</w:t>
        <w:br/>
        <w:t>Що не назву послом нікого з перів".&lt;br /&gt;</w:t>
        <w:br/>
        <w:t>Сказав так Карл — запанувала тиша.</w:t>
      </w:r>
    </w:p>
    <w:p>
      <w:r>
        <w:br/>
        <w:t>19&lt;br /&gt;</w:t>
        <w:br/>
        <w:t>Та от поважно і Турпін із Реймса&lt;br /&gt;</w:t>
        <w:br/>
        <w:t>Промовив: "Франків посилать не треба,&lt;br /&gt;</w:t>
        <w:br/>
        <w:t>Вони воюють тут уже сім років&lt;br /&gt;</w:t>
        <w:br/>
        <w:t>И доволі вже зазнали бід та горя.&lt;br /&gt;</w:t>
        <w:br/>
        <w:t>Вручіть мені, сеньйоре, рукавицю,&lt;br /&gt;</w:t>
        <w:br/>
        <w:t>Посольський жезл, поїду в Сарагосу&lt;br /&gt;</w:t>
        <w:br/>
        <w:t>І висловлю цареві свою думку".&lt;br /&gt;</w:t>
        <w:br/>
        <w:t>Розгніваний король сказав сердито:&lt;br /&gt;</w:t>
        <w:br/>
        <w:t>"Мовчіть, Турпіне, і на килим сядьте,&lt;br /&gt;</w:t>
        <w:br/>
        <w:t>И ні пари з вуст, аж поки не спитав вас!"&lt;br /&gt;</w:t>
        <w:br/>
        <w:t>Аой!</w:t>
      </w:r>
    </w:p>
    <w:p>
      <w:r>
        <w:br/>
        <w:t>20&lt;br /&gt;</w:t>
        <w:br/>
        <w:t>"Сеньйори! — Карл промовив, — тож самі ви&lt;br /&gt;</w:t>
        <w:br/>
        <w:t>Того з моїх баронів оберіте,&lt;br /&gt;</w:t>
        <w:br/>
        <w:t>Хто передасть послання в Сарагосу".&lt;br /&gt;</w:t>
        <w:br/>
        <w:t>Роланд озвавсь: "Хай Ганелон, вітчим мій!&lt;br /&gt;</w:t>
        <w:br/>
        <w:t>Мудрішого барона ми не знайдем!"&lt;br /&gt;</w:t>
        <w:br/>
        <w:t>Схвалили франки: "Справиться як слід він!"&lt;br /&gt;</w:t>
        <w:br/>
        <w:t>Граф Ганелон наляканий був дуже,&lt;br /&gt;</w:t>
        <w:br/>
        <w:t>У гніві скинув він куничу шубу,&lt;br /&gt;</w:t>
        <w:br/>
        <w:t>Зоставсь на ньому лиш каптан шовковий.&lt;br /&gt;</w:t>
        <w:br/>
        <w:t>Обличчя горде, променисті очі,&lt;br /&gt;</w:t>
        <w:br/>
        <w:t>Могутня постать і широкі груди —&lt;br /&gt;</w:t>
        <w:br/>
        <w:t>На нього задивилися присутні.&lt;br /&gt;</w:t>
        <w:br/>
        <w:t>Роланду крикнув: "Звідки злість подібна?"&lt;br /&gt;</w:t>
        <w:br/>
        <w:t>Відомо всім, безумцю, твій вітчим я,&lt;br /&gt;</w:t>
        <w:br/>
        <w:t>На смерть мене ти шлеш до Сарагоси!&lt;br /&gt;</w:t>
        <w:br/>
        <w:t>Якщо поможе Бог мені вернутись,&lt;br /&gt;</w:t>
        <w:br/>
        <w:t>Тобі таку я помсту приготую,&lt;br /&gt;</w:t>
        <w:br/>
        <w:t>Що до кінця життя ти не забудеш!"&lt;br /&gt;</w:t>
        <w:br/>
        <w:t>Роланд всміхнувсь: "В тобі вирує гордість!&lt;br /&gt;</w:t>
        <w:br/>
        <w:t>Всі знають, що погроз я не боюся,&lt;br /&gt;</w:t>
        <w:br/>
        <w:t>Та посланцем повинен бути мудрий.&lt;br /&gt;</w:t>
        <w:br/>
        <w:t>Якщо король накаже — сам поїду!"</w:t>
      </w:r>
    </w:p>
    <w:p>
      <w:r>
        <w:br/>
        <w:t>21&lt;br /&gt;</w:t>
        <w:br/>
        <w:t>Розлютувався Ганелон: "Поїдеш?&lt;br /&gt;</w:t>
        <w:br/>
        <w:t>Ти не васал мені, я ж не сеньйор твій.&lt;br /&gt;</w:t>
        <w:br/>
        <w:t>Готовий я дістатись Сарагоси&lt;br /&gt;</w:t>
        <w:br/>
        <w:t>1 сповнити наказ суворий Карлів.&lt;br /&gt;</w:t>
        <w:br/>
        <w:t>Я все зроблю, у разі ж небезпеки&lt;br /&gt;</w:t>
        <w:br/>
        <w:t>Перетворю свій гнів великий в пекло!"&lt;br /&gt;</w:t>
        <w:br/>
        <w:t>У відповідь Роланд лиш розсміявся.&lt;br /&gt;</w:t>
        <w:br/>
        <w:t>Аой!</w:t>
      </w:r>
    </w:p>
    <w:p>
      <w:r>
        <w:br/>
        <w:t>22&lt;br /&gt;</w:t>
        <w:br/>
        <w:t>А Ганелон, почувши сміх Роланда,&lt;br /&gt;</w:t>
        <w:br/>
        <w:t>Відчув страшну образу, біль у серці,&lt;br /&gt;</w:t>
        <w:br/>
        <w:t>Що ледь не розірвалося від люті.&lt;br /&gt;</w:t>
        <w:br/>
        <w:t>"Ненавиджу! — він скрикнув. — Через тебе&lt;br /&gt;</w:t>
        <w:br/>
        <w:t>В краю чужім я маю смерть спіткати&lt;br /&gt;</w:t>
        <w:br/>
        <w:t>Без каяття! Володарю могутній!&lt;br /&gt;</w:t>
        <w:br/>
        <w:t>Готовий виконати ваш наказ негайно!</w:t>
      </w:r>
    </w:p>
    <w:p>
      <w:r>
        <w:br/>
        <w:t>23&lt;br /&gt;</w:t>
        <w:br/>
        <w:t>Що ж, маю я до Сарагоси їхать,&lt;br /&gt;</w:t>
        <w:br/>
        <w:t>Хоч звідтіля ніхто ще не вертався.&lt;br /&gt;</w:t>
        <w:br/>
        <w:t>Нагадую, що взяв сестру я вашу в жони&lt;br /&gt;</w:t>
        <w:br/>
        <w:t>І в нас є син — красунь прегарний. Вірю,&lt;br /&gt;</w:t>
        <w:br/>
        <w:t>Що Болдуїн мій буде лицар славний.&lt;br /&gt;</w:t>
        <w:br/>
        <w:t>Я віддаю йому маєтки й землі.&lt;br /&gt;</w:t>
        <w:br/>
        <w:t>Побачити його не доведеться!"&lt;br /&gt;</w:t>
        <w:br/>
        <w:t>"Розніжились ви надто!" — Карл промовив, —&lt;br /&gt;</w:t>
        <w:br/>
        <w:t>Хутчіш рушайте в путь, моє то слово!"</w:t>
      </w:r>
    </w:p>
    <w:p>
      <w:r>
        <w:br/>
        <w:t>24&lt;br /&gt;</w:t>
        <w:br/>
        <w:t>Король додав: "Наблизьтесь, Ганелоне,&lt;br /&gt;</w:t>
        <w:br/>
        <w:t>Даю почесний жезл і рукавицю.&lt;br /&gt;</w:t>
        <w:br/>
        <w:t>Ви чули: франки вас послом обрали".&lt;br /&gt;</w:t>
        <w:br/>
        <w:t>І мовив граф: "Роланд у всьому винний!&lt;br /&gt;</w:t>
        <w:br/>
        <w:t>Віднині ворогом його заклятим&lt;br /&gt;</w:t>
        <w:br/>
        <w:t>Вважатиму. І другу Олів'єру,&lt;br /&gt;</w:t>
        <w:br/>
        <w:t>І вашим перам, що Роланда люблять,&lt;br /&gt;</w:t>
        <w:br/>
        <w:t>Усім їм, сіре, я кидаю виклик!"&lt;br /&gt;</w:t>
        <w:br/>
        <w:t>Король сказав: "Занадто ви гнівливі!&lt;br /&gt;</w:t>
        <w:br/>
        <w:t>То не Роландів — мій наказ іти вам!"&lt;br /&gt;</w:t>
        <w:br/>
        <w:t>"Піти — піду, та на загибель вірну,&lt;br /&gt;</w:t>
        <w:br/>
        <w:t>Як той Базан і брат його Базилій".&lt;br /&gt;</w:t>
        <w:br/>
        <w:t>Аой!</w:t>
      </w:r>
    </w:p>
    <w:p>
      <w:r>
        <w:br/>
        <w:t>25&lt;br /&gt;</w:t>
        <w:br/>
        <w:t>Правицею подав Карл рукавицю,&lt;br /&gt;</w:t>
        <w:br/>
        <w:t>Та Ганелон в думках ще був далеко,&lt;br /&gt;</w:t>
        <w:br/>
        <w:t>И на землю рукавиця раптом впала.&lt;br /&gt;</w:t>
        <w:br/>
        <w:t>"О, Боже правий! — франки закричали, —&lt;br /&gt;</w:t>
        <w:br/>
        <w:t>Біду велику принесе посольство!"&lt;br /&gt;</w:t>
        <w:br/>
        <w:t>Лиш буркнув граф: "Грядущий день покаже!"</w:t>
      </w:r>
    </w:p>
    <w:p>
      <w:r>
        <w:br/>
        <w:t>26&lt;br /&gt;</w:t>
        <w:br/>
        <w:t>"Тож відпустіть мене, — додав, — сеньйоре!&lt;br /&gt;</w:t>
        <w:br/>
        <w:t>Якщо вже їхать, то не слід баритись".&lt;br /&gt;</w:t>
        <w:br/>
        <w:t>Карл відповів: "Христос і я з тобою!"&lt;br /&gt;</w:t>
        <w:br/>
        <w:t>Благословив посла знаменням Божим,&lt;br /&gt;</w:t>
        <w:br/>
        <w:t>Затим вручив своє послання й жезл він.</w:t>
      </w:r>
    </w:p>
    <w:p>
      <w:r>
        <w:br/>
        <w:t>27&lt;br /&gt;</w:t>
        <w:br/>
        <w:t>Граф Ганелон, прийшовши до намету,&lt;br /&gt;</w:t>
        <w:br/>
        <w:t>Почав спорядження військове брати:&lt;br /&gt;</w:t>
        <w:br/>
        <w:t>Узяв з усіх найкращі лати й зброю,&lt;br /&gt;</w:t>
        <w:br/>
        <w:t>До ніг він кріпить золоті остроги,&lt;br /&gt;</w:t>
        <w:br/>
        <w:t>Оперезавсь і меч Морглейс повісив.&lt;br /&gt;</w:t>
        <w:br/>
        <w:t>На скакуна Ташбруна сів поважно,&lt;br /&gt;</w:t>
        <w:br/>
        <w:t>Тримав присішки дядько його Гвінмер.&lt;br /&gt;</w:t>
        <w:br/>
        <w:t>Всі лицарі прощалися з сльозами&lt;br /&gt;</w:t>
        <w:br/>
        <w:t>І говорили: "Горе вам, бароне!&lt;br /&gt;</w:t>
        <w:br/>
        <w:t>Адже давно на службі в короля ви,&lt;br /&gt;</w:t>
        <w:br/>
        <w:t>І завжди були вояком взірцевим.&lt;br /&gt;</w:t>
        <w:br/>
        <w:t>Хто вас послом поїхати примусив?&lt;br /&gt;</w:t>
        <w:br/>
        <w:t>Вас навіть Карл не зміг під захист взяти.&lt;br /&gt;</w:t>
        <w:br/>
        <w:t>А граф Роланд не врахував, напевне,&lt;br /&gt;</w:t>
        <w:br/>
        <w:t>Що рід ваш є такий шляхетний, знатний?"&lt;br /&gt;</w:t>
        <w:br/>
        <w:t>Просили потім: "Нас візьміть з собою".&lt;br /&gt;</w:t>
        <w:br/>
        <w:t>"Побійтесь Бога! — граф промовив, — ліпше&lt;br /&gt;</w:t>
        <w:br/>
        <w:t>Помру один, аніж сміливців стільки!&lt;br /&gt;</w:t>
        <w:br/>
        <w:t>Вертайтеся до Франції-красуні,&lt;br /&gt;</w:t>
        <w:br/>
        <w:t>Мою дружину привітайте милу,&lt;br /&gt;</w:t>
        <w:br/>
        <w:t>І пера Пінабела, побратима,&lt;br /&gt;</w:t>
        <w:br/>
        <w:t>І Болдуїна, любого синочка,&lt;br /&gt;</w:t>
        <w:br/>
        <w:t>Допоможіть йому, бо він сеньйор ваш".&lt;br /&gt;</w:t>
        <w:br/>
        <w:t>А сам почав свій шлях до Сарагоси.&lt;br /&gt;</w:t>
        <w:br/>
        <w:t>Аой!</w:t>
      </w:r>
    </w:p>
    <w:p>
      <w:r>
        <w:br/>
        <w:t>ЗРАДА ГАНЕЛОНА&lt;br /&gt;</w:t>
        <w:br/>
        <w:t>28&lt;br /&gt;</w:t>
        <w:br/>
        <w:t>Мчить Ганелон під кронами оливок&lt;br /&gt;</w:t>
        <w:br/>
        <w:t>І скоро наздогнав посольство маврів —&lt;br /&gt;</w:t>
        <w:br/>
        <w:t>Тут Бланкандрін шпаркий рух уповільнив.&lt;br /&gt;</w:t>
        <w:br/>
        <w:t>Розпочалась розмова хитромудра.&lt;br /&gt;</w:t>
        <w:br/>
        <w:t>Вів Бланкандрін: "Ваш Карл — великий воїн.&lt;br /&gt;</w:t>
        <w:br/>
        <w:t>Він захопив Калабрію та Пулью,&lt;br /&gt;</w:t>
        <w:br/>
        <w:t>До Англії доплив солоним морем&lt;br /&gt;</w:t>
        <w:br/>
        <w:t>И Петру святому дань платити змусив.&lt;br /&gt;</w:t>
        <w:br/>
        <w:t>Чому ж на наших землях нас тривожить?"&lt;br /&gt;</w:t>
        <w:br/>
        <w:t>Відмовив Ганелон: "Така вже вдача,&lt;br /&gt;</w:t>
        <w:br/>
        <w:t>Ніхто йому не може суперечить".&lt;br /&gt;</w:t>
        <w:br/>
        <w:t>Аой!</w:t>
      </w:r>
    </w:p>
    <w:p>
      <w:r>
        <w:br/>
        <w:t>29&lt;br /&gt;</w:t>
        <w:br/>
        <w:t>Знов Бланкандрін: "Які сміливі франки!&lt;br /&gt;</w:t>
        <w:br/>
        <w:t>Та зло творять їх герцоги і графи,&lt;br /&gt;</w:t>
        <w:br/>
        <w:t>Дають поради королю погані,&lt;br /&gt;</w:t>
        <w:br/>
        <w:t>Згубити можуть і його, і інших".&lt;br /&gt;</w:t>
        <w:br/>
        <w:t>А граф: "Я вартих осуду не знаю,&lt;br /&gt;</w:t>
        <w:br/>
        <w:t>Окрім Роланда — діждеться безчестя.&lt;br /&gt;</w:t>
        <w:br/>
        <w:t>Король сидів учора вранці в тіні,&lt;br /&gt;</w:t>
        <w:br/>
        <w:t>До нього небіж підійшов у латах.&lt;br /&gt;</w:t>
        <w:br/>
        <w:t>Під Каркассоном взяв багату здобич,&lt;br /&gt;</w:t>
        <w:br/>
        <w:t>В руці тримав він яблуко рум'яне.&lt;br /&gt;</w:t>
        <w:br/>
        <w:t>"Це, сіре, Вам, — сказав він дядьку, —&lt;br /&gt;</w:t>
        <w:br/>
        <w:t>Всіх королів дарую Вам корони".&lt;br /&gt;</w:t>
        <w:br/>
        <w:t>Оте зухвальство врешті його згубить,&lt;br /&gt;</w:t>
        <w:br/>
        <w:t>Він з долею щодня недбало грає.&lt;br /&gt;</w:t>
        <w:br/>
        <w:t>Якщо він вмре — в нас буде мир надійний".&lt;br /&gt;</w:t>
        <w:br/>
        <w:t>Аой!</w:t>
      </w:r>
    </w:p>
    <w:p>
      <w:r>
        <w:br/>
        <w:t>30&lt;br /&gt;</w:t>
        <w:br/>
        <w:t>Продовжив Бланкандрін: "Роланд жорстокий,&lt;br /&gt;</w:t>
        <w:br/>
        <w:t>Завоювати всі народи прагне,&lt;br /&gt;</w:t>
        <w:br/>
        <w:t>Щоб Карл владикував у всьому світі.&lt;br /&gt;</w:t>
        <w:br/>
        <w:t>Де сили ті, що звершать його плани?"&lt;br /&gt;</w:t>
        <w:br/>
        <w:t>"То раті франків, — Ганелон промовив, —&lt;br /&gt;</w:t>
        <w:br/>
        <w:t>За ним завжди вони ідуть з любов'ю,&lt;br /&gt;</w:t>
        <w:br/>
        <w:t>А він дає шовки їм, злото й срібло,&lt;br /&gt;</w:t>
        <w:br/>
        <w:t>А також мулів й скакунів, і зброю,&lt;br /&gt;</w:t>
        <w:br/>
        <w:t>І Карл бере, чого душа бажає.&lt;br /&gt;</w:t>
        <w:br/>
        <w:t>Він завоює землі всі до Сходу!"&lt;br /&gt;</w:t>
        <w:br/>
        <w:t>Аой!</w:t>
      </w:r>
    </w:p>
    <w:p>
      <w:r>
        <w:br/>
        <w:t>31&lt;br /&gt;</w:t>
        <w:br/>
        <w:t>Так їхали мавр знатний з Ганелоном&lt;br /&gt;</w:t>
        <w:br/>
        <w:t>І врешті присяглись взаємним словом&lt;br /&gt;</w:t>
        <w:br/>
        <w:t>Зробити все, щоб знищити Роланда.&lt;br /&gt;</w:t>
        <w:br/>
        <w:t>Так їхали дорогами й шляхами,&lt;br /&gt;</w:t>
        <w:br/>
        <w:t>Під тисом в Сарагосі злізли з коней.&lt;br /&gt;</w:t>
        <w:br/>
        <w:t>Стояло крісло під сосною в тіні,&lt;br /&gt;</w:t>
        <w:br/>
        <w:t>Покрите все александрійським шовком.&lt;br /&gt;</w:t>
        <w:br/>
        <w:t>Сидів на ньому володар іспанський,&lt;br /&gt;</w:t>
        <w:br/>
        <w:t>Навколо нього двадцять тисяч маврів,&lt;br /&gt;</w:t>
        <w:br/>
        <w:t>І жоден не промовив ані слова,&lt;br /&gt;</w:t>
        <w:br/>
        <w:t>Цікаво надто всім почуть новини.&lt;br /&gt;</w:t>
        <w:br/>
        <w:t>Тут Ганелон ввійшов із Бланкандріном.</w:t>
      </w:r>
    </w:p>
    <w:p>
      <w:r>
        <w:br/>
        <w:t>32&lt;br /&gt;</w:t>
        <w:br/>
        <w:t>Тримаючи за руку Ганелона,&lt;br /&gt;</w:t>
        <w:br/>
        <w:t>Мавр до царя Марсілія наблизивсь.&lt;br /&gt;</w:t>
        <w:br/>
        <w:t>"Хай Магомет і Аполлін, — він мовив, —&lt;br /&gt;</w:t>
        <w:br/>
        <w:t>Боронять нашого царя довіку!&lt;br /&gt;</w:t>
        <w:br/>
        <w:t>Ми Карлові послання передали.&lt;br /&gt;</w:t>
        <w:br/>
        <w:t>Король же до небес зняв тільки руки&lt;br /&gt;</w:t>
        <w:br/>
        <w:t>І Господа прославив у молитві.&lt;br /&gt;</w:t>
        <w:br/>
        <w:t>Послав до нас вельможного барона,&lt;br /&gt;</w:t>
        <w:br/>
        <w:t>Один він з наймогутніших у франків.&lt;br /&gt;</w:t>
        <w:br/>
        <w:t>Хай скаже, що привіз — чи мир, чи війни".&lt;br /&gt;</w:t>
        <w:br/>
        <w:t>Цар згодивсь: "Слухаймо посла від франків!"&lt;br /&gt;</w:t>
        <w:br/>
        <w:t>Аой!</w:t>
      </w:r>
    </w:p>
    <w:p>
      <w:r>
        <w:br/>
        <w:t>33&lt;br /&gt;</w:t>
        <w:br/>
        <w:t>Промову Ганелон уже обдумав.&lt;br /&gt;</w:t>
        <w:br/>
        <w:t>Почав він говорити вельми вміло,&lt;br /&gt;</w:t>
        <w:br/>
        <w:t>Як той досвідчений трибун у спорах.&lt;br /&gt;</w:t>
        <w:br/>
        <w:t>Звернувся до царя: "Господь спаси вас,&lt;br /&gt;</w:t>
        <w:br/>
        <w:t>Пресвітлий Бог, благословенний й сущий!&lt;br /&gt;</w:t>
        <w:br/>
        <w:t>Ось що звелів сказати Карл Великий:&lt;br /&gt;</w:t>
        <w:br/>
        <w:t>Якщо ви приймете закон Христовий,&lt;br /&gt;</w:t>
        <w:br/>
        <w:t>Він пів-Іспанії у лен віддасть вам.&lt;br /&gt;</w:t>
        <w:br/>
        <w:t>Коли ж не згодні ви на цю угоду,&lt;br /&gt;</w:t>
        <w:br/>
        <w:t>Вас візьмуть силою й ганебно, в путах,&lt;br /&gt;</w:t>
        <w:br/>
        <w:t>В столицю нашу відвезуть, у Ахен,&lt;br /&gt;</w:t>
        <w:br/>
        <w:t>І суд суворий вирок оголосить,&lt;br /&gt;</w:t>
        <w:br/>
        <w:t>Ви в муках помрете, в ганьбі й безчесті".&lt;br /&gt;</w:t>
        <w:br/>
        <w:t>Почувши це, Марсілій аж здригнувся.&lt;br /&gt;</w:t>
        <w:br/>
        <w:t>В руці тримав він спис золотогострий,&lt;br /&gt;</w:t>
        <w:br/>
        <w:t>Хотів посла ним вбить — та хтось завадив.&lt;br /&gt;</w:t>
        <w:br/>
        <w:t>Аой!</w:t>
      </w:r>
    </w:p>
    <w:p>
      <w:r>
        <w:br/>
        <w:t>34&lt;br /&gt;</w:t>
        <w:br/>
        <w:t>Спотворив гнів Марсілія обличчя,&lt;br /&gt;</w:t>
        <w:br/>
        <w:t>Він потрясає гнівно своїм списом.&lt;br /&gt;</w:t>
        <w:br/>
        <w:t>Те бачить Ганелон й за меч схопився,&lt;br /&gt;</w:t>
        <w:br/>
        <w:t>На палець витягнув його із піхов&lt;br /&gt;</w:t>
        <w:br/>
        <w:t>І вигукнув: "Мій мече яснобарвний!&lt;br /&gt;</w:t>
        <w:br/>
        <w:t>Поки зі мною при дворі царя ти,&lt;br /&gt;</w:t>
        <w:br/>
        <w:t>Ніколи вже не скаже Карл Великий,&lt;br /&gt;</w:t>
        <w:br/>
        <w:t>Що в самоті на чужині я згинув!&lt;br /&gt;</w:t>
        <w:br/>
        <w:t>За це багато з вас заплатять кров'ю!"&lt;br /&gt;</w:t>
        <w:br/>
        <w:t>Язичники кричать: "Не треба бійки!"</w:t>
      </w:r>
    </w:p>
    <w:p>
      <w:r>
        <w:br/>
        <w:t>35&lt;br /&gt;</w:t>
        <w:br/>
        <w:t>Угамували найзнатніші з маврів&lt;br /&gt;</w:t>
        <w:br/>
        <w:t>Свого царя, щоб знову сів на трон він.&lt;br /&gt;</w:t>
        <w:br/>
        <w:t>Халіф сказав: "Вчинили ви погано,&lt;br /&gt;</w:t>
        <w:br/>
        <w:t>Загрожуючи списом вбити франка.&lt;br /&gt;</w:t>
        <w:br/>
        <w:t>Слід спершу вислухать його уважно".&lt;br /&gt;</w:t>
        <w:br/>
        <w:t>А Ганелон: "Переживу образу!&lt;br /&gt;</w:t>
        <w:br/>
        <w:t>Проте все золото, що Бог послав нам,&lt;br /&gt;</w:t>
        <w:br/>
        <w:t>І всі багатства вашої країни&lt;br /&gt;</w:t>
        <w:br/>
        <w:t>Не змусять приховати слів напутніх,&lt;br /&gt;</w:t>
        <w:br/>
        <w:t>Що передав мені король могутній&lt;br /&gt;</w:t>
        <w:br/>
        <w:t>Для вас бо, вороже смертельний Карла!"&lt;br /&gt;</w:t>
        <w:br/>
        <w:t>Тут граф свій плащ із соболів добірних,&lt;br /&gt;</w:t>
        <w:br/>
        <w:t>Нашитих скрізь на шовк александрійський,&lt;br /&gt;</w:t>
        <w:br/>
        <w:t>На землю кинув — Бланкандрін підняв враз,&lt;br /&gt;</w:t>
        <w:br/>
        <w:t>Та граф меча тримав надалі міцно,&lt;br /&gt;</w:t>
        <w:br/>
        <w:t>Його ефес стискав він щирозлотний.&lt;br /&gt;</w:t>
        <w:br/>
        <w:t>Загомоніли маври: "От шляхетний лицар!"&lt;br /&gt;</w:t>
        <w:br/>
        <w:t>Аой!</w:t>
      </w:r>
    </w:p>
    <w:p>
      <w:r>
        <w:br/>
        <w:t>36&lt;br /&gt;</w:t>
        <w:br/>
        <w:t>І знову Ганелон цареві каже&lt;br /&gt;</w:t>
        <w:br/>
        <w:t>Наблизившись: "Ваш гнів даремний, сіре,&lt;br /&gt;</w:t>
        <w:br/>
        <w:t>Бо Карл, володар Франції, вам радить&lt;br /&gt;</w:t>
        <w:br/>
        <w:t>Прийняти віру у Христа правдиву&lt;br /&gt;</w:t>
        <w:br/>
        <w:t>І пів-Іспанії у лен в дарунок,&lt;br /&gt;</w:t>
        <w:br/>
        <w:t>А другу частку — небожу Роланду.&lt;br /&gt;</w:t>
        <w:br/>
        <w:t>Чванливий, гордий буде ваш сусіда.&lt;br /&gt;</w:t>
        <w:br/>
        <w:t>Якщо угода ця вам не підходить,&lt;br /&gt;</w:t>
        <w:br/>
        <w:t>Карл прийде, Сарагосу всю обложить,&lt;br /&gt;</w:t>
        <w:br/>
        <w:t>Вас візьмуть силоміць і добре зв'яжуть.&lt;br /&gt;</w:t>
        <w:br/>
        <w:t>Вас одвезуть в його престольний Ахен,&lt;br /&gt;</w:t>
        <w:br/>
        <w:t>Не посадовлять на парадних коней&lt;br /&gt;</w:t>
        <w:br/>
        <w:t>Чи мулів, лошаків, щоб їхать верхи,&lt;br /&gt;</w:t>
        <w:br/>
        <w:t>Вас кинуть на шкапину жалюгідну,&lt;br /&gt;</w:t>
        <w:br/>
        <w:t>Судитимуть і одвезуть на плаху.&lt;br /&gt;</w:t>
        <w:br/>
        <w:t>Ось те, що вам король звелів сказати".&lt;br /&gt;</w:t>
        <w:br/>
        <w:t>І він подав листа в правицю мавра.</w:t>
      </w:r>
    </w:p>
    <w:p>
      <w:r>
        <w:br/>
        <w:t>37&lt;br /&gt;</w:t>
        <w:br/>
        <w:t>Від люті аж почервонів Марсілій,&lt;br /&gt;</w:t>
        <w:br/>
        <w:t>Зламав печатку, віск на землю кинув.&lt;br /&gt;</w:t>
        <w:br/>
        <w:t>Листа він розгорнув і промовляє:&lt;br /&gt;</w:t>
        <w:br/>
        <w:t>"Землі французької володар грізний&lt;br /&gt;</w:t>
        <w:br/>
        <w:t>Нагадує про біль свій і образу&lt;br /&gt;</w:t>
        <w:br/>
        <w:t>За двох послів, Базилія й Базана,&lt;br /&gt;</w:t>
        <w:br/>
        <w:t>Що стратив я на пагорбах Альтільї.&lt;br /&gt;</w:t>
        <w:br/>
        <w:t>Якщо життя я хочу врятувати,&lt;br /&gt;</w:t>
        <w:br/>
        <w:t>Потрібно видать дядечка — Халіфа,&lt;br /&gt;</w:t>
        <w:br/>
        <w:t>Інакше Карл нашле на мене кару".&lt;br /&gt;</w:t>
        <w:br/>
        <w:t>Скінчив Марсілій, син його озвався,&lt;br /&gt;</w:t>
        <w:br/>
        <w:t>Звернувсь до батька: "Ганелон безумний,&lt;br /&gt;</w:t>
        <w:br/>
        <w:t>Брехун і заслуговує на смерть він!&lt;br /&gt;</w:t>
        <w:br/>
        <w:t>Віддай його, з ним швидко я покінчу!"&lt;br /&gt;</w:t>
        <w:br/>
        <w:t>Це чує Ганелон, меча оголив&lt;br /&gt;</w:t>
        <w:br/>
        <w:t>І притулився до сосни плечима.</w:t>
      </w:r>
    </w:p>
    <w:p>
      <w:r>
        <w:br/>
        <w:t>УГОДА З МАРСІЛІЄМ&lt;br /&gt;</w:t>
        <w:br/>
        <w:t>38&lt;br /&gt;</w:t>
        <w:br/>
        <w:t>Прийшов до свого саду цар Марсілій,&lt;br /&gt;</w:t>
        <w:br/>
        <w:t>Найродовитіші пішли з ним разом:&lt;br /&gt;</w:t>
        <w:br/>
        <w:t>Вже посивілий Бланкандрін премудрий&lt;br /&gt;</w:t>
        <w:br/>
        <w:t>Із принцем Джурфаленом, спадкоємцем,&lt;br /&gt;</w:t>
        <w:br/>
        <w:t>Халіф — Марсілію і друг, і дядько.&lt;br /&gt;</w:t>
        <w:br/>
        <w:t>Промовив Бланкандрін: "Покличте франка,&lt;br /&gt;</w:t>
        <w:br/>
        <w:t>Він заприсягся нам допомагати".&lt;br /&gt;</w:t>
        <w:br/>
        <w:t>Марсілій відмовляє: "Хай заходить!"&lt;br /&gt;</w:t>
        <w:br/>
        <w:t>Мавр Ганелона взяв за руку праву&lt;br /&gt;</w:t>
        <w:br/>
        <w:t>И привів його у царський сад до трону.&lt;br /&gt;</w:t>
        <w:br/>
        <w:t>Підготували там безчесну зраду.&lt;br /&gt;</w:t>
        <w:br/>
        <w:t>Аой!</w:t>
      </w:r>
    </w:p>
    <w:p>
      <w:r>
        <w:br/>
        <w:t>39&lt;br /&gt;</w:t>
        <w:br/>
        <w:t>"Мій любий Ганелоне, — цар промовив, —&lt;br /&gt;</w:t>
        <w:br/>
        <w:t>Не знаючи, поквапився я надто&lt;br /&gt;</w:t>
        <w:br/>
        <w:t>І в гніві намагавсь вас списом вдарить.&lt;br /&gt;</w:t>
        <w:br/>
        <w:t>Я соболями оплачу помилку,&lt;br /&gt;</w:t>
        <w:br/>
        <w:t>їх вартість — п'ятсот ліврів золотими,&lt;br /&gt;</w:t>
        <w:br/>
        <w:t>Тож за образу щедрий дам я викуп!"&lt;br /&gt;</w:t>
        <w:br/>
        <w:t>І Ганелон: "Від цього не відмовлюсь:&lt;br /&gt;</w:t>
        <w:br/>
        <w:t>А за добро хай Бог і вам віддячить!"&lt;br /&gt;</w:t>
        <w:br/>
        <w:t>Аой!</w:t>
      </w:r>
    </w:p>
    <w:p>
      <w:r>
        <w:br/>
        <w:t>40&lt;br /&gt;</w:t>
        <w:br/>
        <w:t>Марсілій знов: "Повірте, Ганелоне,&lt;br /&gt;</w:t>
        <w:br/>
        <w:t>Що від душі вас хочу полюбити.&lt;br /&gt;</w:t>
        <w:br/>
        <w:t>Мені кортить про Карла більш почути.&lt;br /&gt;</w:t>
        <w:br/>
        <w:t>Минула його сила, він старий вже,&lt;br /&gt;</w:t>
        <w:br/>
        <w:t>Подейкують, йому давно за двісті.&lt;br /&gt;</w:t>
        <w:br/>
        <w:t>Він стільки вже пройшов країв чужинних&lt;br /&gt;</w:t>
        <w:br/>
        <w:t>І стільки відбивав щитом ударів!&lt;br /&gt;</w:t>
        <w:br/>
        <w:t>Скількох царів перетворив на злиднів!&lt;br /&gt;</w:t>
        <w:br/>
        <w:t>Коли ж нарешті втомиться од битв цих?"&lt;br /&gt;</w:t>
        <w:br/>
        <w:t>Посол сказав: "Адже він зовсім інший!&lt;br /&gt;</w:t>
        <w:br/>
        <w:t>Його хто бачив, скаже неодмінно,&lt;br /&gt;</w:t>
        <w:br/>
        <w:t>Що Імператор франків — справжній лицар!&lt;br /&gt;</w:t>
        <w:br/>
        <w:t>Не зможу я його хвалити й славить,&lt;br /&gt;</w:t>
        <w:br/>
        <w:t>Бо вище він і слави, і похвал всіх!&lt;br /&gt;</w:t>
        <w:br/>
        <w:t>Про справжню смілість Карла хто розкаже?&lt;br /&gt;</w:t>
        <w:br/>
        <w:t>Бог дав завзятості йому без міри!&lt;br /&gt;</w:t>
        <w:br/>
        <w:t>Загину, та не обману довіри!"</w:t>
      </w:r>
    </w:p>
    <w:p>
      <w:r>
        <w:br/>
        <w:t>41&lt;br /&gt;</w:t>
        <w:br/>
        <w:t>А мавр своє: "Дивуюся я Карлу.&lt;br /&gt;</w:t>
        <w:br/>
        <w:t>Він вже старий і сивий, як я знаю,&lt;br /&gt;</w:t>
        <w:br/>
        <w:t>Йому давно вже двісті літ чи більше.&lt;br /&gt;</w:t>
        <w:br/>
        <w:t>Скількох він втрат зазнав в борні невтомній,&lt;br /&gt;</w:t>
        <w:br/>
        <w:t>І від мечів й списів поранень скільки!&lt;br /&gt;</w:t>
        <w:br/>
        <w:t>Скількох царів перетворив на злиднів!&lt;br /&gt;</w:t>
        <w:br/>
        <w:t>Коли же він утомиться від битв цих?"&lt;br /&gt;</w:t>
        <w:br/>
        <w:t>"Цьому не буть, поки живий племінник.&lt;br /&gt;</w:t>
        <w:br/>
        <w:t>Він кращий лицар в піднебеснім світі,&lt;br /&gt;</w:t>
        <w:br/>
        <w:t>Його друг Олів'єр не гірший в битві,&lt;br /&gt;</w:t>
        <w:br/>
        <w:t>Дванадцять перів, фаворитів Карла,&lt;br /&gt;</w:t>
        <w:br/>
        <w:t>І двадцять тисяч франків — ар'єргард весь.&lt;br /&gt;</w:t>
        <w:br/>
        <w:t>Спокійний Карл, нікого не боїться!"&lt;br /&gt;</w:t>
        <w:br/>
        <w:t>Аой!</w:t>
      </w:r>
    </w:p>
    <w:p>
      <w:r>
        <w:br/>
        <w:t>42&lt;br /&gt;</w:t>
        <w:br/>
        <w:t>Невірний знов: "Для нас велике диво,&lt;br /&gt;</w:t>
        <w:br/>
        <w:t>Що Карл Великий, вже старий і сивий,&lt;br /&gt;</w:t>
        <w:br/>
        <w:t>І, як я знаю, має двісті років.&lt;br /&gt;</w:t>
        <w:br/>
        <w:t>Завоював мечем країн він безліч!&lt;br /&gt;</w:t>
        <w:br/>
        <w:t>А скільки був поранений списами!&lt;br /&gt;</w:t>
        <w:br/>
        <w:t>І переміг в боях стількох царів він!&lt;br /&gt;</w:t>
        <w:br/>
        <w:t>Коли ж нарешті втомиться од битв цих?"&lt;br /&gt;</w:t>
        <w:br/>
        <w:t>І граф: "Поки живий Роланд — ніколи!&lt;br /&gt;</w:t>
        <w:br/>
        <w:t>Подібного барона Схід не бачив.&lt;br /&gt;</w:t>
        <w:br/>
        <w:t>Його друг Олів'єр не менш відважний.&lt;br /&gt;</w:t>
        <w:br/>
        <w:t>Дванадцять перів, що їх Карл так любить,&lt;br /&gt;</w:t>
        <w:br/>
        <w:t>І їх дружина — двадцять тисяч франків.&lt;br /&gt;</w:t>
        <w:br/>
        <w:t>Король спокійний, ворог не страшний їм!"&lt;br /&gt;</w:t>
        <w:br/>
        <w:t>Аой!</w:t>
      </w:r>
    </w:p>
    <w:p>
      <w:r>
        <w:br/>
        <w:t>43&lt;br /&gt;</w:t>
        <w:br/>
        <w:t>"Мій любий Ганелоне, — цар відмовив, —&lt;br /&gt;</w:t>
        <w:br/>
        <w:t>У світі кращої немає раті;&lt;br /&gt;</w:t>
        <w:br/>
        <w:t>Я маю вже чотири сотні тисяч,&lt;br /&gt;</w:t>
        <w:br/>
        <w:t>Щоб битися із Карлом, з його військом".&lt;br /&gt;</w:t>
        <w:br/>
        <w:t>Та заперечив граф: "Не зараз тільки,&lt;br /&gt;</w:t>
        <w:br/>
        <w:t>Бо багатьох ви втратите невірних.&lt;br /&gt;</w:t>
        <w:br/>
        <w:t>Облиште це безумство, будьте мудрі!&lt;br /&gt;</w:t>
        <w:br/>
        <w:t>А Карлові скарбів пошліть ви стільки,&lt;br /&gt;</w:t>
        <w:br/>
        <w:t>Щоб кожний з франків тільки здивувався.&lt;br /&gt;</w:t>
        <w:br/>
        <w:t>Додайте ще заручників із двадцять.&lt;br /&gt;</w:t>
        <w:br/>
        <w:t>Поверне Карл у Францію-красуню,&lt;br /&gt;</w:t>
        <w:br/>
        <w:t>Позаду ж ар'єргард лишиться, мабуть,&lt;br /&gt;</w:t>
        <w:br/>
        <w:t>З ним граф Роланд, племінник королівський&lt;br /&gt;</w:t>
        <w:br/>
        <w:t>З відважним й мудрим Олів'єром разом.&lt;br /&gt;</w:t>
        <w:br/>
        <w:t>Повірте, як помруть обидва графи,&lt;br /&gt;</w:t>
        <w:br/>
        <w:t>Забуде Карл свою безмірну пиху&lt;br /&gt;</w:t>
        <w:br/>
        <w:t>И навік бажання зникне з вами битись".&lt;br /&gt;</w:t>
        <w:br/>
        <w:t>Аой!</w:t>
      </w:r>
    </w:p>
    <w:p>
      <w:r>
        <w:br/>
        <w:t>44&lt;br /&gt;</w:t>
        <w:br/>
        <w:t>"Мій милий Ганелоне, — цар промовив, —&lt;br /&gt;</w:t>
        <w:br/>
        <w:t>Та як зробити, щоб Роланд загинув?"&lt;br /&gt;</w:t>
        <w:br/>
        <w:t>І Ганелон: "Охоче дам пораду!&lt;br /&gt;</w:t>
        <w:br/>
        <w:t>Дійшовши до Сізерського проходу,&lt;br /&gt;</w:t>
        <w:br/>
        <w:t>Король поставить ззаду ар'єргард свій.&lt;br /&gt;</w:t>
        <w:br/>
        <w:t>Його очолять граф Роланд пихатий&lt;br /&gt;</w:t>
        <w:br/>
        <w:t>І Олів'єр, йому Карл дуже вірить.&lt;br /&gt;</w:t>
        <w:br/>
        <w:t>Нашліть на них сто тисяч іновірців,&lt;br /&gt;</w:t>
        <w:br/>
        <w:t>Нехай вони зав'яжуть першу битву,&lt;br /&gt;</w:t>
        <w:br/>
        <w:t>Поранять і повтомлюють тих франків.&lt;br /&gt;</w:t>
        <w:br/>
        <w:t>Не криюсь, ваші майже всі загинуть.&lt;br /&gt;</w:t>
        <w:br/>
        <w:t>Та зразу ж друга рать у бій полине,&lt;br /&gt;</w:t>
        <w:br/>
        <w:t>З обох цих битв Роланд живим не вийде.&lt;br /&gt;</w:t>
        <w:br/>
        <w:t>Блискучий подвиг звершить ваше військо!&lt;br /&gt;</w:t>
        <w:br/>
        <w:t>І ви не знатимете більше воєн.&lt;br /&gt;</w:t>
        <w:br/>
        <w:t>Аой!</w:t>
      </w:r>
    </w:p>
    <w:p>
      <w:r>
        <w:br/>
        <w:t>45&lt;br /&gt;</w:t>
        <w:br/>
        <w:t>Хто переможе в тім бою Роланда,&lt;br /&gt;</w:t>
        <w:br/>
        <w:t>Залишить тіло Карла без правиці.&lt;br /&gt;</w:t>
        <w:br/>
        <w:t>Кістьми поляже краща рать його там,&lt;br /&gt;</w:t>
        <w:br/>
        <w:t>Вовік вже не збере він грізні сили,&lt;br /&gt;</w:t>
        <w:br/>
        <w:t>Іспанія гараздуватиме у мирі!"&lt;br /&gt;</w:t>
        <w:br/>
        <w:t>Почув те цар, цілує Ганелона,&lt;br /&gt;</w:t>
        <w:br/>
        <w:t>А потім наказав скарби принести.&lt;br /&gt;</w:t>
        <w:br/>
        <w:t>Аой!</w:t>
      </w:r>
    </w:p>
    <w:p>
      <w:r>
        <w:br/>
        <w:t>46&lt;br /&gt;</w:t>
        <w:br/>
        <w:t>Марсілій мовив: "Нащо всі слова ці?&lt;br /&gt;</w:t>
        <w:br/>
        <w:t>Довір'я нам взаємне необхідне.&lt;br /&gt;</w:t>
        <w:br/>
        <w:t>Пообіцяйте смерть близьку Роланда,&lt;br /&gt;</w:t>
        <w:br/>
        <w:t>Заприсягніть: він буде в ар'єргарді.&lt;br /&gt;</w:t>
        <w:br/>
        <w:t>І я — мій Магомет мені поможе —&lt;br /&gt;</w:t>
        <w:br/>
        <w:t>На бій, якщо його знайду, покличу!"&lt;br /&gt;</w:t>
        <w:br/>
        <w:t>А Ганелон: "Готовий присягнути!"&lt;br /&gt;</w:t>
        <w:br/>
        <w:t>І на святині він меча Морглейса&lt;br /&gt;</w:t>
        <w:br/>
        <w:t>Присягу дав і зраду так засвідчив.&lt;br /&gt;</w:t>
        <w:br/>
        <w:t>Аой!</w:t>
      </w:r>
    </w:p>
    <w:p>
      <w:r>
        <w:br/>
        <w:t>47&lt;br /&gt;</w:t>
        <w:br/>
        <w:t>Священне крісло там стояло з кості.&lt;br /&gt;</w:t>
        <w:br/>
        <w:t>Звелів на нього цар покласти книгу&lt;br /&gt;</w:t>
        <w:br/>
        <w:t>З законом Магомета й Тервагана.&lt;br /&gt;</w:t>
        <w:br/>
        <w:t>На ній і присягнув володар маврів:&lt;br /&gt;</w:t>
        <w:br/>
        <w:t>"Якщо знайду Роланда в ар'єргарді,&lt;br /&gt;</w:t>
        <w:br/>
        <w:t>То подолаю відчайдушний спротив.&lt;br /&gt;</w:t>
        <w:br/>
        <w:t>Зроблю усе можливе, й він загине!"&lt;br /&gt;</w:t>
        <w:br/>
        <w:t>А граф додав: "Щасти угоді нашій!"&lt;br /&gt;</w:t>
        <w:br/>
        <w:t>Аой!</w:t>
      </w:r>
    </w:p>
    <w:p>
      <w:r>
        <w:br/>
        <w:t>ДАРИ ЗА ЗРАДУ&lt;br /&gt;</w:t>
        <w:br/>
        <w:t>48&lt;br /&gt;</w:t>
        <w:br/>
        <w:t>До них підходить Вальдабрун-язичник —&lt;br /&gt;</w:t>
        <w:br/>
        <w:t>Марсілія колишній вихователь.&lt;br /&gt;</w:t>
        <w:br/>
        <w:t>Люб'язно й щиро каже Ганелону:&lt;br /&gt;</w:t>
        <w:br/>
        <w:t>"Прийміть мій меч, нема ні в кого краще,&lt;br /&gt;</w:t>
        <w:br/>
        <w:t>Один держак — на тисячу мангонів:&lt;br /&gt;</w:t>
        <w:br/>
        <w:t>Його дарую я заради дружби,&lt;br /&gt;</w:t>
        <w:br/>
        <w:t>За допомогу у борні з Роландом,&lt;br /&gt;</w:t>
        <w:br/>
        <w:t>Щоб ми знайшли його у ар'єргарді".&lt;br /&gt;</w:t>
        <w:br/>
        <w:t>"Так буть за цим!" — тут Ганелон озвався.&lt;br /&gt;</w:t>
        <w:br/>
        <w:t>Обійми, поцілунки в щоки, в губи.</w:t>
      </w:r>
    </w:p>
    <w:p>
      <w:r>
        <w:br/>
        <w:t>49&lt;br /&gt;</w:t>
        <w:br/>
        <w:t>Аж тут з'явився Кліморін-поганець.&lt;br /&gt;</w:t>
        <w:br/>
        <w:t>З усмішкою звернувсь до Ганелона:&lt;br /&gt;</w:t>
        <w:br/>
        <w:t>"Візьміть шолом мій, кращого немає.&lt;br /&gt;</w:t>
        <w:br/>
        <w:t>На лобі вставлений гранат безцінний.&lt;br /&gt;</w:t>
        <w:br/>
        <w:t>Допоможіть лиш покінчить з маркізом,&lt;br /&gt;</w:t>
        <w:br/>
        <w:t>Порадьте засіб, як його збезчестить".&lt;br /&gt;</w:t>
        <w:br/>
        <w:t>"Гаразд все буде!" — відповів граф-зрадник.&lt;br /&gt;</w:t>
        <w:br/>
        <w:t>Обійми, поцілунки в щоки, в губи.&lt;br /&gt;</w:t>
        <w:br/>
        <w:t>Аой!</w:t>
      </w:r>
    </w:p>
    <w:p>
      <w:r>
        <w:br/>
        <w:t>50&lt;br /&gt;</w:t>
        <w:br/>
        <w:t>Прийшла сама цариця Брамімонда.&lt;br /&gt;</w:t>
        <w:br/>
        <w:t>"Я вас шаную, графе! — так сказала, —&lt;br /&gt;</w:t>
        <w:br/>
        <w:t>Вас хвалить чоловік і всі придворні.&lt;br /&gt;</w:t>
        <w:br/>
        <w:t>Прийміть ви для дружини два браслети&lt;br /&gt;</w:t>
        <w:br/>
        <w:t>Із золота, гранатів й аметистів —&lt;br /&gt;</w:t>
        <w:br/>
        <w:t>їх вартість вища за скарби всі Риму.&lt;br /&gt;</w:t>
        <w:br/>
        <w:t>І Карл не бачив ще краси такої!"&lt;br /&gt;</w:t>
        <w:br/>
        <w:t>І зрадник заховав браслети в чобіт.&lt;br /&gt;</w:t>
        <w:br/>
        <w:t>Аой!</w:t>
      </w:r>
    </w:p>
    <w:p>
      <w:r>
        <w:br/>
        <w:t>51&lt;br /&gt;</w:t>
        <w:br/>
        <w:t>Позвав Марсілій скарбника Мальдюйта:&lt;br /&gt;</w:t>
        <w:br/>
        <w:t>"Приготував ти подарунки Карлу?"&lt;br /&gt;</w:t>
        <w:br/>
        <w:t>Той відповів: "Так, сіре, вже готові!&lt;br /&gt;</w:t>
        <w:br/>
        <w:t>Сімсот верблюдів з золотом і сріблом&lt;br /&gt;</w:t>
        <w:br/>
        <w:t>І двадцять найзнатніших аманатів".&lt;br /&gt;</w:t>
        <w:br/>
        <w:t>Аой!</w:t>
      </w:r>
    </w:p>
    <w:p>
      <w:r>
        <w:br/>
        <w:t>52&lt;br /&gt;</w:t>
        <w:br/>
        <w:t>Поплескав по плечу цар Ганелона&lt;br /&gt;</w:t>
        <w:br/>
        <w:t>И сказав: "Ти дуже мудрий і відважний!&lt;br /&gt;</w:t>
        <w:br/>
        <w:t>В ім'я святого вашого закону&lt;br /&gt;</w:t>
        <w:br/>
        <w:t>Не зрадь ти клятви даної довіку!&lt;br /&gt;</w:t>
        <w:br/>
        <w:t>Скарбами я тебе осиплю вдосталь:&lt;br /&gt;</w:t>
        <w:br/>
        <w:t>Дам десять мулів з золотом арабським&lt;br /&gt;</w:t>
        <w:br/>
        <w:t>И щорічно надсилатиму по стільки ж.&lt;br /&gt;</w:t>
        <w:br/>
        <w:t>Візьми ключі оці від Сарагоси&lt;br /&gt;</w:t>
        <w:br/>
        <w:t>І передай дари всі Карлу зразу ж.&lt;br /&gt;</w:t>
        <w:br/>
        <w:t>Якщо Роланд лишиться в ар'єргарді,&lt;br /&gt;</w:t>
        <w:br/>
        <w:t>В лощині десь зустріну під горою.&lt;br /&gt;</w:t>
        <w:br/>
        <w:t>Зітнемося тоді в смертельнім бої".&lt;br /&gt;</w:t>
        <w:br/>
        <w:t>Промовив Ганелон: "Не гаймо часу!"&lt;br /&gt;</w:t>
        <w:br/>
        <w:t>Сів на коня і рушив в путь зворотну.&lt;br /&gt;</w:t>
        <w:br/>
        <w:t>Аой!</w:t>
      </w:r>
    </w:p>
    <w:p>
      <w:r>
        <w:br/>
        <w:t>53&lt;br /&gt;</w:t>
        <w:br/>
        <w:t>До володінь своїх підходив Імператор,&lt;br /&gt;</w:t>
        <w:br/>
        <w:t>Неподалік від Гальни стан розбили.&lt;br /&gt;</w:t>
        <w:br/>
        <w:t>Роланд здобув це місто, знищив стіни,&lt;br /&gt;</w:t>
        <w:br/>
        <w:t>Зруйнованим стоятиме століття.&lt;br /&gt;</w:t>
        <w:br/>
        <w:t>Король новин чекав од Ганелона,&lt;br /&gt;</w:t>
        <w:br/>
        <w:t>Данину від Іспанії й уклону.&lt;br /&gt;</w:t>
        <w:br/>
        <w:t>А на зорі, ледь ранок вже засяяв,&lt;br /&gt;</w:t>
        <w:br/>
        <w:t>Граф Ганелон до табору під'їхав.&lt;br /&gt;</w:t>
        <w:br/>
        <w:t>Аой!</w:t>
      </w:r>
    </w:p>
    <w:p>
      <w:r>
        <w:br/>
        <w:t>54&lt;br /&gt;</w:t>
        <w:br/>
        <w:t>Прокинувсь Імператор рано-вранці,&lt;br /&gt;</w:t>
        <w:br/>
        <w:t>Прослухав ранню службу, помолився.&lt;br /&gt;</w:t>
        <w:br/>
        <w:t>Перед наметом на траву зелену всівся.&lt;br /&gt;</w:t>
        <w:br/>
        <w:t>Роланд і Олів'єр стояли поруч,&lt;br /&gt;</w:t>
        <w:br/>
        <w:t>Поблизу Найм та інші всі барони.&lt;br /&gt;</w:t>
        <w:br/>
        <w:t>І зрадник, Ганелон-клятвопорушник&lt;br /&gt;</w:t>
        <w:br/>
        <w:t>Почав промову хитру та підступну.&lt;br /&gt;</w:t>
        <w:br/>
        <w:t>Він королю: "Хай Бог вас зберігає!&lt;br /&gt;</w:t>
        <w:br/>
        <w:t>Привіз я вам ключі від Сарагоси,&lt;br /&gt;</w:t>
        <w:br/>
        <w:t>Скарби із ними величезні маврів,&lt;br /&gt;</w:t>
        <w:br/>
        <w:t>Заручників ще двадцять родовитих.&lt;br /&gt;</w:t>
        <w:br/>
        <w:t>Хоробрий цар Марсілій вас благає:&lt;br /&gt;</w:t>
        <w:br/>
        <w:t>Не ганити його через Халіфа.&lt;br /&gt;</w:t>
        <w:br/>
        <w:t>Я бачив військо майже в триста тисяч,&lt;br /&gt;</w:t>
        <w:br/>
        <w:t>Споряджене в кольчуги і шоломи,&lt;br /&gt;</w:t>
        <w:br/>
        <w:t>А на боку мечі червленозлоті.&lt;br /&gt;</w:t>
        <w:br/>
        <w:t>На кораблі сідало із Халіфом,&lt;br /&gt;</w:t>
        <w:br/>
        <w:t>Свій рідний край лишали, щоби тільки&lt;br /&gt;</w:t>
        <w:br/>
        <w:t>їм не приймати віру християнську.&lt;br /&gt;</w:t>
        <w:br/>
        <w:t>Та встигли пропливти лиш льє з чотири,&lt;br /&gt;</w:t>
        <w:br/>
        <w:t>Як раптом налетіла буря з вітром&lt;br /&gt;</w:t>
        <w:br/>
        <w:t>І потонули всі в морській пучині.&lt;br /&gt;</w:t>
        <w:br/>
        <w:t>Якби Халіф не вмер, то був би поруч!&lt;br /&gt;</w:t>
        <w:br/>
        <w:t>І будьте певні, сіре, цар невірних&lt;br /&gt;</w:t>
        <w:br/>
        <w:t>Наздожене вас через місяць, скоро.&lt;br /&gt;</w:t>
        <w:br/>
        <w:t>За вами йтиме він слідом неспішно&lt;br /&gt;</w:t>
        <w:br/>
        <w:t>До Франції і прийме християнство.&lt;br /&gt;</w:t>
        <w:br/>
        <w:t>З покорою васалом вашим стане,&lt;br /&gt;</w:t>
        <w:br/>
        <w:t>Од вас же він одержить трон іспанський".&lt;br /&gt;</w:t>
        <w:br/>
        <w:t>Король промовив: "Богові хвала вся!&lt;br /&gt;</w:t>
        <w:br/>
        <w:t>Велика нагорода вас чекає!"&lt;br /&gt;</w:t>
        <w:br/>
        <w:t>У війську франків звуки сурм лунають,&lt;br /&gt;</w:t>
        <w:br/>
        <w:t>Сідлають коней і майно складають.&lt;br /&gt;</w:t>
        <w:br/>
        <w:t>До Франції-красуні поспішають.&lt;br /&gt;</w:t>
        <w:br/>
        <w:t>Аой!</w:t>
      </w:r>
    </w:p>
    <w:p>
      <w:r>
        <w:br/>
        <w:t>55&lt;br /&gt;</w:t>
        <w:br/>
        <w:t>Великий Карл Іспанію спустошив,&lt;br /&gt;</w:t>
        <w:br/>
        <w:t>Фортеці потрощив, міста в руїнах.&lt;br /&gt;</w:t>
        <w:br/>
        <w:t>Король віддав наказ бої кінчати,&lt;br /&gt;</w:t>
        <w:br/>
        <w:t>До Франції-красуні поспішати.&lt;br /&gt;</w:t>
        <w:br/>
        <w:t>Встромив вже хоругву Роланд у землю,&lt;br /&gt;</w:t>
        <w:br/>
        <w:t>З вершини пагорба знялась до неба.&lt;br /&gt;</w:t>
        <w:br/>
        <w:t>А франки поблизу свій стан розбили.&lt;br /&gt;</w:t>
        <w:br/>
        <w:t>Долинами глибокими мчать маври,&lt;br /&gt;</w:t>
        <w:br/>
        <w:t>В кольчугах, в обладунку бойовому,&lt;br /&gt;</w:t>
        <w:br/>
        <w:t>В міцних шоломах, з гострими мечами,&lt;br /&gt;</w:t>
        <w:br/>
        <w:t>З блискучими щитами і списами.&lt;br /&gt;</w:t>
        <w:br/>
        <w:t>Серед високих гір сховались в хащах,&lt;br /&gt;</w:t>
        <w:br/>
        <w:t>Чотири сотні тисяч у чеканні.&lt;br /&gt;</w:t>
        <w:br/>
        <w:t>О Боже! Та ж цього не знають франки!&lt;br /&gt;</w:t>
        <w:br/>
        <w:t>Аой!</w:t>
      </w:r>
    </w:p>
    <w:p>
      <w:r>
        <w:br/>
        <w:t>СНОВИДІННЯ КАРЛА&lt;br /&gt;</w:t>
        <w:br/>
        <w:t>56&lt;br /&gt;</w:t>
        <w:br/>
        <w:t>Минув вже день, і ніч надходить швидко.&lt;br /&gt;</w:t>
        <w:br/>
        <w:t>Король, могутній Карл, вже спочиває.&lt;br /&gt;</w:t>
        <w:br/>
        <w:t>Сізерську браму бачить уві сні він:&lt;br /&gt;</w:t>
        <w:br/>
        <w:t>Неначе ясеневий спис тримає,&lt;br /&gt;</w:t>
        <w:br/>
        <w:t>Граф Ганелон цей раптом спис хапає,&lt;br /&gt;</w:t>
        <w:br/>
        <w:t>Об землю вдарив, та з такою злістю,&lt;br /&gt;</w:t>
        <w:br/>
        <w:t>Що лиш уламки полетіли в небо...&lt;br /&gt;</w:t>
        <w:br/>
        <w:t>Карл спить так міцно, навіть не прокинувсь.</w:t>
      </w:r>
    </w:p>
    <w:p>
      <w:r>
        <w:br/>
        <w:t>57&lt;br /&gt;</w:t>
        <w:br/>
        <w:t>А після цього сну він бачить інший.&lt;br /&gt;</w:t>
        <w:br/>
        <w:t>Вже Франція. Він в Ахенській каплиці.&lt;br /&gt;</w:t>
        <w:br/>
        <w:t>Ведмідь зубами рве його правицю&lt;br /&gt;</w:t>
        <w:br/>
        <w:t>И прокушує до кості плоть живую.&lt;br /&gt;</w:t>
        <w:br/>
        <w:t>Та раптом з гір Арденнських барс страшенний&lt;br /&gt;</w:t>
        <w:br/>
        <w:t>На груди кинувся, оскаженілий.&lt;br /&gt;</w:t>
        <w:br/>
        <w:t>З палацу вибігає хірт проворний,&lt;br /&gt;</w:t>
        <w:br/>
        <w:t>На допомогу Карлу мчить, стрибає,&lt;br /&gt;</w:t>
        <w:br/>
        <w:t>Ведмедю вухо праве відгризає,&lt;br /&gt;</w:t>
        <w:br/>
        <w:t>На смерть жорстоко б'ється з барсом хижим.&lt;br /&gt;</w:t>
        <w:br/>
        <w:t>І франки гомонять: "Жахлива битва!"&lt;br /&gt;</w:t>
        <w:br/>
        <w:t>Та переможець в битві невідомий...&lt;br /&gt;</w:t>
        <w:br/>
        <w:t>А Карл так міцно спав, що й не прокинувсь.&lt;br /&gt;</w:t>
        <w:br/>
        <w:t>Аой!</w:t>
      </w:r>
    </w:p>
    <w:p>
      <w:r>
        <w:br/>
        <w:t>ДОРУЧЕННЯ РОЛАНДОВІ АР'ЄРГАРДУ&lt;br /&gt;</w:t>
        <w:br/>
        <w:t>58&lt;br /&gt;</w:t>
        <w:br/>
        <w:t>Минає ніч, ясна зоря вже сяє.&lt;br /&gt;</w:t>
        <w:br/>
        <w:t>Мчить гордо перед військом Імператор,&lt;br /&gt;</w:t>
        <w:br/>
        <w:t>А звуки тисяч сурм дзвінких лунають.&lt;br /&gt;</w:t>
        <w:br/>
        <w:t>"Сеньйори, — Карл до вояків звернувся, —&lt;br /&gt;</w:t>
        <w:br/>
        <w:t>Ущелин бачите вузькі проходи?&lt;br /&gt;</w:t>
        <w:br/>
        <w:t>Хто захистить їх краще в ар'єргарді?"&lt;br /&gt;</w:t>
        <w:br/>
        <w:t>Промовив Ганелон: "Роланд відважний,&lt;br /&gt;</w:t>
        <w:br/>
        <w:t>Мій пасерб — найсміливіший з баронів".&lt;br /&gt;</w:t>
        <w:br/>
        <w:t>Почув слова ці Карл, суворо глянув&lt;br /&gt;</w:t>
        <w:br/>
        <w:t>І гримнув: "Справжній ви диявол з пекла,&lt;br /&gt;</w:t>
        <w:br/>
        <w:t>Смертельна лють бушує в вашім серці.&lt;br /&gt;</w:t>
        <w:br/>
        <w:t>Хто ж попереду піде в авангарді?"&lt;br /&gt;</w:t>
        <w:br/>
        <w:t>І знову Ганелон: "Та Одж'єр-Данець,&lt;br /&gt;</w:t>
        <w:br/>
        <w:t>Із цим ніхто не впорається краще!"</w:t>
      </w:r>
    </w:p>
    <w:p>
      <w:r>
        <w:br/>
        <w:t>59&lt;br /&gt;</w:t>
        <w:br/>
        <w:t>Почув розмову граф Роланд хоробрий&lt;br /&gt;</w:t>
        <w:br/>
        <w:t>І мовив, як правдивий воїн-лицар:&lt;br /&gt;</w:t>
        <w:br/>
        <w:t>"Вітчиме-сіре, дуже вдячний вам я,&lt;br /&gt;</w:t>
        <w:br/>
        <w:t>Довірили мені весь ар'єргард ви.&lt;br /&gt;</w:t>
        <w:br/>
        <w:t>І Карл, володар Франції всієї,&lt;br /&gt;</w:t>
        <w:br/>
        <w:t>Не втратить скакунів, парадних коней&lt;br /&gt;</w:t>
        <w:br/>
        <w:t>Чи лошаків і прудконогих мулів.&lt;br /&gt;</w:t>
        <w:br/>
        <w:t>За віслюка чи навіть за шкапину&lt;br /&gt;</w:t>
        <w:br/>
        <w:t>Мій меч примусить ворога сплатити".&lt;br /&gt;</w:t>
        <w:br/>
        <w:t>А Ганелон сказав: "То так, я знаю".&lt;br /&gt;</w:t>
        <w:br/>
        <w:t>Аой!</w:t>
      </w:r>
    </w:p>
    <w:p>
      <w:r>
        <w:br/>
        <w:t>60&lt;br /&gt;</w:t>
        <w:br/>
        <w:t>Роланд вже знав, що буде в ар'єргарді.&lt;br /&gt;</w:t>
        <w:br/>
        <w:t>Він гнівно так звернувся до вітчима:&lt;br /&gt;</w:t>
        <w:br/>
        <w:t>"Негіднику, падлюко худорідний!&lt;br /&gt;</w:t>
        <w:br/>
        <w:t>Чи, думаєш, я рукавицю втрачу,&lt;br /&gt;</w:t>
        <w:br/>
        <w:t>Як упустив свій жезл ти перед Карлом?"&lt;br /&gt;</w:t>
        <w:br/>
        <w:t>Аой!</w:t>
      </w:r>
    </w:p>
    <w:p>
      <w:r>
        <w:br/>
        <w:t>61&lt;br /&gt;</w:t>
        <w:br/>
        <w:t>А Карлові Роланд сказав: "Сеньйоре,&lt;br /&gt;</w:t>
        <w:br/>
        <w:t>Віддайте лук, що держите в руці ви.&lt;br /&gt;</w:t>
        <w:br/>
        <w:t>Упевнений, що докорів не буде,&lt;br /&gt;</w:t>
        <w:br/>
        <w:t>Не осоромлюся, як Ганелон зробив це —&lt;br /&gt;</w:t>
        <w:br/>
        <w:t>Впустив жезла десницею своєю".&lt;br /&gt;</w:t>
        <w:br/>
        <w:t>А Імператор голову похнюпив,&lt;br /&gt;</w:t>
        <w:br/>
        <w:t>Куйовдить бороду і смика вуса,&lt;br /&gt;</w:t>
        <w:br/>
        <w:t>Не стримавсь, раптом гірко так заплакав.</w:t>
      </w:r>
    </w:p>
    <w:p>
      <w:r>
        <w:br/>
        <w:t>62&lt;br /&gt;</w:t>
        <w:br/>
        <w:t>Підвівся тут і Найм, премудрий герцог,&lt;br /&gt;</w:t>
        <w:br/>
        <w:t>Не бачив двір вірнішого васала.&lt;br /&gt;</w:t>
        <w:br/>
        <w:t>Він королю сказав: "Ви добре чули,&lt;br /&gt;</w:t>
        <w:br/>
        <w:t>Що граф Роланд у гніві справедливім.&lt;br /&gt;</w:t>
        <w:br/>
        <w:t>Йому доручено йти з ар'єргардом,&lt;br /&gt;</w:t>
        <w:br/>
        <w:t>І кращого не підібрать за нього.&lt;br /&gt;</w:t>
        <w:br/>
        <w:t>То ж передайте лук йому з рук ваших,&lt;br /&gt;</w:t>
        <w:br/>
        <w:t>Знайдіть людей йому на допомогу".&lt;br /&gt;</w:t>
        <w:br/>
        <w:t>Віддав Карл лук, Роланд узяв достойно.</w:t>
      </w:r>
    </w:p>
    <w:p>
      <w:r>
        <w:br/>
        <w:t>63&lt;br /&gt;</w:t>
        <w:br/>
        <w:t>Звернувсь до нього славний Імператор:&lt;br /&gt;</w:t>
        <w:br/>
        <w:t>"Небоже любий, вирішив віддати&lt;br /&gt;</w:t>
        <w:br/>
        <w:t>Я в ар'єргард наш половину війська.&lt;br /&gt;</w:t>
        <w:br/>
        <w:t>Тож бережіть, воно і вас врятує".&lt;br /&gt;</w:t>
        <w:br/>
        <w:t>"Нічого з ним не буде, — граф запевнив, —&lt;br /&gt;</w:t>
        <w:br/>
        <w:t>Скарає Бог, якщо свій рід знеславлю!&lt;br /&gt;</w:t>
        <w:br/>
        <w:t>Я збережу хоробре військо франків.&lt;br /&gt;</w:t>
        <w:br/>
        <w:t>Проходьте межигір'я без боязні,&lt;br /&gt;</w:t>
        <w:br/>
        <w:t>Бо поки я живий, ваш шлях безпечний".</w:t>
      </w:r>
    </w:p>
    <w:p>
      <w:r>
        <w:br/>
        <w:t>64&lt;br /&gt;</w:t>
        <w:br/>
        <w:t>От граф Роланд на скакуна вже скочив,&lt;br /&gt;</w:t>
        <w:br/>
        <w:t>А поруч з ним друг Олів'єр гарцює,&lt;br /&gt;</w:t>
        <w:br/>
        <w:t>Також Джерін і граф старий Джер'єр,&lt;br /&gt;</w:t>
        <w:br/>
        <w:t>Барон Отон і славний Берендж'єр,&lt;br /&gt;</w:t>
        <w:br/>
        <w:t>Іще Самсон і Ансеїс шляхетний,&lt;br /&gt;</w:t>
        <w:br/>
        <w:t>Івон, Іворій — короля любимці,&lt;br /&gt;</w:t>
        <w:br/>
        <w:t>Старий Джерард де Руссільйон, за ними&lt;br /&gt;</w:t>
        <w:br/>
        <w:t>Гасконський герцог Енджельєр сміливий.&lt;br /&gt;</w:t>
        <w:br/>
        <w:t>"Клянусь, я з вами!" — закричав Турпін.&lt;br /&gt;</w:t>
        <w:br/>
        <w:t>"І я!" — втрутився граф Готьє. — Роланд —&lt;br /&gt;</w:t>
        <w:br/>
        <w:t>Господар мій, і з ним я нерозлучний!"&lt;br /&gt;</w:t>
        <w:br/>
        <w:t>Весь ар'єргард підібраний був з друзів.&lt;br /&gt;</w:t>
        <w:br/>
        <w:t>Аой!</w:t>
      </w:r>
    </w:p>
    <w:p>
      <w:r>
        <w:br/>
        <w:t>МАРШ ВІЙСЬКА КАРЛА ДО ФРАНЦІЇ&lt;br /&gt;</w:t>
        <w:br/>
        <w:t>65&lt;br /&gt;</w:t>
        <w:br/>
        <w:t>Покликав граф Роланд Готьє де л'Ума:&lt;br /&gt;</w:t>
        <w:br/>
        <w:t>"Візьміть ви тисячу з собою франків,&lt;br /&gt;</w:t>
        <w:br/>
        <w:t>Займіть усі висоти і проходи,&lt;br /&gt;</w:t>
        <w:br/>
        <w:t>Щоб ні душі король наш не утратив".&lt;br /&gt;</w:t>
        <w:br/>
        <w:t>Аой!&lt;br /&gt;</w:t>
        <w:br/>
        <w:t>Готьє сказав: "Зроблю все як годиться!"&lt;br /&gt;</w:t>
        <w:br/>
        <w:t>Із тисячею лицарів добірних&lt;br /&gt;</w:t>
        <w:br/>
        <w:t>Зайняв надійно пагорби й тіснини,&lt;br /&gt;</w:t>
        <w:br/>
        <w:t>І що б не сталося — він не відступить,&lt;br /&gt;</w:t>
        <w:br/>
        <w:t>А ворог на сімсот мечів натрапить.&lt;br /&gt;</w:t>
        <w:br/>
        <w:t>Тим часом Альмаріс, владар Бельферни,&lt;br /&gt;</w:t>
        <w:br/>
        <w:t>Вже готував Готьє жорстоку битву.&lt;br /&gt;</w:t>
        <w:br/>
        <w:t>.................................................................&lt;br /&gt;</w:t>
        <w:br/>
        <w:t>Карл увійшов в тіснину Ронсевальську,&lt;br /&gt;</w:t>
        <w:br/>
        <w:t>Барон Одж'єр був разом з авангардом,&lt;br /&gt;</w:t>
        <w:br/>
        <w:t>Тож спереду загрози не боялись.&lt;br /&gt;</w:t>
        <w:br/>
        <w:t>Роланд лишивсь, щоб захищать тил війська,&lt;br /&gt;</w:t>
        <w:br/>
        <w:t>З ним Олів'єр, і всі дванадцять перів,&lt;br /&gt;</w:t>
        <w:br/>
        <w:t>І двадцять тисяч юних мужніх франків.&lt;br /&gt;</w:t>
        <w:br/>
        <w:t>І скоро бій! Хай Бог їм допоможе!&lt;br /&gt;</w:t>
        <w:br/>
        <w:t>Про це лиш знає Ганелон зрадливий,&lt;br /&gt;</w:t>
        <w:br/>
        <w:t>Та за мовчання він отримав плату.</w:t>
      </w:r>
    </w:p>
    <w:p>
      <w:r>
        <w:br/>
        <w:t>66&lt;br /&gt;</w:t>
        <w:br/>
        <w:t>Високі гори і похмурі доли,&lt;br /&gt;</w:t>
        <w:br/>
        <w:t>Аиш чорні скелі і жахливі кручі.&lt;br /&gt;</w:t>
        <w:br/>
        <w:t>А франки вдень ідуть насилу вгору,&lt;br /&gt;</w:t>
        <w:br/>
        <w:t>На відстані в п'ятнадцять льє їх чути.&lt;br /&gt;</w:t>
        <w:br/>
        <w:t>Коли Великої Землі дістались,&lt;br /&gt;</w:t>
        <w:br/>
        <w:t>Гасконь узріли, землі їх сеньйора,&lt;br /&gt;</w:t>
        <w:br/>
        <w:t>Свої феоди пригадали, житла,&lt;br /&gt;</w:t>
        <w:br/>
        <w:t>А також милих дочок й жон шляхетних,&lt;br /&gt;</w:t>
        <w:br/>
        <w:t>То не було такого, хто б не плакав.&lt;br /&gt;</w:t>
        <w:br/>
        <w:t>Та найскорботніше король сумує —&lt;br /&gt;</w:t>
        <w:br/>
        <w:t>Зостався небіж у іспанських долах.&lt;br /&gt;</w:t>
        <w:br/>
        <w:t>І Карл не міг вже стримать сльози туги.&lt;br /&gt;</w:t>
        <w:br/>
        <w:t>Аой!</w:t>
      </w:r>
    </w:p>
    <w:p>
      <w:r>
        <w:br/>
        <w:t>67&lt;br /&gt;</w:t>
        <w:br/>
        <w:t>Дванадцять перів на чужій землі,&lt;br /&gt;</w:t>
        <w:br/>
        <w:t>А з ними — двадцять тисяч смілих франків,&lt;br /&gt;</w:t>
        <w:br/>
        <w:t>Вони безстрашні й не бояться смерті.&lt;br /&gt;</w:t>
        <w:br/>
        <w:t>Король вступає на французьку землю,&lt;br /&gt;</w:t>
        <w:br/>
        <w:t>Лице ховає під плащем старанно.&lt;br /&gt;</w:t>
        <w:br/>
        <w:t>Сідло в сідло з ним — герцог Найм премудрий.&lt;br /&gt;</w:t>
        <w:br/>
        <w:t>"Що засмутило вас?" — питає Карла.&lt;br /&gt;</w:t>
        <w:br/>
        <w:t>Обурився король: "Питання зайве.&lt;br /&gt;</w:t>
        <w:br/>
        <w:t>Хіба причин немає сумувати?&lt;br /&gt;</w:t>
        <w:br/>
        <w:t>Той Ганелон всю Францію погубить.&lt;br /&gt;</w:t>
        <w:br/>
        <w:t>Вночі пророчий сон мені наснився:&lt;br /&gt;</w:t>
        <w:br/>
        <w:t>Зламав руками спис мій граф на друзки —&lt;br /&gt;</w:t>
        <w:br/>
        <w:t>Тож він послав у ар'єргард Роланда.&lt;br /&gt;</w:t>
        <w:br/>
        <w:t>Мій небіж на чужій землі лишився,&lt;br /&gt;</w:t>
        <w:br/>
        <w:t>Якщо його я втрачу — хто замінить?"&lt;br /&gt;</w:t>
        <w:br/>
        <w:t>Аой!</w:t>
      </w:r>
    </w:p>
    <w:p>
      <w:r>
        <w:br/>
        <w:t>ДВАНАДЦЯТЬ САРАЦИНСЬКИХ ПЕРІВ&lt;br /&gt;</w:t>
        <w:br/>
        <w:t>68&lt;br /&gt;</w:t>
        <w:br/>
        <w:t>Не може Карл Великий стримать сльози.&lt;br /&gt;</w:t>
        <w:br/>
        <w:t>Сто тисяч франків засмутились також —&lt;br /&gt;</w:t>
        <w:br/>
        <w:t>Уболівають за життя Роланда.&lt;br /&gt;</w:t>
        <w:br/>
        <w:t>Негідний зрадник Ганелон запродав&lt;br /&gt;</w:t>
        <w:br/>
        <w:t>Його царю невірних за дарунки:&lt;br /&gt;</w:t>
        <w:br/>
        <w:t>Узяв він золото, парчу та срібло,&lt;br /&gt;</w:t>
        <w:br/>
        <w:t>Коней та мулів, левів і верблюдів...&lt;br /&gt;</w:t>
        <w:br/>
        <w:t>Марсілій наказав — прийшли васали:&lt;br /&gt;</w:t>
        <w:br/>
        <w:t>Усі еміри, герцоги і графи,&lt;br /&gt;</w:t>
        <w:br/>
        <w:t>Віконти, також діти знатних маврів,&lt;br /&gt;</w:t>
        <w:br/>
        <w:t>В три дні прийшло чотириста їх тисяч.&lt;br /&gt;</w:t>
        <w:br/>
        <w:t>Гримлять у Сарагосі тамбурини,&lt;br /&gt;</w:t>
        <w:br/>
        <w:t>На вищій вежі — ідол Магомета,&lt;br /&gt;</w:t>
        <w:br/>
        <w:t>Молитись йде до нього рід поганський.&lt;br /&gt;</w:t>
        <w:br/>
        <w:t>А потім наче навіжені линуть&lt;br /&gt;</w:t>
        <w:br/>
        <w:t>Через всі гори, землі та долини.&lt;br /&gt;</w:t>
        <w:br/>
        <w:t>І раптом бачать франкові знамена.&lt;br /&gt;</w:t>
        <w:br/>
        <w:t>То ар'єргард і з ним дванадцять перів.&lt;br /&gt;</w:t>
        <w:br/>
        <w:t>На них чекає величезна битва.</w:t>
      </w:r>
    </w:p>
    <w:p>
      <w:r>
        <w:br/>
        <w:t>69&lt;br /&gt;</w:t>
        <w:br/>
        <w:t>От до Марсілія під'їхав небіж,&lt;br /&gt;</w:t>
        <w:br/>
        <w:t>Він мула канчуком все підганяє,&lt;br /&gt;</w:t>
        <w:br/>
        <w:t>І, посміхаючись до дядька, каже:&lt;br /&gt;</w:t>
        <w:br/>
        <w:t>"Мій любий сіре, вам давно служу вже,&lt;br /&gt;</w:t>
        <w:br/>
        <w:t>За вас прийняв багато ран й незгод я.&lt;br /&gt;</w:t>
        <w:br/>
        <w:t>Вже стільки битв провів, був переможцем!&lt;br /&gt;</w:t>
        <w:br/>
        <w:t>Мені даруйте перший бій з Роландом,&lt;br /&gt;</w:t>
        <w:br/>
        <w:t>Його уб'ю своїм я гострим списом.&lt;br /&gt;</w:t>
        <w:br/>
        <w:t>Якщо така є воля Магомета,&lt;br /&gt;</w:t>
        <w:br/>
        <w:t>Я вижену з Іспанії всіх франків&lt;br /&gt;</w:t>
        <w:br/>
        <w:t>Від Аспрійських ущелин до Дюрстану.&lt;br /&gt;</w:t>
        <w:br/>
        <w:t>Карл втомиться, складуть і франки зброю,&lt;br /&gt;</w:t>
        <w:br/>
        <w:t>Тоді не знатимете більше воєн".&lt;br /&gt;</w:t>
        <w:br/>
        <w:t>Віддав Марсілій рукавицю мовчки.&lt;br /&gt;</w:t>
        <w:br/>
        <w:t>Аой!</w:t>
      </w:r>
    </w:p>
    <w:p>
      <w:r>
        <w:br/>
        <w:t>70&lt;br /&gt;</w:t>
        <w:br/>
        <w:t>Взяв рукавицю Аельрот пихатий,&lt;br /&gt;</w:t>
        <w:br/>
        <w:t>І гордо він звертається до дядька:&lt;br /&gt;</w:t>
        <w:br/>
        <w:t>"Мій любий сіре, ваш дарунок цінний,&lt;br /&gt;</w:t>
        <w:br/>
        <w:t>Та оберіть одинадцять баронів,&lt;br /&gt;</w:t>
        <w:br/>
        <w:t>Дванадцятьох ми переможем перів".&lt;br /&gt;</w:t>
        <w:br/>
        <w:t>Тут другий дядько — Фальзарон озвався&lt;br /&gt;</w:t>
        <w:br/>
        <w:t>(Царю доводився він братом рідним):&lt;br /&gt;</w:t>
        <w:br/>
        <w:t>"Племіннику мій любий, підем разом&lt;br /&gt;</w:t>
        <w:br/>
        <w:t>На бойовище й розпочнемо битву.&lt;br /&gt;</w:t>
        <w:br/>
        <w:t>Цей ар'єргард, частину війська Карла,&lt;br /&gt;</w:t>
        <w:br/>
        <w:t>Упевнений, ми знищим дуже швидко!"&lt;br /&gt;</w:t>
        <w:br/>
        <w:t>Аой!</w:t>
      </w:r>
    </w:p>
    <w:p>
      <w:r>
        <w:br/>
        <w:t>71&lt;br /&gt;</w:t>
        <w:br/>
        <w:t>Під'їхав збоку також Корсабліс,&lt;br /&gt;</w:t>
        <w:br/>
        <w:t>Берберів цар, хитрішого не знайдеш,&lt;br /&gt;</w:t>
        <w:br/>
        <w:t>А промовляв, як той васал покірний:&lt;br /&gt;</w:t>
        <w:br/>
        <w:t>"Коли за вас б'ємося, страх далеко!"&lt;br /&gt;</w:t>
        <w:br/>
        <w:t>Аж ось озвався і Мальпрім з Брігалю,&lt;br /&gt;</w:t>
        <w:br/>
        <w:t>Він швидко біга, огира прудкіше,&lt;br /&gt;</w:t>
        <w:br/>
        <w:t>І закричав цареві на весь голос:&lt;br /&gt;</w:t>
        <w:br/>
        <w:t>"Я поведу загін свій в Ронсеваль,&lt;br /&gt;</w:t>
        <w:br/>
        <w:t>Якщо знайду Роланда, то понищу!"</w:t>
      </w:r>
    </w:p>
    <w:p>
      <w:r>
        <w:br/>
        <w:t>72&lt;br /&gt;</w:t>
        <w:br/>
        <w:t>Був там також емір із Балагер,&lt;br /&gt;</w:t>
        <w:br/>
        <w:t>Красивий, з ясним гордовитим зором,&lt;br /&gt;</w:t>
        <w:br/>
        <w:t>Величний має вигляд на коні він.&lt;br /&gt;</w:t>
        <w:br/>
        <w:t>Пишається озброєнням чудовим.&lt;br /&gt;</w:t>
        <w:br/>
        <w:t>Його відвага всім давно відома.&lt;br /&gt;</w:t>
        <w:br/>
        <w:t>Якби хрещений, був би справжній лицар!&lt;br /&gt;</w:t>
        <w:br/>
        <w:t>Він до Марсілія звернувся гідно:&lt;br /&gt;</w:t>
        <w:br/>
        <w:t>"Потішить хочу в Ронсевалі душу,&lt;br /&gt;</w:t>
        <w:br/>
        <w:t>Роланда стріну — мертвим впасти змушу.&lt;br /&gt;</w:t>
        <w:br/>
        <w:t>З ним Олів'єра, всіх дванадцять перів.&lt;br /&gt;</w:t>
        <w:br/>
        <w:t>Загинуть франки в горі та безчесті.&lt;br /&gt;</w:t>
        <w:br/>
        <w:t>Карл вже недужий і старий базіка,&lt;br /&gt;</w:t>
        <w:br/>
        <w:t>Відмовиться від дальших битв із нами.&lt;br /&gt;</w:t>
        <w:br/>
        <w:t>Збережемо Іспанії ми спокій!"&lt;br /&gt;</w:t>
        <w:br/>
        <w:t>Марсілій-цар подякував привітно.&lt;br /&gt;</w:t>
        <w:br/>
        <w:t>Аой!</w:t>
      </w:r>
    </w:p>
    <w:p>
      <w:r>
        <w:br/>
        <w:t>73&lt;br /&gt;</w:t>
        <w:br/>
        <w:t>Був там емір один, він з Моріани,&lt;br /&gt;</w:t>
        <w:br/>
        <w:t>Підлішого ще не було в тім краї!&lt;br /&gt;</w:t>
        <w:br/>
        <w:t>Перед царем почав він хизуватись:&lt;br /&gt;</w:t>
        <w:br/>
        <w:t>"Я в Ронсеваль веду хоробре військо —&lt;br /&gt;</w:t>
        <w:br/>
        <w:t>З щитами і списами тисяч двадцять.&lt;br /&gt;</w:t>
        <w:br/>
        <w:t>Якщо Роланда стріну — буде мертвий.&lt;br /&gt;</w:t>
        <w:br/>
        <w:t>Карл муситиме плакати довіку".&lt;br /&gt;</w:t>
        <w:br/>
        <w:t>Аой!</w:t>
      </w:r>
    </w:p>
    <w:p>
      <w:r>
        <w:br/>
        <w:t>74&lt;br /&gt;</w:t>
        <w:br/>
        <w:t>Ще був Торджис сміливий з Тортелози,&lt;br /&gt;</w:t>
        <w:br/>
        <w:t>Як ленний граф володарь цього міста.&lt;br /&gt;</w:t>
        <w:br/>
        <w:t>Старий, непримиренний ворог франків.&lt;br /&gt;</w:t>
        <w:br/>
        <w:t>Під'їхав він і приєднавсь до інших,&lt;br /&gt;</w:t>
        <w:br/>
        <w:t>Сказав царю: "Марсілію, не бійтесь:&lt;br /&gt;</w:t>
        <w:br/>
        <w:t>Наш Магомет здола Петра святого,&lt;br /&gt;</w:t>
        <w:br/>
        <w:t>Моліться, й він дарує перемогу.&lt;br /&gt;</w:t>
        <w:br/>
        <w:t>А я з Роландом стрінусь в Ронсевалі,&lt;br /&gt;</w:t>
        <w:br/>
        <w:t>Не битиметься більше він вже далі!&lt;br /&gt;</w:t>
        <w:br/>
        <w:t>Ось меч мій, довгий і прекрасний, гляньте,&lt;br /&gt;</w:t>
        <w:br/>
        <w:t>Коли його схрещу із Дюрандалем,&lt;br /&gt;</w:t>
        <w:br/>
        <w:t>Подивимось, який з них буде кращий!&lt;br /&gt;</w:t>
        <w:br/>
        <w:t>Я франків військо розіб'ю дощенту.&lt;br /&gt;</w:t>
        <w:br/>
        <w:t>І Карлові лишиться тільки сором.&lt;br /&gt;</w:t>
        <w:br/>
        <w:t>Йому корону більше не носити!"</w:t>
      </w:r>
    </w:p>
    <w:p>
      <w:r>
        <w:br/>
        <w:t>75&lt;br /&gt;</w:t>
        <w:br/>
        <w:t>Вчинив великий шум цар Ескреміт,&lt;br /&gt;</w:t>
        <w:br/>
        <w:t>Володар мавританський із Вальтерни.&lt;br /&gt;</w:t>
        <w:br/>
        <w:t>Царю з юрби баронів закричав він:&lt;br /&gt;</w:t>
        <w:br/>
        <w:t>"У Ронсевалі вб'ю французьку славу,&lt;br /&gt;</w:t>
        <w:br/>
        <w:t>Знайду Роланда — голову зрубаю.&lt;br /&gt;</w:t>
        <w:br/>
        <w:t>Так само ж Олів'єру, його другу,&lt;br /&gt;</w:t>
        <w:br/>
        <w:t>Приречені усі дванадцять перів.&lt;br /&gt;</w:t>
        <w:br/>
        <w:t>Загинуть франки, Франція спустіє,&lt;br /&gt;</w:t>
        <w:br/>
        <w:t>А Карл нових васалів вже не знайде!"&lt;br /&gt;</w:t>
        <w:br/>
        <w:t>Аой!</w:t>
      </w:r>
    </w:p>
    <w:p>
      <w:r>
        <w:br/>
        <w:t>76&lt;br /&gt;</w:t>
        <w:br/>
        <w:t>Ось ще один невірний, Есторгант,&lt;br /&gt;</w:t>
        <w:br/>
        <w:t>І хитрий друг його Естрамаріт,&lt;br /&gt;</w:t>
        <w:br/>
        <w:t>Обманщики зрадливі та лукаві.&lt;br /&gt;</w:t>
        <w:br/>
        <w:t>Марсілій їх позвав: "Сюди, сеньйори!&lt;br /&gt;</w:t>
        <w:br/>
        <w:t>Поїдете в міжгір'я Ронсеваль,&lt;br /&gt;</w:t>
        <w:br/>
        <w:t>Там разом будем військом керувати!"&lt;br /&gt;</w:t>
        <w:br/>
        <w:t>Вони відповіли: "До ваших послуг!&lt;br /&gt;</w:t>
        <w:br/>
        <w:t>Ми атакуємо Роланда й Олів'єра,&lt;br /&gt;</w:t>
        <w:br/>
        <w:t>Від смерті не втечуть дванадцять перів.&lt;br /&gt;</w:t>
        <w:br/>
        <w:t>Мечі в нас гострі й дуже небезпечні,&lt;br /&gt;</w:t>
        <w:br/>
        <w:t>Почервоніють від жаркої крові.&lt;br /&gt;</w:t>
        <w:br/>
        <w:t>Помруть всі франки Карлові на сором,&lt;br /&gt;</w:t>
        <w:br/>
        <w:t>Тобі ж Велику Землю подаруєм.&lt;br /&gt;</w:t>
        <w:br/>
        <w:t>Тож поспішаймо, сіре, обіцяєм:&lt;br /&gt;</w:t>
        <w:br/>
        <w:t>В полон ми візьмемо й самого Карла!"</w:t>
      </w:r>
    </w:p>
    <w:p>
      <w:r>
        <w:br/>
        <w:t>77&lt;br /&gt;</w:t>
        <w:br/>
        <w:t>Прибути встиг й сибільський Маргаріт,&lt;br /&gt;</w:t>
        <w:br/>
        <w:t>Володар всіх земель аж до примор'я.&lt;br /&gt;</w:t>
        <w:br/>
        <w:t>Улюбленець жінок, вродливий надто,&lt;br /&gt;</w:t>
        <w:br/>
        <w:t>Побачивши його, красуні квітли,&lt;br /&gt;</w:t>
        <w:br/>
        <w:t>І кожна посміхалась йому щиро.&lt;br /&gt;</w:t>
        <w:br/>
        <w:t>Зразковий паладин був серед маврів!&lt;br /&gt;</w:t>
        <w:br/>
        <w:t>З юрби соратників він виступає&lt;br /&gt;</w:t>
        <w:br/>
        <w:t>И говорить королю: "Відкиньте острах!&lt;br /&gt;</w:t>
        <w:br/>
        <w:t>У Ронсевалі я згублю Роланда,&lt;br /&gt;</w:t>
        <w:br/>
        <w:t>Та й Олів'єр не зможе врятуватись,&lt;br /&gt;</w:t>
        <w:br/>
        <w:t>Всім перам не лишитися живими.&lt;br /&gt;</w:t>
        <w:br/>
        <w:t>Вдивіться в меч із золотим ефесом,&lt;br /&gt;</w:t>
        <w:br/>
        <w:t>Його подарував емір із Пріма.&lt;br /&gt;</w:t>
        <w:br/>
        <w:t>Клянусь, він скоро обагриться кров'ю,&lt;br /&gt;</w:t>
        <w:br/>
        <w:t>Загинуть франки і знеславлять край свій,&lt;br /&gt;</w:t>
        <w:br/>
        <w:t>А Карл сивобородий і старезний&lt;br /&gt;</w:t>
        <w:br/>
        <w:t>Дні скінчить у скорботі й гніві темнім.&lt;br /&gt;</w:t>
        <w:br/>
        <w:t>Ми Францію вже через рік захопим,&lt;br /&gt;</w:t>
        <w:br/>
        <w:t>Розіб'ємо свій табір в Сен-Денізі!"&lt;br /&gt;</w:t>
        <w:br/>
        <w:t>З тим цар невірних ввічливо вклонився.&lt;br /&gt;</w:t>
        <w:br/>
        <w:t>Аой!</w:t>
      </w:r>
    </w:p>
    <w:p>
      <w:r>
        <w:br/>
        <w:t>78&lt;br /&gt;</w:t>
        <w:br/>
        <w:t>Тут виступив й Шернубль із Нуар-Валю.&lt;br /&gt;</w:t>
        <w:br/>
        <w:t>Волосся майже до землі звисало,&lt;br /&gt;</w:t>
        <w:br/>
        <w:t>Він для розваги часом з тягарем носився —&lt;br /&gt;</w:t>
        <w:br/>
        <w:t>Той важчий, ніж чотири мули разом.&lt;br /&gt;</w:t>
        <w:br/>
        <w:t>Прокляв Бог землю, на якій він виріс.&lt;br /&gt;</w:t>
        <w:br/>
        <w:t>Не сяє сонце там, хліб не зростає,&lt;br /&gt;</w:t>
        <w:br/>
        <w:t>Не йдуть дощі й роса не сміє впасти,&lt;br /&gt;</w:t>
        <w:br/>
        <w:t>А все каміння чорне і похмуре,&lt;br /&gt;</w:t>
        <w:br/>
        <w:t>Говорять, то диявола притулок.&lt;br /&gt;</w:t>
        <w:br/>
        <w:t>Сказав Шернубль: "Мій вірний меч на боці,&lt;br /&gt;</w:t>
        <w:br/>
        <w:t>Його у Ронсевалі вмию кров'ю.&lt;br /&gt;</w:t>
        <w:br/>
        <w:t>Якщо Роланда на шляху зустріну,&lt;br /&gt;</w:t>
        <w:br/>
        <w:t>Мені повірте, нападу відразу,&lt;br /&gt;</w:t>
        <w:br/>
        <w:t>Своїм мечем здобуду Дюрандаль я.&lt;br /&gt;</w:t>
        <w:br/>
        <w:t>Загинуть франки, Францію зруйнуєм!"&lt;br /&gt;</w:t>
        <w:br/>
        <w:t>По цих словах дванадцять перів встали,&lt;br /&gt;</w:t>
        <w:br/>
        <w:t>Були за ними вже сто тисяч маврів,&lt;br /&gt;</w:t>
        <w:br/>
        <w:t>Усі бадьорі, всі в чеканні битви.&lt;br /&gt;</w:t>
        <w:br/>
        <w:t>Зайшли в ялинник і готують зброю.</w:t>
      </w:r>
    </w:p>
    <w:p>
      <w:r>
        <w:br/>
        <w:t>79&lt;br /&gt;</w:t>
        <w:br/>
        <w:t>Наділи вже кольчуги сарацинські,&lt;br /&gt;</w:t>
        <w:br/>
        <w:t>Що в більшості були з кілець потрійних,&lt;br /&gt;</w:t>
        <w:br/>
        <w:t>Чудові шоломи із Сарагоси,&lt;br /&gt;</w:t>
        <w:br/>
        <w:t>І віденські мечі булатні збоку,&lt;br /&gt;</w:t>
        <w:br/>
        <w:t>Списи з Валенсії, щити червлені&lt;br /&gt;</w:t>
        <w:br/>
        <w:t>І прапорці — червоні, білі, сині.&lt;br /&gt;</w:t>
        <w:br/>
        <w:t>Зійшли із мулів і дорожних коней&lt;br /&gt;</w:t>
        <w:br/>
        <w:t>І мчать на скакунах пліч-о-пліч в лавах.&lt;br /&gt;</w:t>
        <w:br/>
        <w:t>День був ясний, мов жар, блищало сонце,&lt;br /&gt;</w:t>
        <w:br/>
        <w:t>Спалахувала під промінням зброя,&lt;br /&gt;</w:t>
        <w:br/>
        <w:t>І звуки сурм лунали над військами.&lt;br /&gt;</w:t>
        <w:br/>
        <w:t>Далекий шум почули раптом франки,&lt;br /&gt;</w:t>
        <w:br/>
        <w:t>А Олів'єр сказав: "Гадаю, друже,&lt;br /&gt;</w:t>
        <w:br/>
        <w:t>Що скоро з маврами в нас буде битва!"&lt;br /&gt;</w:t>
        <w:br/>
        <w:t>На те Роланд: "Пошли її нам, Боже!&lt;br /&gt;</w:t>
        <w:br/>
        <w:t>То честь велика — битися за Карла,&lt;br /&gt;</w:t>
        <w:br/>
        <w:t>Бо за сеньйора всяк васал повинен&lt;br /&gt;</w:t>
        <w:br/>
        <w:t>Терпіти біль і спеку, рани й холод,&lt;br /&gt;</w:t>
        <w:br/>
        <w:t>Віддати кров, саме життя із тілом,&lt;br /&gt;</w:t>
        <w:br/>
        <w:t>А ворогів рубати без упину.&lt;br /&gt;</w:t>
        <w:br/>
        <w:t>Ніхто щоб не ославив у піснях нас!&lt;br /&gt;</w:t>
        <w:br/>
        <w:t>Неправий маврів бій, а франків — правий!&lt;br /&gt;</w:t>
        <w:br/>
        <w:t>І приклад сам я вам подам належний!"&lt;br /&gt;</w:t>
        <w:br/>
        <w:t>Аой!</w:t>
      </w:r>
    </w:p>
    <w:p>
      <w:r>
        <w:br/>
        <w:t>ОЛІВ'ЄР ВИЯВЛЯЄ ВІЙСЬКО МАВРІВ&lt;br /&gt;</w:t>
        <w:br/>
        <w:t>80&lt;br /&gt;</w:t>
        <w:br/>
        <w:t>Граф Олів'єр на верх гори піднявся.&lt;br /&gt;</w:t>
        <w:br/>
        <w:t>Праворуч глянув на зелені луки&lt;br /&gt;</w:t>
        <w:br/>
        <w:t>И побачив всюди він війська невірних.&lt;br /&gt;</w:t>
        <w:br/>
        <w:t>Покликав зразу граф Роланда-друга:&lt;br /&gt;</w:t>
        <w:br/>
        <w:t>"З земель іспанських хмара на нас суне.&lt;br /&gt;</w:t>
        <w:br/>
        <w:t>Шоломів полум'я, лат блискотіння.&lt;br /&gt;</w:t>
        <w:br/>
        <w:t>Охопить франків гнів превеличезний,&lt;br /&gt;</w:t>
        <w:br/>
        <w:t>Бо зрадник Ганелон доклав тут руку,&lt;br /&gt;</w:t>
        <w:br/>
        <w:t>Це ж він пропонував у ар'єргард нас".&lt;br /&gt;</w:t>
        <w:br/>
        <w:t>"Замовкни, Олів'єре, — відповів той, —&lt;br /&gt;</w:t>
        <w:br/>
        <w:t>Забув? Це мій вітчим, ні слова більше!"</w:t>
      </w:r>
    </w:p>
    <w:p>
      <w:r>
        <w:br/>
        <w:t>81&lt;br /&gt;</w:t>
        <w:br/>
        <w:t>От Олів'єр зійшов на гору хутко,&lt;br /&gt;</w:t>
        <w:br/>
        <w:t>Згори він бачить ціле царство маврів,&lt;br /&gt;</w:t>
        <w:br/>
        <w:t>Як звідусіль йдуть лави сарацинів.&lt;br /&gt;</w:t>
        <w:br/>
        <w:t>Шоломи світло ллють від злота, сяють,&lt;br /&gt;</w:t>
        <w:br/>
        <w:t>Щити і лати сонце відбивають,&lt;br /&gt;</w:t>
        <w:br/>
        <w:t>Загрозливо стирчать списи з стрічками.&lt;br /&gt;</w:t>
        <w:br/>
        <w:t>Загони маврів важко полічити,&lt;br /&gt;</w:t>
        <w:br/>
        <w:t>Силенна сила вояків на марші.&lt;br /&gt;</w:t>
        <w:br/>
        <w:t>Тут стало моторошно Олів'єру.&lt;br /&gt;</w:t>
        <w:br/>
        <w:t>Він поспіхом спускається до війська,&lt;br /&gt;</w:t>
        <w:br/>
        <w:t>Прийшов до франків, розповів, що вгледів.</w:t>
      </w:r>
    </w:p>
    <w:p>
      <w:r>
        <w:br/>
        <w:t>82&lt;br /&gt;</w:t>
        <w:br/>
        <w:t>Сказав: "На нас йде сарацинів безліч,&lt;br /&gt;</w:t>
        <w:br/>
        <w:t>Стількох відразу ще ніхто не бачив.&lt;br /&gt;</w:t>
        <w:br/>
        <w:t>їх перед нами близько сотні тисяч.&lt;br /&gt;</w:t>
        <w:br/>
        <w:t>В міцних кольчугах, шоломах блискучих,&lt;br /&gt;</w:t>
        <w:br/>
        <w:t>Із довгими списами з гострим вістрям.&lt;br /&gt;</w:t>
        <w:br/>
        <w:t>На нас чекає битва небувала.&lt;br /&gt;</w:t>
        <w:br/>
        <w:t>Помилуй, Боже, франків, дай нам мужність&lt;br /&gt;</w:t>
        <w:br/>
        <w:t>І твердість, ми непереможні в битві!"&lt;br /&gt;</w:t>
        <w:br/>
        <w:t>Французи хором: "Втікачу — безчестя!&lt;br /&gt;</w:t>
        <w:br/>
        <w:t>Помрем ми краще, та ніхто не зрадить!"&lt;br /&gt;</w:t>
        <w:br/>
        <w:t>Аой!</w:t>
      </w:r>
    </w:p>
    <w:p>
      <w:r>
        <w:br/>
        <w:t>ГОРДОТА РОЛАНДА&lt;br /&gt;</w:t>
        <w:br/>
        <w:t>83&lt;br /&gt;</w:t>
        <w:br/>
        <w:t>Тут Олів'єр додав: "Тьма-тьмуща маврів,&lt;br /&gt;</w:t>
        <w:br/>
        <w:t>А наших вояків не так й багато.&lt;br /&gt;</w:t>
        <w:br/>
        <w:t>Сурміть, Роланде-друже, в ріг негайно,&lt;br /&gt;</w:t>
        <w:br/>
        <w:t>Почує Карл, повернеться із військом".&lt;br /&gt;</w:t>
        <w:br/>
        <w:t>Та відповів Роланд: "Я не безумець,&lt;br /&gt;</w:t>
        <w:br/>
        <w:t>Щоби зганьбити честь свою довіку.&lt;br /&gt;</w:t>
        <w:br/>
        <w:t>Мій Дюрандаль завдасть страшних ударів&lt;br /&gt;</w:t>
        <w:br/>
        <w:t>І до ефеса вщент заллється кров'ю.&lt;br /&gt;</w:t>
        <w:br/>
        <w:t>Прийшли на лихо в бескеди ці маври&lt;br /&gt;</w:t>
        <w:br/>
        <w:t>І, певний, всі приречені на смерть в них!"&lt;br /&gt;</w:t>
        <w:br/>
        <w:t>Аой!</w:t>
      </w:r>
    </w:p>
    <w:p>
      <w:r>
        <w:br/>
        <w:t>84&lt;br /&gt;</w:t>
        <w:br/>
        <w:t>"Роланде, в Оліфант сурмити треба!&lt;br /&gt;</w:t>
        <w:br/>
        <w:t>Почувши, Карл повернеться із військом,&lt;br /&gt;</w:t>
        <w:br/>
        <w:t>З баронами на поміч поспішить нам!"&lt;br /&gt;</w:t>
        <w:br/>
        <w:t>Роланд відповідав: "Хай Бог боронить,&lt;br /&gt;</w:t>
        <w:br/>
        <w:t>Щоб я збезчестив весь свій рід шляхетний,&lt;br /&gt;</w:t>
        <w:br/>
        <w:t>Красуню-Францію покрив безслав'ям!&lt;br /&gt;</w:t>
        <w:br/>
        <w:t>Мій добрий меч на поясі висить ще,&lt;br /&gt;</w:t>
        <w:br/>
        <w:t>І Дюрандаль завдасть страшних ударів,&lt;br /&gt;</w:t>
        <w:br/>
        <w:t>Побачите його в крові багряній!&lt;br /&gt;</w:t>
        <w:br/>
        <w:t>Собі на горе маври позбігались,&lt;br /&gt;</w:t>
        <w:br/>
        <w:t>І запевняю — всі вони загинуть!"&lt;br /&gt;</w:t>
        <w:br/>
        <w:t>Аой!</w:t>
      </w:r>
    </w:p>
    <w:p>
      <w:r>
        <w:br/>
        <w:t>85&lt;br /&gt;</w:t>
        <w:br/>
        <w:t>"Роланде, друже, в Оліфант сурміть вже!&lt;br /&gt;</w:t>
        <w:br/>
        <w:t>Почує Карл, виходить він з тіснини.&lt;br /&gt;</w:t>
        <w:br/>
        <w:t>Я запевняю, франки повернуться".&lt;br /&gt;</w:t>
        <w:br/>
        <w:t>Та лицар відповів: "Хай Бог боронить,&lt;br /&gt;</w:t>
        <w:br/>
        <w:t>Щоб хтось з людей сказав: Роланд злякався,&lt;br /&gt;</w:t>
        <w:br/>
        <w:t>И від страху перед маврами сурмив він!&lt;br /&gt;</w:t>
        <w:br/>
        <w:t>Не докорятиме ніхто із рідних.&lt;br /&gt;</w:t>
        <w:br/>
        <w:t>Коли потраплю у велику битву,&lt;br /&gt;</w:t>
        <w:br/>
        <w:t>То тисячу і ще сімсот смертельних&lt;br /&gt;</w:t>
        <w:br/>
        <w:t>Завдам ударів, меч заллється кров'ю!&lt;br /&gt;</w:t>
        <w:br/>
        <w:t>Хоробрі франки б'ються всі відважно!&lt;br /&gt;</w:t>
        <w:br/>
        <w:t>Іспанські ж маври не втечуть од смерті".</w:t>
      </w:r>
    </w:p>
    <w:p>
      <w:r>
        <w:br/>
        <w:t>86&lt;br /&gt;</w:t>
        <w:br/>
        <w:t>А Олів'єр: "Не бачу в тім ганьби я.&lt;br /&gt;</w:t>
        <w:br/>
        <w:t>Бо ж я розгледів військо сарацинів,&lt;br /&gt;</w:t>
        <w:br/>
        <w:t>Вони покрили гори всі й долини,&lt;br /&gt;</w:t>
        <w:br/>
        <w:t>Поля всі, бескеди і верховини.&lt;br /&gt;</w:t>
        <w:br/>
        <w:t>Велика сила в цього плем'я маврів,&lt;br /&gt;</w:t>
        <w:br/>
        <w:t>Йому протистоїть лиш жменька франків!"&lt;br /&gt;</w:t>
        <w:br/>
        <w:t>"Тим більший запал! — граф відповідає. —&lt;br /&gt;</w:t>
        <w:br/>
        <w:t>Хай Бог боронить з усіма святими,&lt;br /&gt;</w:t>
        <w:br/>
        <w:t>Щоб через мене слава франків згасла!&lt;br /&gt;</w:t>
        <w:br/>
        <w:t>То краще вмерти, ніж ганьбу стерпіти,&lt;br /&gt;</w:t>
        <w:br/>
        <w:t>Бо за безстрашність Карл нас полюбляє".</w:t>
      </w:r>
    </w:p>
    <w:p>
      <w:r>
        <w:br/>
        <w:t>87&lt;br /&gt;</w:t>
        <w:br/>
        <w:t>Роланд відважний, мудрий Олів'єр,&lt;br /&gt;</w:t>
        <w:br/>
        <w:t>Усім відомі доблестю своєю,&lt;br /&gt;</w:t>
        <w:br/>
        <w:t>Озброєні, на коней посідали.&lt;br /&gt;</w:t>
        <w:br/>
        <w:t>їм краще вмерти, ніж уникнуть битви.&lt;br /&gt;</w:t>
        <w:br/>
        <w:t>Сміливі графи, а слова їх горді.&lt;br /&gt;</w:t>
        <w:br/>
        <w:t>Зрадливі маври мчать на них із люттю.&lt;br /&gt;</w:t>
        <w:br/>
        <w:t>І Олів'єр промовив: "Гляньте, друже,&lt;br /&gt;</w:t>
        <w:br/>
        <w:t>Вони вже близько, Карл від нас далеко.&lt;br /&gt;</w:t>
        <w:br/>
        <w:t>Коли б ви не відмовились сурмити,&lt;br /&gt;</w:t>
        <w:br/>
        <w:t>Карл був би тут, і смерті б ми уникли.&lt;br /&gt;</w:t>
        <w:br/>
        <w:t>Погляньте, серед гір й ущелин Аспри&lt;br /&gt;</w:t>
        <w:br/>
        <w:t>Зостався франків ар'єргард скорботний.&lt;br /&gt;</w:t>
        <w:br/>
        <w:t>Хто зараз в ньому — в інший не потрапить!"&lt;br /&gt;</w:t>
        <w:br/>
        <w:t>Роланд сказав: "Не треба лихословить!&lt;br /&gt;</w:t>
        <w:br/>
        <w:t>В переполох вдаватися не варто!&lt;br /&gt;</w:t>
        <w:br/>
        <w:t>Ми залишились тут і не відступим,&lt;br /&gt;</w:t>
        <w:br/>
        <w:t>Тож почнемо наш бій на лихо маврам!"&lt;br /&gt;</w:t>
        <w:br/>
        <w:t>Аой!</w:t>
      </w:r>
    </w:p>
    <w:p>
      <w:r>
        <w:br/>
        <w:t>88&lt;br /&gt;</w:t>
        <w:br/>
        <w:t>Роланд побачив — битва неминуча,&lt;br /&gt;</w:t>
        <w:br/>
        <w:t>Грізніший став за лева й леопарда.&lt;br /&gt;</w:t>
        <w:br/>
        <w:t>Скликає франків, Олів'єру мовить:&lt;br /&gt;</w:t>
        <w:br/>
        <w:t>"Мій друже, так не говоріть ніколи!&lt;br /&gt;</w:t>
        <w:br/>
        <w:t>Довірив Імператор нам цих франків,&lt;br /&gt;</w:t>
        <w:br/>
        <w:t>Зібрав найкращих цілих двадцять тисяч&lt;br /&gt;</w:t>
        <w:br/>
        <w:t>І знає — боягузів тут не знайдеш.&lt;br /&gt;</w:t>
        <w:br/>
        <w:t>За нашого сеньйора слід терпіти&lt;br /&gt;</w:t>
        <w:br/>
        <w:t>Жорстокий холод і нестерпну спеку,&lt;br /&gt;</w:t>
        <w:br/>
        <w:t>Віддати кров свою і тіло разом.&lt;br /&gt;</w:t>
        <w:br/>
        <w:t>То бийте ж списом, я мечем дістану,&lt;br /&gt;</w:t>
        <w:br/>
        <w:t>Дарунком Карла, славним Дюрандалем,&lt;br /&gt;</w:t>
        <w:br/>
        <w:t>Якщо ж загину, той, хто його візьме,&lt;br /&gt;</w:t>
        <w:br/>
        <w:t>Все ж скаже: "Меч шляхетного васала!"</w:t>
      </w:r>
    </w:p>
    <w:p>
      <w:r>
        <w:br/>
        <w:t>89&lt;br /&gt;</w:t>
        <w:br/>
        <w:t>З'явився і Турпін, архієпископ,&lt;br /&gt;</w:t>
        <w:br/>
        <w:t>Коня острожить і злетів на пагорб,&lt;br /&gt;</w:t>
        <w:br/>
        <w:t>Звернувсь до франків і запально мовив:&lt;br /&gt;</w:t>
        <w:br/>
        <w:t>"Сеньйори, Карл нас залишив на варті,&lt;br /&gt;</w:t>
        <w:br/>
        <w:t>За короля повинні ми померти&lt;br /&gt;</w:t>
        <w:br/>
        <w:t>І ствердити святу Христову віру.&lt;br /&gt;</w:t>
        <w:br/>
        <w:t>Ви знаєте, що зараз буде битва,&lt;br /&gt;</w:t>
        <w:br/>
        <w:t>Бо перед нами лави сарацинів.&lt;br /&gt;</w:t>
        <w:br/>
        <w:t>Моліться і просіть прощення в Бога.&lt;br /&gt;</w:t>
        <w:br/>
        <w:t>А я земні гріхи всім відпускаю,&lt;br /&gt;</w:t>
        <w:br/>
        <w:t>Блаженний мученик лиш той, хто згине,&lt;br /&gt;</w:t>
        <w:br/>
        <w:t>Його душа спасіння знайде в Раї".&lt;br /&gt;</w:t>
        <w:br/>
        <w:t>Зійшли всі з коней, на колінах франки.&lt;br /&gt;</w:t>
        <w:br/>
        <w:t>Турпін благословив в ім'я Христове,&lt;br /&gt;</w:t>
        <w:br/>
        <w:t>Замість покути ж наказав їм битись.</w:t>
      </w:r>
    </w:p>
    <w:p>
      <w:r>
        <w:br/>
        <w:t>90&lt;br /&gt;</w:t>
        <w:br/>
        <w:t>Звелись на ноги, помолившись ревно,&lt;br /&gt;</w:t>
        <w:br/>
        <w:t>Гріхи замолені, спокійні душі франків.&lt;br /&gt;</w:t>
        <w:br/>
        <w:t>Благословив Турпін їх хресним знаком,&lt;br /&gt;</w:t>
        <w:br/>
        <w:t>На скакунах швидких вони вже в сідлах,&lt;br /&gt;</w:t>
        <w:br/>
        <w:t>В надійному, міцному обладунку.&lt;br /&gt;</w:t>
        <w:br/>
        <w:t>Завмерли вояки в чеканні битви.&lt;br /&gt;</w:t>
        <w:br/>
        <w:t>Тут граф Роланд звернувсь до Олів'єра:&lt;br /&gt;</w:t>
        <w:br/>
        <w:t>"Мій друже, правду ви пізнали вчасно,&lt;br /&gt;</w:t>
        <w:br/>
        <w:t>Що Ганелон занапастив нас й зрадив,&lt;br /&gt;</w:t>
        <w:br/>
        <w:t>Одержав гроші, золото, манаття.&lt;br /&gt;</w:t>
        <w:br/>
        <w:t>За нас помститись має Імператор.&lt;br /&gt;</w:t>
        <w:br/>
        <w:t>Марсілій-цар купив нас у злочинця,&lt;br /&gt;</w:t>
        <w:br/>
        <w:t>Сквитаємо рахунок ми мечами!"&lt;br /&gt;</w:t>
        <w:br/>
        <w:t>Аой!</w:t>
      </w:r>
    </w:p>
    <w:p>
      <w:r>
        <w:br/>
        <w:t>91&lt;br /&gt;</w:t>
        <w:br/>
        <w:t>Ось мчить Роланд іспанськими долами,&lt;br /&gt;</w:t>
        <w:br/>
        <w:t>Під ним кінь Вельянтіф, прудкий, надійний,&lt;br /&gt;</w:t>
        <w:br/>
        <w:t>І обладунок прикипів до тіла,&lt;br /&gt;</w:t>
        <w:br/>
        <w:t>А лицар потрясає гострим списом,&lt;br /&gt;</w:t>
        <w:br/>
        <w:t>І грізно вістря звернене до неба,&lt;br /&gt;</w:t>
        <w:br/>
        <w:t>Лиш білий прапорець мигтить на ньому,&lt;br /&gt;</w:t>
        <w:br/>
        <w:t>Вниз торочки спадають золотії.&lt;br /&gt;</w:t>
        <w:br/>
        <w:t>Могутній стан, лице ясне й красиве.&lt;br /&gt;</w:t>
        <w:br/>
        <w:t>За ним услід прямує друг незмінний&lt;br /&gt;</w:t>
        <w:br/>
        <w:t>І франки всі — в надії на спасіння.&lt;br /&gt;</w:t>
        <w:br/>
        <w:t>З завзяттям подививсь Роланд на маврів,&lt;br /&gt;</w:t>
        <w:br/>
        <w:t>На франків — із захопленням й любов'ю.&lt;br /&gt;</w:t>
        <w:br/>
        <w:t>До них звернувся він з привітним словом:&lt;br /&gt;</w:t>
        <w:br/>
        <w:t>"Хід уповільніть краще ви, сеньйори,&lt;br /&gt;</w:t>
        <w:br/>
        <w:t>Бо нехристі по смерть самі підійдуть!&lt;br /&gt;</w:t>
        <w:br/>
        <w:t>Сьогодні буде здобич в нас багата,&lt;br /&gt;</w:t>
        <w:br/>
        <w:t>Французькі владарі такої ще не мали!"&lt;br /&gt;</w:t>
        <w:br/>
        <w:t>По цих словах дві раті в бій вступали.&lt;br /&gt;</w:t>
        <w:br/>
        <w:t>Аой!</w:t>
      </w:r>
    </w:p>
    <w:p>
      <w:r>
        <w:br/>
        <w:t>92&lt;br /&gt;</w:t>
        <w:br/>
        <w:t>Сказав тут Олів'єр: "Не час базікать!&lt;br /&gt;</w:t>
        <w:br/>
        <w:t>Не захотіли в Оліфант сурмити,&lt;br /&gt;</w:t>
        <w:br/>
        <w:t>Тепер підтримки не чекать од Карла.&lt;br /&gt;</w:t>
        <w:br/>
        <w:t>То не його провина, він не знає,&lt;br /&gt;</w:t>
        <w:br/>
        <w:t>Та й іншим докорять не маєм права.&lt;br /&gt;</w:t>
        <w:br/>
        <w:t>Вперед, барони, і назад ні кроку!&lt;br /&gt;</w:t>
        <w:br/>
        <w:t>З ім'ям Господнім лиш про те турбуйтесь,&lt;br /&gt;</w:t>
        <w:br/>
        <w:t>Щоб кращу відсіч сарацинам дати,&lt;br /&gt;</w:t>
        <w:br/>
        <w:t>Могутніми ударами їх бити.&lt;br /&gt;</w:t>
        <w:br/>
        <w:t>Не забувайте й бойовий клич Карла!"&lt;br /&gt;</w:t>
        <w:br/>
        <w:t>Всі франки закричали "Монжуа!"&lt;br /&gt;</w:t>
        <w:br/>
        <w:t>І хто почув цей поклик славнозвісний,&lt;br /&gt;</w:t>
        <w:br/>
        <w:t>Пізнав, що значать доблесть і відвага.&lt;br /&gt;</w:t>
        <w:br/>
        <w:t>З якою гордістю помчали франки!&lt;br /&gt;</w:t>
        <w:br/>
        <w:t>Мій Боже! Шпорять коней, галопують!&lt;br /&gt;</w:t>
        <w:br/>
        <w:t>І зараз вдарять — хто їх переможе?&lt;br /&gt;</w:t>
        <w:br/>
        <w:t>Проте не налякали сарацинів.&lt;br /&gt;</w:t>
        <w:br/>
        <w:t>І от впритул зійшлися франки й маври.</w:t>
      </w:r>
    </w:p>
    <w:p>
      <w:r>
        <w:br/>
        <w:t>ПЕРША БИТВА. ПОРАЗКА МАВРІВ&lt;br /&gt;</w:t>
        <w:br/>
        <w:t>93&lt;br /&gt;</w:t>
        <w:br/>
        <w:t>Марсілія племінник Аельрот&lt;br /&gt;</w:t>
        <w:br/>
        <w:t>Поперед війська їхав, хизувався&lt;br /&gt;</w:t>
        <w:br/>
        <w:t>І франків всіх він лаяв без упину:&lt;br /&gt;</w:t>
        <w:br/>
        <w:t>"Французькі пси зрадливі, бийтесь з нами,&lt;br /&gt;</w:t>
        <w:br/>
        <w:t>Хто захищати мав вас, вас і зрадив.&lt;br /&gt;</w:t>
        <w:br/>
        <w:t>Дурний король вас залишив в тіснині.&lt;br /&gt;</w:t>
        <w:br/>
        <w:t>Красуня-Франція загубить славу,&lt;br /&gt;</w:t>
        <w:br/>
        <w:t>А Карл Великий втратить праву руку".&lt;br /&gt;</w:t>
        <w:br/>
        <w:t>Почув Роланд. Охоплений весь гнівом,&lt;br /&gt;</w:t>
        <w:br/>
        <w:t>Коня острожить, підлетів, мов вітер,&lt;br /&gt;</w:t>
        <w:br/>
        <w:t>І вмить завдав образнику удару.&lt;br /&gt;</w:t>
        <w:br/>
        <w:t>Прошив йому і щит, і панцир списом,&lt;br /&gt;</w:t>
        <w:br/>
        <w:t>Пробив він груди, кості потрощив всі,&lt;br /&gt;</w:t>
        <w:br/>
        <w:t>Кістки хребта від м'язів відділились.&lt;br /&gt;</w:t>
        <w:br/>
        <w:t>Своїм він списом вибив душу з тіла,&lt;br /&gt;</w:t>
        <w:br/>
        <w:t>Удар могутній і коня поранив шию,&lt;br /&gt;</w:t>
        <w:br/>
        <w:t>Від нього мавр в сідлі немов підскочив&lt;br /&gt;</w:t>
        <w:br/>
        <w:t>І мертвий вже скотився враз на землю.&lt;br /&gt;</w:t>
        <w:br/>
        <w:t>Роланд не стримавсь і сказав із люттю:&lt;br /&gt;</w:t>
        <w:br/>
        <w:t>"То знай, мерзотнику, король не дурень,&lt;br /&gt;</w:t>
        <w:br/>
        <w:t>И завжди для нього зрадник був огидний!&lt;br /&gt;</w:t>
        <w:br/>
        <w:t>Він діяв мудро, коли нас залишив,&lt;br /&gt;</w:t>
        <w:br/>
        <w:t>И сьогодні Франція не втратить слави!&lt;br /&gt;</w:t>
        <w:br/>
        <w:t>Тож бийте, франки, перший бій за нами...&lt;br /&gt;</w:t>
        <w:br/>
        <w:t>Неправий нехристь, наше діло праве!"&lt;br /&gt;</w:t>
        <w:br/>
        <w:t>Аой!</w:t>
      </w:r>
    </w:p>
    <w:p>
      <w:r>
        <w:br/>
        <w:t>94&lt;br /&gt;</w:t>
        <w:br/>
        <w:t>От серед маврів герцог Фальзарон,&lt;br /&gt;</w:t>
        <w:br/>
        <w:t>Він рідний брат Марсілію-цареві,&lt;br /&gt;</w:t>
        <w:br/>
        <w:t>Владар земель Дафана й Авірона,&lt;br /&gt;</w:t>
        <w:br/>
        <w:t>Підлішого поганця світ не бачив.&lt;br /&gt;</w:t>
        <w:br/>
        <w:t>Мав широченний лоб, а між очима&lt;br /&gt;</w:t>
        <w:br/>
        <w:t>Півліктя умістилося б чи більше.&lt;br /&gt;</w:t>
        <w:br/>
        <w:t>Смерть небожа сприйняв як справжнє горе.&lt;br /&gt;</w:t>
        <w:br/>
        <w:t>Він вистрибнув з юрби одним із перших&lt;br /&gt;</w:t>
        <w:br/>
        <w:t>Із кличем войовничим сарацинським,&lt;br /&gt;</w:t>
        <w:br/>
        <w:t>А потім вихвалятись став зухвало:&lt;br /&gt;</w:t>
        <w:br/>
        <w:t>"Не бачити вам Франції-красуні!"&lt;br /&gt;</w:t>
        <w:br/>
        <w:t>Розгнівався від слів тих Олів'єр.&lt;br /&gt;</w:t>
        <w:br/>
        <w:t>Коня злотою шпорою острожить,&lt;br /&gt;</w:t>
        <w:br/>
        <w:t>По-лицарськи миттєво мавра вдарив.&lt;br /&gt;</w:t>
        <w:br/>
        <w:t>Він щит пробив, пошматував кольчугу,&lt;br /&gt;</w:t>
        <w:br/>
        <w:t>Зі стрічкою заглибився спис в тіло,&lt;br /&gt;</w:t>
        <w:br/>
        <w:t>З сідла удар смертельний вибив мавра.&lt;br /&gt;</w:t>
        <w:br/>
        <w:t>Граф Олів'єр поглянув на бідаху,&lt;br /&gt;</w:t>
        <w:br/>
        <w:t>До мертвого звернувся гордовито:&lt;br /&gt;</w:t>
        <w:br/>
        <w:t>"Негіднику, погрози твої марні!&lt;br /&gt;</w:t>
        <w:br/>
        <w:t>Рубайте, франки! Перемога наша!"&lt;br /&gt;</w:t>
        <w:br/>
        <w:t>А потім крикнув "Монжуа!" — клич Карла.&lt;br /&gt;</w:t>
        <w:br/>
        <w:t>Аой!</w:t>
      </w:r>
    </w:p>
    <w:p>
      <w:r>
        <w:br/>
        <w:t>95&lt;br /&gt;</w:t>
        <w:br/>
        <w:t>Ще цар один був — звали Корсаблісом,&lt;br /&gt;</w:t>
        <w:br/>
        <w:t>З далекої берберської країни.&lt;br /&gt;</w:t>
        <w:br/>
        <w:t>Скликає звідусіль він сарацинів:&lt;br /&gt;</w:t>
        <w:br/>
        <w:t>"Ми зможем легко виграти цю битву,&lt;br /&gt;</w:t>
        <w:br/>
        <w:t>Бо небагато франків залишилось,&lt;br /&gt;</w:t>
        <w:br/>
        <w:t>їх можемо не брати до уваги,&lt;br /&gt;</w:t>
        <w:br/>
        <w:t>А Карл не стане військо рятувати,&lt;br /&gt;</w:t>
        <w:br/>
        <w:t>Сьогодні не уникнути їм смерті".&lt;br /&gt;</w:t>
        <w:br/>
        <w:t>Дійшли слова його до вух Турпіна,&lt;br /&gt;</w:t>
        <w:br/>
        <w:t>І сповнився той справедливим гнівом.&lt;br /&gt;</w:t>
        <w:br/>
        <w:t>Коня погнав він шпорами злотими&lt;br /&gt;</w:t>
        <w:br/>
        <w:t>І враз щосили Корсабліса вдарив.&lt;br /&gt;</w:t>
        <w:br/>
        <w:t>Пробив він щит, пошматував враз панцир,&lt;br /&gt;</w:t>
        <w:br/>
        <w:t>А величезний спис уп'явся в груди.&lt;br /&gt;</w:t>
        <w:br/>
        <w:t>Удар могутній, мавр немов підскочив&lt;br /&gt;</w:t>
        <w:br/>
        <w:t>І мертвим впав у куряву дорожню.&lt;br /&gt;</w:t>
        <w:br/>
        <w:t>Турпін поглянув на недвижне тіло,&lt;br /&gt;</w:t>
        <w:br/>
        <w:t>Сказав, звертаючись до нього гучно:&lt;br /&gt;</w:t>
        <w:br/>
        <w:t>"Ти, нехристь підлий! Так брехать не можна!&lt;br /&gt;</w:t>
        <w:br/>
        <w:t>Сеньйор наш Карл завжди нам допоможе,&lt;br /&gt;</w:t>
        <w:br/>
        <w:t>Не звикли смілі франки утікати!&lt;br /&gt;</w:t>
        <w:br/>
        <w:t>Зупинимо численне ваше військо&lt;br /&gt;</w:t>
        <w:br/>
        <w:t>І знищимо всіх маврів до останку.&lt;br /&gt;</w:t>
        <w:br/>
        <w:t>Тож бийте погань без наказу, франки!&lt;br /&gt;</w:t>
        <w:br/>
        <w:t>А наш удар був перший, слава Богу!"&lt;br /&gt;</w:t>
        <w:br/>
        <w:t>І знов лунає "Монжуа!" в долині.</w:t>
      </w:r>
    </w:p>
    <w:p>
      <w:r>
        <w:br/>
        <w:t>96&lt;br /&gt;</w:t>
        <w:br/>
        <w:t>Джерін Мальпріма із Брігаля вразив,&lt;br /&gt;</w:t>
        <w:br/>
        <w:t>Динарія не вартий мавра щит був!&lt;br /&gt;</w:t>
        <w:br/>
        <w:t>Вщент розкололась застібка з кришталю,&lt;br /&gt;</w:t>
        <w:br/>
        <w:t>Шматки щита на землю полетіли,&lt;br /&gt;</w:t>
        <w:br/>
        <w:t>А спис пробив ще і броню до плоті,&lt;br /&gt;</w:t>
        <w:br/>
        <w:t>Ввійшов, як в масло, в груди сарацина.&lt;br /&gt;</w:t>
        <w:br/>
        <w:t>Язичник впав з коня на землю зразу.&lt;br /&gt;</w:t>
        <w:br/>
        <w:t>Його душею чорт вже володіє.&lt;br /&gt;</w:t>
        <w:br/>
        <w:t>Аой!</w:t>
      </w:r>
    </w:p>
    <w:p>
      <w:r>
        <w:br/>
        <w:t>97&lt;br /&gt;</w:t>
        <w:br/>
        <w:t>Тим часом граф Джер'єр убив еміра.&lt;br /&gt;</w:t>
        <w:br/>
        <w:t>Щит розтрощив йому, з ним лати,&lt;br /&gt;</w:t>
        <w:br/>
        <w:t>А спис важкий у нутрощі ввійшов весь&lt;br /&gt;</w:t>
        <w:br/>
        <w:t>І наскрізь пронизав він тіло мавра.&lt;br /&gt;</w:t>
        <w:br/>
        <w:t>Удар страшний його далеко кинув.&lt;br /&gt;</w:t>
        <w:br/>
        <w:t>І скрикнув Олів'єр: "Чудова битва!"</w:t>
      </w:r>
    </w:p>
    <w:p>
      <w:r>
        <w:br/>
        <w:t>98&lt;br /&gt;</w:t>
        <w:br/>
        <w:t>Самсон зустрів і вразив альмасура,&lt;br /&gt;</w:t>
        <w:br/>
        <w:t>Розбивши щит червлений, весь у квітах,&lt;br /&gt;</w:t>
        <w:br/>
        <w:t>Броня не стала спису на заваді:&lt;br /&gt;</w:t>
        <w:br/>
        <w:t>Самсон пробив і серце, і легені.&lt;br /&gt;</w:t>
        <w:br/>
        <w:t>Убив він мавра, горе його рідним.&lt;br /&gt;</w:t>
        <w:br/>
        <w:t>Турпін сказав: "Оце удар барона!"</w:t>
      </w:r>
    </w:p>
    <w:p>
      <w:r>
        <w:br/>
        <w:t>99&lt;br /&gt;</w:t>
        <w:br/>
        <w:t>А Ансеїс пустив коня наметом,&lt;br /&gt;</w:t>
        <w:br/>
        <w:t>Торджиса з Тортелози з ходу вдарив.&lt;br /&gt;</w:t>
        <w:br/>
        <w:t>Розбив він щит під пряжкою злотою,&lt;br /&gt;</w:t>
        <w:br/>
        <w:t>Пробив міцні подвійні лати мавра,&lt;br /&gt;</w:t>
        <w:br/>
        <w:t>Встромив у тіло гостре вістря списа&lt;br /&gt;</w:t>
        <w:br/>
        <w:t>І вдарив так, що вийшло вже із спини,&lt;br /&gt;</w:t>
        <w:br/>
        <w:t>І хутко перекинувсь мавр на землю.&lt;br /&gt;</w:t>
        <w:br/>
        <w:t>"Удар майстерний!" — мовив граф Роланд.</w:t>
      </w:r>
    </w:p>
    <w:p>
      <w:r>
        <w:br/>
        <w:t>100&lt;br /&gt;</w:t>
        <w:br/>
        <w:t>Бордоський граф, гасконець Енджельєр&lt;br /&gt;</w:t>
        <w:br/>
        <w:t>Полишив поводи і мчить наметом —&lt;br /&gt;</w:t>
        <w:br/>
        <w:t>Побачив Ескреміта із Вальтерни.&lt;br /&gt;</w:t>
        <w:br/>
        <w:t>Щит розбиває вщент, що був на маврі,&lt;br /&gt;</w:t>
        <w:br/>
        <w:t>Кольчуги комір розрива ударом&lt;br /&gt;</w:t>
        <w:br/>
        <w:t>І поціляє в груди між плечима.&lt;br /&gt;</w:t>
        <w:br/>
        <w:t>З сідла поганця вибиває мертвим,&lt;br /&gt;</w:t>
        <w:br/>
        <w:t>А Енджельєр промовив: "Смерть усім вам!"&lt;br /&gt;</w:t>
        <w:br/>
        <w:t>Аой!</w:t>
      </w:r>
    </w:p>
    <w:p>
      <w:r>
        <w:br/>
        <w:t>101&lt;br /&gt;</w:t>
        <w:br/>
        <w:t>Отон убив поганця Есторганта.&lt;br /&gt;</w:t>
        <w:br/>
        <w:t>У щит його, весь шкірою покритий,&lt;br /&gt;</w:t>
        <w:br/>
        <w:t>Ударив франк в червоно-білий розпис,&lt;br /&gt;</w:t>
        <w:br/>
        <w:t>Пробив поверхню панцира стального,&lt;br /&gt;</w:t>
        <w:br/>
        <w:t>Разюче вістря пронизало тіло.&lt;br /&gt;</w:t>
        <w:br/>
        <w:t>Він скинув мертвого з коня баского,&lt;br /&gt;</w:t>
        <w:br/>
        <w:t>А вслід сказав: "Тебе вже не врятують!"</w:t>
      </w:r>
    </w:p>
    <w:p>
      <w:r>
        <w:br/>
        <w:t>102&lt;br /&gt;</w:t>
        <w:br/>
        <w:t>А Берендж'єр зустрів Естрамаріта.&lt;br /&gt;</w:t>
        <w:br/>
        <w:t>Розбив він списом щит, крицеві лати,&lt;br /&gt;</w:t>
        <w:br/>
        <w:t>Могутній спис встромив у груди прямо,&lt;br /&gt;</w:t>
        <w:br/>
        <w:t>І впав невірний серед тисяч маврів.&lt;br /&gt;</w:t>
        <w:br/>
        <w:t>Вже із дванадцяти їх перів десять&lt;br /&gt;</w:t>
        <w:br/>
        <w:t>Загинули. Лишилось тільки двоє:&lt;br /&gt;</w:t>
        <w:br/>
        <w:t>Один Шернубль і другий Маргаріт.</w:t>
      </w:r>
    </w:p>
    <w:p>
      <w:r>
        <w:br/>
        <w:t>103&lt;br /&gt;</w:t>
        <w:br/>
        <w:t>Той Маргаріт був дуже мужній лицар,&lt;br /&gt;</w:t>
        <w:br/>
        <w:t>Меткий, красивий, сильний і рішучий,&lt;br /&gt;</w:t>
        <w:br/>
        <w:t>Коня острожить — і на Олів'єра.&lt;br /&gt;</w:t>
        <w:br/>
        <w:t>Збив із щита верхівку золотую,&lt;br /&gt;</w:t>
        <w:br/>
        <w:t>А спис міцний ледь в тіло не занурив.&lt;br /&gt;</w:t>
        <w:br/>
        <w:t>Бог допоміг, і граф лишився цілим,&lt;br /&gt;</w:t>
        <w:br/>
        <w:t>Той спис пройшов, ледь зачепивши панцир.&lt;br /&gt;</w:t>
        <w:br/>
        <w:t>А Маргаріт притьма помчав до маврів&lt;br /&gt;</w:t>
        <w:br/>
        <w:t>И засурмив в ріг, збираючи їх в лави.</w:t>
      </w:r>
    </w:p>
    <w:p>
      <w:r>
        <w:br/>
        <w:t>104&lt;br /&gt;</w:t>
        <w:br/>
        <w:t>А битва ширшає, стає лютіша,&lt;br /&gt;</w:t>
        <w:br/>
        <w:t>Та граф Роланд у самім пеклі бою,&lt;br /&gt;</w:t>
        <w:br/>
        <w:t>І поки служить спис — ним б'є завзято,&lt;br /&gt;</w:t>
        <w:br/>
        <w:t>З п'ятнадцятим ударом все ж зламався...&lt;br /&gt;</w:t>
        <w:br/>
        <w:t>Він витяг меч свій вірний, Дюрандаль,&lt;br /&gt;</w:t>
        <w:br/>
        <w:t>Коня пришпорив і Шернубля вдарив.&lt;br /&gt;</w:t>
        <w:br/>
        <w:t>Шолом він розрубав, де був карбункул,&lt;br /&gt;</w:t>
        <w:br/>
        <w:t>І меч пройшов через волосся й лоба,&lt;br /&gt;</w:t>
        <w:br/>
        <w:t>І між очима все розтяв обличчя,&lt;br /&gt;</w:t>
        <w:br/>
        <w:t>Кольчугу білу з кілечок дрібненьких,&lt;br /&gt;</w:t>
        <w:br/>
        <w:t>І тіло все від плеч і аж до стегон,&lt;br /&gt;</w:t>
        <w:br/>
        <w:t>И сідло, що золотом блищало ясним.&lt;br /&gt;</w:t>
        <w:br/>
        <w:t>І врешті перебив хребет конячий...&lt;br /&gt;</w:t>
        <w:br/>
        <w:t>Обоє — кінь і вершник — мертві впали&lt;br /&gt;</w:t>
        <w:br/>
        <w:t>В траву рясну й зелену серед луки.&lt;br /&gt;</w:t>
        <w:br/>
        <w:t>А граф сказав: "Негіднику! Даремно&lt;br /&gt;</w:t>
        <w:br/>
        <w:t>Прийшов! Твій Магомет не допоможе.&lt;br /&gt;</w:t>
        <w:br/>
        <w:t>Злидняк подібний виграть бій не може!"</w:t>
      </w:r>
    </w:p>
    <w:p>
      <w:r>
        <w:br/>
        <w:t>105&lt;br /&gt;</w:t>
        <w:br/>
        <w:t>І знову мчить Роланд тим полем бою,&lt;br /&gt;</w:t>
        <w:br/>
        <w:t>Блищить лиш Дюрандаль, що б'є й рубає,&lt;br /&gt;</w:t>
        <w:br/>
        <w:t>Невірним справжню учинив він бойню.&lt;br /&gt;</w:t>
        <w:br/>
        <w:t>О! бачили б, як ніс він смерть за смертю,&lt;br /&gt;</w:t>
        <w:br/>
        <w:t>Як кров'ю заливав все поле брані.&lt;br /&gt;</w:t>
        <w:br/>
        <w:t>По плечі у крові в Роланда руки,&lt;br /&gt;</w:t>
        <w:br/>
        <w:t>Залиті нею панцир, кінська грива.&lt;br /&gt;</w:t>
        <w:br/>
        <w:t>Не відстає і Олів'єр од нього.&lt;br /&gt;</w:t>
        <w:br/>
        <w:t>Не можна ганити і інших перів,&lt;br /&gt;</w:t>
        <w:br/>
        <w:t>Невтомно франки б'ються, січуть, нищать.&lt;br /&gt;</w:t>
        <w:br/>
        <w:t>Вмирають маври, декотрі зомліли.&lt;br /&gt;</w:t>
        <w:br/>
        <w:t>Кричить архієпископ: "Справи гарні!",&lt;br /&gt;</w:t>
        <w:br/>
        <w:t>І "Монжуа!" — клич Карлів скрізь лунає.&lt;br /&gt;</w:t>
        <w:br/>
        <w:t>Аой!</w:t>
      </w:r>
    </w:p>
    <w:p>
      <w:r>
        <w:br/>
        <w:t>106&lt;br /&gt;</w:t>
        <w:br/>
        <w:t>У січі лютій б'ється Олів'єр,&lt;br /&gt;</w:t>
        <w:br/>
        <w:t>В руці тримає лиш уламок списа.&lt;br /&gt;</w:t>
        <w:br/>
        <w:t>Щосили вдарив мавра Мальзарона.&lt;br /&gt;</w:t>
        <w:br/>
        <w:t>Щит розтрощив, уквітчаний примхливо,&lt;br /&gt;</w:t>
        <w:br/>
        <w:t>Ударом вибив лицар очі мавру,&lt;br /&gt;</w:t>
        <w:br/>
        <w:t>І його мозок витік вниз на землю.&lt;br /&gt;</w:t>
        <w:br/>
        <w:t>Убив Торджиса, потім Есторгуса,&lt;br /&gt;</w:t>
        <w:br/>
        <w:t>А з ними і сімсот іще невірних.&lt;br /&gt;</w:t>
        <w:br/>
        <w:t>Від списа ж лиш один кийок лишився.&lt;br /&gt;</w:t>
        <w:br/>
        <w:t>Роланд спитав: "Мій друже, що ти робиш?&lt;br /&gt;</w:t>
        <w:br/>
        <w:t>Навіщо палиця в бою такому?&lt;br /&gt;</w:t>
        <w:br/>
        <w:t>Потрібні криця та міцне залізо.&lt;br /&gt;</w:t>
        <w:br/>
        <w:t>А де ж твій меч, що зветься Альтеклер,&lt;br /&gt;</w:t>
        <w:br/>
        <w:t>З ефесом золотим і кришталевим?"&lt;br /&gt;</w:t>
        <w:br/>
        <w:t>"Він досі в піхвах, — каже друг, — добути&lt;br /&gt;</w:t>
        <w:br/>
        <w:t>Не маю часу, треба ж бити маврів!"&lt;br /&gt;</w:t>
        <w:br/>
        <w:t>Аой!</w:t>
      </w:r>
    </w:p>
    <w:p>
      <w:r>
        <w:br/>
        <w:t>107&lt;br /&gt;</w:t>
        <w:br/>
        <w:t>Сір Олів'єр нарешті вийняв меч свій,&lt;br /&gt;</w:t>
        <w:br/>
        <w:t>Бо щойно нагадав Роланд про нього,&lt;br /&gt;</w:t>
        <w:br/>
        <w:t>І показав, що значить гарна зброя.&lt;br /&gt;</w:t>
        <w:br/>
        <w:t>Напав на мавра з Валь-Ферре, Джустена,&lt;br /&gt;</w:t>
        <w:br/>
        <w:t>І голову йому розтяв враз навпіл,&lt;br /&gt;</w:t>
        <w:br/>
        <w:t>А також тіло та броню красиву,&lt;br /&gt;</w:t>
        <w:br/>
        <w:t>І все сідло із гаптуванням злотим,&lt;br /&gt;</w:t>
        <w:br/>
        <w:t>И самий хребет арабського коня.&lt;br /&gt;</w:t>
        <w:br/>
        <w:t>І мавр, і огир разом впали мертві.&lt;br /&gt;</w:t>
        <w:br/>
        <w:t>Роланд сказав: "Ти брат мені віднині!&lt;br /&gt;</w:t>
        <w:br/>
        <w:t>Такий удар оцінить Імператор!"&lt;br /&gt;</w:t>
        <w:br/>
        <w:t>З усіх боків почулось: "Монжуа!"&lt;br /&gt;</w:t>
        <w:br/>
        <w:t>Аой!</w:t>
      </w:r>
    </w:p>
    <w:p>
      <w:r>
        <w:br/>
        <w:t>108&lt;br /&gt;</w:t>
        <w:br/>
        <w:t>На скакуні Сорелі граф Джерін,&lt;br /&gt;</w:t>
        <w:br/>
        <w:t>А друг його Джер'єр на Пассе-Церфі,&lt;br /&gt;</w:t>
        <w:br/>
        <w:t>Пустили поводи, острожать коней&lt;br /&gt;</w:t>
        <w:br/>
        <w:t>І налетіли на поганця Тімозеля.&lt;br /&gt;</w:t>
        <w:br/>
        <w:t>Один ударив в щит, а другий — в панцир,&lt;br /&gt;</w:t>
        <w:br/>
        <w:t>Пробили їх й зламали списи в тілі.&lt;br /&gt;</w:t>
        <w:br/>
        <w:t>Мавр замертво упав на чорне поле.&lt;br /&gt;</w:t>
        <w:br/>
        <w:t>З переказів нам точно не відомо,&lt;br /&gt;</w:t>
        <w:br/>
        <w:t>Хто з них завдав смертельного удару.&lt;br /&gt;</w:t>
        <w:br/>
        <w:t>Есперверіт там був, він син Бореля,&lt;br /&gt;</w:t>
        <w:br/>
        <w:t>Його убив з Бордели Енджельєр.&lt;br /&gt;</w:t>
        <w:br/>
        <w:t>Маг Сіглорель впав від руки Турпіна,&lt;br /&gt;</w:t>
        <w:br/>
        <w:t>Той Сіглорель, який спустився в пекло,&lt;br /&gt;</w:t>
        <w:br/>
        <w:t>Бо сам Юпітер допоміг чаклунством.&lt;br /&gt;</w:t>
        <w:br/>
        <w:t>Турпін промовив: "Справжній він негідник!"&lt;br /&gt;</w:t>
        <w:br/>
        <w:t>Роланд додав: "Скарали, побратиме!&lt;br /&gt;</w:t>
        <w:br/>
        <w:t>Але ж який удар ще у Турпіна!"</w:t>
      </w:r>
    </w:p>
    <w:p>
      <w:r>
        <w:br/>
        <w:t>109&lt;br /&gt;</w:t>
        <w:br/>
        <w:t>Ставала все нещаднішою січа,&lt;br /&gt;</w:t>
        <w:br/>
        <w:t>Лютують у бою і франки, й маври,&lt;br /&gt;</w:t>
        <w:br/>
        <w:t>Одні безжально б'ють, ті відбивають.&lt;br /&gt;</w:t>
        <w:br/>
        <w:t>Списів в уламках скільки, вмитих кров'ю!&lt;br /&gt;</w:t>
        <w:br/>
        <w:t>Розірвані стрічки і стяги всюди!&lt;br /&gt;</w:t>
        <w:br/>
        <w:t>А скільки франків з юністю розстались!&lt;br /&gt;</w:t>
        <w:br/>
        <w:t>Вже не побачать матерів, дружин коханих&lt;br /&gt;</w:t>
        <w:br/>
        <w:t>Та друзів, що в ущелинах чекають.&lt;br /&gt;</w:t>
        <w:br/>
        <w:t>Аой!&lt;br /&gt;</w:t>
        <w:br/>
        <w:t>...............................................................&lt;br /&gt;</w:t>
        <w:br/>
        <w:t>Великий Карл заплакав, засмутився.&lt;br /&gt;</w:t>
        <w:br/>
        <w:t>Яка біда! Без допомоги військо!&lt;br /&gt;</w:t>
        <w:br/>
        <w:t>То прислужився Ганелон зрадливий:&lt;br /&gt;</w:t>
        <w:br/>
        <w:t>Продав у Сарагосі побратимів.&lt;br /&gt;</w:t>
        <w:br/>
        <w:t>І вже тоді життя та честь він втратив,&lt;br /&gt;</w:t>
        <w:br/>
        <w:t>А в Ахені засуджений на смерть був,&lt;br /&gt;</w:t>
        <w:br/>
        <w:t>І не змогли від неї врятуватись&lt;br /&gt;</w:t>
        <w:br/>
        <w:t>Всі його родичі — було їх тридцять.&lt;br /&gt;</w:t>
        <w:br/>
        <w:t>Аой!</w:t>
      </w:r>
    </w:p>
    <w:p>
      <w:r>
        <w:br/>
        <w:t>110&lt;br /&gt;</w:t>
        <w:br/>
        <w:t>Кривавий бій ставав усе лютіший,&lt;br /&gt;</w:t>
        <w:br/>
        <w:t>Роланд і Олів'єр б'ють безупинно,&lt;br /&gt;</w:t>
        <w:br/>
        <w:t>Завдав Турпін вже тисячу ударів,&lt;br /&gt;</w:t>
        <w:br/>
        <w:t>Не відстають від них і інші пери,&lt;br /&gt;</w:t>
        <w:br/>
        <w:t>І дружно б'ються всі загони франків.&lt;br /&gt;</w:t>
        <w:br/>
        <w:t>Вже сотні, тисячі загиблих маврів.&lt;br /&gt;</w:t>
        <w:br/>
        <w:t>Живих же неминуча смерть чекає,&lt;br /&gt;</w:t>
        <w:br/>
        <w:t>Хоробрі, боягузи — всі сконають.&lt;br /&gt;</w:t>
        <w:br/>
        <w:t>Втрачають й франки кращих із баронів,&lt;br /&gt;</w:t>
        <w:br/>
        <w:t>Батьків і рідних більше не побачать,&lt;br /&gt;</w:t>
        <w:br/>
        <w:t>А також Карла, що чека в міжгір'ї.&lt;br /&gt;</w:t>
        <w:br/>
        <w:t>У Франції ж лютують грізні сили:&lt;br /&gt;</w:t>
        <w:br/>
        <w:t>Бушують грози, смерчі, лячні бурі,&lt;br /&gt;</w:t>
        <w:br/>
        <w:t>Потоками ллють з градом й снігом зливи,&lt;br /&gt;</w:t>
        <w:br/>
        <w:t>І блискавки б'ють раз за разом страшно.&lt;br /&gt;</w:t>
        <w:br/>
        <w:t>Земля вже починає скрізь двигтіти —&lt;br /&gt;</w:t>
        <w:br/>
        <w:t>Від церкви Сен-Мішель і аж до Сени,&lt;br /&gt;</w:t>
        <w:br/>
        <w:t>Від гавані Віссант до Безансона.&lt;br /&gt;</w:t>
        <w:br/>
        <w:t>Немає міст, де б мури не тріщали;&lt;br /&gt;</w:t>
        <w:br/>
        <w:t>А ясний день враз огортає морок,&lt;br /&gt;</w:t>
        <w:br/>
        <w:t>І світло лише в спалахах у небі.&lt;br /&gt;</w:t>
        <w:br/>
        <w:t>Усіх жахають ці пророчі знаки,&lt;br /&gt;</w:t>
        <w:br/>
        <w:t>Волають франки: "То кінець вже світу!"&lt;br /&gt;</w:t>
        <w:br/>
        <w:t>"Це Судний день до нас прийшов нещадний!"&lt;br /&gt;</w:t>
        <w:br/>
        <w:t>Але не відають гіркої правди —&lt;br /&gt;</w:t>
        <w:br/>
        <w:t>То плаче вся природа за Роландом.</w:t>
      </w:r>
    </w:p>
    <w:p>
      <w:r>
        <w:br/>
        <w:t>111&lt;br /&gt;</w:t>
        <w:br/>
        <w:t>А франки б'ються мужньо і відважно,&lt;br /&gt;</w:t>
        <w:br/>
        <w:t>І маври гинуть тисячами в лавах,&lt;br /&gt;</w:t>
        <w:br/>
        <w:t>Із сотні тисяч зостається дві лиш.&lt;br /&gt;</w:t>
        <w:br/>
        <w:t>Турпін сказав: "Як гарно б'ються франки!&lt;br /&gt;</w:t>
        <w:br/>
        <w:t>У світі вояків немає кращих!&lt;br /&gt;</w:t>
        <w:br/>
        <w:t>Записано в "Діяннях славних франків",&lt;br /&gt;</w:t>
        <w:br/>
        <w:t>Що доблесних васалів має Карл наш".&lt;br /&gt;</w:t>
        <w:br/>
        <w:t>Ідуть барони полем і шукають&lt;br /&gt;</w:t>
        <w:br/>
        <w:t>Загиблих друзів, плачуть над тілами&lt;br /&gt;</w:t>
        <w:br/>
        <w:t>І згадують їх родичів імення...&lt;br /&gt;</w:t>
        <w:br/>
        <w:t>Та йшов Марсілій вже з новою раттю.</w:t>
      </w:r>
    </w:p>
    <w:p>
      <w:r>
        <w:br/>
        <w:t>ДРУГА РАТЬ МАРСІЛІЯ. ЗАГИБЕЛЬ ФРАНКІВ&lt;br /&gt;</w:t>
        <w:br/>
        <w:t>112&lt;br /&gt;</w:t>
        <w:br/>
        <w:t>Марсілій військо вів уздовж долини,&lt;br /&gt;</w:t>
        <w:br/>
        <w:t>Зібрав тепер він величезну силу&lt;br /&gt;</w:t>
        <w:br/>
        <w:t>І поділив її колон на двадцять.&lt;br /&gt;</w:t>
        <w:br/>
        <w:t>Виблискують щити, шоломи й лати,&lt;br /&gt;</w:t>
        <w:br/>
        <w:t>Оздоблені коштовностями й злотом.&lt;br /&gt;</w:t>
        <w:br/>
        <w:t>Сім тисяч труб невірних кличуть в битву,&lt;br /&gt;</w:t>
        <w:br/>
        <w:t>Страшне оте гудіння чути всюди.&lt;br /&gt;</w:t>
        <w:br/>
        <w:t>Роланд сказав: "Мій брате Олів'єре!&lt;br /&gt;</w:t>
        <w:br/>
        <w:t>Послав на смерть нас Ганелон зрадливий,&lt;br /&gt;</w:t>
        <w:br/>
        <w:t>Та зраду приховати неможливо,&lt;br /&gt;</w:t>
        <w:br/>
        <w:t>За неї Карл призначить люту кару.&lt;br /&gt;</w:t>
        <w:br/>
        <w:t>Попереду тяжка, жахлива битва,&lt;br /&gt;</w:t>
        <w:br/>
        <w:t>Не бачили такої споконвіку.&lt;br /&gt;</w:t>
        <w:br/>
        <w:t>Я буду битись Дюрандалем звично,&lt;br /&gt;</w:t>
        <w:br/>
        <w:t>А ви, мій друже, Альтеклером дійте.&lt;br /&gt;</w:t>
        <w:br/>
        <w:t>В стількох краях мечі були із нами,&lt;br /&gt;</w:t>
        <w:br/>
        <w:t>А скільки битв ми ними вигравали!&lt;br /&gt;</w:t>
        <w:br/>
        <w:t>Пісень ганебних ми не заслужили!"&lt;br /&gt;</w:t>
        <w:br/>
        <w:t>Аой!</w:t>
      </w:r>
    </w:p>
    <w:p>
      <w:r>
        <w:br/>
        <w:t>113&lt;br /&gt;</w:t>
        <w:br/>
        <w:t>Марсілій бачить, що всі вбиті маври,&lt;br /&gt;</w:t>
        <w:br/>
        <w:t>Наказує сурмити в роги й труби&lt;br /&gt;</w:t>
        <w:br/>
        <w:t>І другу рать він сам веде у наступ.&lt;br /&gt;</w:t>
        <w:br/>
        <w:t>Попереду гарцює мавр Абім,&lt;br /&gt;</w:t>
        <w:br/>
        <w:t>Багато зла і злочинів він скоїв,&lt;br /&gt;</w:t>
        <w:br/>
        <w:t>Найбільший був негідник серед маврів.&lt;br /&gt;</w:t>
        <w:br/>
        <w:t>Абім не вірив в сина Прісно діви.&lt;br /&gt;</w:t>
        <w:br/>
        <w:t>Увесь був чорний, мов із печі сажа,&lt;br /&gt;</w:t>
        <w:br/>
        <w:t>І цінував він більше віроломство,&lt;br /&gt;</w:t>
        <w:br/>
        <w:t>Ніж золото Галісії всієї.&lt;br /&gt;</w:t>
        <w:br/>
        <w:t>Ніхто не бачив, щоб Абім всміхнувся,&lt;br /&gt;</w:t>
        <w:br/>
        <w:t>Хоробрістю шаленою прославивсь.&lt;br /&gt;</w:t>
        <w:br/>
        <w:t>За те його й любив Марсілій здавна&lt;br /&gt;</w:t>
        <w:br/>
        <w:t>І доручив нести свій стяг з Драконом.&lt;br /&gt;</w:t>
        <w:br/>
        <w:t>Турпін Абіма здалеку помітив,&lt;br /&gt;</w:t>
        <w:br/>
        <w:t>Таких людей він люто ненавидів.&lt;br /&gt;</w:t>
        <w:br/>
        <w:t>І поскакав, щоб розпочати герць свій,&lt;br /&gt;</w:t>
        <w:br/>
        <w:t>А сам собі таке говорить стиха:&lt;br /&gt;</w:t>
        <w:br/>
        <w:t>"Адже цей мавр — великий задавака,&lt;br /&gt;</w:t>
        <w:br/>
        <w:t>Таких я не люблю! Іще й поганець!&lt;br /&gt;</w:t>
        <w:br/>
        <w:t>То краще згину тут, мов неборака,&lt;br /&gt;</w:t>
        <w:br/>
        <w:t>Ніж цей негідник житиме на світі!"&lt;br /&gt;</w:t>
        <w:br/>
        <w:t>Аой!</w:t>
      </w:r>
    </w:p>
    <w:p>
      <w:r>
        <w:br/>
        <w:t>114&lt;br /&gt;</w:t>
        <w:br/>
        <w:t>Почав архієпископ бій негайно.&lt;br /&gt;</w:t>
        <w:br/>
        <w:t>Під ним скакун, відбитий у Гроссаля,&lt;br /&gt;</w:t>
        <w:br/>
        <w:t>Царя, якого в Данії здолав сам.&lt;br /&gt;</w:t>
        <w:br/>
        <w:t>Кінь був рухливий і шпаркий напрочуд,&lt;br /&gt;</w:t>
        <w:br/>
        <w:t>Міцні копита гарні, струнконогий,&lt;br /&gt;</w:t>
        <w:br/>
        <w:t>Широкі груди, збоку ж сухорлявий,&lt;br /&gt;</w:t>
        <w:br/>
        <w:t>Могутня спина й круп округлий з блиском,&lt;br /&gt;</w:t>
        <w:br/>
        <w:t>Високий, білохвостий, жовтогривий,&lt;br /&gt;</w:t>
        <w:br/>
        <w:t>Маленькі вуха, голова руда вся.&lt;br /&gt;</w:t>
        <w:br/>
        <w:t>Нема коня, який би з ним зрівнявся.&lt;br /&gt;</w:t>
        <w:br/>
        <w:t>Турпін його пришпорив й на Абіма&lt;br /&gt;</w:t>
        <w:br/>
        <w:t>Напав, а той щитом прикрився вміло...&lt;br /&gt;</w:t>
        <w:br/>
        <w:t>На тім щиті блищали й променіли&lt;br /&gt;</w:t>
        <w:br/>
        <w:t>Коштовні аметисти, діаманти,&lt;br /&gt;</w:t>
        <w:br/>
        <w:t>Карбункули і, наче кров, рубіни,&lt;br /&gt;</w:t>
        <w:br/>
        <w:t>І всі в облямуванні золотому.&lt;br /&gt;</w:t>
        <w:br/>
        <w:t>Його емір Галафр отримав як дарунок&lt;br /&gt;</w:t>
        <w:br/>
        <w:t>Від сатани поблизу Валь-Метаса.&lt;br /&gt;</w:t>
        <w:br/>
        <w:t>Та щит той і динара був не вартий —&lt;br /&gt;</w:t>
        <w:br/>
        <w:t>Удар розбив його на друзки, й наскрізь&lt;br /&gt;</w:t>
        <w:br/>
        <w:t>Турпінів спис пройшов через все тіло,&lt;br /&gt;</w:t>
        <w:br/>
        <w:t>И Абім злетів з коня. Сказали франки:&lt;br /&gt;</w:t>
        <w:br/>
        <w:t>"От справжній лицар! От архієпископ!&lt;br /&gt;</w:t>
        <w:br/>
        <w:t>Він гідно береже свій хрест священний!"</w:t>
      </w:r>
    </w:p>
    <w:p>
      <w:r>
        <w:br/>
        <w:t>115&lt;br /&gt;</w:t>
        <w:br/>
        <w:t>Аж бачать франки, що невірних сили&lt;br /&gt;</w:t>
        <w:br/>
        <w:t>Ізнову схили пагорбів покрили,&lt;br /&gt;</w:t>
        <w:br/>
        <w:t>І кличуть Олів'єра і Роланда,&lt;br /&gt;</w:t>
        <w:br/>
        <w:t>І перів всіх, аби допомогли їм.&lt;br /&gt;</w:t>
        <w:br/>
        <w:t>До вояків звернувсь архієпископ:&lt;br /&gt;</w:t>
        <w:br/>
        <w:t>"Сеньйори, ви лихі думки облиште!&lt;br /&gt;</w:t>
        <w:br/>
        <w:t>Молю я Богом, не тікайте з битви,&lt;br /&gt;</w:t>
        <w:br/>
        <w:t>Аби пісень про нас не склали кривдних!&lt;br /&gt;</w:t>
        <w:br/>
        <w:t>Бо краща смерть для нас — в бою загинуть!&lt;br /&gt;</w:t>
        <w:br/>
        <w:t>Так, скоро всі ми помремо тут разом,&lt;br /&gt;</w:t>
        <w:br/>
        <w:t>Не будуть нас серед живих лічити.&lt;br /&gt;</w:t>
        <w:br/>
        <w:t>Але я клятвено вам присягаюсь:&lt;br /&gt;</w:t>
        <w:br/>
        <w:t>Для всіх для вас одкриють брами Раю,&lt;br /&gt;</w:t>
        <w:br/>
        <w:t>З святими будете в розкішнім гаї".&lt;br /&gt;</w:t>
        <w:br/>
        <w:t>Велика радість охопила франків,&lt;br /&gt;</w:t>
        <w:br/>
        <w:t>Всі разом закричали: "Монжуа!"&lt;br /&gt;</w:t>
        <w:br/>
        <w:t>Аой!</w:t>
      </w:r>
    </w:p>
    <w:p>
      <w:r>
        <w:br/>
        <w:t>116&lt;br /&gt;</w:t>
        <w:br/>
        <w:t>Був сарацин один із Сарагоси,&lt;br /&gt;</w:t>
        <w:br/>
        <w:t>Володарем півміста він вважався&lt;br /&gt;</w:t>
        <w:br/>
        <w:t>І звався Кліморін, і був безчесний.&lt;br /&gt;</w:t>
        <w:br/>
        <w:t>Це він прийняв присягу Ганелона,&lt;br /&gt;</w:t>
        <w:br/>
        <w:t>Подарував йому шолом з гранатом,&lt;br /&gt;</w:t>
        <w:br/>
        <w:t>У губи цілував і клявся в дружбі.&lt;br /&gt;</w:t>
        <w:br/>
        <w:t>"Я хочу, — похвалявся він, — зганьбити&lt;br /&gt;</w:t>
        <w:br/>
        <w:t>Всю Францію й забрать корону Карла!"&lt;br /&gt;</w:t>
        <w:br/>
        <w:t>Мавр на коні, що звався Барбамушем,&lt;br /&gt;</w:t>
        <w:br/>
        <w:t>І мчав прудкіш, ніж ластівка чи сокіл.&lt;br /&gt;</w:t>
        <w:br/>
        <w:t>Коня пришпорив і повіддя кинув,&lt;br /&gt;</w:t>
        <w:br/>
        <w:t>І вдарив Енджельєра із Гасконі.&lt;br /&gt;</w:t>
        <w:br/>
        <w:t>Не витримали щит й броня удару&lt;br /&gt;</w:t>
        <w:br/>
        <w:t>І враз у тіло спис уп'явсь залізний,&lt;br /&gt;</w:t>
        <w:br/>
        <w:t>А вістря гостре вийшло аж зі спини.&lt;br /&gt;</w:t>
        <w:br/>
        <w:t>Удар страшний, барон упав вже мертвий.&lt;br /&gt;</w:t>
        <w:br/>
        <w:t>І переможець крикнув: "Бийте франків!&lt;br /&gt;</w:t>
        <w:br/>
        <w:t>Ламайте їхні лави, правовірні!"&lt;br /&gt;</w:t>
        <w:br/>
        <w:t>У франків смуток: "Боже, він убитий!"</w:t>
      </w:r>
    </w:p>
    <w:p>
      <w:r>
        <w:br/>
        <w:t>117&lt;br /&gt;</w:t>
        <w:br/>
        <w:t>Звернувсь Роланд до Олів'єра гірко:&lt;br /&gt;</w:t>
        <w:br/>
        <w:t>"Мій побратиме, Енджельєр загинув,&lt;br /&gt;</w:t>
        <w:br/>
        <w:t>Немає вже відважного героя".&lt;br /&gt;</w:t>
        <w:br/>
        <w:t>Граф відповів: "Хай Бог мені поможе!"&lt;br /&gt;</w:t>
        <w:br/>
        <w:t>Острогами він скакуна вдаряє&lt;br /&gt;</w:t>
        <w:br/>
        <w:t>І з Альтеклером, вщент залитим кров'ю,&lt;br /&gt;</w:t>
        <w:br/>
        <w:t>На мавра кинувсь, з розмаху рубає,&lt;br /&gt;</w:t>
        <w:br/>
        <w:t>А потім вдруге... Кліморін конає,&lt;br /&gt;</w:t>
        <w:br/>
        <w:t>І демони схопили душу грішну.&lt;br /&gt;</w:t>
        <w:br/>
        <w:t>Убив граф також герцога Алфайна&lt;br /&gt;</w:t>
        <w:br/>
        <w:t>Та голову зрубав у Ескабаби.&lt;br /&gt;</w:t>
        <w:br/>
        <w:t>З сідла сімох він вибив арабітів,&lt;br /&gt;</w:t>
        <w:br/>
        <w:t>Які навряд чи зможуть далі битись.&lt;br /&gt;</w:t>
        <w:br/>
        <w:t>Роланд сказав: "Мій побратим у гніві,&lt;br /&gt;</w:t>
        <w:br/>
        <w:t>Примусить шанувать себе та франків!&lt;br /&gt;</w:t>
        <w:br/>
        <w:t>За ці удари Карл нас більше любить!"&lt;br /&gt;</w:t>
        <w:br/>
        <w:t>І крикнув голосно: "Рубайте їх, барони!"&lt;br /&gt;</w:t>
        <w:br/>
        <w:t>Аой!</w:t>
      </w:r>
    </w:p>
    <w:p>
      <w:r>
        <w:br/>
        <w:t>118&lt;br /&gt;</w:t>
        <w:br/>
        <w:t>Та от з'явивсь язичник Вальдабрун,&lt;br /&gt;</w:t>
        <w:br/>
        <w:t>Марсілія він родич й вихователь,&lt;br /&gt;</w:t>
        <w:br/>
        <w:t>Виводив кораблів чотири сотні,&lt;br /&gt;</w:t>
        <w:br/>
        <w:t>Усяк моряк хотів з ним вийти в море.&lt;br /&gt;</w:t>
        <w:br/>
        <w:t>Колись Єрусалим здобув обманом,&lt;br /&gt;</w:t>
        <w:br/>
        <w:t>Пограбував святий храм Соломона&lt;br /&gt;</w:t>
        <w:br/>
        <w:t>І перед олтарем вбив патріарха.&lt;br /&gt;</w:t>
        <w:br/>
        <w:t>Прийняв він схвально зраду Ганелона,&lt;br /&gt;</w:t>
        <w:br/>
        <w:t>І надарив мечем, багатством добрим.&lt;br /&gt;</w:t>
        <w:br/>
        <w:t>Кінь Вальдабруна звався Грамімондом.&lt;br /&gt;</w:t>
        <w:br/>
        <w:t>Острожить мавр коня, той мчить галопом,&lt;br /&gt;</w:t>
        <w:br/>
        <w:t>Не наздогнав його б і яструб в полі.&lt;br /&gt;</w:t>
        <w:br/>
        <w:t>І мавр ударив герцога Самсона.&lt;br /&gt;</w:t>
        <w:br/>
        <w:t>В тріски розбивши щит й розкішні лати,&lt;br /&gt;</w:t>
        <w:br/>
        <w:t>Встромив у тіло списа аж до стрічки&lt;br /&gt;</w:t>
        <w:br/>
        <w:t>І вбитого вже викинув з сідла він.&lt;br /&gt;</w:t>
        <w:br/>
        <w:t>Гукає: "Перемога наша близько!"&lt;br /&gt;</w:t>
        <w:br/>
        <w:t>Шепочуть франки: "Жаль який! Був лицар!"&lt;br /&gt;</w:t>
        <w:br/>
        <w:t>Аой!</w:t>
      </w:r>
    </w:p>
    <w:p>
      <w:r>
        <w:br/>
        <w:t>119&lt;br /&gt;</w:t>
        <w:br/>
        <w:t>Великий смуток охопив Роланда,&lt;br /&gt;</w:t>
        <w:br/>
        <w:t>Коли побачив мертвого Самсона.&lt;br /&gt;</w:t>
        <w:br/>
        <w:t>Погнав коня до Вальдабруна-мавра,&lt;br /&gt;</w:t>
        <w:br/>
        <w:t>В руці тримав свій меч дорогоцінний.&lt;br /&gt;</w:t>
        <w:br/>
        <w:t>Язичника з плеча ударив гнівно.&lt;br /&gt;</w:t>
        <w:br/>
        <w:t>Шолом із золотом й камінням цінним&lt;br /&gt;</w:t>
        <w:br/>
        <w:t>Він навпіл розрубав, і лати з тілом,&lt;br /&gt;</w:t>
        <w:br/>
        <w:t>Прикрашене сріблом сідло чудове,&lt;br /&gt;</w:t>
        <w:br/>
        <w:t>Хребет коню зламав страшним ударом.&lt;br /&gt;</w:t>
        <w:br/>
        <w:t>Убив обох, кляніть чи вихваляйте.&lt;br /&gt;</w:t>
        <w:br/>
        <w:t>Сказали маври: "Це удар жорстокий!"&lt;br /&gt;</w:t>
        <w:br/>
        <w:t>Роланд у відповідь: "Не те, що ваші!&lt;br /&gt;</w:t>
        <w:br/>
        <w:t>Пиха у вас одна і злість шалена!"&lt;br /&gt;</w:t>
        <w:br/>
        <w:t>Аой!</w:t>
      </w:r>
    </w:p>
    <w:p>
      <w:r>
        <w:br/>
        <w:t>120&lt;br /&gt;</w:t>
        <w:br/>
        <w:t>Був серед маврів з Африки прибулий,&lt;br /&gt;</w:t>
        <w:br/>
        <w:t>Поганця син Малькуда — Малькідант.&lt;br /&gt;</w:t>
        <w:br/>
        <w:t>На сонці обладунок золотавий&lt;br /&gt;</w:t>
        <w:br/>
        <w:t>Його виблискував найяскравіше,&lt;br /&gt;</w:t>
        <w:br/>
        <w:t>Під ним скакун рухливий Сотпердют,&lt;br /&gt;</w:t>
        <w:br/>
        <w:t>З яким змагатись неможливо в бігу.&lt;br /&gt;</w:t>
        <w:br/>
        <w:t>Мавр вдарив Ансеїса в центр щита,&lt;br /&gt;</w:t>
        <w:br/>
        <w:t>Пробив червоні й сині візерунки,&lt;br /&gt;</w:t>
        <w:br/>
        <w:t>Пошматував міцний із криці панцир,&lt;br /&gt;</w:t>
        <w:br/>
        <w:t>Загнав він вістря з ратищем у тіло.&lt;br /&gt;</w:t>
        <w:br/>
        <w:t>І граф помер, його життя скінчилось.&lt;br /&gt;</w:t>
        <w:br/>
        <w:t>Сказали франки: "Вмер герой! Нещастя!"</w:t>
      </w:r>
    </w:p>
    <w:p>
      <w:r>
        <w:br/>
        <w:t>121&lt;br /&gt;</w:t>
        <w:br/>
        <w:t>На полі бою мчить архієпископ,&lt;br /&gt;</w:t>
        <w:br/>
        <w:t>В житті своєму не справляв він меси,&lt;br /&gt;</w:t>
        <w:br/>
        <w:t>Та в битвах з ним ніхто не міг зрівнятись.&lt;br /&gt;</w:t>
        <w:br/>
        <w:t>Сказав поганцю: "Бог тебе скарає!&lt;br /&gt;</w:t>
        <w:br/>
        <w:t>Убив того, по кому серце плаче!"&lt;br /&gt;</w:t>
        <w:br/>
        <w:t>Острожить він коня і мчить на мавра,&lt;br /&gt;</w:t>
        <w:br/>
        <w:t>Б'є Малькіданта в щит толедський влучно&lt;br /&gt;</w:t>
        <w:br/>
        <w:t>И так сильно, що звалився той вже трупом.</w:t>
      </w:r>
    </w:p>
    <w:p>
      <w:r>
        <w:br/>
        <w:t>122&lt;br /&gt;</w:t>
        <w:br/>
        <w:t>Примчав іще Грандоній, він нащадок&lt;br /&gt;</w:t>
        <w:br/>
        <w:t>Каппадокійського царя Капеля.&lt;br /&gt;</w:t>
        <w:br/>
        <w:t>За бистротою кінь його Марморій&lt;br /&gt;</w:t>
        <w:br/>
        <w:t>Змагатись міг хоч із летючим птахом.&lt;br /&gt;</w:t>
        <w:br/>
        <w:t>Кидає поводи, коня острожить&lt;br /&gt;</w:t>
        <w:br/>
        <w:t>І налітає, й б'є Джеріна з люттю.&lt;br /&gt;</w:t>
        <w:br/>
        <w:t>Страшний удар пробив і щит, і лати,&lt;br /&gt;</w:t>
        <w:br/>
        <w:t>І до стрічок уп'явся спис у тіло,&lt;br /&gt;</w:t>
        <w:br/>
        <w:t>А лицар, мертвий вже, впав коло скелі.&lt;br /&gt;</w:t>
        <w:br/>
        <w:t>Слідом за цим Грандоній вбив Джер'єра,&lt;br /&gt;</w:t>
        <w:br/>
        <w:t>Незмінного супутника Джеріна,&lt;br /&gt;</w:t>
        <w:br/>
        <w:t>А потім і Гюйона, Берендж'єра,&lt;br /&gt;</w:t>
        <w:br/>
        <w:t>Останнім став Австорій, герцог можний,&lt;br /&gt;</w:t>
        <w:br/>
        <w:t>Володар був Валер'ї та Вівера.&lt;br /&gt;</w:t>
        <w:br/>
        <w:t>І він сконав, язичники ж радіють.&lt;br /&gt;</w:t>
        <w:br/>
        <w:t>А франки тихо: "Скільки наших вбито!"</w:t>
      </w:r>
    </w:p>
    <w:p>
      <w:r>
        <w:br/>
        <w:t>123&lt;br /&gt;</w:t>
        <w:br/>
        <w:t>Роланд тримає меч, залитий кров'ю,&lt;br /&gt;</w:t>
        <w:br/>
        <w:t>Він добре чує плач скорботний франків,&lt;br /&gt;</w:t>
        <w:br/>
        <w:t>Біль крає серце, ледь не розриває.&lt;br /&gt;</w:t>
        <w:br/>
        <w:t>Він крикнув мавру: "Бог за зло карає!&lt;br /&gt;</w:t>
        <w:br/>
        <w:t>За смерть соратників тобі помщуся!"&lt;br /&gt;</w:t>
        <w:br/>
        <w:t>І враз пустив коня у чвал нестримний,&lt;br /&gt;</w:t>
        <w:br/>
        <w:t>Хто ж переможе? От вони зійшлися.</w:t>
      </w:r>
    </w:p>
    <w:p>
      <w:r>
        <w:br/>
        <w:t>124&lt;br /&gt;</w:t>
        <w:br/>
        <w:t>Гран доній був сміливий і шляхетний,&lt;br /&gt;</w:t>
        <w:br/>
        <w:t>У битвах йшов вперед безстрашно перший.&lt;br /&gt;</w:t>
        <w:br/>
        <w:t>З Роландом він ніколи не стрічався,&lt;br /&gt;</w:t>
        <w:br/>
        <w:t>І хоч того ніколи ще не бачив,&lt;br /&gt;</w:t>
        <w:br/>
        <w:t>Але пізнав відразу: стан могутній,&lt;br /&gt;</w:t>
        <w:br/>
        <w:t>Постава й рухи горді, погляд гострий.&lt;br /&gt;</w:t>
        <w:br/>
        <w:t>І раптом мавр відчув, що налякався...&lt;br /&gt;</w:t>
        <w:br/>
        <w:t>Хотів втекти — даремно, бо вже пізно:&lt;br /&gt;</w:t>
        <w:br/>
        <w:t>Роланд його ударив так потужно,&lt;br /&gt;</w:t>
        <w:br/>
        <w:t>Що розрубав з наносником шолом весь,&lt;br /&gt;</w:t>
        <w:br/>
        <w:t>І ніс, і рот, і щелепи з зубами,&lt;br /&gt;</w:t>
        <w:br/>
        <w:t>І панцир з тілом до сідла самого,&lt;br /&gt;</w:t>
        <w:br/>
        <w:t>Оздобленого золотом і сріблом,&lt;br /&gt;</w:t>
        <w:br/>
        <w:t>И розсік хребет Марморія глибоко.&lt;br /&gt;</w:t>
        <w:br/>
        <w:t>Сконали раз і назавжди обидва!&lt;br /&gt;</w:t>
        <w:br/>
        <w:t>Іспанські нехристі кричать скорботно,&lt;br /&gt;</w:t>
        <w:br/>
        <w:t>А франки горді: "Б'є наш лицар добре!"</w:t>
      </w:r>
    </w:p>
    <w:p>
      <w:r>
        <w:br/>
        <w:t>125&lt;br /&gt;</w:t>
        <w:br/>
        <w:t>Швидкий предивний бій кипить і далі.&lt;br /&gt;</w:t>
        <w:br/>
        <w:t>Несамовито, з люттю б'ються франки,&lt;br /&gt;</w:t>
        <w:br/>
        <w:t>Боки рубають, спини й руки маврів,&lt;br /&gt;</w:t>
        <w:br/>
        <w:t>І через лати входить меч у тіло.&lt;br /&gt;</w:t>
        <w:br/>
        <w:t>Потоки крові заливають трави,&lt;br /&gt;</w:t>
        <w:br/>
        <w:t>Кричать невірні: "Вже не хочем слави!&lt;br /&gt;</w:t>
        <w:br/>
        <w:t>О Франціє, хай Магомет скарає&lt;br /&gt;</w:t>
        <w:br/>
        <w:t>Тебе і весь твій рід безстрашний вкупі!"&lt;br /&gt;</w:t>
        <w:br/>
        <w:t>Марсілія тепер всі кличуть разом:&lt;br /&gt;</w:t>
        <w:br/>
        <w:t>"Спіши, надай нам допомогу, царю!"</w:t>
      </w:r>
    </w:p>
    <w:p>
      <w:r>
        <w:br/>
        <w:t>126&lt;br /&gt;</w:t>
        <w:br/>
        <w:t>Триває бій, несамовита січа,&lt;br /&gt;</w:t>
        <w:br/>
        <w:t>А лати вояків брудні від крові.&lt;br /&gt;</w:t>
        <w:br/>
        <w:t>О, скільки мук побачиш там відразу,&lt;br /&gt;</w:t>
        <w:br/>
        <w:t>І скільки мертвих, ран страшних й кривавих,&lt;br /&gt;</w:t>
        <w:br/>
        <w:t>Один обличчям впав, а той на спину.&lt;br /&gt;</w:t>
        <w:br/>
        <w:t>Не в силах витримати натиск маври&lt;br /&gt;</w:t>
        <w:br/>
        <w:t>І з цього пекла починають бігти.&lt;br /&gt;</w:t>
        <w:br/>
        <w:t>Завзято переслідують їх франки.&lt;br /&gt;</w:t>
        <w:br/>
        <w:t>Аой!</w:t>
      </w:r>
    </w:p>
    <w:p>
      <w:r>
        <w:br/>
        <w:t>127&lt;br /&gt;</w:t>
        <w:br/>
        <w:t>Звернувся тут Роланд до Олів'єра:&lt;br /&gt;</w:t>
        <w:br/>
        <w:t>"Мій друже, з вами ми одної думки.&lt;br /&gt;</w:t>
        <w:br/>
        <w:t>Архієпископ дуже смілий лицар,&lt;br /&gt;</w:t>
        <w:br/>
        <w:t>Немає кращого під небом ясним.&lt;br /&gt;</w:t>
        <w:br/>
        <w:t>Він спритно б'ється і мечем, і списом!"&lt;br /&gt;</w:t>
        <w:br/>
        <w:t>Той відповів: "Що ж, йдем мерщій на поміч!"&lt;br /&gt;</w:t>
        <w:br/>
        <w:t>І знову в бій помчали побратими.&lt;br /&gt;</w:t>
        <w:br/>
        <w:t>Удари скрізь, триває люта січа.&lt;br /&gt;</w:t>
        <w:br/>
        <w:t>Багато християн на полі вбитих!..&lt;br /&gt;</w:t>
        <w:br/>
        <w:t>Видовище жахливе — бій нещадний,&lt;br /&gt;</w:t>
        <w:br/>
        <w:t>Блищать мечі Роланда й Олів'єра,&lt;br /&gt;</w:t>
        <w:br/>
        <w:t>Архієпископ списом б'є не гірше.&lt;br /&gt;</w:t>
        <w:br/>
        <w:t>Записано у хроніках й рескриптах,&lt;br /&gt;</w:t>
        <w:br/>
        <w:t>Що перебили тьму вони невірних.&lt;br /&gt;</w:t>
        <w:br/>
        <w:t>"Чотири тисячі!" — так свідчить Джеста.&lt;br /&gt;</w:t>
        <w:br/>
        <w:t>Чотири наступи відбили франки,&lt;br /&gt;</w:t>
        <w:br/>
        <w:t>Та п'ятий, лихо, став для них згубливим,&lt;br /&gt;</w:t>
        <w:br/>
        <w:t>Всі полягли вони у Ронсевалі.&lt;br /&gt;</w:t>
        <w:br/>
        <w:t>В живих лишилось шістдесят героїв.&lt;br /&gt;</w:t>
        <w:br/>
        <w:t>За їх життя заплатять дорого невірні.&lt;br /&gt;</w:t>
        <w:br/>
        <w:t>Аой!</w:t>
      </w:r>
    </w:p>
    <w:p>
      <w:r>
        <w:br/>
        <w:t>ОЛІФАНТ КЛИЧЕ&lt;br /&gt;</w:t>
        <w:br/>
        <w:t>128&lt;br /&gt;</w:t>
        <w:br/>
        <w:t>Роланд побачив — втрати величезні,&lt;br /&gt;</w:t>
        <w:br/>
        <w:t>И звернувся він до друга Олів'єра:&lt;br /&gt;</w:t>
        <w:br/>
        <w:t>"Мій друже, бережи вас Бог, повсюди&lt;br /&gt;</w:t>
        <w:br/>
        <w:t>Ми бачимо сміливців — друзів мертвих;&lt;br /&gt;</w:t>
        <w:br/>
        <w:t>Як плакатиме Франція-красуня,&lt;br /&gt;</w:t>
        <w:br/>
        <w:t>Коли дізнається про смерть баронів.&lt;br /&gt;</w:t>
        <w:br/>
        <w:t>Чому ж, королю любий, ви не з нами?&lt;br /&gt;</w:t>
        <w:br/>
        <w:t>Мій брате Олів'єре, що зробити,&lt;br /&gt;</w:t>
        <w:br/>
        <w:t>Щоб сповістити короля про скруту?"&lt;br /&gt;</w:t>
        <w:br/>
        <w:t>Той відповів: "Не знаю, що робити,&lt;br /&gt;</w:t>
        <w:br/>
        <w:t>Та краще смерть, аніж безчестя наше!"&lt;br /&gt;</w:t>
        <w:br/>
        <w:t>Аой!</w:t>
      </w:r>
    </w:p>
    <w:p>
      <w:r>
        <w:br/>
        <w:t>129&lt;br /&gt;</w:t>
        <w:br/>
        <w:t>Сказав Роланд: "Я засурмлю у ріг вже,&lt;br /&gt;</w:t>
        <w:br/>
        <w:t>І Карл, який виходить з гір, почує.&lt;br /&gt;</w:t>
        <w:br/>
        <w:t>Я певен, він поверне військо зразу".&lt;br /&gt;</w:t>
        <w:br/>
        <w:t>А Олів'єр: "Великий буде сором&lt;br /&gt;</w:t>
        <w:br/>
        <w:t>Для вас, а для батьків тяжка образа,&lt;br /&gt;</w:t>
        <w:br/>
        <w:t>На все життя нестерпнеє безчестя.&lt;br /&gt;</w:t>
        <w:br/>
        <w:t>Я радив вам — нічого не зробили!&lt;br /&gt;</w:t>
        <w:br/>
        <w:t>Тепер вже я не дам своєї згоди.&lt;br /&gt;</w:t>
        <w:br/>
        <w:t>Засурмите у ріг — то ви не лицар.&lt;br /&gt;</w:t>
        <w:br/>
        <w:t>Адже залили вже ви кров'ю поле!"&lt;br /&gt;</w:t>
        <w:br/>
        <w:t>Граф відповів: "Але ж я добре бився!"&lt;br /&gt;</w:t>
        <w:br/>
        <w:t>Аой!</w:t>
      </w:r>
    </w:p>
    <w:p>
      <w:r>
        <w:br/>
        <w:t>130&lt;br /&gt;</w:t>
        <w:br/>
        <w:t>Сказав Роланд: "Жорстока наша битва,&lt;br /&gt;</w:t>
        <w:br/>
        <w:t>Я засурмлю у ріг, нас Карл почує".&lt;br /&gt;</w:t>
        <w:br/>
        <w:t>А Олів'єр: "Не лицарська то справа!&lt;br /&gt;</w:t>
        <w:br/>
        <w:t>Коли я радив, ви не дослухались,&lt;br /&gt;</w:t>
        <w:br/>
        <w:t>Якщо б був Карл, не правили б ми тризну,&lt;br /&gt;</w:t>
        <w:br/>
        <w:t>То не його провина — смерть героїв".&lt;br /&gt;</w:t>
        <w:br/>
        <w:t>І він продовжив: "Вам клянуся щиро,&lt;br /&gt;</w:t>
        <w:br/>
        <w:t>На бороду свою: якщо побачу Альду,&lt;br /&gt;</w:t>
        <w:br/>
        <w:t>Ніколи вам не спать в сестри обіймах!"&lt;br /&gt;</w:t>
        <w:br/>
        <w:t>Аой!</w:t>
      </w:r>
    </w:p>
    <w:p>
      <w:r>
        <w:br/>
        <w:t>131&lt;br /&gt;</w:t>
        <w:br/>
        <w:t>Роланд спитав: "У чім причина гніву?"&lt;br /&gt;</w:t>
        <w:br/>
        <w:t>У відповідь: "Ви винуватець всьому!&lt;br /&gt;</w:t>
        <w:br/>
        <w:t>Розумна смілість — то не божевілля,&lt;br /&gt;</w:t>
        <w:br/>
        <w:t>Обачність важливіша, ніж завзяття.&lt;br /&gt;</w:t>
        <w:br/>
        <w:t>Згубила франків легковажність ваша!&lt;br /&gt;</w:t>
        <w:br/>
        <w:t>Ніколи вже ми не послужим Карлу,&lt;br /&gt;</w:t>
        <w:br/>
        <w:t>Послухали б мене, він був би з нами,&lt;br /&gt;</w:t>
        <w:br/>
        <w:t>И напевно виграли б ми другу битву.&lt;br /&gt;</w:t>
        <w:br/>
        <w:t>Марсілій був би вбитий чи в полоні.&lt;br /&gt;</w:t>
        <w:br/>
        <w:t>Геройство ваше призвело до скрути,&lt;br /&gt;</w:t>
        <w:br/>
        <w:t>І ви вже більше не підпора Карлу,&lt;br /&gt;</w:t>
        <w:br/>
        <w:t>До Судного вже дня таких, як ви, не буде!&lt;br /&gt;</w:t>
        <w:br/>
        <w:t>Ви помрете, а Франції — безчестя&lt;br /&gt;</w:t>
        <w:br/>
        <w:t>І нашій дружбі край настав сьогодні.&lt;br /&gt;</w:t>
        <w:br/>
        <w:t>До вечора обом нам не дожити!"&lt;br /&gt;</w:t>
        <w:br/>
        <w:t>Аой!</w:t>
      </w:r>
    </w:p>
    <w:p>
      <w:r>
        <w:br/>
        <w:t>132&lt;br /&gt;</w:t>
        <w:br/>
        <w:t>Турпін, почувши їхню сварку зблизу,&lt;br /&gt;</w:t>
        <w:br/>
        <w:t>Коня злотою шпорою стискає,&lt;br /&gt;</w:t>
        <w:br/>
        <w:t>Впритул під'їхав і почав картати:&lt;br /&gt;</w:t>
        <w:br/>
        <w:t>"Сеньйори, ви, Роланде, Олів'єре,&lt;br /&gt;</w:t>
        <w:br/>
        <w:t>Ім'ям Господнім прошу не сваритись.&lt;br /&gt;</w:t>
        <w:br/>
        <w:t>Що ж, Оліфант нас, звісно, не врятує,&lt;br /&gt;</w:t>
        <w:br/>
        <w:t>Але було б все ж краще засурмити,&lt;br /&gt;</w:t>
        <w:br/>
        <w:t>Щоб повернувсь король — заради помсти.&lt;br /&gt;</w:t>
        <w:br/>
        <w:t>Хай не святкують перемогу маври!&lt;br /&gt;</w:t>
        <w:br/>
        <w:t>Коли тут франки Карла з коней зійдуть,&lt;br /&gt;</w:t>
        <w:br/>
        <w:t>Побачать нас, посічених і мертвих,&lt;br /&gt;</w:t>
        <w:br/>
        <w:t>І в труни покладуть на спини мулів,&lt;br /&gt;</w:t>
        <w:br/>
        <w:t>Оплачуть нас у горі та скорботі,&lt;br /&gt;</w:t>
        <w:br/>
        <w:t>Всіх однесуть на цвинтар монастирський.&lt;br /&gt;</w:t>
        <w:br/>
        <w:t>Нас не з'їдять тут пси, вовки чи вепрі".&lt;br /&gt;</w:t>
        <w:br/>
        <w:t>Роланд промовив: "Правду ви сказали!"&lt;br /&gt;</w:t>
        <w:br/>
        <w:t>Аой!</w:t>
      </w:r>
    </w:p>
    <w:p>
      <w:r>
        <w:br/>
        <w:t>133&lt;br /&gt;</w:t>
        <w:br/>
        <w:t>Роланд приклав до вуст свій ріг славетний&lt;br /&gt;</w:t>
        <w:br/>
        <w:t>І засурмив, зібравши усі сили.&lt;br /&gt;</w:t>
        <w:br/>
        <w:t>За тридцять льє ті звуки було чутно,&lt;br /&gt;</w:t>
        <w:br/>
        <w:t>Через вершини гір пішло відлуння.&lt;br /&gt;</w:t>
        <w:br/>
        <w:t>Карл та його барони їх почули,&lt;br /&gt;</w:t>
        <w:br/>
        <w:t>Король сказав: "Там наші люди б'ються!"&lt;br /&gt;</w:t>
        <w:br/>
        <w:t>Та відповів тут Ганелон підступний:&lt;br /&gt;</w:t>
        <w:br/>
        <w:t>"Скажи це інший хто, сміялись б з нього!"&lt;br /&gt;</w:t>
        <w:br/>
        <w:t>Аой!</w:t>
      </w:r>
    </w:p>
    <w:p>
      <w:r>
        <w:br/>
        <w:t>134&lt;br /&gt;</w:t>
        <w:br/>
        <w:t>І знов, вкладаючи нелюдську силу,&lt;br /&gt;</w:t>
        <w:br/>
        <w:t>Роланд сурмить у Оліфант потужно.&lt;br /&gt;</w:t>
        <w:br/>
        <w:t>Багряна кров вже на вустах з'явилась,&lt;br /&gt;</w:t>
        <w:br/>
        <w:t>З натуги тріснули на скроні жили.&lt;br /&gt;</w:t>
        <w:br/>
        <w:t>І Оліфант свій звук розніс далеко.&lt;br /&gt;</w:t>
        <w:br/>
        <w:t>Карл, що долав тіснину, чує знову,&lt;br /&gt;</w:t>
        <w:br/>
        <w:t>Почули також Найм та інші франки.&lt;br /&gt;</w:t>
        <w:br/>
        <w:t>Король сказав: "То плаче ріг Роланда!&lt;br /&gt;</w:t>
        <w:br/>
        <w:t>Даремно не сурмив би, там вже битва!"&lt;br /&gt;</w:t>
        <w:br/>
        <w:t>Та мовив Ганелон: "Яка там битва!&lt;br /&gt;</w:t>
        <w:br/>
        <w:t>Старим ви стали, посивіли зовсім,&lt;br /&gt;</w:t>
        <w:br/>
        <w:t>А розмовляєте, немов дитина.&lt;br /&gt;</w:t>
        <w:br/>
        <w:t>Тож знаєте, Роланд пихатий надто,&lt;br /&gt;</w:t>
        <w:br/>
        <w:t>І диво, що Господь його ще терпить!&lt;br /&gt;</w:t>
        <w:br/>
        <w:t>Він Нобль здобув без вашого наказу,&lt;br /&gt;</w:t>
        <w:br/>
        <w:t>Йому назустріч маври вийшли зразу&lt;br /&gt;</w:t>
        <w:br/>
        <w:t>І битись почали з Роландом бравим.&lt;br /&gt;</w:t>
        <w:br/>
        <w:t>Щоб не лишить слідів тієї битви,&lt;br /&gt;</w:t>
        <w:br/>
        <w:t>Він наказав добряче луг промити.&lt;br /&gt;</w:t>
        <w:br/>
        <w:t>Заради зайця просурмить день цілий.&lt;br /&gt;</w:t>
        <w:br/>
        <w:t>Та й зараз з перами жартує, звісно,&lt;br /&gt;</w:t>
        <w:br/>
        <w:t>И доводить, що в бою не має рівних.&lt;br /&gt;</w:t>
        <w:br/>
        <w:t>Що ж стоїмо? Хутчіш рушаймо далі!&lt;br /&gt;</w:t>
        <w:br/>
        <w:t>Земля Велика ще від нас неблизько!!"&lt;br /&gt;</w:t>
        <w:br/>
        <w:t>Аой!</w:t>
      </w:r>
    </w:p>
    <w:p>
      <w:r>
        <w:br/>
        <w:t>135&lt;br /&gt;</w:t>
        <w:br/>
        <w:t>Вуста Роланда вже залиті кров'ю,&lt;br /&gt;</w:t>
        <w:br/>
        <w:t>І коло лоба з скронь вона стікає.&lt;br /&gt;</w:t>
        <w:br/>
        <w:t>Та він долає муки й сурмить знову...&lt;br /&gt;</w:t>
        <w:br/>
        <w:t>Ці звуки Карл почув та інші франки.&lt;br /&gt;</w:t>
        <w:br/>
        <w:t>Сказав король: "Як довго ріг рокоче!"&lt;br /&gt;</w:t>
        <w:br/>
        <w:t>І герцог Найм додав: "Роланд у скруті!&lt;br /&gt;</w:t>
        <w:br/>
        <w:t>Там бій кипить. А хто доводить інше,&lt;br /&gt;</w:t>
        <w:br/>
        <w:t>Той зрадник, хоче обдурить усіх нас.&lt;br /&gt;</w:t>
        <w:br/>
        <w:t>Мерщій до зброї! Клич нехай лунає!&lt;br /&gt;</w:t>
        <w:br/>
        <w:t>На поміч поспішим дружинам нашим!&lt;br /&gt;</w:t>
        <w:br/>
        <w:t>Ви чуєте, як ріг Роланда стогне!"</w:t>
      </w:r>
    </w:p>
    <w:p>
      <w:r>
        <w:br/>
        <w:t>136&lt;br /&gt;</w:t>
        <w:br/>
        <w:t>Король звелів заграти в звучні сурми.&lt;br /&gt;</w:t>
        <w:br/>
        <w:t>Зійшло все військо франків з коней, кожний&lt;br /&gt;</w:t>
        <w:br/>
        <w:t>Вдяга шолом і панцир, меч бере свій&lt;br /&gt;</w:t>
        <w:br/>
        <w:t>І щит міцний, і довгий спис надійний&lt;br /&gt;</w:t>
        <w:br/>
        <w:t>З стрічками різних кольорів. Сідають&lt;br /&gt;</w:t>
        <w:br/>
        <w:t>На коней бойових усі барони,&lt;br /&gt;</w:t>
        <w:br/>
        <w:t>Острожать їх впродовж шляху в міжгір'ї&lt;br /&gt;</w:t>
        <w:br/>
        <w:t>І лицар лицарю одне говорить:&lt;br /&gt;</w:t>
        <w:br/>
        <w:t>"Хоча б застать Роланда нам живим ще,&lt;br /&gt;</w:t>
        <w:br/>
        <w:t>Тоді разом би ми повоювали!"&lt;br /&gt;</w:t>
        <w:br/>
        <w:t>Даремні сподівання! Надто пізно!</w:t>
      </w:r>
    </w:p>
    <w:p>
      <w:r>
        <w:br/>
        <w:t>137&lt;br /&gt;</w:t>
        <w:br/>
        <w:t>Зоря настала, сонце вже яскраве.&lt;br /&gt;</w:t>
        <w:br/>
        <w:t>Під променями зброя блискотіла,&lt;br /&gt;</w:t>
        <w:br/>
        <w:t>їх відбивали панцирі, шоломи&lt;br /&gt;</w:t>
        <w:br/>
        <w:t>І розмальовані щити в узорах,&lt;br /&gt;</w:t>
        <w:br/>
        <w:t>Списи та хоругви у позолоті.&lt;br /&gt;</w:t>
        <w:br/>
        <w:t>В страшному гніві Імператор їхав,&lt;br /&gt;</w:t>
        <w:br/>
        <w:t>І кожний франк в печалі був глибокій.&lt;br /&gt;</w:t>
        <w:br/>
        <w:t>Та не було такого, щоб не плакав,&lt;br /&gt;</w:t>
        <w:br/>
        <w:t>Бо всі боялись за життя Роланда.&lt;br /&gt;</w:t>
        <w:br/>
        <w:t>Король звелів схопити Ганелона,&lt;br /&gt;</w:t>
        <w:br/>
        <w:t>Призначив варту з кухарів походу.&lt;br /&gt;</w:t>
        <w:br/>
        <w:t>Покликав старшого із них, Безгона:&lt;br /&gt;</w:t>
        <w:br/>
        <w:t>"Це зрадник, наглядай за ним пильніше,&lt;br /&gt;</w:t>
        <w:br/>
        <w:t>Він запродав мене і наше військо!"&lt;br /&gt;</w:t>
        <w:br/>
        <w:t>Безгон, почувши це, покликав сотню&lt;br /&gt;</w:t>
        <w:br/>
        <w:t>Своїх товаришів і розповів все.&lt;br /&gt;</w:t>
        <w:br/>
        <w:t>А кухарі схопили Ганелона,&lt;br /&gt;</w:t>
        <w:br/>
        <w:t>Висмикували бороду та вуса,&lt;br /&gt;</w:t>
        <w:br/>
        <w:t>Дав стусанів йому по кілька кожний,&lt;br /&gt;</w:t>
        <w:br/>
        <w:t>Та били ще різками і кийками,&lt;br /&gt;</w:t>
        <w:br/>
        <w:t>Навісили міцний ланцюг на шию&lt;br /&gt;</w:t>
        <w:br/>
        <w:t>І, мов ведмедя, обв'язали спритно.&lt;br /&gt;</w:t>
        <w:br/>
        <w:t>Як дрантя купу, кинули на шкапу&lt;br /&gt;</w:t>
        <w:br/>
        <w:t>І вартували до приходу Карла.&lt;br /&gt;</w:t>
        <w:br/>
        <w:t>Аой!</w:t>
      </w:r>
    </w:p>
    <w:p>
      <w:r>
        <w:br/>
        <w:t>138&lt;br /&gt;</w:t>
        <w:br/>
        <w:t>Вершини гір похмурі й грізні, доли&lt;br /&gt;</w:t>
        <w:br/>
        <w:t>Глибокі й темні, в них стрімкі потоки!&lt;br /&gt;</w:t>
        <w:br/>
        <w:t>Попереду й позаду війська сурми,&lt;br /&gt;</w:t>
        <w:br/>
        <w:t>Здається, відповідь шлють Оліфанту.&lt;br /&gt;</w:t>
        <w:br/>
        <w:t>А Імператор в гніві мчить донизу,&lt;br /&gt;</w:t>
        <w:br/>
        <w:t>За ним всі франки у журбі та тузі,&lt;br /&gt;</w:t>
        <w:br/>
        <w:t>І жодного немає, хто б не плакав&lt;br /&gt;</w:t>
        <w:br/>
        <w:t>І Бога не просив спасти Роланда,&lt;br /&gt;</w:t>
        <w:br/>
        <w:t>Щоб вийти вкупі з ним на поле бою,&lt;br /&gt;</w:t>
        <w:br/>
        <w:t>Відважно кинутись на сарацинів.&lt;br /&gt;</w:t>
        <w:br/>
        <w:t>Та що з того? Даремні ці благання,&lt;br /&gt;</w:t>
        <w:br/>
        <w:t>Роланда їм уже не врятувати.&lt;br /&gt;</w:t>
        <w:br/>
        <w:t>Аой!</w:t>
      </w:r>
    </w:p>
    <w:p>
      <w:r>
        <w:br/>
        <w:t>139&lt;br /&gt;</w:t>
        <w:br/>
        <w:t>У горі Карл Великий мчить донизу,&lt;br /&gt;</w:t>
        <w:br/>
        <w:t>І борода весь панцир закриває.&lt;br /&gt;</w:t>
        <w:br/>
        <w:t>Барони безперервно шпорять коней,&lt;br /&gt;</w:t>
        <w:br/>
        <w:t>Понятий кожен справедливим гнівом.&lt;br /&gt;</w:t>
        <w:br/>
        <w:t>їм прикро, що Роланд, їх вождь хоробрий,&lt;br /&gt;</w:t>
        <w:br/>
        <w:t>Без них жорстоко з бусурманом б'ється,&lt;br /&gt;</w:t>
        <w:br/>
        <w:t>Якщо поранять графа, хто ж спасеться?&lt;br /&gt;</w:t>
        <w:br/>
        <w:t>О Боже! Шістдесят із ним лишилось!&lt;br /&gt;</w:t>
        <w:br/>
        <w:t>Король не мав героїв сміливіших!&lt;br /&gt;</w:t>
        <w:br/>
        <w:t>Аой!</w:t>
      </w:r>
    </w:p>
    <w:p>
      <w:r>
        <w:br/>
        <w:t>БИТВА ТРИВАЄ&lt;br /&gt;</w:t>
        <w:br/>
        <w:t>140&lt;br /&gt;</w:t>
        <w:br/>
        <w:t>Роланд глядить на гори й доли дальні&lt;br /&gt;</w:t>
        <w:br/>
        <w:t>І бачить: скрізь тіла загиблих франків!&lt;br /&gt;</w:t>
        <w:br/>
        <w:t>Не витримав і заридав він гірко:&lt;br /&gt;</w:t>
        <w:br/>
        <w:t>"О Боже правий! Порятуй їх душі!&lt;br /&gt;</w:t>
        <w:br/>
        <w:t>Введи їх в Рай і дай спочити в мирі!&lt;br /&gt;</w:t>
        <w:br/>
        <w:t>А ви, померлі лицарі прекрасні!&lt;br /&gt;</w:t>
        <w:br/>
        <w:t>Служили ви мені так довго й вірно!&lt;br /&gt;</w:t>
        <w:br/>
        <w:t>А скільки Карлу ви земель завоювали!&lt;br /&gt;</w:t>
        <w:br/>
        <w:t>Та зберегти не зміг вас Імператор.&lt;br /&gt;</w:t>
        <w:br/>
        <w:t>Французька земле, мій чудовий краю,&lt;br /&gt;</w:t>
        <w:br/>
        <w:t>В пустелю обернешся ти безкрайню!&lt;br /&gt;</w:t>
        <w:br/>
        <w:t>Загибель лицарів — моя провина,&lt;br /&gt;</w:t>
        <w:br/>
        <w:t>Не зміг їх захистити й врятувати.&lt;br /&gt;</w:t>
        <w:br/>
        <w:t>Спаси їх, Боже, правдою святою!&lt;br /&gt;</w:t>
        <w:br/>
        <w:t>Мій брате Олів'єре, я з тобою!&lt;br /&gt;</w:t>
        <w:br/>
        <w:t>Якщо мене не вб'ють, загину з туги.&lt;br /&gt;</w:t>
        <w:br/>
        <w:t>А зараз, друже, знову в січу — битись!"</w:t>
      </w:r>
    </w:p>
    <w:p>
      <w:r>
        <w:br/>
        <w:t>141&lt;br /&gt;</w:t>
        <w:br/>
        <w:t>І граф Роланд вернувсь на поле бою.&lt;br /&gt;</w:t>
        <w:br/>
        <w:t>І знов рубає Дюрандалем лицар.&lt;br /&gt;</w:t>
        <w:br/>
        <w:t>Розсік надвоє Дюпюї Фальдрона,&lt;br /&gt;</w:t>
        <w:br/>
        <w:t>І ще двадцять чотири маври впали.&lt;br /&gt;</w:t>
        <w:br/>
        <w:t>Ніколи граф ще так не прагнув помсти!&lt;br /&gt;</w:t>
        <w:br/>
        <w:t>І як тікав од зграї псів той олень,&lt;br /&gt;</w:t>
        <w:br/>
        <w:t>Так від Роланда маври рятувались.&lt;br /&gt;</w:t>
        <w:br/>
        <w:t>Сказав архієпископ: "Гарно б'ється!&lt;br /&gt;</w:t>
        <w:br/>
        <w:t>Лише в бою випробується лицар.&lt;br /&gt;</w:t>
        <w:br/>
        <w:t>Хто носить зброю й на коні гарцює,&lt;br /&gt;</w:t>
        <w:br/>
        <w:t>Той в битві має буть могутнім й гордим,&lt;br /&gt;</w:t>
        <w:br/>
        <w:t>Інакше чотирьох деньє не вартий.&lt;br /&gt;</w:t>
        <w:br/>
        <w:t>Тоді у монастир іде хай краще&lt;br /&gt;</w:t>
        <w:br/>
        <w:t>Ченцем, щоб все життя за нас молитись".&lt;br /&gt;</w:t>
        <w:br/>
        <w:t>Роланд же заклика: "Січіть нещадно!"&lt;br /&gt;</w:t>
        <w:br/>
        <w:t>І знову франки кинулись у битву,&lt;br /&gt;</w:t>
        <w:br/>
        <w:t>Та сили супротивників не рівні.</w:t>
      </w:r>
    </w:p>
    <w:p>
      <w:r>
        <w:br/>
        <w:t>142&lt;br /&gt;</w:t>
        <w:br/>
        <w:t>Не жде смільчак од ворога пощади,&lt;br /&gt;</w:t>
        <w:br/>
        <w:t>Він бореться у битві до останку.&lt;br /&gt;</w:t>
        <w:br/>
        <w:t>Так, мов леви, відважно бились франки.&lt;br /&gt;</w:t>
        <w:br/>
        <w:t>Та мчить Марсілій, у бою завзятий,&lt;br /&gt;</w:t>
        <w:br/>
        <w:t>На скакуні, якого звуть Ганьйоном.&lt;br /&gt;</w:t>
        <w:br/>
        <w:t>Його острожить жорстко й б'є Бевона,&lt;br /&gt;</w:t>
        <w:br/>
        <w:t>Володаря міст Бальни та Діжона.&lt;br /&gt;</w:t>
        <w:br/>
        <w:t>Цар розбиває щит, трощить і панцир,&lt;br /&gt;</w:t>
        <w:br/>
        <w:t>Спис в плоть ввійшов, і мертвим впав Бевон.&lt;br /&gt;</w:t>
        <w:br/>
        <w:t>А потім цар убив Іворія з Івоном,&lt;br /&gt;</w:t>
        <w:br/>
        <w:t>І після них Джерарда з Руссільйона.&lt;br /&gt;</w:t>
        <w:br/>
        <w:t>Неподалік Роланд нестямно бився.&lt;br /&gt;</w:t>
        <w:br/>
        <w:t>Він крикнув мавру: "Проклятий будь Богом!&lt;br /&gt;</w:t>
        <w:br/>
        <w:t>Моїх поубивав жорстоко друзів!&lt;br /&gt;</w:t>
        <w:br/>
        <w:t>Тепер за це сповна мені ти сплатиш&lt;br /&gt;</w:t>
        <w:br/>
        <w:t>И дізнаєшся, чому так зветься меч мій!"&lt;br /&gt;</w:t>
        <w:br/>
        <w:t>Граф підскакав, по-лицарськи ударив,&lt;br /&gt;</w:t>
        <w:br/>
        <w:t>Вмить кисть правиці відрубав цареві.&lt;br /&gt;</w:t>
        <w:br/>
        <w:t>Меч знову блиснув — голову русяву&lt;br /&gt;</w:t>
        <w:br/>
        <w:t>Відсік його синочку Джурфалену.&lt;br /&gt;</w:t>
        <w:br/>
        <w:t>Невірні закричали: "Магомете!&lt;br /&gt;</w:t>
        <w:br/>
        <w:t>І всі боги! Допоможіть помститись!&lt;br /&gt;</w:t>
        <w:br/>
        <w:t>Невтримних вояків король зоставив!&lt;br /&gt;</w:t>
        <w:br/>
        <w:t>Скоріше згинуть, ніж залишать битву!"&lt;br /&gt;</w:t>
        <w:br/>
        <w:t>А потім заволали: "Тож тікаймо!"&lt;br /&gt;</w:t>
        <w:br/>
        <w:t>І всі сто тисяч враз порозбігались.&lt;br /&gt;</w:t>
        <w:br/>
        <w:t>Даремно кликати — не повернути.&lt;br /&gt;</w:t>
        <w:br/>
        <w:t>Аой!</w:t>
      </w:r>
    </w:p>
    <w:p>
      <w:r>
        <w:br/>
        <w:t>143&lt;br /&gt;</w:t>
        <w:br/>
        <w:t>Що ж далі? Адже цар Марсілій втік вже.&lt;br /&gt;</w:t>
        <w:br/>
        <w:t>Халіф лишився — він цареві дядько,&lt;br /&gt;</w:t>
        <w:br/>
        <w:t>Гармальї цар, Альферни й Карфагена,&lt;br /&gt;</w:t>
        <w:br/>
        <w:t>А також проклятого краю ефіопів.&lt;br /&gt;</w:t>
        <w:br/>
        <w:t>Його васали — чорношкіре плем'я,&lt;br /&gt;</w:t>
        <w:br/>
        <w:t>В них величезний ніс, широкі вуха,&lt;br /&gt;</w:t>
        <w:br/>
        <w:t>їх тисяч п'ятдесят та навіть більше.&lt;br /&gt;</w:t>
        <w:br/>
        <w:t>Вони на конях, вигляд войовничий,&lt;br /&gt;</w:t>
        <w:br/>
        <w:t>Над ними переможний клич лунає.&lt;br /&gt;</w:t>
        <w:br/>
        <w:t>Роланд промовив: "Нас лишилось мало,&lt;br /&gt;</w:t>
        <w:br/>
        <w:t>І вірна смерть витає за плечима.&lt;br /&gt;</w:t>
        <w:br/>
        <w:t>Той зрадник, хто віддасть життя задаром!&lt;br /&gt;</w:t>
        <w:br/>
        <w:t>Тож нищіть маврів гострими мечами,&lt;br /&gt;</w:t>
        <w:br/>
        <w:t>Не на життя, на смерть ми маєм биться.&lt;br /&gt;</w:t>
        <w:br/>
        <w:t>Коли примчить сеньйор наш Карл на поле,&lt;br /&gt;</w:t>
        <w:br/>
        <w:t>Покараних в бою тут маврів знайде:&lt;br /&gt;</w:t>
        <w:br/>
        <w:t>За франка — по п'ятнадцять душ невірних!&lt;br /&gt;</w:t>
        <w:br/>
        <w:t>Карл нас благословлятиме за подвиг!"&lt;br /&gt;</w:t>
        <w:br/>
        <w:t>Аой!</w:t>
      </w:r>
    </w:p>
    <w:p>
      <w:r>
        <w:br/>
        <w:t>СМЕРТЬ ОЛІВ'ЄРА&lt;br /&gt;</w:t>
        <w:br/>
        <w:t>144&lt;br /&gt;</w:t>
        <w:br/>
        <w:t>Коли Роланд побачив рід триклятий,&lt;br /&gt;</w:t>
        <w:br/>
        <w:t>Чорніший за чорнило густотемне,&lt;br /&gt;</w:t>
        <w:br/>
        <w:t>В якого зуби лиш яскраво-білі,&lt;br /&gt;</w:t>
        <w:br/>
        <w:t>То граф сказав: "Я відчуваю серцем,&lt;br /&gt;</w:t>
        <w:br/>
        <w:t>Я знаю — помремо сьогодні в битві.&lt;br /&gt;</w:t>
        <w:br/>
        <w:t>Тому даю наказ вам, франки, — бийте!"&lt;br /&gt;</w:t>
        <w:br/>
        <w:t>А Олів'єр: "Неслава боягузам!"&lt;br /&gt;</w:t>
        <w:br/>
        <w:t>І з цим всі франки кинулися в січу.</w:t>
      </w:r>
    </w:p>
    <w:p>
      <w:r>
        <w:br/>
        <w:t>145&lt;br /&gt;</w:t>
        <w:br/>
        <w:t>Невірні бачать — франків дуже мало,&lt;br /&gt;</w:t>
        <w:br/>
        <w:t>Тож з пихою й полегшенням зітхнули:&lt;br /&gt;</w:t>
        <w:br/>
        <w:t>"А справи Карла кепські!" — гомоніли.&lt;br /&gt;</w:t>
        <w:br/>
        <w:t>Халіф усівся на руду кобилу,&lt;br /&gt;</w:t>
        <w:br/>
        <w:t>Штрикнув нещадно шпорами злотими&lt;br /&gt;</w:t>
        <w:br/>
        <w:t>І вдарив ззаду Олів'єра в спину.&lt;br /&gt;</w:t>
        <w:br/>
        <w:t>Пошматував він панцир аж до тіла,&lt;br /&gt;</w:t>
        <w:br/>
        <w:t>І вістря списа вийшло через груди.&lt;br /&gt;</w:t>
        <w:br/>
        <w:t>А потім мовив: "Мій удар смертельний!&lt;br /&gt;</w:t>
        <w:br/>
        <w:t>Погано Карл зробив, тут вас лишивши.&lt;br /&gt;</w:t>
        <w:br/>
        <w:t>Завдав нам лиха, та хвальби не буде!&lt;br /&gt;</w:t>
        <w:br/>
        <w:t>І мій удар — то помста за всіх наших!"</w:t>
      </w:r>
    </w:p>
    <w:p>
      <w:r>
        <w:br/>
        <w:t>146&lt;br /&gt;</w:t>
        <w:br/>
        <w:t>Граф Олів'єр відчув удар смертельний,&lt;br /&gt;</w:t>
        <w:br/>
        <w:t>В руці тримав булатний Альтеклер.&lt;br /&gt;</w:t>
        <w:br/>
        <w:t>В шолом, покритий злотом, гостроверхий,&lt;br /&gt;</w:t>
        <w:br/>
        <w:t>Халіфа він щосили вдарив. Впали&lt;br /&gt;</w:t>
        <w:br/>
        <w:t>Оздоблення коштовне і прикраси,&lt;br /&gt;</w:t>
        <w:br/>
        <w:t>А голову розтяв аж до зубів він.&lt;br /&gt;</w:t>
        <w:br/>
        <w:t>Страшний удар, Халіф не зойкнув навіть.&lt;br /&gt;</w:t>
        <w:br/>
        <w:t>І граф сказав: "Будь проклятий, невірний!&lt;br /&gt;</w:t>
        <w:br/>
        <w:t>Так, безперечно, Карл мене оплаче!&lt;br /&gt;</w:t>
        <w:br/>
        <w:t>Але ж ти сам не зможеш в ріднім краї&lt;br /&gt;</w:t>
        <w:br/>
        <w:t>Жоні хвалитись чи якійсь там дамі,&lt;br /&gt;</w:t>
        <w:br/>
        <w:t>Що взяв у Карла хоч динар єдиний,&lt;br /&gt;</w:t>
        <w:br/>
        <w:t>Завдав нам збитку, чи мені, чи франкам!"&lt;br /&gt;</w:t>
        <w:br/>
        <w:t>И почав Роланда кликати на поміч.&lt;br /&gt;</w:t>
        <w:br/>
        <w:t>Аой!</w:t>
      </w:r>
    </w:p>
    <w:p>
      <w:r>
        <w:br/>
        <w:t>147&lt;br /&gt;</w:t>
        <w:br/>
        <w:t>Відчув тут Олів'єр смертельну рану,&lt;br /&gt;</w:t>
        <w:br/>
        <w:t>Та знав — для помсти мало часу має,&lt;br /&gt;</w:t>
        <w:br/>
        <w:t>І з люттю кинувся в жорстоку січу,&lt;br /&gt;</w:t>
        <w:br/>
        <w:t>Від списів та щитів тріски летіли,&lt;br /&gt;</w:t>
        <w:br/>
        <w:t>А з ними руки, голови і плечі,&lt;br /&gt;</w:t>
        <w:br/>
        <w:t>Хто бачив ту розправу з ворогами,&lt;br /&gt;</w:t>
        <w:br/>
        <w:t>Як маври падали, розтяті навпіл,&lt;br /&gt;</w:t>
        <w:br/>
        <w:t>Запам'ята назавжди переможця,&lt;br /&gt;</w:t>
        <w:br/>
        <w:t>І не забуде бойовий клич Карла,&lt;br /&gt;</w:t>
        <w:br/>
        <w:t>Дзвінкий, гучний крик графа "Монжуа!"&lt;br /&gt;</w:t>
        <w:br/>
        <w:t>А потім він Роланда зве до себе:&lt;br /&gt;</w:t>
        <w:br/>
        <w:t>"Мій побратиме, підійдіть-но швидше,&lt;br /&gt;</w:t>
        <w:br/>
        <w:t>От-от моя кончина, слід прощатись!"&lt;br /&gt;</w:t>
        <w:br/>
        <w:t>Аой!</w:t>
      </w:r>
    </w:p>
    <w:p>
      <w:r>
        <w:br/>
        <w:t>148&lt;br /&gt;</w:t>
        <w:br/>
        <w:t>Роланд в обличчя Олів'єра глянув,&lt;br /&gt;</w:t>
        <w:br/>
        <w:t>Воно знекровлене, бліде й мертвотне,&lt;br /&gt;</w:t>
        <w:br/>
        <w:t>Струмить червона цівка крові з тіла&lt;br /&gt;</w:t>
        <w:br/>
        <w:t>И важкими краплями спада на землю.&lt;br /&gt;</w:t>
        <w:br/>
        <w:t>Роланд сказав: "О Боже! Яке лихо!&lt;br /&gt;</w:t>
        <w:br/>
        <w:t>Геройство ваше вас згубило, друже!&lt;br /&gt;</w:t>
        <w:br/>
        <w:t>Таких відважних світ іще не бачив!&lt;br /&gt;</w:t>
        <w:br/>
        <w:t>О горе! Франціє-красуне, зараз&lt;br /&gt;</w:t>
        <w:br/>
        <w:t>Від тебе йдуть васали, слуги вірні,&lt;br /&gt;</w:t>
        <w:br/>
        <w:t>Лишаєшся одна, осиротіла,&lt;br /&gt;</w:t>
        <w:br/>
        <w:t>Страшне відчує Імператор горе..."&lt;br /&gt;</w:t>
        <w:br/>
        <w:t>І знепритомнів, впав коню на шию.&lt;br /&gt;</w:t>
        <w:br/>
        <w:t>Аой!</w:t>
      </w:r>
    </w:p>
    <w:p>
      <w:r>
        <w:br/>
        <w:t>149&lt;br /&gt;</w:t>
        <w:br/>
        <w:t>Роланд в сідлі, оговтався він врешті,&lt;br /&gt;</w:t>
        <w:br/>
        <w:t>А Олів'єр, поранений смертельно,&lt;br /&gt;</w:t>
        <w:br/>
        <w:t>Втрачає кров, в очах його мутніє,&lt;br /&gt;</w:t>
        <w:br/>
        <w:t>І вже не бачить ні здаля, ні зблизька,&lt;br /&gt;</w:t>
        <w:br/>
        <w:t>Де побратим, а де заклятий ворог.&lt;br /&gt;</w:t>
        <w:br/>
        <w:t>І раптом він зіткнувся із Роланд ом,&lt;br /&gt;</w:t>
        <w:br/>
        <w:t>Та, друга не впізнавши, в шолом вдарив.&lt;br /&gt;</w:t>
        <w:br/>
        <w:t>Розсік аж до наносника надвоє,&lt;br /&gt;</w:t>
        <w:br/>
        <w:t>Не зачепивши ледве лоба графа.&lt;br /&gt;</w:t>
        <w:br/>
        <w:t>Здивовано Роланд на нього глянув&lt;br /&gt;</w:t>
        <w:br/>
        <w:t>І з ніжністю й теплом спитав у друга:&lt;br /&gt;</w:t>
        <w:br/>
        <w:t>"Мій побратиме, вдарили навмисне?&lt;br /&gt;</w:t>
        <w:br/>
        <w:t>Це ж я, Роланд, люблю усім вас серцем.&lt;br /&gt;</w:t>
        <w:br/>
        <w:t>Ніколи не було між нами звади".&lt;br /&gt;</w:t>
        <w:br/>
        <w:t>"О друже, — каже той, — ваш голос чую,&lt;br /&gt;</w:t>
        <w:br/>
        <w:t>Та вас не бачу. Присягаюсь Богом —&lt;br /&gt;</w:t>
        <w:br/>
        <w:t>Невмисний мій удар, і я жалкую!"&lt;br /&gt;</w:t>
        <w:br/>
        <w:t>Роланд сказав: "Він не пошкодив, брате,&lt;br /&gt;</w:t>
        <w:br/>
        <w:t>Бог свідок, я простив удар ваш хибний!"&lt;br /&gt;</w:t>
        <w:br/>
        <w:t>І друзі міцно й ніжно обнялися,&lt;br /&gt;</w:t>
        <w:br/>
        <w:t>Простилися з любов'ю. Так розстались...</w:t>
      </w:r>
    </w:p>
    <w:p>
      <w:r>
        <w:br/>
        <w:t>150&lt;br /&gt;</w:t>
        <w:br/>
        <w:t>Граф Олів'єр відчув знемогу смертну.&lt;br /&gt;</w:t>
        <w:br/>
        <w:t>Запали очі, розум помутився,&lt;br /&gt;</w:t>
        <w:br/>
        <w:t>Нічого він не чує і не бачить,&lt;br /&gt;</w:t>
        <w:br/>
        <w:t>Насилу спішився і ліг на землю,&lt;br /&gt;</w:t>
        <w:br/>
        <w:t>Та раз за разом "Гріх тяжкий мій!" твердить.&lt;br /&gt;</w:t>
        <w:br/>
        <w:t>З'єднав долоні рук, простяг до неба&lt;br /&gt;</w:t>
        <w:br/>
        <w:t>І просить Бога, щоб послав до Раю.&lt;br /&gt;</w:t>
        <w:br/>
        <w:t>Згадав і Карла, й Францію-красуню,&lt;br /&gt;</w:t>
        <w:br/>
        <w:t>І друзів всіх, Роланда — найніжніше.&lt;br /&gt;</w:t>
        <w:br/>
        <w:t>Зайшлось вже серце, голова схилилась,&lt;br /&gt;</w:t>
        <w:br/>
        <w:t>І тіло випросталось нерухомо...&lt;br /&gt;</w:t>
        <w:br/>
        <w:t>Так Олів'єр помер на полі брані.&lt;br /&gt;</w:t>
        <w:br/>
        <w:t>І граф Роланд ридає невгамовно.&lt;br /&gt;</w:t>
        <w:br/>
        <w:t>Не бачив світ сильнішої розпуки.</w:t>
      </w:r>
    </w:p>
    <w:p>
      <w:r>
        <w:br/>
        <w:t>151&lt;br /&gt;</w:t>
        <w:br/>
        <w:t>Роланд побачив — кращий друг впокоївсь,&lt;br /&gt;</w:t>
        <w:br/>
        <w:t>Лежить ницьма, лицем уткнувся в землю.&lt;br /&gt;</w:t>
        <w:br/>
        <w:t>Почав тужити граф над мертвим тілом:&lt;br /&gt;</w:t>
        <w:br/>
        <w:t>"Мій друже!.. Ти себе згубив геройством.&lt;br /&gt;</w:t>
        <w:br/>
        <w:t>Багато років був мені ти братом,&lt;br /&gt;</w:t>
        <w:br/>
        <w:t>Один ми одному зла не робили.&lt;br /&gt;</w:t>
        <w:br/>
        <w:t>Тепер ти мертвий — і життя немиле".&lt;br /&gt;</w:t>
        <w:br/>
        <w:t>По цих словах граф знепритомнів знову.&lt;br /&gt;</w:t>
        <w:br/>
        <w:t>Хоча сидів в сідлі на Вельянтіфі,&lt;br /&gt;</w:t>
        <w:br/>
        <w:t>Та він не впав, бо золоті стремена&lt;br /&gt;</w:t>
        <w:br/>
        <w:t>Тримали ноги міцно, він усидів.</w:t>
      </w:r>
    </w:p>
    <w:p>
      <w:r>
        <w:br/>
        <w:t>ОСТАННІЙ БІЙ&lt;br /&gt;</w:t>
        <w:br/>
        <w:t>152&lt;br /&gt;</w:t>
        <w:br/>
        <w:t>Як тільки граф Роланд прийшов до тями,&lt;br /&gt;</w:t>
        <w:br/>
        <w:t>Опам'ятався і навколо глянув,&lt;br /&gt;</w:t>
        <w:br/>
        <w:t>То враз збагнув: загибель неминуча.&lt;br /&gt;</w:t>
        <w:br/>
        <w:t>Він втратив військо, вояки всі мертві,&lt;br /&gt;</w:t>
        <w:br/>
        <w:t>Окрім Турпіна і Готьє де л'Ума.&lt;br /&gt;</w:t>
        <w:br/>
        <w:t>Готьє спустився щойно з гір тутешніх,&lt;br /&gt;</w:t>
        <w:br/>
        <w:t>Де з маврами в тяжких боях він бився.&lt;br /&gt;</w:t>
        <w:br/>
        <w:t>Та весь його загін був перебитий,&lt;br /&gt;</w:t>
        <w:br/>
        <w:t>А сам він мусив утікти в долину&lt;br /&gt;</w:t>
        <w:br/>
        <w:t>И тепер гукав Роланда на підмогу:&lt;br /&gt;</w:t>
        <w:br/>
        <w:t>"Шляхетний сіре! Де ти, відгукнися!&lt;br /&gt;</w:t>
        <w:br/>
        <w:t>З тобою, графе, всякий страх зникає.&lt;br /&gt;</w:t>
        <w:br/>
        <w:t>Це я, Готьє, що Маельгуд полонив,&lt;br /&gt;</w:t>
        <w:br/>
        <w:t>Старого й сивого Дроона небіж.&lt;br /&gt;</w:t>
        <w:br/>
        <w:t>З'єднала нас відвага войовнича,&lt;br /&gt;</w:t>
        <w:br/>
        <w:t>Та зараз щит мій луснув, спис зламався,&lt;br /&gt;</w:t>
        <w:br/>
        <w:t>І панцир пошматований дощенту,&lt;br /&gt;</w:t>
        <w:br/>
        <w:t>А тіло скрізь поранене списами.&lt;br /&gt;</w:t>
        <w:br/>
        <w:t>Помру, а ворогам не дамсь задаром!"&lt;br /&gt;</w:t>
        <w:br/>
        <w:t>Слова Готьє Роланд почув здалека,&lt;br /&gt;</w:t>
        <w:br/>
        <w:t>Пришпорив скакуна і мчить до нього.&lt;br /&gt;</w:t>
        <w:br/>
        <w:t>Аой!</w:t>
      </w:r>
    </w:p>
    <w:p>
      <w:r>
        <w:br/>
        <w:t>153&lt;br /&gt;</w:t>
        <w:br/>
        <w:t>Засмучений й розгніваний Роланд&lt;br /&gt;</w:t>
        <w:br/>
        <w:t>Знов у бою, він б'є нещадно маврів,&lt;br /&gt;</w:t>
        <w:br/>
        <w:t>Убив відразу двадцять тих невірних,&lt;br /&gt;</w:t>
        <w:br/>
        <w:t>Готьє іще шістьох, п'ятьох Турпін сам.&lt;br /&gt;</w:t>
        <w:br/>
        <w:t>Язичники кричать: "Жахливі вбивці!&lt;br /&gt;</w:t>
        <w:br/>
        <w:t>Дивіться, щоб вони не повтікали!&lt;br /&gt;</w:t>
        <w:br/>
        <w:t>Той боягуз, хто з ними не стинеться,&lt;br /&gt;</w:t>
        <w:br/>
        <w:t>Той зрадник, хто полишить бойовище!"&lt;br /&gt;</w:t>
        <w:br/>
        <w:t>Аунають кличі бойові невірних,&lt;br /&gt;</w:t>
        <w:br/>
        <w:t>З усіх боків на франків нападають.&lt;br /&gt;</w:t>
        <w:br/>
        <w:t>Аой!</w:t>
      </w:r>
    </w:p>
    <w:p>
      <w:r>
        <w:br/>
        <w:t>154&lt;br /&gt;</w:t>
        <w:br/>
        <w:t>Роланд уславивсь як славетний воїн,&lt;br /&gt;</w:t>
        <w:br/>
        <w:t>Готьє де л'Ум також чудовий лицар,&lt;br /&gt;</w:t>
        <w:br/>
        <w:t>Турпін й собі досвідчений рубака,&lt;br /&gt;</w:t>
        <w:br/>
        <w:t>І жоден з них товариша не кине.&lt;br /&gt;</w:t>
        <w:br/>
        <w:t>У самій гущі січі б'ють невірних.&lt;br /&gt;</w:t>
        <w:br/>
        <w:t>Було там десять сотень піших маврів&lt;br /&gt;</w:t>
        <w:br/>
        <w:t>И кіннотників ще понад сорок тисяч.&lt;br /&gt;</w:t>
        <w:br/>
        <w:t>Бояться всі наблизитись до франків,&lt;br /&gt;</w:t>
        <w:br/>
        <w:t>Лиш засипають стрілами й списами,&lt;br /&gt;</w:t>
        <w:br/>
        <w:t>Дротами, піками та гарпунами.&lt;br /&gt;</w:t>
        <w:br/>
        <w:t>Загинув першим втомлений Готьє.&lt;br /&gt;</w:t>
        <w:br/>
        <w:t>Турпіну з Реймса щит пробили наскрізь,&lt;br /&gt;</w:t>
        <w:br/>
        <w:t>Шолом розбитий, в голові вже рана,&lt;br /&gt;</w:t>
        <w:br/>
        <w:t>Розтрощений і панцир, у дірках весь,&lt;br /&gt;</w:t>
        <w:br/>
        <w:t>І враз вп'ялись стріли чотири в тіло.&lt;br /&gt;</w:t>
        <w:br/>
        <w:t>Вже впав скакун, під ним списом убитий,&lt;br /&gt;</w:t>
        <w:br/>
        <w:t>І чорна мить — впав сам архієпископ.&lt;br /&gt;</w:t>
        <w:br/>
        <w:t>Аой!</w:t>
      </w:r>
    </w:p>
    <w:p>
      <w:r>
        <w:br/>
        <w:t>155&lt;br /&gt;</w:t>
        <w:br/>
        <w:t>Турпін відчув, що неміч наростає —&lt;br /&gt;</w:t>
        <w:br/>
        <w:t>Стріли чотири ще стирчали в тілі —&lt;br /&gt;</w:t>
        <w:br/>
        <w:t>Та, мужній воїн, швидко сам підвівся,&lt;br /&gt;</w:t>
        <w:br/>
        <w:t>Роланда бачить — й поквапом до графа.&lt;br /&gt;</w:t>
        <w:br/>
        <w:t>Сказав йому: "Я ще не вбитий! Лицар&lt;br /&gt;</w:t>
        <w:br/>
        <w:t>Поки живий, не припиняє битись!"&lt;br /&gt;</w:t>
        <w:br/>
        <w:t>І, вихопивши меч, Альмас булатний,&lt;br /&gt;</w:t>
        <w:br/>
        <w:t>Завдав він тисячу страшних ударів.&lt;br /&gt;</w:t>
        <w:br/>
        <w:t>Пізніше скаже Карл — Турпін бив влучно:&lt;br /&gt;</w:t>
        <w:br/>
        <w:t>Лежало там чотири сотні маврів,&lt;br /&gt;</w:t>
        <w:br/>
        <w:t>Поранені, розсічені надвоє,&lt;br /&gt;</w:t>
        <w:br/>
        <w:t>А хто й з відрубаною головою...&lt;br /&gt;</w:t>
        <w:br/>
        <w:t>Про це є в Джесті запис достовірний:&lt;br /&gt;</w:t>
        <w:br/>
        <w:t>На полі брані був святий Егідій,&lt;br /&gt;</w:t>
        <w:br/>
        <w:t>В Ааонському монастирі все описав він.&lt;br /&gt;</w:t>
        <w:br/>
        <w:t>А хто того не знає — просто неук.</w:t>
      </w:r>
    </w:p>
    <w:p>
      <w:r>
        <w:br/>
        <w:t>156&lt;br /&gt;</w:t>
        <w:br/>
        <w:t>Як справжній лицар б'ється граф Роланд.&lt;br /&gt;</w:t>
        <w:br/>
        <w:t>Та спекота, піт заливає тіло,&lt;br /&gt;</w:t>
        <w:br/>
        <w:t>Страшенно голова болить, всю ломить:&lt;br /&gt;</w:t>
        <w:br/>
        <w:t>Коли сурмив у ріг, порвав всі жили.&lt;br /&gt;</w:t>
        <w:br/>
        <w:t>Проте він хоче знать, чи прийде Карл,&lt;br /&gt;</w:t>
        <w:br/>
        <w:t>Взяв Оліфант, але сурмить так слабо.&lt;br /&gt;</w:t>
        <w:br/>
        <w:t>Король завмер, послухав, тихо каже:&lt;br /&gt;</w:t>
        <w:br/>
        <w:t>"Сеньйори, нам цей звук віщує горе.&lt;br /&gt;</w:t>
        <w:br/>
        <w:t>Сьогодні небіж мій, Роланд, загине.&lt;br /&gt;</w:t>
        <w:br/>
        <w:t>По звуках рога чую — смерть вже близько.&lt;br /&gt;</w:t>
        <w:br/>
        <w:t>Не гайте часу, скакунів острожте!&lt;br /&gt;</w:t>
        <w:br/>
        <w:t>Заграйте гучно в усі сурми війська!"&lt;br /&gt;</w:t>
        <w:br/>
        <w:t>І враз відповіли всі сорок тисяч,&lt;br /&gt;</w:t>
        <w:br/>
        <w:t>Ауна пішла по горах і в долинах.&lt;br /&gt;</w:t>
        <w:br/>
        <w:t>Почули маври, переполошились,&lt;br /&gt;</w:t>
        <w:br/>
        <w:t>Здійнявся гомін: "Карл вже повернувся!"</w:t>
      </w:r>
    </w:p>
    <w:p>
      <w:r>
        <w:br/>
        <w:t>157&lt;br /&gt;</w:t>
        <w:br/>
        <w:t>А потім крик: "Він зовсім од нас близько!&lt;br /&gt;</w:t>
        <w:br/>
        <w:t>Ми чули звук французьких труб тривожний.&lt;br /&gt;</w:t>
        <w:br/>
        <w:t>Як прийде Карл, то не минути кари!&lt;br /&gt;</w:t>
        <w:br/>
        <w:t>Роланд живий — війна почнеться знову,&lt;br /&gt;</w:t>
        <w:br/>
        <w:t>Ми втратимо Іспанію, весь край наш!"&lt;br /&gt;</w:t>
        <w:br/>
        <w:t>Із війська відібрали щонайкращих&lt;br /&gt;</w:t>
        <w:br/>
        <w:t>Чотири сотні вояків в шоломах.&lt;br /&gt;</w:t>
        <w:br/>
        <w:t>Смерть несучи, вони мчать на Роланда.&lt;br /&gt;</w:t>
        <w:br/>
        <w:t>Що ж, є робота для меча героя.&lt;br /&gt;</w:t>
        <w:br/>
        <w:t>Аой!</w:t>
      </w:r>
    </w:p>
    <w:p>
      <w:r>
        <w:br/>
        <w:t>158&lt;br /&gt;</w:t>
        <w:br/>
        <w:t>Коли Роланд побачив наступ вражий,&lt;br /&gt;</w:t>
        <w:br/>
        <w:t>Відчув він силу, гордість і відвагу.&lt;br /&gt;</w:t>
        <w:br/>
        <w:t>Поки живий, завзято буде битись.&lt;br /&gt;</w:t>
        <w:br/>
        <w:t>Сів на коня, прудкого Вельянтіфа,&lt;br /&gt;</w:t>
        <w:br/>
        <w:t>Ударив острогами золотими&lt;br /&gt;</w:t>
        <w:br/>
        <w:t>І кинувсь в саму гущу сарацинів.&lt;br /&gt;</w:t>
        <w:br/>
        <w:t>Слідом за ним з мечем архієпископ.&lt;br /&gt;</w:t>
        <w:br/>
        <w:t>А маври закричали: "Всі рятуйтесь!&lt;br /&gt;</w:t>
        <w:br/>
        <w:t>Король могутній повернувсь, тікайте!&lt;br /&gt;</w:t>
        <w:br/>
        <w:t>Французькі сурми близько вже лунають!"</w:t>
      </w:r>
    </w:p>
    <w:p>
      <w:r>
        <w:br/>
        <w:t>159&lt;br /&gt;</w:t>
        <w:br/>
        <w:t>Ніколи граф Роланд не міг терпіти&lt;br /&gt;</w:t>
        <w:br/>
        <w:t>Пихатих гордіїв, страхополохів&lt;br /&gt;</w:t>
        <w:br/>
        <w:t>І зрадників, злостивих і негідних.&lt;br /&gt;</w:t>
        <w:br/>
        <w:t>Сказав архієпископу Турпіну:&lt;br /&gt;</w:t>
        <w:br/>
        <w:t>"Ви піший, сіре, на коні сиджу я,&lt;br /&gt;</w:t>
        <w:br/>
        <w:t>Але залишусь з вами, вас не кину,&lt;br /&gt;</w:t>
        <w:br/>
        <w:t>Поділимо і радості, і горе.&lt;br /&gt;</w:t>
        <w:br/>
        <w:t>Ніколи й ні для кого вас не зраджу.&lt;br /&gt;</w:t>
        <w:br/>
        <w:t>А за наскок віддячим бусурманам&lt;br /&gt;</w:t>
        <w:br/>
        <w:t>І нагадаймо вдари Дюрандаля!"&lt;br /&gt;</w:t>
        <w:br/>
        <w:t>Турпін: "До бою, хай тремтять невірні!&lt;br /&gt;</w:t>
        <w:br/>
        <w:t>А прийде Карл, то він за нас помститься!"</w:t>
      </w:r>
    </w:p>
    <w:p>
      <w:r>
        <w:br/>
        <w:t>160&lt;br /&gt;</w:t>
        <w:br/>
        <w:t>Волають маври: "Горе нам, нещасним!&lt;br /&gt;</w:t>
        <w:br/>
        <w:t>Для нас цей день став днем страшної згуби,&lt;br /&gt;</w:t>
        <w:br/>
        <w:t>Ми втратили всіх перів і сеньйорів,&lt;br /&gt;</w:t>
        <w:br/>
        <w:t>А Карл з великим військом повернувся.&lt;br /&gt;</w:t>
        <w:br/>
        <w:t>Ми чуєм звук французьких сурем ясний,&lt;br /&gt;</w:t>
        <w:br/>
        <w:t>Та поклик "Монжуа!" іще гучніший.&lt;br /&gt;</w:t>
        <w:br/>
        <w:t>І граф Роланд подвоїв наче сили,&lt;br /&gt;</w:t>
        <w:br/>
        <w:t>Ніхто його перебороть не зможе!&lt;br /&gt;</w:t>
        <w:br/>
        <w:t>Ще спробуймо поцілить — і облишмо!"&lt;br /&gt;</w:t>
        <w:br/>
        <w:t>Так і зробили. Враз дроти летючі&lt;br /&gt;</w:t>
        <w:br/>
        <w:t>Посипались, списи і піки, стріли&lt;br /&gt;</w:t>
        <w:br/>
        <w:t>Пошматували панцир, щит пробили,&lt;br /&gt;</w:t>
        <w:br/>
        <w:t>Та жодне вістря шкіру не прошило.&lt;br /&gt;</w:t>
        <w:br/>
        <w:t>А Вельянтіф отримав ран зо тридцять,&lt;br /&gt;</w:t>
        <w:br/>
        <w:t>І врешті замертво він впав під графом.&lt;br /&gt;</w:t>
        <w:br/>
        <w:t>Та сарацини врозтіч, а на полі&lt;br /&gt;</w:t>
        <w:br/>
        <w:t>Зоставсь один Роланд. Один, самітній...&lt;br /&gt;</w:t>
        <w:br/>
        <w:t>Аой!</w:t>
      </w:r>
    </w:p>
    <w:p>
      <w:r>
        <w:br/>
        <w:t>161&lt;br /&gt;</w:t>
        <w:br/>
        <w:t>Тікають маври до країв іспанських,&lt;br /&gt;</w:t>
        <w:br/>
        <w:t>їх переповнює шалена злоба.&lt;br /&gt;</w:t>
        <w:br/>
        <w:t>А граф Роланд не може гнатись слідом,&lt;br /&gt;</w:t>
        <w:br/>
        <w:t>Бо втратив Вельянтіфа-скакуна він,&lt;br /&gt;</w:t>
        <w:br/>
        <w:t>І мусить відтепер боротись піший.&lt;br /&gt;</w:t>
        <w:br/>
        <w:t>Тож поспішив допомогти Турпіну.&lt;br /&gt;</w:t>
        <w:br/>
        <w:t>Граф відстібнув реміння у шолома,&lt;br /&gt;</w:t>
        <w:br/>
        <w:t>А потім зняв білястий легкий панцир,&lt;br /&gt;</w:t>
        <w:br/>
        <w:t>Мечем розрізав одяг на Турпіні,&lt;br /&gt;</w:t>
        <w:br/>
        <w:t>Клаптями з нього закриває рани,&lt;br /&gt;</w:t>
        <w:br/>
        <w:t>А потім притулив до своїх грудей,&lt;br /&gt;</w:t>
        <w:br/>
        <w:t>Поклав легенько на траву зелену&lt;br /&gt;</w:t>
        <w:br/>
        <w:t>І лагідно сказав: "Шляхетний друже!&lt;br /&gt;</w:t>
        <w:br/>
        <w:t>Дозвольте борг мені сплатить останній.&lt;br /&gt;</w:t>
        <w:br/>
        <w:t>Всі друзі, що були нам любі, вбиті,&lt;br /&gt;</w:t>
        <w:br/>
        <w:t>Та ми не можемо їх так лишити.&lt;br /&gt;</w:t>
        <w:br/>
        <w:t>Піду на розшуки і всіх знайду я,&lt;br /&gt;</w:t>
        <w:br/>
        <w:t>А потім поруч покладу любовно".&lt;br /&gt;</w:t>
        <w:br/>
        <w:t>Турпін сказав: "Ідіть і повертайтесь!&lt;br /&gt;</w:t>
        <w:br/>
        <w:t>Хвалити Бога, поле бою наше!"</w:t>
      </w:r>
    </w:p>
    <w:p>
      <w:r>
        <w:br/>
        <w:t>ПРОЩАННЯ РОЛАНДА З ДРУЗЯМИ&lt;br /&gt;</w:t>
        <w:br/>
        <w:t>162&lt;br /&gt;</w:t>
        <w:br/>
        <w:t>Роланд пішов. Поволі він обходить,&lt;br /&gt;</w:t>
        <w:br/>
        <w:t>Обшукує і схили гір, і доли.&lt;br /&gt;</w:t>
        <w:br/>
        <w:t>Знайшов Джеріна, з ним лежав Джер'єр,&lt;br /&gt;</w:t>
        <w:br/>
        <w:t>А потім Берендж'єра і Отона,&lt;br /&gt;</w:t>
        <w:br/>
        <w:t>Пізніше — Ансеїса і Самсона,&lt;br /&gt;</w:t>
        <w:br/>
        <w:t>І сивого Джерарда з Руссільйона.&lt;br /&gt;</w:t>
        <w:br/>
        <w:t>Усіх їх граф по черзі брав на руки&lt;br /&gt;</w:t>
        <w:br/>
        <w:t>І ніс туди, де був архієпископ.&lt;br /&gt;</w:t>
        <w:br/>
        <w:t>Там обережно клав їх коло нього.&lt;br /&gt;</w:t>
        <w:br/>
        <w:t>Турпін не міг утримати ридання,&lt;br /&gt;</w:t>
        <w:br/>
        <w:t>До неба руки зняв, благословив героїв&lt;br /&gt;</w:t>
        <w:br/>
        <w:t>И сказав: "Дістали славу ви стражданням!&lt;br /&gt;</w:t>
        <w:br/>
        <w:t>Спаси, о Боже, душі цих сміливців!&lt;br /&gt;</w:t>
        <w:br/>
        <w:t>Відкрий для них ти вхід у Рай квітучий.&lt;br /&gt;</w:t>
        <w:br/>
        <w:t>И на мене смерть чатує неминуча,&lt;br /&gt;</w:t>
        <w:br/>
        <w:t>Вже не побачу короля ніколи!"</w:t>
      </w:r>
    </w:p>
    <w:p>
      <w:r>
        <w:br/>
        <w:t>163&lt;br /&gt;</w:t>
        <w:br/>
        <w:t>І знову йде Роланд, шукає в долах,&lt;br /&gt;</w:t>
        <w:br/>
        <w:t>Побачив врешті тіло Олів'єра,&lt;br /&gt;</w:t>
        <w:br/>
        <w:t>Притиснув друга він до серця міцно,&lt;br /&gt;</w:t>
        <w:br/>
        <w:t>Приніс, поклав на щит його до інших.&lt;br /&gt;</w:t>
        <w:br/>
        <w:t>Турпін небіжчика благословляє,&lt;br /&gt;</w:t>
        <w:br/>
        <w:t>А біль і жалість серце їх стискає.&lt;br /&gt;</w:t>
        <w:br/>
        <w:t>І каже граф Роланд: "Мій Олів'єре,&lt;br /&gt;</w:t>
        <w:br/>
        <w:t>Ви графа син, достойного Реньєра,&lt;br /&gt;</w:t>
        <w:br/>
        <w:t>Що марку мав аж до долин Рив'єри.&lt;br /&gt;</w:t>
        <w:br/>
        <w:t>Та в жоднім краї лицаря не знайдеш,&lt;br /&gt;</w:t>
        <w:br/>
        <w:t>За вас відважнішого, хто б так добре&lt;br /&gt;</w:t>
        <w:br/>
        <w:t>В бою трощив щити, списи на тріски,&lt;br /&gt;</w:t>
        <w:br/>
        <w:t>Вірнішого для друзів побратима&lt;br /&gt;</w:t>
        <w:br/>
        <w:t>І ворога лютішого злочинству".</w:t>
      </w:r>
    </w:p>
    <w:p>
      <w:r>
        <w:br/>
        <w:t>164&lt;br /&gt;</w:t>
        <w:br/>
        <w:t>Знов подививсь Роланд на мертвих перів,&lt;br /&gt;</w:t>
        <w:br/>
        <w:t>На Олів'єра, друга дорогого,&lt;br /&gt;</w:t>
        <w:br/>
        <w:t>И від жалю в серці знов заплакав гірко.&lt;br /&gt;</w:t>
        <w:br/>
        <w:t>Обличчя в нього зовсім побіліло.&lt;br /&gt;</w:t>
        <w:br/>
        <w:t>Біль став такий великий, що не встояв&lt;br /&gt;</w:t>
        <w:br/>
        <w:t>І впав на землю зовсім непритомний.&lt;br /&gt;</w:t>
        <w:br/>
        <w:t>Турпін сказав: "Як гірко граф сумує!"</w:t>
      </w:r>
    </w:p>
    <w:p>
      <w:r>
        <w:br/>
        <w:t>165&lt;br /&gt;</w:t>
        <w:br/>
        <w:t>Турпін побачив, що Роланд зомлілий,&lt;br /&gt;</w:t>
        <w:br/>
        <w:t>І огорнув його сум превеликий.&lt;br /&gt;</w:t>
        <w:br/>
        <w:t>Рукою Оліфант важкий намацав.&lt;br /&gt;</w:t>
        <w:br/>
        <w:t>У Ронсевалі річка є бурхлива,&lt;br /&gt;</w:t>
        <w:br/>
        <w:t>Пішов туди по воду для Роланда.&lt;br /&gt;</w:t>
        <w:br/>
        <w:t>Іде, хитаючись, ледь тягне ноги,&lt;br /&gt;</w:t>
        <w:br/>
        <w:t>Та сил немає вже, охляв він зовсім,&lt;br /&gt;</w:t>
        <w:br/>
        <w:t>Багато крові втратив од поранень.&lt;br /&gt;</w:t>
        <w:br/>
        <w:t>Та не спромігся подолать й арпана,&lt;br /&gt;</w:t>
        <w:br/>
        <w:t>Як серце враз зайшлось, упав він навзнак,&lt;br /&gt;</w:t>
        <w:br/>
        <w:t>І передсмертні муки почалися.</w:t>
      </w:r>
    </w:p>
    <w:p>
      <w:r>
        <w:br/>
        <w:t>166&lt;br /&gt;</w:t>
        <w:br/>
        <w:t>Коли Роланд нарешті опритомнів,&lt;br /&gt;</w:t>
        <w:br/>
        <w:t>Підвівсь, хоча ще біль не вгамувався,&lt;br /&gt;</w:t>
        <w:br/>
        <w:t>Він кинув бистрий погляд навкруг себе.&lt;br /&gt;</w:t>
        <w:br/>
        <w:t>Побачив — недалеко від баронів,&lt;br /&gt;</w:t>
        <w:br/>
        <w:t>На мураві лежить прелат шляхетний,&lt;br /&gt;</w:t>
        <w:br/>
        <w:t>Архієпископ, Господа посланник.&lt;br /&gt;</w:t>
        <w:br/>
        <w:t>Ще кається в гріхах, підводить очі,&lt;br /&gt;</w:t>
        <w:br/>
        <w:t>До неба простяга покірно руки&lt;br /&gt;</w:t>
        <w:br/>
        <w:t>І просить, щоб Господь дав місце в Раї.&lt;br /&gt;</w:t>
        <w:br/>
        <w:t>Так вмер Турпін, васал і радник Карла.&lt;br /&gt;</w:t>
        <w:br/>
        <w:t>Своїми подвигами й молитвами&lt;br /&gt;</w:t>
        <w:br/>
        <w:t>Здобув він славу ворога невірних...&lt;br /&gt;</w:t>
        <w:br/>
        <w:t>Хай Бог пошле йому благословення!&lt;br /&gt;</w:t>
        <w:br/>
        <w:t>Аой!</w:t>
      </w:r>
    </w:p>
    <w:p>
      <w:r>
        <w:br/>
        <w:t>167&lt;br /&gt;</w:t>
        <w:br/>
        <w:t>Побачив на землі Роланд Турпіна:&lt;br /&gt;</w:t>
        <w:br/>
        <w:t>Вивалюються нутрощі із тіла,&lt;br /&gt;</w:t>
        <w:br/>
        <w:t>І на чоло височується мозок...&lt;br /&gt;</w:t>
        <w:br/>
        <w:t>Прекрасні білі та могутні руки&lt;br /&gt;</w:t>
        <w:br/>
        <w:t>Схрестив тоді Роланд йому на грудях,&lt;br /&gt;</w:t>
        <w:br/>
        <w:t>Оплакав вголос смерть, як роблять рідні:&lt;br /&gt;</w:t>
        <w:br/>
        <w:t>"Прелате! Благородний лицар франкський!&lt;br /&gt;</w:t>
        <w:br/>
        <w:t>Благаю Небо вас прийнять до себе,&lt;br /&gt;</w:t>
        <w:br/>
        <w:t>Бо краще Богу не служив ніхто з нас.&lt;br /&gt;</w:t>
        <w:br/>
        <w:t>З часів Апостолів світ ще не бачив&lt;br /&gt;</w:t>
        <w:br/>
        <w:t>Такого оборонця християнства,&lt;br /&gt;</w:t>
        <w:br/>
        <w:t>Натхненного, пекучого пророка!&lt;br /&gt;</w:t>
        <w:br/>
        <w:t>Хай Бог душі його пошле блаженство&lt;br /&gt;</w:t>
        <w:br/>
        <w:t>И відкриє перед нею брами Раю!"</w:t>
      </w:r>
    </w:p>
    <w:p>
      <w:r>
        <w:br/>
        <w:t>СМЕРТЬ РОЛАНДА&lt;br /&gt;</w:t>
        <w:br/>
        <w:t>168&lt;br /&gt;</w:t>
        <w:br/>
        <w:t>Та й сам Роланд відчув: кончина близько,&lt;br /&gt;</w:t>
        <w:br/>
        <w:t>Бо з вух у нього витікає мозок.&lt;br /&gt;</w:t>
        <w:br/>
        <w:t>Він молить Господа за душі перів,&lt;br /&gt;</w:t>
        <w:br/>
        <w:t>А Гавриїла-ангела — за себе.&lt;br /&gt;</w:t>
        <w:br/>
        <w:t>І Оліфант, і Дюрандаль взяв звично,&lt;br /&gt;</w:t>
        <w:br/>
        <w:t>Бо саме так вмирає лицар справжній, —&lt;br /&gt;</w:t>
        <w:br/>
        <w:t>Зайшов углиб землі іспанських маврів&lt;br /&gt;</w:t>
        <w:br/>
        <w:t>На відстань льоту стріл із арбалета.&lt;br /&gt;</w:t>
        <w:br/>
        <w:t>Росли два дерева на пагорбі, а поруч&lt;br /&gt;</w:t>
        <w:br/>
        <w:t>Чотири глиби височіли мармурові.&lt;br /&gt;</w:t>
        <w:br/>
        <w:t>Роланд там впав на мураву зелену&lt;br /&gt;</w:t>
        <w:br/>
        <w:t>І знепритомнів. Смерть була вже поруч.</w:t>
      </w:r>
    </w:p>
    <w:p>
      <w:r>
        <w:br/>
        <w:t>169&lt;br /&gt;</w:t>
        <w:br/>
        <w:t>Між гір крутих, серед дерев високих&lt;br /&gt;</w:t>
        <w:br/>
        <w:t>Блищать чотири глиби мармурові.&lt;br /&gt;</w:t>
        <w:br/>
        <w:t>Зомлілий граф лежить в траві шовковій.&lt;br /&gt;</w:t>
        <w:br/>
        <w:t>За ним давно вже сарацин пильнує,&lt;br /&gt;</w:t>
        <w:br/>
        <w:t>Посеред тіл валявсь, прикинувсь мертвим,&lt;br /&gt;</w:t>
        <w:br/>
        <w:t>Замазав кров'ю тіло та обличчя;&lt;br /&gt;</w:t>
        <w:br/>
        <w:t>Аж ось підвівсь на ноги, підбігає.&lt;br /&gt;</w:t>
        <w:br/>
        <w:t>Він був красивий, мужній і кремезний,&lt;br /&gt;</w:t>
        <w:br/>
        <w:t>Та повен люті і жаги до вбивства.&lt;br /&gt;</w:t>
        <w:br/>
        <w:t>Схопив меча, Роланда пхнув ногою&lt;br /&gt;</w:t>
        <w:br/>
        <w:t>І закричав: "Здолав небожа Карла!&lt;br /&gt;</w:t>
        <w:br/>
        <w:t>А Дюрандаль візьму в краї арабські!"&lt;br /&gt;</w:t>
        <w:br/>
        <w:t>Коли він так волав, граф опритомнів.</w:t>
      </w:r>
    </w:p>
    <w:p>
      <w:r>
        <w:br/>
        <w:t>170&lt;br /&gt;</w:t>
        <w:br/>
        <w:t>Роланд відчув — меча хтось забирає.&lt;br /&gt;</w:t>
        <w:br/>
        <w:t>Отямився, розплющив очі й каже:&lt;br /&gt;</w:t>
        <w:br/>
        <w:t>"Здається, злодію, ти не із наших!"&lt;br /&gt;</w:t>
        <w:br/>
        <w:t>В руці тримав, як завжди, Оліфант.&lt;br /&gt;</w:t>
        <w:br/>
        <w:t>В шолом ударив, вкритий злотом щирим,&lt;br /&gt;</w:t>
        <w:br/>
        <w:t>Розбив його, а з ним розтяв і череп,&lt;br /&gt;</w:t>
        <w:br/>
        <w:t>І очі геть полізли в мавра з лоба.&lt;br /&gt;</w:t>
        <w:br/>
        <w:t>Той мертвий впав як стій до ніг Роланда.&lt;br /&gt;</w:t>
        <w:br/>
        <w:t>А граф сказав: "Падлюко, ти зухвало&lt;br /&gt;</w:t>
        <w:br/>
        <w:t>Присікатись до мене намірявся.&lt;br /&gt;</w:t>
        <w:br/>
        <w:t>Будь-хто, почувши це, сказав би — дурень!&lt;br /&gt;</w:t>
        <w:br/>
        <w:t>Жаль, ріг мій посередині аж тріснув,&lt;br /&gt;</w:t>
        <w:br/>
        <w:t>Повипадали золото й каміння".</w:t>
      </w:r>
    </w:p>
    <w:p>
      <w:r>
        <w:br/>
        <w:t>171&lt;br /&gt;</w:t>
        <w:br/>
        <w:t>Відчув Роланд — пітьма вкриває очі.&lt;br /&gt;</w:t>
        <w:br/>
        <w:t>Підвівсь на ноги і стоїть насилу,&lt;br /&gt;</w:t>
        <w:br/>
        <w:t>Сірішає знекровлене обличчя.&lt;br /&gt;</w:t>
        <w:br/>
        <w:t>А перед ним лиш темно-сіра скеля.&lt;br /&gt;</w:t>
        <w:br/>
        <w:t>Він десять раз мечем ударив гнівно,&lt;br /&gt;</w:t>
        <w:br/>
        <w:t>Та сталь дзвенить, щербин немає навіть.&lt;br /&gt;</w:t>
        <w:br/>
        <w:t>Сказав: "Допоможи, Свята Маріє!&lt;br /&gt;</w:t>
        <w:br/>
        <w:t>О мій чудовий Дюрандале! Горе!&lt;br /&gt;</w:t>
        <w:br/>
        <w:t>Ми маємо розстатись! Не загострю&lt;br /&gt;</w:t>
        <w:br/>
        <w:t>Тебе я більше! Скільки битв позаду!&lt;br /&gt;</w:t>
        <w:br/>
        <w:t>А скільки володінь завоювали,&lt;br /&gt;</w:t>
        <w:br/>
        <w:t>І Карл — сивобородий їх володар.&lt;br /&gt;</w:t>
        <w:br/>
        <w:t>Ти не служив ніколи боягузу —&lt;br /&gt;</w:t>
        <w:br/>
        <w:t>Належав ти шляхетному барону,&lt;br /&gt;</w:t>
        <w:br/>
        <w:t>Таких у вільній Франції не буде!"</w:t>
      </w:r>
    </w:p>
    <w:p>
      <w:r>
        <w:br/>
        <w:t>172&lt;br /&gt;</w:t>
        <w:br/>
        <w:t>І знов Роланд масив б'є мармуровий.&lt;br /&gt;</w:t>
        <w:br/>
        <w:t>Сталь не розбити, не зігнуть — дзвенить лиш.&lt;br /&gt;</w:t>
        <w:br/>
        <w:t>Побачив граф: не може меч зламати,&lt;br /&gt;</w:t>
        <w:br/>
        <w:t>Оплакувати став його майбутнє:&lt;br /&gt;</w:t>
        <w:br/>
        <w:t>"О Дюрандале! Ти ясний, блискучий!&lt;br /&gt;</w:t>
        <w:br/>
        <w:t>Як ти палаєш барвами під сонцем!&lt;br /&gt;</w:t>
        <w:br/>
        <w:t>Коли був Карл в долині Моріанській,&lt;br /&gt;</w:t>
        <w:br/>
        <w:t>То ангела Господь послав до нього&lt;br /&gt;</w:t>
        <w:br/>
        <w:t>З наказом меч віддати капітану.&lt;br /&gt;</w:t>
        <w:br/>
        <w:t>З усіх мене обрав король шляхетний.&lt;br /&gt;</w:t>
        <w:br/>
        <w:t>З тобою Мен і Пуату здобувши,&lt;br /&gt;</w:t>
        <w:br/>
        <w:t>Я підкорив Анжуйський лен з Бретанню,&lt;br /&gt;</w:t>
        <w:br/>
        <w:t>Узяв також Прованс і Аквітанію,&lt;br /&gt;</w:t>
        <w:br/>
        <w:t>Нормандію, країну волелюбну,&lt;br /&gt;</w:t>
        <w:br/>
        <w:t>А потім вже Романью і Ломбардію;&lt;br /&gt;</w:t>
        <w:br/>
        <w:t>Скорив також баварців і всіх фландрів,&lt;br /&gt;</w:t>
        <w:br/>
        <w:t>Здалися нам болгари і поляки,&lt;br /&gt;</w:t>
        <w:br/>
        <w:t>Константинополь сам скорився Карлу,&lt;br /&gt;</w:t>
        <w:br/>
        <w:t>Який тоді вже правив краєм саксів.&lt;br /&gt;</w:t>
        <w:br/>
        <w:t>Валлійців підкорили й всю Ірландію,&lt;br /&gt;</w:t>
        <w:br/>
        <w:t>І Англію, а потім і Шотландію...&lt;br /&gt;</w:t>
        <w:br/>
        <w:t>Та скільки ще земель й держав взяли ми,&lt;br /&gt;</w:t>
        <w:br/>
        <w:t>Що ними править Карл сивобородий!&lt;br /&gt;</w:t>
        <w:br/>
        <w:t>Тому за тебе вболіваю дуже,&lt;br /&gt;</w:t>
        <w:br/>
        <w:t>Нізащо не віддам невірним, друже.&lt;br /&gt;</w:t>
        <w:br/>
        <w:t>О Господи, не дай безчестя франкам!"</w:t>
      </w:r>
    </w:p>
    <w:p>
      <w:r>
        <w:br/>
        <w:t>173&lt;br /&gt;</w:t>
        <w:br/>
        <w:t>Роланд все б'є ту брилу темно-сіру.&lt;br /&gt;</w:t>
        <w:br/>
        <w:t>Вже вдарив безліч раз, та все даремно.&lt;br /&gt;</w:t>
        <w:br/>
        <w:t>Сталь лиш дзвенить — ані щербин, ні тріщин,&lt;br /&gt;</w:t>
        <w:br/>
        <w:t>Клинок зі свистом вгору підлітає.&lt;br /&gt;</w:t>
        <w:br/>
        <w:t>Переконався граф: йому несила,&lt;br /&gt;</w:t>
        <w:br/>
        <w:t>І знов оплакує меча він долю:&lt;br /&gt;</w:t>
        <w:br/>
        <w:t>"О Дюрандале! Ти краса й святиня!&lt;br /&gt;</w:t>
        <w:br/>
        <w:t>Ховаєш в золотій ти рукояті&lt;br /&gt;</w:t>
        <w:br/>
        <w:t>Нетлінні мощі: зуб Петра й священну&lt;br /&gt;</w:t>
        <w:br/>
        <w:t>Василія святого кров, волосся&lt;br /&gt;</w:t>
        <w:br/>
        <w:t>Дениса пресвятого і уривок&lt;br /&gt;</w:t>
        <w:br/>
        <w:t>З одежі Пріснодіви! Неможливо,&lt;br /&gt;</w:t>
        <w:br/>
        <w:t>Щоб нехристі тобою володіли,&lt;br /&gt;</w:t>
        <w:br/>
        <w:t>Аиш християнам ти служити маєш!&lt;br /&gt;</w:t>
        <w:br/>
        <w:t>Тобою підкорив великі землі,&lt;br /&gt;</w:t>
        <w:br/>
        <w:t>Якими править Карл сивобородий —&lt;br /&gt;</w:t>
        <w:br/>
        <w:t>Могутнім став із ними він й багатим.&lt;br /&gt;</w:t>
        <w:br/>
        <w:t>О Небо, меч не дай в безчесні руки!"</w:t>
      </w:r>
    </w:p>
    <w:p>
      <w:r>
        <w:br/>
        <w:t>174&lt;br /&gt;</w:t>
        <w:br/>
        <w:t>Роланд відчув, що смерть вже зовсім близько,&lt;br /&gt;</w:t>
        <w:br/>
        <w:t>Вона іде від голови до серця.&lt;br /&gt;</w:t>
        <w:br/>
        <w:t>У тінь сосни високої лягає&lt;br /&gt;</w:t>
        <w:br/>
        <w:t>Він долілиць, в траву зелену й ніжну,&lt;br /&gt;</w:t>
        <w:br/>
        <w:t>Підклав під себе меч і Оліфант свій,&lt;br /&gt;</w:t>
        <w:br/>
        <w:t>Звернув обличчя до землі невірних.&lt;br /&gt;</w:t>
        <w:br/>
        <w:t>Аби відразу стало зрозуміло&lt;br /&gt;</w:t>
        <w:br/>
        <w:t>І Карлові, і лицарям-баронам,&lt;br /&gt;</w:t>
        <w:br/>
        <w:t>Що він, Роланд, помер як переможець.&lt;br /&gt;</w:t>
        <w:br/>
        <w:t>Відпущення гріхів у Бога просить&lt;br /&gt;</w:t>
        <w:br/>
        <w:t>И до Неба рукавицю простягає.&lt;br /&gt;</w:t>
        <w:br/>
        <w:t>Аой!</w:t>
      </w:r>
    </w:p>
    <w:p>
      <w:r>
        <w:br/>
        <w:t>175&lt;br /&gt;</w:t>
        <w:br/>
        <w:t>Граф розумів — життя його скінчилось...&lt;br /&gt;</w:t>
        <w:br/>
        <w:t>На пагорбі лежить лицем до маврів,&lt;br /&gt;</w:t>
        <w:br/>
        <w:t>Рукою в груди б'є слабкою мляво:&lt;br /&gt;</w:t>
        <w:br/>
        <w:t>"О Боже, дай моїм гріхам прощення,&lt;br /&gt;</w:t>
        <w:br/>
        <w:t>Великим і малим від дня появи&lt;br /&gt;</w:t>
        <w:br/>
        <w:t>Мене на світ і до самої смерті".&lt;br /&gt;</w:t>
        <w:br/>
        <w:t>Знов простяга до Бога рукавицю:&lt;br /&gt;</w:t>
        <w:br/>
        <w:t>Небесні ангели летять до нього.&lt;br /&gt;</w:t>
        <w:br/>
        <w:t>Аой!</w:t>
      </w:r>
    </w:p>
    <w:p>
      <w:r>
        <w:br/>
        <w:t>176&lt;br /&gt;</w:t>
        <w:br/>
        <w:t>Роланд лежить зомлілий під сосною,&lt;br /&gt;</w:t>
        <w:br/>
        <w:t>Лицем у бік країв іспанських дальніх.&lt;br /&gt;</w:t>
        <w:br/>
        <w:t>Спливло багато спогадів яскравих:&lt;br /&gt;</w:t>
        <w:br/>
        <w:t>Численні землі, всі мечем узяті,&lt;br /&gt;</w:t>
        <w:br/>
        <w:t>Красуня-Франція, рідня привітна,&lt;br /&gt;</w:t>
        <w:br/>
        <w:t>І Карл Великий, володар і вчитель...&lt;br /&gt;</w:t>
        <w:br/>
        <w:t>Від згадок цих не стримав сліз небога,&lt;br /&gt;</w:t>
        <w:br/>
        <w:t>Важких зітхань... Та не забув й про себе,&lt;br /&gt;</w:t>
        <w:br/>
        <w:t>Бо визнає свій гріх, блага прощення в Бога:&lt;br /&gt;</w:t>
        <w:br/>
        <w:t>"Отець небесний, ти брехні не знаєш!&lt;br /&gt;</w:t>
        <w:br/>
        <w:t>Ти вивів з мертвих Аазаря святого,&lt;br /&gt;</w:t>
        <w:br/>
        <w:t>Ти Даниїла спас від лютих левів,&lt;br /&gt;</w:t>
        <w:br/>
        <w:t>Врятуй мене од мук, страждань посмертних&lt;br /&gt;</w:t>
        <w:br/>
        <w:t>За ті гріхи, що їх в житті накоїв!"&lt;br /&gt;</w:t>
        <w:br/>
        <w:t>Він простягнув до Бога рукавицю,&lt;br /&gt;</w:t>
        <w:br/>
        <w:t>І Гавриїл прийняв її ласкаво...&lt;br /&gt;</w:t>
        <w:br/>
        <w:t>Роланд, на груди голову схиливши,&lt;br /&gt;</w:t>
        <w:br/>
        <w:t>Схрестивши руки, смерті ждав покірно.&lt;br /&gt;</w:t>
        <w:br/>
        <w:t>І Бог послав до нього херувимів.&lt;br /&gt;</w:t>
        <w:br/>
        <w:t>Злетіли з Неба Рафаїл-заступник&lt;br /&gt;</w:t>
        <w:br/>
        <w:t>І Михаїл, потвор злих переможець,&lt;br /&gt;</w:t>
        <w:br/>
        <w:t>І сам архангел Гавриїл святійший...&lt;br /&gt;</w:t>
        <w:br/>
        <w:t>Віднесли душу графа в Райські кущі!</w:t>
      </w:r>
    </w:p>
    <w:p>
      <w:r>
        <w:br/>
        <w:t>ПЛАЧ ФРАНКІВ І ПОЧАТОК ПОМСТИ&lt;br /&gt;</w:t>
        <w:br/>
        <w:t>177&lt;br /&gt;</w:t>
        <w:br/>
        <w:t>Роланд помер. Душа його на Небі.&lt;br /&gt;</w:t>
        <w:br/>
        <w:t>Нарешті Карл прибув до Ронсевалю.&lt;br /&gt;</w:t>
        <w:br/>
        <w:t>Усі стежки та тропи, всі доріжки,&lt;br /&gt;</w:t>
        <w:br/>
        <w:t>Всі галяви, поляни і простори&lt;br /&gt;</w:t>
        <w:br/>
        <w:t>Завалені тілами франків й маврів.&lt;br /&gt;</w:t>
        <w:br/>
        <w:t>"Де ви, небоже милий? — Карл гукає. —&lt;br /&gt;</w:t>
        <w:br/>
        <w:t>А де архієпископ? Олів'єр де?&lt;br /&gt;</w:t>
        <w:br/>
        <w:t>Де ви, Джеріне, й друг Джер'єр ваш любий?&lt;br /&gt;</w:t>
        <w:br/>
        <w:t>Де ви, Отон з сміливим Берендж'єром?&lt;br /&gt;</w:t>
        <w:br/>
        <w:t>Івон з Іворієм, яких любив я?&lt;br /&gt;</w:t>
        <w:br/>
        <w:t>Що сталося з гасконцем Енджельєром?&lt;br /&gt;</w:t>
        <w:br/>
        <w:t>А з герцогом Самсоном, Ансеїсом?&lt;br /&gt;</w:t>
        <w:br/>
        <w:t>І де старий Джерард із Руссільйона?&lt;br /&gt;</w:t>
        <w:br/>
        <w:t>Де ви, мої дванадцять кращих перів?"&lt;br /&gt;</w:t>
        <w:br/>
        <w:t>Та марно кликати. Навкруг лиш тиша.&lt;br /&gt;</w:t>
        <w:br/>
        <w:t>"О Боже! — мовив Карл. — Тож недаремно&lt;br /&gt;</w:t>
        <w:br/>
        <w:t>Передчував я лихо! Чом спізнився?"&lt;br /&gt;</w:t>
        <w:br/>
        <w:t>Рве сиву бороду в жорстокім гніві,&lt;br /&gt;</w:t>
        <w:br/>
        <w:t>Ридає гірко, з ним усі барони,&lt;br /&gt;</w:t>
        <w:br/>
        <w:t>І двадцять тисяч падають зомлілі,&lt;br /&gt;</w:t>
        <w:br/>
        <w:t>Найбільше ж тужить герцог Найм старезний.</w:t>
      </w:r>
    </w:p>
    <w:p>
      <w:r>
        <w:br/>
        <w:t>178&lt;br /&gt;</w:t>
        <w:br/>
        <w:t>І не було там лицаря, барона,&lt;br /&gt;</w:t>
        <w:br/>
        <w:t>Який не лив би сліз гірких од жалю&lt;br /&gt;</w:t>
        <w:br/>
        <w:t>За сином любим, братом чи небожем,&lt;br /&gt;</w:t>
        <w:br/>
        <w:t>За друзями чи за васалом можним.&lt;br /&gt;</w:t>
        <w:br/>
        <w:t>Багато з них попадали, обмерлі,&lt;br /&gt;</w:t>
        <w:br/>
        <w:t>Один лиш герцог Найм тверезо мислив,&lt;br /&gt;</w:t>
        <w:br/>
        <w:t>Розважливо до Карла він звернувся:&lt;br /&gt;</w:t>
        <w:br/>
        <w:t>"Он, сіре, гляньте, у двох льє приблизно&lt;br /&gt;</w:t>
        <w:br/>
        <w:t>Великий шлях, де курява, мов хмара,&lt;br /&gt;</w:t>
        <w:br/>
        <w:t>Там раті йдуть поганців нечестивих.&lt;br /&gt;</w:t>
        <w:br/>
        <w:t>Вперед! І помстимось за наше горе!"&lt;br /&gt;</w:t>
        <w:br/>
        <w:t>"Як вже далеко! — каже Карл. — О Боже!&lt;br /&gt;</w:t>
        <w:br/>
        <w:t>Честь поверни! Бо Франція-красуня&lt;br /&gt;</w:t>
        <w:br/>
        <w:t>Свої вже втратила найкращі квіти!"&lt;br /&gt;</w:t>
        <w:br/>
        <w:t>Він наказав Джебоїну з О доном,&lt;br /&gt;</w:t>
        <w:br/>
        <w:t>Тедбальту з Реймса, графові Мілону:&lt;br /&gt;</w:t>
        <w:br/>
        <w:t>"Пильнуйте поле бою, доли, гори,&lt;br /&gt;</w:t>
        <w:br/>
        <w:t>А мертвих залишіть, як і лежали,&lt;br /&gt;</w:t>
        <w:br/>
        <w:t>Щоб хижаки й леви їх не зжирали,&lt;br /&gt;</w:t>
        <w:br/>
        <w:t>А джури й челядь щоб не обкрадали.&lt;br /&gt;</w:t>
        <w:br/>
        <w:t>І взагалі ніхто хай не підходить&lt;br /&gt;</w:t>
        <w:br/>
        <w:t>До дня, коли Бог дасть сюди вернутись".&lt;br /&gt;</w:t>
        <w:br/>
        <w:t>З пошаною відповіли барони:&lt;br /&gt;</w:t>
        <w:br/>
        <w:t>"Наш любий Імператоре, все зробим!"&lt;br /&gt;</w:t>
        <w:br/>
        <w:t>На варті тисяча бійців зосталась.&lt;br /&gt;</w:t>
        <w:br/>
        <w:t>Аой!</w:t>
      </w:r>
    </w:p>
    <w:p>
      <w:r>
        <w:br/>
        <w:t>179&lt;br /&gt;</w:t>
        <w:br/>
        <w:t>Король звелів у сурми всі заграти,&lt;br /&gt;</w:t>
        <w:br/>
        <w:t>Очолив сам, відважний, грізне військо.&lt;br /&gt;</w:t>
        <w:br/>
        <w:t>Знайшли сліди іспанців франки швидко&lt;br /&gt;</w:t>
        <w:br/>
        <w:t>І кинулись в погоню незабарно.&lt;br /&gt;</w:t>
        <w:br/>
        <w:t>Коли король побачив, що вже вечір,&lt;br /&gt;</w:t>
        <w:br/>
        <w:t>Зійшов він на лужку в траву зелену,&lt;br /&gt;</w:t>
        <w:br/>
        <w:t>Простерся на землі, почав просити&lt;br /&gt;</w:t>
        <w:br/>
        <w:t>У Бога, щоб затримав біг світила,&lt;br /&gt;</w:t>
        <w:br/>
        <w:t>Аби тривав ще день, ніч скоротилась.&lt;br /&gt;</w:t>
        <w:br/>
        <w:t>З'явився ангел, Карла покровитель&lt;br /&gt;</w:t>
        <w:br/>
        <w:t>І передав високе повеління:&lt;br /&gt;</w:t>
        <w:br/>
        <w:t>"Бог знає, Франції синів ти втратив!&lt;br /&gt;</w:t>
        <w:br/>
        <w:t>Скачи-но, Карле, дня тобі достатньо,&lt;br /&gt;</w:t>
        <w:br/>
        <w:t>Аби злочинному помститись роду!"&lt;br /&gt;</w:t>
        <w:br/>
        <w:t>По цих словах король в сідло ускочив.&lt;br /&gt;</w:t>
        <w:br/>
        <w:t>Аой!</w:t>
      </w:r>
    </w:p>
    <w:p>
      <w:r>
        <w:br/>
        <w:t>180&lt;br /&gt;</w:t>
        <w:br/>
        <w:t>Для Карла Бог явив велике чудо,&lt;br /&gt;</w:t>
        <w:br/>
        <w:t>Бо сонце залишилося на місці.&lt;br /&gt;</w:t>
        <w:br/>
        <w:t>Язичники тікають, франки слідом,&lt;br /&gt;</w:t>
        <w:br/>
        <w:t>Невірних наздогнали в Валь-Тенебрі&lt;br /&gt;</w:t>
        <w:br/>
        <w:t>І гнали, їх б'ючи, до Сарагоси.&lt;br /&gt;</w:t>
        <w:br/>
        <w:t>Важкими вдарами вбивали маврів,&lt;br /&gt;</w:t>
        <w:br/>
        <w:t>Позакривали всі шляхи-проходи.&lt;br /&gt;</w:t>
        <w:br/>
        <w:t>Постала перед ними річка Ебро,&lt;br /&gt;</w:t>
        <w:br/>
        <w:t>Глибока і бурхлива карколомно,&lt;br /&gt;</w:t>
        <w:br/>
        <w:t>На ній нема човнів, шаланд, баркасів.&lt;br /&gt;</w:t>
        <w:br/>
        <w:t>Богів невірні кличуть — Магомета&lt;br /&gt;</w:t>
        <w:br/>
        <w:t>І Тервагана. Пострибали в воду.&lt;br /&gt;</w:t>
        <w:br/>
        <w:t>Дарма. Що важча важча зброя — смерть вірніша.&lt;br /&gt;</w:t>
        <w:br/>
        <w:t>Одних тягли на дно шолом і лати,&lt;br /&gt;</w:t>
        <w:br/>
        <w:t>А інші захлиналися у вирах.&lt;br /&gt;</w:t>
        <w:br/>
        <w:t>І маври напились водиці вдосталь,&lt;br /&gt;</w:t>
        <w:br/>
        <w:t>Всі потонули в невимовних муках.&lt;br /&gt;</w:t>
        <w:br/>
        <w:t>Кричали франки: "Це вам за Роланда!"&lt;br /&gt;</w:t>
        <w:br/>
        <w:t>Аой!</w:t>
      </w:r>
    </w:p>
    <w:p>
      <w:r>
        <w:br/>
        <w:t>181&lt;br /&gt;</w:t>
        <w:br/>
        <w:t>Побачив Карл — язичники всі мертві,&lt;br /&gt;</w:t>
        <w:br/>
        <w:t>Убитих сила, решта потонула.&lt;br /&gt;</w:t>
        <w:br/>
        <w:t>(А лицарі багату здобич мали!)&lt;br /&gt;</w:t>
        <w:br/>
        <w:t>Король шляхетний із коня зіскочив,&lt;br /&gt;</w:t>
        <w:br/>
        <w:t>Став на коліна й помолився Богу.&lt;br /&gt;</w:t>
        <w:br/>
        <w:t>Коли підвівсь, то сонце вже спустилось.&lt;br /&gt;</w:t>
        <w:br/>
        <w:t>Він наказав: "Привал робіть, сеньйори!&lt;br /&gt;</w:t>
        <w:br/>
        <w:t>У Ронсеваль вже пізно повертатись,&lt;br /&gt;</w:t>
        <w:br/>
        <w:t>Та й коні виснажені й мруть од втоми.&lt;br /&gt;</w:t>
        <w:br/>
        <w:t>Зніміть з них сідла, розгнуздайте швидко,&lt;br /&gt;</w:t>
        <w:br/>
        <w:t>І пастися пустіть на свіжих луках".&lt;br /&gt;</w:t>
        <w:br/>
        <w:t>А франки кажуть: "Сіре, гарна думка!"&lt;br /&gt;</w:t>
        <w:br/>
        <w:t>Аой!</w:t>
      </w:r>
    </w:p>
    <w:p>
      <w:r>
        <w:br/>
        <w:t>182&lt;br /&gt;</w:t>
        <w:br/>
        <w:t>Отаборилися доладно франки,&lt;br /&gt;</w:t>
        <w:br/>
        <w:t>Розташувалися у чистім полі&lt;br /&gt;</w:t>
        <w:br/>
        <w:t>І коней розсідлали дуже бистро.&lt;br /&gt;</w:t>
        <w:br/>
        <w:t>З них познімали золоті вуздечки,&lt;br /&gt;</w:t>
        <w:br/>
        <w:t>Пустили їх на луг в рясну травицю.&lt;br /&gt;</w:t>
        <w:br/>
        <w:t>Подбавши, як годилося, про коней,&lt;br /&gt;</w:t>
        <w:br/>
        <w:t>Потомлені французи враз поснули.&lt;br /&gt;</w:t>
        <w:br/>
        <w:t>В цю ніч ніхто і не стояв на варті.</w:t>
      </w:r>
    </w:p>
    <w:p>
      <w:r>
        <w:br/>
        <w:t>СНОВИДІННЯ КАРЛА&lt;br /&gt;</w:t>
        <w:br/>
        <w:t>183&lt;br /&gt;</w:t>
        <w:br/>
        <w:t>Ліг Імператор на лужку зеленім.&lt;br /&gt;</w:t>
        <w:br/>
        <w:t>У головах встромив свій спис могутній,&lt;br /&gt;</w:t>
        <w:br/>
        <w:t>Вдягнув чудовий панцир з візерунком,&lt;br /&gt;</w:t>
        <w:br/>
        <w:t>Аишив й шолом свій з золотим малюнком —&lt;br /&gt;</w:t>
        <w:br/>
        <w:t>В цю ніч він не хотів беззбройним бути.&lt;br /&gt;</w:t>
        <w:br/>
        <w:t>Поклав Джойоз, безцінний меч свій, поруч,&lt;br /&gt;</w:t>
        <w:br/>
        <w:t>Що тридцять барв мінив за день погожий.&lt;br /&gt;</w:t>
        <w:br/>
        <w:t>Відомо всім про спис, яким Христос наш&lt;br /&gt;</w:t>
        <w:br/>
        <w:t>Поранений був, до хреста прибитий.&lt;br /&gt;</w:t>
        <w:br/>
        <w:t>Король здобув від того списа вістря&lt;br /&gt;</w:t>
        <w:br/>
        <w:t>І вставив у держак меча зі злота.&lt;br /&gt;</w:t>
        <w:br/>
        <w:t>На славу цього дива меч державний&lt;br /&gt;</w:t>
        <w:br/>
        <w:t>З тих пір Джойозом люди називають.&lt;br /&gt;</w:t>
        <w:br/>
        <w:t>А звідси "Монжуа!" походить франків,&lt;br /&gt;</w:t>
        <w:br/>
        <w:t>Цей клич барони вже не забувають.&lt;br /&gt;</w:t>
        <w:br/>
        <w:t>Ніхто йому не зміг чинити опір!</w:t>
      </w:r>
    </w:p>
    <w:p>
      <w:r>
        <w:br/>
        <w:t>184&lt;br /&gt;</w:t>
        <w:br/>
        <w:t>Яскравий повний місяць, світла нічка.&lt;br /&gt;</w:t>
        <w:br/>
        <w:t>Король не спить, в сумні заглибивсь думи&lt;br /&gt;</w:t>
        <w:br/>
        <w:t>Про любого Роланда, Олів'єра,&lt;br /&gt;</w:t>
        <w:br/>
        <w:t>Про всіх дванадцять перів, франків мертвих,&lt;br /&gt;</w:t>
        <w:br/>
        <w:t>Залитих кров'ю там, у Ронсевалі.&lt;br /&gt;</w:t>
        <w:br/>
        <w:t>Не може стримать сліз, ридає гірко&lt;br /&gt;</w:t>
        <w:br/>
        <w:t>І просить Бога, щоб прийняв їх душі.&lt;br /&gt;</w:t>
        <w:br/>
        <w:t>Король втомився і від дум скорботних&lt;br /&gt;</w:t>
        <w:br/>
        <w:t>Поволі в сон поринув благодатний.&lt;br /&gt;</w:t>
        <w:br/>
        <w:t>В усіх кутках долини сплять французи.&lt;br /&gt;</w:t>
        <w:br/>
        <w:t>А коні повалилися додолу,&lt;br /&gt;</w:t>
        <w:br/>
        <w:t>Лиш деякі траву скубали лежма.&lt;br /&gt;</w:t>
        <w:br/>
        <w:t>Біда навчить — так мудрі люди кажуть.</w:t>
      </w:r>
    </w:p>
    <w:p>
      <w:r>
        <w:br/>
        <w:t>185&lt;br /&gt;</w:t>
        <w:br/>
        <w:t>Тривожним сном спить змучений володар.&lt;br /&gt;</w:t>
        <w:br/>
        <w:t>Бог вирядив до нього Гавриїла,&lt;br /&gt;</w:t>
        <w:br/>
        <w:t>Тож цілу ніч над ним витав архангел,&lt;br /&gt;</w:t>
        <w:br/>
        <w:t>Беріг сон Імператора надійно.&lt;br /&gt;</w:t>
        <w:br/>
        <w:t>Господь у сні послав видіння Карлу,&lt;br /&gt;</w:t>
        <w:br/>
        <w:t>Що сповіщало про велику битву.&lt;br /&gt;</w:t>
        <w:br/>
        <w:t>Явив він Карлові лихі ознаки:&lt;br /&gt;</w:t>
        <w:br/>
        <w:t>У небі хмарнім град, вітри і грози,&lt;br /&gt;</w:t>
        <w:br/>
        <w:t>Нещадні бурі, урагани грізні,&lt;br /&gt;</w:t>
        <w:br/>
        <w:t>Вогні і полум'я, що б'ють із неба,&lt;br /&gt;</w:t>
        <w:br/>
        <w:t>І раптом все це рушиться на військо.&lt;br /&gt;</w:t>
        <w:br/>
        <w:t>І вже списи палають ясенові,&lt;br /&gt;</w:t>
        <w:br/>
        <w:t>Щити із застібками золотими,&lt;br /&gt;</w:t>
        <w:br/>
        <w:t>І нищить зброю подих вогнедишний.&lt;br /&gt;</w:t>
        <w:br/>
        <w:t>Шоломи й панцирі вогонь сплавляє,&lt;br /&gt;</w:t>
        <w:br/>
        <w:t>Насунулось на франків лихо справжнє...&lt;br /&gt;</w:t>
        <w:br/>
        <w:t>На них стрибають леопарди в плямах,&lt;br /&gt;</w:t>
        <w:br/>
        <w:t>Вовки, а також барси і дракони,&lt;br /&gt;</w:t>
        <w:br/>
        <w:t>Потвори з пекла, аспіди та змії,&lt;br /&gt;</w:t>
        <w:br/>
        <w:t>Грифонів також понад тридцять тисяч.&lt;br /&gt;</w:t>
        <w:br/>
        <w:t>І вся ця нечисть хоче зжерти франків.&lt;br /&gt;</w:t>
        <w:br/>
        <w:t>Благають вояки: "Рятуй нас, Карле!"&lt;br /&gt;</w:t>
        <w:br/>
        <w:t>Пойнятий горем мчить король на поміч,&lt;br /&gt;</w:t>
        <w:br/>
        <w:t>Та раптом виникає перешкода:&lt;br /&gt;</w:t>
        <w:br/>
        <w:t>Із лісу вийшов лев йому назустріч,&lt;br /&gt;</w:t>
        <w:br/>
        <w:t>Жахливий лев, погордливий і грізний,&lt;br /&gt;</w:t>
        <w:br/>
        <w:t>І він стрибнув на короля відразу,&lt;br /&gt;</w:t>
        <w:br/>
        <w:t>Вони зчепились в боротьбі смертельній.&lt;br /&gt;</w:t>
        <w:br/>
        <w:t>Ніхто не зна, як цей двобій скінчиться.&lt;br /&gt;</w:t>
        <w:br/>
        <w:t>Спить міцно Карл і навіть не прокинувсь.</w:t>
      </w:r>
    </w:p>
    <w:p>
      <w:r>
        <w:br/>
        <w:t>186&lt;br /&gt;</w:t>
        <w:br/>
        <w:t>Та після цього сновидіння — інше.&lt;br /&gt;</w:t>
        <w:br/>
        <w:t>У Франції Карл, в Ахені. Тримає&lt;br /&gt;</w:t>
        <w:br/>
        <w:t>На ланцюзі подвійнім він ведмедя.&lt;br /&gt;</w:t>
        <w:br/>
        <w:t>Ще тридцять вийшли із лісів арденнських,&lt;br /&gt;</w:t>
        <w:br/>
        <w:t>До короля по-людськи промовляють:&lt;br /&gt;</w:t>
        <w:br/>
        <w:t>"Великий Карле, нам його віддайте!&lt;br /&gt;</w:t>
        <w:br/>
        <w:t>Немилосердно так тримати звіра!&lt;br /&gt;</w:t>
        <w:br/>
        <w:t>Ми родича не кинемо у скруті!"&lt;br /&gt;</w:t>
        <w:br/>
        <w:t>Але з палацу хорт тут вибігає&lt;br /&gt;</w:t>
        <w:br/>
        <w:t>І зчеплюється з найсильнішим звіром&lt;br /&gt;</w:t>
        <w:br/>
        <w:t>В траві зеленій, не злякався інших.&lt;br /&gt;</w:t>
        <w:br/>
        <w:t>Король побачив зблизька справжню битву,&lt;br /&gt;</w:t>
        <w:br/>
        <w:t>Та невідомо, хто ж в ній переможе.&lt;br /&gt;</w:t>
        <w:br/>
        <w:t>Цей сон навіяв Карлу ангел Божий.&lt;br /&gt;</w:t>
        <w:br/>
        <w:t>Тож міцно спав король наш аж до ранку!</w:t>
      </w:r>
    </w:p>
    <w:p>
      <w:r>
        <w:br/>
        <w:t>ВІЙСЬКО БАЛІГАНТА&lt;br /&gt;</w:t>
        <w:br/>
        <w:t>187&lt;br /&gt;</w:t>
        <w:br/>
        <w:t>А цар Марсілій втік до Сарагоси.&lt;br /&gt;</w:t>
        <w:br/>
        <w:t>От він зійшов з коня в тіні оливи,&lt;br /&gt;</w:t>
        <w:br/>
        <w:t>Віддав своїм меча, шолом і панцир&lt;br /&gt;</w:t>
        <w:br/>
        <w:t>Та, закривавлений, звалився ницьма.&lt;br /&gt;</w:t>
        <w:br/>
        <w:t>У битві втратив він свою правицю.&lt;br /&gt;</w:t>
        <w:br/>
        <w:t>І кров тече, цар знемага від рани.&lt;br /&gt;</w:t>
        <w:br/>
        <w:t>А поруч з ним дружина — Брамімонда —&lt;br /&gt;</w:t>
        <w:br/>
        <w:t>Кричить і плаче гірко без упину.&lt;br /&gt;</w:t>
        <w:br/>
        <w:t>Придворних двадцять тисяч проклинають&lt;br /&gt;</w:t>
        <w:br/>
        <w:t>Всіх франків, Карла, Францію-красуню.&lt;br /&gt;</w:t>
        <w:br/>
        <w:t>Вони біжать до грота Аполліна,&lt;br /&gt;</w:t>
        <w:br/>
        <w:t>Його картають і страшенно лають:&lt;br /&gt;</w:t>
        <w:br/>
        <w:t>"Нікчемний боже! Нащо нас образив?&lt;br /&gt;</w:t>
        <w:br/>
        <w:t>Чом кинув ти царя напризволяще?&lt;br /&gt;</w:t>
        <w:br/>
        <w:t>Чом нас віддав ти франкам на поталу?"&lt;br /&gt;</w:t>
        <w:br/>
        <w:t>У Бога відняли корону й скипетр,&lt;br /&gt;</w:t>
        <w:br/>
        <w:t>Повісили за руки на колоні,&lt;br /&gt;</w:t>
        <w:br/>
        <w:t>А потім скинули й топтали з люттю,&lt;br /&gt;</w:t>
        <w:br/>
        <w:t>Кийками били, знищили дощенту.&lt;br /&gt;</w:t>
        <w:br/>
        <w:t>У Тервагана зірвали карбункул,&lt;br /&gt;</w:t>
        <w:br/>
        <w:t>А Магомета кинули до ями,&lt;br /&gt;</w:t>
        <w:br/>
        <w:t>Його там свині й пси пошматували.</w:t>
      </w:r>
    </w:p>
    <w:p>
      <w:r>
        <w:br/>
        <w:t>188&lt;br /&gt;</w:t>
        <w:br/>
        <w:t>Марсілій врешті все ж прийшов до тями,&lt;br /&gt;</w:t>
        <w:br/>
        <w:t>Звелів себе однести в зал склепистий,&lt;br /&gt;</w:t>
        <w:br/>
        <w:t>Що фарбами прикрашений барвисто.&lt;br /&gt;</w:t>
        <w:br/>
        <w:t>Над ним цариця Брамімонда плаче,&lt;br /&gt;</w:t>
        <w:br/>
        <w:t>Волосся рве в нестямі й тузі лютій&lt;br /&gt;</w:t>
        <w:br/>
        <w:t>І гомінко голосить: "Сарагосо,&lt;br /&gt;</w:t>
        <w:br/>
        <w:t>Сьогодні в тебе відняли владику,&lt;br /&gt;</w:t>
        <w:br/>
        <w:t>Який тобою правив справедливо.&lt;br /&gt;</w:t>
        <w:br/>
        <w:t>Боги нас зрадили безчесно, підлі,&lt;br /&gt;</w:t>
        <w:br/>
        <w:t>Ганебно повтікали з бойовища.&lt;br /&gt;</w:t>
        <w:br/>
        <w:t>Емір себе запроданцем покаже,&lt;br /&gt;</w:t>
        <w:br/>
        <w:t>Якщо не вийде в бій з пихатим плем'ям,&lt;br /&gt;</w:t>
        <w:br/>
        <w:t>Що злигоднів і смерті не боїться.&lt;br /&gt;</w:t>
        <w:br/>
        <w:t>А їх сивобородий Імператор —&lt;br /&gt;</w:t>
        <w:br/>
        <w:t>Безумний у відвазі одчайдушній,&lt;br /&gt;</w:t>
        <w:br/>
        <w:t>Від битви він ніколи не тікає.&lt;br /&gt;</w:t>
        <w:br/>
        <w:t>"Хто подолати з нас такого може?"</w:t>
      </w:r>
    </w:p>
    <w:p>
      <w:r>
        <w:br/>
        <w:t>189&lt;br /&gt;</w:t>
        <w:br/>
        <w:t>Наш Імператор із могутнім військом&lt;br /&gt;</w:t>
        <w:br/>
        <w:t>В Іспанії сім довгих років бився.&lt;br /&gt;</w:t>
        <w:br/>
        <w:t>Фортеці, замки брав, міста численні.&lt;br /&gt;</w:t>
        <w:br/>
        <w:t>Стривожив він Марсілія цим дуже.&lt;br /&gt;</w:t>
        <w:br/>
        <w:t>Вже в перший рік той надіслав послання&lt;br /&gt;</w:t>
        <w:br/>
        <w:t>До вавилонського еміра Баліганта&lt;br /&gt;</w:t>
        <w:br/>
        <w:t>(Володар цей був сивий і старезний,&lt;br /&gt;</w:t>
        <w:br/>
        <w:t>Старіший за Вергілія й Гомера)&lt;br /&gt;</w:t>
        <w:br/>
        <w:t>З проханням стать на поміч Сарагосі.&lt;br /&gt;</w:t>
        <w:br/>
        <w:t>Інакше, цар грозився, він зречеться&lt;br /&gt;</w:t>
        <w:br/>
        <w:t>Усіх богів та ідолів невірних&lt;br /&gt;</w:t>
        <w:br/>
        <w:t>И святій віддасться християнській вірі&lt;br /&gt;</w:t>
        <w:br/>
        <w:t>Та й назавжди вже підкориться Карлу.&lt;br /&gt;</w:t>
        <w:br/>
        <w:t>Жив Балігант далеко, забарився.&lt;br /&gt;</w:t>
        <w:br/>
        <w:t>Зібрав із сорока держав він військо,&lt;br /&gt;</w:t>
        <w:br/>
        <w:t>Великі кораблі — дромони, барки,&lt;br /&gt;</w:t>
        <w:br/>
        <w:t>Галери, нефи — всі із такелажем.&lt;br /&gt;</w:t>
        <w:br/>
        <w:t>В Александрії, у порту морському,&lt;br /&gt;</w:t>
        <w:br/>
        <w:t>Розташував він флот свій величезний.&lt;br /&gt;</w:t>
        <w:br/>
        <w:t>Аише у травні, на початку літа&lt;br /&gt;</w:t>
        <w:br/>
        <w:t>Флотилія вся вирушила в море.</w:t>
      </w:r>
    </w:p>
    <w:p>
      <w:r>
        <w:br/>
        <w:t>190&lt;br /&gt;</w:t>
        <w:br/>
        <w:t>Так насувалося поганське військо!&lt;br /&gt;</w:t>
        <w:br/>
        <w:t>На веслах й під вітрилом поспішають,&lt;br /&gt;</w:t>
        <w:br/>
        <w:t>А на верхівках щогл, на реях всюди&lt;br /&gt;</w:t>
        <w:br/>
        <w:t>Карбункулів і ліхтарів там безліч,&lt;br /&gt;</w:t>
        <w:br/>
        <w:t>Що промінь кидають на гладкі води,&lt;br /&gt;</w:t>
        <w:br/>
        <w:t>І в темну ніч стає дивнішим море.&lt;br /&gt;</w:t>
        <w:br/>
        <w:t>Коли вже до Іспанії дістались,&lt;br /&gt;</w:t>
        <w:br/>
        <w:t>Вогні флотилії осяяли весь берег.&lt;br /&gt;</w:t>
        <w:br/>
        <w:t>Одержав звістку цю Марсілій швидко.&lt;br /&gt;</w:t>
        <w:br/>
        <w:t>Аой!</w:t>
      </w:r>
    </w:p>
    <w:p>
      <w:r>
        <w:br/>
        <w:t>191&lt;br /&gt;</w:t>
        <w:br/>
        <w:t>Не гають часу полчища невірних.&lt;br /&gt;</w:t>
        <w:br/>
        <w:t>їх кораблі уже в річкових водах,&lt;br /&gt;</w:t>
        <w:br/>
        <w:t>Марбріз, Марбруз минули без зупинки,&lt;br /&gt;</w:t>
        <w:br/>
        <w:t>Ввійшли у води Ебро, попливли всі&lt;br /&gt;</w:t>
        <w:br/>
        <w:t>Супроти течії. Лиш ліхтарі на реях&lt;br /&gt;</w:t>
        <w:br/>
        <w:t>Всю ніч освітлювали шлях яскраво!&lt;br /&gt;</w:t>
        <w:br/>
        <w:t>А вдень вже підійшли до Сарагоси.&lt;br /&gt;</w:t>
        <w:br/>
        <w:t>Аой!</w:t>
      </w:r>
    </w:p>
    <w:p>
      <w:r>
        <w:br/>
        <w:t>192&lt;br /&gt;</w:t>
        <w:br/>
        <w:t>Стояв погожий день, світило сонце.&lt;br /&gt;</w:t>
        <w:br/>
        <w:t>Емір спустився з корабля неспішно,&lt;br /&gt;</w:t>
        <w:br/>
        <w:t>Еспанеліт крокує з ним праворуч,&lt;br /&gt;</w:t>
        <w:br/>
        <w:t>їх супроводжують князів сімнадцять,&lt;br /&gt;</w:t>
        <w:br/>
        <w:t>Вельмож пихатих поруч не злічити.&lt;br /&gt;</w:t>
        <w:br/>
        <w:t>У тіні лавра в мураві на лузі&lt;br /&gt;</w:t>
        <w:br/>
        <w:t>Розісланий був килим білий, пишний,&lt;br /&gt;</w:t>
        <w:br/>
        <w:t>На ньому крісло з кості дорогої.&lt;br /&gt;</w:t>
        <w:br/>
        <w:t>На крісло всівся Балігант зухвало,&lt;br /&gt;</w:t>
        <w:br/>
        <w:t>А всі стояли мовчки коло нього.&lt;br /&gt;</w:t>
        <w:br/>
        <w:t>І Балігант промовив врешті слово:&lt;br /&gt;</w:t>
        <w:br/>
        <w:t>"Послухайте, сеньйори благородні!&lt;br /&gt;</w:t>
        <w:br/>
        <w:t>Віднині Карл, володар франків гордий&lt;br /&gt;</w:t>
        <w:br/>
        <w:t>Не буде їсти, поки не дозволю!&lt;br /&gt;</w:t>
        <w:br/>
        <w:t>В іспанські землі він прийшов з війною,&lt;br /&gt;</w:t>
        <w:br/>
        <w:t>У Францію повернеться з ганьбою!&lt;br /&gt;</w:t>
        <w:br/>
        <w:t>Поки живий, не дам йому спокою,&lt;br /&gt;</w:t>
        <w:br/>
        <w:t>Підкориться мені чи буде мертвий!"&lt;br /&gt;</w:t>
        <w:br/>
        <w:t>Правицею він вдарив по коліну.</w:t>
      </w:r>
    </w:p>
    <w:p>
      <w:r>
        <w:br/>
        <w:t>193&lt;br /&gt;</w:t>
        <w:br/>
        <w:t>Міцне еміра слово й непорушне,&lt;br /&gt;</w:t>
        <w:br/>
        <w:t>І жоден смертний цей наказ не змінить —&lt;br /&gt;</w:t>
        <w:br/>
        <w:t>Іти до Ахена, столиці Карла.&lt;br /&gt;</w:t>
        <w:br/>
        <w:t>Князі перед володарем схилились.&lt;br /&gt;</w:t>
        <w:br/>
        <w:t>Емір покликав двох баронів вірних,&lt;br /&gt;</w:t>
        <w:br/>
        <w:t>Що звались Кларіфаном і Клар'єном.&lt;br /&gt;</w:t>
        <w:br/>
        <w:t>Сказав: "Сини царя ви Мальтрайєна,&lt;br /&gt;</w:t>
        <w:br/>
        <w:t>Ваш батько був послом моїм незмінним.&lt;br /&gt;</w:t>
        <w:br/>
        <w:t>Тепер вже ви збирайтесь в Сарагосу&lt;br /&gt;</w:t>
        <w:br/>
        <w:t>Від імені мого царю сказати,&lt;br /&gt;</w:t>
        <w:br/>
        <w:t>Марсілію, що я прибув на поміч.&lt;br /&gt;</w:t>
        <w:br/>
        <w:t>Зустріну франків — бій почну великий!&lt;br /&gt;</w:t>
        <w:br/>
        <w:t>Гаптовану цю злотом рукавицю&lt;br /&gt;</w:t>
        <w:br/>
        <w:t>Йому віддайте у його правицю.&lt;br /&gt;</w:t>
        <w:br/>
        <w:t>І передайте жезл мій щирозлотий,&lt;br /&gt;</w:t>
        <w:br/>
        <w:t>Хай прийде вшанувать мене і взяти&lt;br /&gt;</w:t>
        <w:br/>
        <w:t>Свій лен. А я ж піду на Карла в Ахен.&lt;br /&gt;</w:t>
        <w:br/>
        <w:t>Хай біля ніг моїх пощади просить&lt;br /&gt;</w:t>
        <w:br/>
        <w:t>И Христового зречеться він закону,&lt;br /&gt;</w:t>
        <w:br/>
        <w:t>Інакше з голови зірву корону!"&lt;br /&gt;</w:t>
        <w:br/>
        <w:t>Невірні кажуть: "Сіре, правда ваша!"</w:t>
      </w:r>
    </w:p>
    <w:p>
      <w:r>
        <w:br/>
        <w:t>194&lt;br /&gt;</w:t>
        <w:br/>
        <w:t>Продовжив Балігант: "Отож на коней!&lt;br /&gt;</w:t>
        <w:br/>
        <w:t>Я віддаю вам жезл і рукавицю!"&lt;br /&gt;</w:t>
        <w:br/>
        <w:t>Відповіли: "Все зробим як належить!"&lt;br /&gt;</w:t>
        <w:br/>
        <w:t>Пішли наметом, ось вже Сарагоса.&lt;br /&gt;</w:t>
        <w:br/>
        <w:t>Минули десять брам, мости чотири&lt;br /&gt;</w:t>
        <w:br/>
        <w:t>І вулицями клуса проскакали.&lt;br /&gt;</w:t>
        <w:br/>
        <w:t>В горішнім місті посланці почули&lt;br /&gt;</w:t>
        <w:br/>
        <w:t>Великий гомін в царському палаці.&lt;br /&gt;</w:t>
        <w:br/>
        <w:t>Багато там зібралося невірних,&lt;br /&gt;</w:t>
        <w:br/>
        <w:t>Від туги плачуть, люто проклинають&lt;br /&gt;</w:t>
        <w:br/>
        <w:t>Богів — і Магомета, й Тервагана,&lt;br /&gt;</w:t>
        <w:br/>
        <w:t>І Аполліна, що не помогли їм.&lt;br /&gt;</w:t>
        <w:br/>
        <w:t>Кричали: "Горе нам! Боги підступні&lt;br /&gt;</w:t>
        <w:br/>
        <w:t>Покинули нас у лиху годину!&lt;br /&gt;</w:t>
        <w:br/>
        <w:t>Марсілій-цар не може воювати,&lt;br /&gt;</w:t>
        <w:br/>
        <w:t>Бо без правиці він — Роланда мітка,&lt;br /&gt;</w:t>
        <w:br/>
        <w:t>Загинув вчора Джурфален Білявий,&lt;br /&gt;</w:t>
        <w:br/>
        <w:t>І вся Іспанія в полон потрапить!"&lt;br /&gt;</w:t>
        <w:br/>
        <w:t>Зійшли посланці з коней біля ґанку.</w:t>
      </w:r>
    </w:p>
    <w:p>
      <w:r>
        <w:br/>
        <w:t>195&lt;br /&gt;</w:t>
        <w:br/>
        <w:t>Посли зійшли із сідел в тінь оливи,&lt;br /&gt;</w:t>
        <w:br/>
        <w:t>їх коней маври взяли за вуздечки.&lt;br /&gt;</w:t>
        <w:br/>
        <w:t>Тримаючи плащів широких поли,&lt;br /&gt;</w:t>
        <w:br/>
        <w:t>Посланники по сходах піднялися&lt;br /&gt;</w:t>
        <w:br/>
        <w:t>В покої царські, в залу зі склепінням,&lt;br /&gt;</w:t>
        <w:br/>
        <w:t>Вклонилися цареві шанобливо:&lt;br /&gt;</w:t>
        <w:br/>
        <w:t>"Хай Аполлін, наш всемогутній бог,&lt;br /&gt;</w:t>
        <w:br/>
        <w:t>І також Терваган та Магомет всевладний&lt;br /&gt;</w:t>
        <w:br/>
        <w:t>Дарують цьому дому всіх гараздів!"&lt;br /&gt;</w:t>
        <w:br/>
        <w:t>Та Брамімонда мовила: "Дурниці!&lt;br /&gt;</w:t>
        <w:br/>
        <w:t>Не варті ці боги ушанування,&lt;br /&gt;</w:t>
        <w:br/>
        <w:t>Бо послужили кепсько в Ронсевалі.&lt;br /&gt;</w:t>
        <w:br/>
        <w:t>Дозволили побити всіх баронів,&lt;br /&gt;</w:t>
        <w:br/>
        <w:t>Царя Марсілія ж так захищали,&lt;br /&gt;</w:t>
        <w:br/>
        <w:t>Що втратив він цілком свою правицю —&lt;br /&gt;</w:t>
        <w:br/>
        <w:t>Відсік її Роланд непереможний.&lt;br /&gt;</w:t>
        <w:br/>
        <w:t>Від франків маврам вже не врятуватись!&lt;br /&gt;</w:t>
        <w:br/>
        <w:t>Яка ж то я нещасна жінка! Краще&lt;br /&gt;</w:t>
        <w:br/>
        <w:t>Померти, щоб не бачити руїни!"&lt;br /&gt;</w:t>
        <w:br/>
        <w:t>Аой!</w:t>
      </w:r>
    </w:p>
    <w:p>
      <w:r>
        <w:br/>
        <w:t>196&lt;br /&gt;</w:t>
        <w:br/>
        <w:t>Клар'єн сказав: "Не треба слів, царице!&lt;br /&gt;</w:t>
        <w:br/>
        <w:t>Бо ми — посли еміра Баліганта.&lt;br /&gt;</w:t>
        <w:br/>
        <w:t>Марсілію він обіцяє захист&lt;br /&gt;</w:t>
        <w:br/>
        <w:t>І посилає жезл свій й рукавицю.&lt;br /&gt;</w:t>
        <w:br/>
        <w:t>На Ебро тисячі чотири суден —&lt;br /&gt;</w:t>
        <w:br/>
        <w:t>Дромонів і галер, і барків скорих,&lt;br /&gt;</w:t>
        <w:br/>
        <w:t>А скільки нефів там — злічить не можна!&lt;br /&gt;</w:t>
        <w:br/>
        <w:t>Емір багатий дуже і могутній.&lt;br /&gt;</w:t>
        <w:br/>
        <w:t>У Франції наздожене він Карла&lt;br /&gt;</w:t>
        <w:br/>
        <w:t>І схопить короля — живим чи мертвим".&lt;br /&gt;</w:t>
        <w:br/>
        <w:t>Відповіла цариця: "От зухвальство!&lt;br /&gt;</w:t>
        <w:br/>
        <w:t>Та франків вам шукать не доведеться,&lt;br /&gt;</w:t>
        <w:br/>
        <w:t>Вже сім років вони у нашім краї,&lt;br /&gt;</w:t>
        <w:br/>
        <w:t>І годі з королем їх вам змагаться,&lt;br /&gt;</w:t>
        <w:br/>
        <w:t>Він воїн справжній, не боїться смерті,&lt;br /&gt;</w:t>
        <w:br/>
        <w:t>У порівнянні з ним царі — хлопчиська!&lt;br /&gt;</w:t>
        <w:br/>
        <w:t>Здолать його не зможе жоден смертний!"</w:t>
      </w:r>
    </w:p>
    <w:p>
      <w:r>
        <w:br/>
        <w:t>197&lt;br /&gt;</w:t>
        <w:br/>
        <w:t>"Облиште спір! — тоді сказав Марсілій. —&lt;br /&gt;</w:t>
        <w:br/>
        <w:t>Сеньйори, ви зі мною розмовляйте.&lt;br /&gt;</w:t>
        <w:br/>
        <w:t>Ви бачите, помру я незабаром.&lt;br /&gt;</w:t>
        <w:br/>
        <w:t>У мене ні дочки, ні спадкоємця.&lt;br /&gt;</w:t>
        <w:br/>
        <w:t>Був син чудовий, вчора він убитий.&lt;br /&gt;</w:t>
        <w:br/>
        <w:t>Скажіть еміру, хай сюди прибуде.&lt;br /&gt;</w:t>
        <w:br/>
        <w:t>Він має всі права на трон іспанський,&lt;br /&gt;</w:t>
        <w:br/>
        <w:t>Я все зроблю, чого не зажадає,&lt;br /&gt;</w:t>
        <w:br/>
        <w:t>Аби він захистив мій край від франків.&lt;br /&gt;</w:t>
        <w:br/>
        <w:t>А щодо Карла, дам хорошу раду,&lt;br /&gt;</w:t>
        <w:br/>
        <w:t>І через місяць він його здолає.&lt;br /&gt;</w:t>
        <w:br/>
        <w:t>Еміру ж дайте ключ від Сарагоси.&lt;br /&gt;</w:t>
        <w:br/>
        <w:t>Хай вірить нам й назад не повертає!"&lt;br /&gt;</w:t>
        <w:br/>
        <w:t>Посли відповіли: "От царське слово!"&lt;br /&gt;</w:t>
        <w:br/>
        <w:t>Аой!</w:t>
      </w:r>
    </w:p>
    <w:p>
      <w:r>
        <w:br/>
        <w:t>198&lt;br /&gt;</w:t>
        <w:br/>
        <w:t>А цар продовжив: "Імператор франкський&lt;br /&gt;</w:t>
        <w:br/>
        <w:t>Людей моїх побив й спустошив землі,&lt;br /&gt;</w:t>
        <w:br/>
        <w:t>Міста мої пограбував і знищив.&lt;br /&gt;</w:t>
        <w:br/>
        <w:t>В цю ніч він табором став понад Ебро —&lt;br /&gt;</w:t>
        <w:br/>
        <w:t>Це звідсіля сім льє лише приблизно.&lt;br /&gt;</w:t>
        <w:br/>
        <w:t>Скажіть еміру, щоб своє він військо&lt;br /&gt;</w:t>
        <w:br/>
        <w:t>Привів і спішно готувавсь до битви".&lt;br /&gt;</w:t>
        <w:br/>
        <w:t>Цар передав і ключ від Сарагоси.&lt;br /&gt;</w:t>
        <w:br/>
        <w:t>З пошаною посли вклонились мовчки&lt;br /&gt;</w:t>
        <w:br/>
        <w:t>І в путь зворотну вирушили хутко.</w:t>
      </w:r>
    </w:p>
    <w:p>
      <w:r>
        <w:br/>
        <w:t>199&lt;br /&gt;</w:t>
        <w:br/>
        <w:t>І от посли на коней посідали&lt;br /&gt;</w:t>
        <w:br/>
        <w:t>Та вмить помчали до міської брами.&lt;br /&gt;</w:t>
        <w:br/>
        <w:t>Стурбовані, йдуть до еміра швидко,&lt;br /&gt;</w:t>
        <w:br/>
        <w:t>Передають і ключ від Сарагоси.&lt;br /&gt;</w:t>
        <w:br/>
        <w:t>А Балігант спитав: "Ну як там справи?&lt;br /&gt;</w:t>
        <w:br/>
        <w:t>І де Марсілій? Я ж його покликав!"&lt;br /&gt;</w:t>
        <w:br/>
        <w:t>Клар'єн сказав: "Поранений смертельно!&lt;br /&gt;</w:t>
        <w:br/>
        <w:t>Карл повертавсь до Франції-красуні&lt;br /&gt;</w:t>
        <w:br/>
        <w:t>І подолав учора всі проходи.&lt;br /&gt;</w:t>
        <w:br/>
        <w:t>Залишив ар'єргард для охорони...&lt;br /&gt;</w:t>
        <w:br/>
        <w:t>А з ним племінника Роланда, графа,&lt;br /&gt;</w:t>
        <w:br/>
        <w:t>І Олів'єра, і ще десять перів,&lt;br /&gt;</w:t>
        <w:br/>
        <w:t>Озброєний загін у двадцять тисяч.&lt;br /&gt;</w:t>
        <w:br/>
        <w:t>Марсілій-цар почав із ними битву.&lt;br /&gt;</w:t>
        <w:br/>
        <w:t>На полі бою з ним Роланд зустрівся&lt;br /&gt;</w:t>
        <w:br/>
        <w:t>И мечем своїм, булатним Дюрандалем,&lt;br /&gt;</w:t>
        <w:br/>
        <w:t>Правицю відрубав царю дощенту,&lt;br /&gt;</w:t>
        <w:br/>
        <w:t>Убив Марсілієвого спадкоємця&lt;br /&gt;</w:t>
        <w:br/>
        <w:t>І всіх баронів, що були з ним разом.&lt;br /&gt;</w:t>
        <w:br/>
        <w:t>Не маючи вже сил чинити опір,&lt;br /&gt;</w:t>
        <w:br/>
        <w:t>Марсілій втік, король за ним пігнався.&lt;br /&gt;</w:t>
        <w:br/>
        <w:t>Тепер цар просить вас прийти на поміч&lt;br /&gt;</w:t>
        <w:br/>
        <w:t>И передає під владу край іспанський".&lt;br /&gt;</w:t>
        <w:br/>
        <w:t>Замислився тут Балігант надовго.&lt;br /&gt;</w:t>
        <w:br/>
        <w:t>Засумував і ледь не збожеволів.&lt;br /&gt;</w:t>
        <w:br/>
        <w:t>Аой!</w:t>
      </w:r>
    </w:p>
    <w:p>
      <w:r>
        <w:br/>
        <w:t>200&lt;br /&gt;</w:t>
        <w:br/>
        <w:t>"Еміре любий наш! — Клар'єн промовив, —&lt;br /&gt;</w:t>
        <w:br/>
        <w:t>Учора стався бій у Ронсевалі.&lt;br /&gt;</w:t>
        <w:br/>
        <w:t>І граф Роланд, і Олів'єр там впали,&lt;br /&gt;</w:t>
        <w:br/>
        <w:t>Звитяжні всі дванадцять перів, Карла&lt;br /&gt;</w:t>
        <w:br/>
        <w:t>Улюбленців, і двадцять тисяч франків.&lt;br /&gt;</w:t>
        <w:br/>
        <w:t>Та цар Марсілій втратив праву руку,&lt;br /&gt;</w:t>
        <w:br/>
        <w:t>Король погнавсь за ним, помстивсь жорстоко,&lt;br /&gt;</w:t>
        <w:br/>
        <w:t>Не залишивши вояка живого.&lt;br /&gt;</w:t>
        <w:br/>
        <w:t>Всіх маврів вбив чи потопив у Ебро.&lt;br /&gt;</w:t>
        <w:br/>
        <w:t>І там, на березі, став табір франків.&lt;br /&gt;</w:t>
        <w:br/>
        <w:t>Від нас мала їх відділяє відстань,&lt;br /&gt;</w:t>
        <w:br/>
        <w:t>І франкам відступати буде важко".&lt;br /&gt;</w:t>
        <w:br/>
        <w:t>Погордливо емір на нього глянув,&lt;br /&gt;</w:t>
        <w:br/>
        <w:t>Слова Клар'єна повернули радість.&lt;br /&gt;</w:t>
        <w:br/>
        <w:t>Підвівсь на ноги Балігант і крикнув:&lt;br /&gt;</w:t>
        <w:br/>
        <w:t>"Рушаймо в путь! Острожте хутко коней!&lt;br /&gt;</w:t>
        <w:br/>
        <w:t>Старезний Карл, мабуть, не схаменувся,&lt;br /&gt;</w:t>
        <w:br/>
        <w:t>І пощастить його нам наздогнати.&lt;br /&gt;</w:t>
        <w:br/>
        <w:t>Я за Марсілія помщусь сьогодні ж,&lt;br /&gt;</w:t>
        <w:br/>
        <w:t>І головою сплатить Карл за руку!"</w:t>
      </w:r>
    </w:p>
    <w:p>
      <w:r>
        <w:br/>
        <w:t>201&lt;br /&gt;</w:t>
        <w:br/>
        <w:t>Із кораблів язичники спустились,&lt;br /&gt;</w:t>
        <w:br/>
        <w:t>Сідають хто на коней, хто на мулів,&lt;br /&gt;</w:t>
        <w:br/>
        <w:t>Клусують враз — такий наказ еміра.&lt;br /&gt;</w:t>
        <w:br/>
        <w:t>А Балігант покликав Джемальфіна,&lt;br /&gt;</w:t>
        <w:br/>
        <w:t>Близького друга, й каже: "Друже любий,&lt;br /&gt;</w:t>
        <w:br/>
        <w:t>Бери все військо і керуй ним вправно!"&lt;br /&gt;</w:t>
        <w:br/>
        <w:t>Сів на коня свого він вороного,&lt;br /&gt;</w:t>
        <w:br/>
        <w:t>З собою взяв ще чотирьох придворних,&lt;br /&gt;</w:t>
        <w:br/>
        <w:t>І вмить попрямував до Сарагоси.&lt;br /&gt;</w:t>
        <w:br/>
        <w:t>Зійшов з сідла на мармурові плити,&lt;br /&gt;</w:t>
        <w:br/>
        <w:t>Четвірка графів стремена тримала.&lt;br /&gt;</w:t>
        <w:br/>
        <w:t>Іде по сходах, що ведуть до зали.&lt;br /&gt;</w:t>
        <w:br/>
        <w:t>До нього підбігає Брамімонда,&lt;br /&gt;</w:t>
        <w:br/>
        <w:t>Кричить: "Біда! Нещасна я до краю!&lt;br /&gt;</w:t>
        <w:br/>
        <w:t>Ганьба мені, якщо сеньйор сконає!"&lt;br /&gt;</w:t>
        <w:br/>
        <w:t>І падає. Емір її підводить,&lt;br /&gt;</w:t>
        <w:br/>
        <w:t>Удвох, засмучені, ввійшли у залу.&lt;br /&gt;</w:t>
        <w:br/>
        <w:t>Аой!</w:t>
      </w:r>
    </w:p>
    <w:p>
      <w:r>
        <w:br/>
        <w:t>202&lt;br /&gt;</w:t>
        <w:br/>
        <w:t>Побачив цар Марсілій Баліганта,&lt;br /&gt;</w:t>
        <w:br/>
        <w:t>Покликав двох своїх придворних дужих:&lt;br /&gt;</w:t>
        <w:br/>
        <w:t>"Зведіть мене і посадіть у крісло!"&lt;br /&gt;</w:t>
        <w:br/>
        <w:t>Взяв лівою рукою рукавицю,&lt;br /&gt;</w:t>
        <w:br/>
        <w:t>Говорить: "Сіре мій, це вам вручаю&lt;br /&gt;</w:t>
        <w:br/>
        <w:t>На знак, що вам передаю всі землі,&lt;br /&gt;</w:t>
        <w:br/>
        <w:t>І Сарагосу, всі мої багатства.&lt;br /&gt;</w:t>
        <w:br/>
        <w:t>Я ж сам загинув, як моє все військо!"&lt;br /&gt;</w:t>
        <w:br/>
        <w:t>На те емір: "Біль крає наше серце,&lt;br /&gt;</w:t>
        <w:br/>
        <w:t>Але не можу тут я залишатись,&lt;br /&gt;</w:t>
        <w:br/>
        <w:t>Бо ще повинен поквитатись з Карлом.&lt;br /&gt;</w:t>
        <w:br/>
        <w:t>Та вашу рукавицю я приймаю!"&lt;br /&gt;</w:t>
        <w:br/>
        <w:t>Не втримавсь і заплакав безутішно.&lt;br /&gt;</w:t>
        <w:br/>
        <w:t>Спускається він сходами палацу,&lt;br /&gt;</w:t>
        <w:br/>
        <w:t>Сідає на коня і мчить до війська.&lt;br /&gt;</w:t>
        <w:br/>
        <w:t>І прибува раніше всіх загонів,&lt;br /&gt;</w:t>
        <w:br/>
        <w:t>І раз у раз заклично галасує:&lt;br /&gt;</w:t>
        <w:br/>
        <w:t>"Тікають франки! Не жалійте коней!"&lt;br /&gt;</w:t>
        <w:br/>
        <w:t>Аой!</w:t>
      </w:r>
    </w:p>
    <w:p>
      <w:r>
        <w:br/>
        <w:t>ПЛАЧ КАРЛА&lt;br /&gt;</w:t>
        <w:br/>
        <w:t>203&lt;br /&gt;</w:t>
        <w:br/>
        <w:t>Коли зоря послала перший промінь,&lt;br /&gt;</w:t>
        <w:br/>
        <w:t>Прокинувся король, володар франків.&lt;br /&gt;</w:t>
        <w:br/>
        <w:t>Посланник Божий, Гавриїл-архангел&lt;br /&gt;</w:t>
        <w:br/>
        <w:t>Перехрестив могутнього монарха.&lt;br /&gt;</w:t>
        <w:br/>
        <w:t>Король підвівся, скинув хутко зброю,&lt;br /&gt;</w:t>
        <w:br/>
        <w:t>Так само піддані його зробили.&lt;br /&gt;</w:t>
        <w:br/>
        <w:t>На коней посідали і помчали&lt;br /&gt;</w:t>
        <w:br/>
        <w:t>Великим шляхом і широким долом,&lt;br /&gt;</w:t>
        <w:br/>
        <w:t>Вертаючись до згубної місцини,&lt;br /&gt;</w:t>
        <w:br/>
        <w:t>До поля битви в клятім Ронсевалі.&lt;br /&gt;</w:t>
        <w:br/>
        <w:t>Аой!</w:t>
      </w:r>
    </w:p>
    <w:p>
      <w:r>
        <w:br/>
        <w:t>204&lt;br /&gt;</w:t>
        <w:br/>
        <w:t>До Ронсеваля франки враз дістались,&lt;br /&gt;</w:t>
        <w:br/>
        <w:t>Король побачив вбитих і заплакав,&lt;br /&gt;</w:t>
        <w:br/>
        <w:t>Звернувсь до вояків: "Кроки сповільніть,&lt;br /&gt;</w:t>
        <w:br/>
        <w:t>А я вперед поїду полем ратним,&lt;br /&gt;</w:t>
        <w:br/>
        <w:t>Бо хочу розшукати сам Роланда.&lt;br /&gt;</w:t>
        <w:br/>
        <w:t>Одного дня на святі в місті Ахен&lt;br /&gt;</w:t>
        <w:br/>
        <w:t>Всі лицарі боями похвалялись,&lt;br /&gt;</w:t>
        <w:br/>
        <w:t>Хто і в яких бував, страшних і лютих.&lt;br /&gt;</w:t>
        <w:br/>
        <w:t>Тоді почув присягу я Роланда:&lt;br /&gt;</w:t>
        <w:br/>
        <w:t>Якщо колись на чужині загине,&lt;br /&gt;</w:t>
        <w:br/>
        <w:t>То першим серед перів, вояків всіх,&lt;br /&gt;</w:t>
        <w:br/>
        <w:t>Лежатиме лицем до ворогів він,&lt;br /&gt;</w:t>
        <w:br/>
        <w:t>Своє життя скінчить як переможець".&lt;br /&gt;</w:t>
        <w:br/>
        <w:t>Король пройшов не далі льоту списа&lt;br /&gt;</w:t>
        <w:br/>
        <w:t>І першим серед всіх піднявсь на пагорб.</w:t>
      </w:r>
    </w:p>
    <w:p>
      <w:r>
        <w:br/>
        <w:t>205&lt;br /&gt;</w:t>
        <w:br/>
        <w:t>Коли король пішов шукать небожа,&lt;br /&gt;</w:t>
        <w:br/>
        <w:t>Побачив на лужку червоні квіти —&lt;br /&gt;</w:t>
        <w:br/>
        <w:t>То кров була на них загиблих франків.&lt;br /&gt;</w:t>
        <w:br/>
        <w:t>Розчулившись, володар знов заплакав.&lt;br /&gt;</w:t>
        <w:br/>
        <w:t>Ось пагорб, тінь дерев двох. Карл побачив&lt;br /&gt;</w:t>
        <w:br/>
        <w:t>Сліди на брилах від меча ударів&lt;br /&gt;</w:t>
        <w:br/>
        <w:t>И племінника на мураві прим'ятій.&lt;br /&gt;</w:t>
        <w:br/>
        <w:t>Пройняла знов скорбота безутішна&lt;br /&gt;</w:t>
        <w:br/>
        <w:t>Карлову душу. Зсів з коня, підходить,&lt;br /&gt;</w:t>
        <w:br/>
        <w:t>Руками графа міцно обіймає&lt;br /&gt;</w:t>
        <w:br/>
        <w:t>І, горем сповнений, сам зомліває.</w:t>
      </w:r>
    </w:p>
    <w:p>
      <w:r>
        <w:br/>
        <w:t>206&lt;br /&gt;</w:t>
        <w:br/>
        <w:t>Отямивсь Імператор. Герцог Найм,&lt;br /&gt;</w:t>
        <w:br/>
        <w:t>Джефрейт д'Анжу і брат його Тьєррі,&lt;br /&gt;</w:t>
        <w:br/>
        <w:t>Граф Ацелін взяли тихенько Карла&lt;br /&gt;</w:t>
        <w:br/>
        <w:t>І до сосни дбайливо притулили.&lt;br /&gt;</w:t>
        <w:br/>
        <w:t>Король над тілом небожа горює,&lt;br /&gt;</w:t>
        <w:br/>
        <w:t>Ридає, повен тугою, сумує:&lt;br /&gt;</w:t>
        <w:br/>
        <w:t>"Хай Бог тебе простить, Роланде-друже!&lt;br /&gt;</w:t>
        <w:br/>
        <w:t>Не бачив світ таких, як ти, героїв,&lt;br /&gt;</w:t>
        <w:br/>
        <w:t>Щоб бились так і битви вигравали!&lt;br /&gt;</w:t>
        <w:br/>
        <w:t>З тобою вмерли честь моя і слава!"&lt;br /&gt;</w:t>
        <w:br/>
        <w:t>Карл знов не витримав і знепритомнів.&lt;br /&gt;</w:t>
        <w:br/>
        <w:t>Аой!</w:t>
      </w:r>
    </w:p>
    <w:p>
      <w:r>
        <w:br/>
        <w:t>207&lt;br /&gt;</w:t>
        <w:br/>
        <w:t>До тями повернувсь король помалу.&lt;br /&gt;</w:t>
        <w:br/>
        <w:t>Він на руках у чотирьох баронів.&lt;br /&gt;</w:t>
        <w:br/>
        <w:t>Знов на Роланда із любов'ю глянув:&lt;br /&gt;</w:t>
        <w:br/>
        <w:t>Міцний на вигляд, та лице безкровне,&lt;br /&gt;</w:t>
        <w:br/>
        <w:t>Померкли очі: їх пітьма укрила.&lt;br /&gt;</w:t>
        <w:br/>
        <w:t>І знову в тугу вдався Імператор:&lt;br /&gt;</w:t>
        <w:br/>
        <w:t>"Хай Бог пошле твою шляхетну душу&lt;br /&gt;</w:t>
        <w:br/>
        <w:t>У Рай квітучий зі святими, друже!&lt;br /&gt;</w:t>
        <w:br/>
        <w:t>В Іспанію прийшов собі на горе!&lt;br /&gt;</w:t>
        <w:br/>
        <w:t>Тепер день в день страждатиму без тебе...&lt;br /&gt;</w:t>
        <w:br/>
        <w:t>Що ж, вичерпані мої міць і слава!&lt;br /&gt;</w:t>
        <w:br/>
        <w:t>На кого, як раніше, я зіпруся?&lt;br /&gt;</w:t>
        <w:br/>
        <w:t>Не стало друга справжнього під небом.&lt;br /&gt;</w:t>
        <w:br/>
        <w:t>Ніхто з рідні не зможе замінити!"&lt;br /&gt;</w:t>
        <w:br/>
        <w:t>Могутній Карл волосся рве в розпуці...&lt;br /&gt;</w:t>
        <w:br/>
        <w:t>Сто тисяч франків пройнялися жалем,&lt;br /&gt;</w:t>
        <w:br/>
        <w:t>І жодний з них не втримався від плачу.&lt;br /&gt;</w:t>
        <w:br/>
        <w:t>Аой!</w:t>
      </w:r>
    </w:p>
    <w:p>
      <w:r>
        <w:br/>
        <w:t>208&lt;br /&gt;</w:t>
        <w:br/>
        <w:t>"Роланде, друже! Повернусь додому&lt;br /&gt;</w:t>
        <w:br/>
        <w:t>В Лаоні буду, у своїх покоях,&lt;br /&gt;</w:t>
        <w:br/>
        <w:t>З усіх країв прибудуть іноземці,&lt;br /&gt;</w:t>
        <w:br/>
        <w:t>Спитають: "Де Роланд?Де славний лицар?"&lt;br /&gt;</w:t>
        <w:br/>
        <w:t>Скажу: "Він у Іспанії загинув!"&lt;br /&gt;</w:t>
        <w:br/>
        <w:t>Як правити без тебе, побратиме?&lt;br /&gt;</w:t>
        <w:br/>
        <w:t>Не буде й дня без смутку, без жалоби".</w:t>
      </w:r>
    </w:p>
    <w:p>
      <w:r>
        <w:br/>
        <w:t>209&lt;br /&gt;</w:t>
        <w:br/>
        <w:t>"Роланде, друже! Хлопче мій сердечний!&lt;br /&gt;</w:t>
        <w:br/>
        <w:t>Коли знов буду в Ахені, в соборі,&lt;br /&gt;</w:t>
        <w:br/>
        <w:t>Приходитимуть люди по новини.&lt;br /&gt;</w:t>
        <w:br/>
        <w:t>Я розповім їм про сумні й жахливі.&lt;br /&gt;</w:t>
        <w:br/>
        <w:t>Нема Роланда, що країв нам стільки&lt;br /&gt;</w:t>
        <w:br/>
        <w:t>Мечем здобув. Тепер на нас угорці,&lt;br /&gt;</w:t>
        <w:br/>
        <w:t>Болгари, сакси стануть зазіхати.&lt;br /&gt;</w:t>
        <w:br/>
        <w:t>Повстануть Рим, і Пулья, і Палермо,&lt;br /&gt;</w:t>
        <w:br/>
        <w:t>Та з Африки народи, з Каліферни.&lt;br /&gt;</w:t>
        <w:br/>
        <w:t>І з кожним днем все більше буде скрути.&lt;br /&gt;</w:t>
        <w:br/>
        <w:t>Хто поведе мої війська так вправно,&lt;br /&gt;</w:t>
        <w:br/>
        <w:t>Як ти, Роланде, воїне звитяжний?&lt;br /&gt;</w:t>
        <w:br/>
        <w:t>Красуне-Франціє! Пустелею ти стала!&lt;br /&gt;</w:t>
        <w:br/>
        <w:t>Така страшна утрата — смерть не гірша!"&lt;br /&gt;</w:t>
        <w:br/>
        <w:t>Рве сиву бороду король нещасний&lt;br /&gt;</w:t>
        <w:br/>
        <w:t>І вириває кучері нестямно.&lt;br /&gt;</w:t>
        <w:br/>
        <w:t>Сто тисяч франків разом з ним ридають.</w:t>
      </w:r>
    </w:p>
    <w:p>
      <w:r>
        <w:br/>
        <w:t>210&lt;br /&gt;</w:t>
        <w:br/>
        <w:t>"Хай Бог тебе простить, Роланде, друже!&lt;br /&gt;</w:t>
        <w:br/>
        <w:t>Твою пошле хай душу в Рай блаженний!&lt;br /&gt;</w:t>
        <w:br/>
        <w:t>Убивця твій зганьбив і честь вітчизни.&lt;br /&gt;</w:t>
        <w:br/>
        <w:t>Яке нещастя! Сам волів би вмерти!&lt;br /&gt;</w:t>
        <w:br/>
        <w:t>За мене помирають кращі з кращих.&lt;br /&gt;</w:t>
        <w:br/>
        <w:t>Благаю, Боже, син Марії-діви:&lt;br /&gt;</w:t>
        <w:br/>
        <w:t>Перш ніж дійду я до проходів Сізри,&lt;br /&gt;</w:t>
        <w:br/>
        <w:t>Візьми мою ти грішну душу з тіла,&lt;br /&gt;</w:t>
        <w:br/>
        <w:t>Для мене краще з друзями лежати,&lt;br /&gt;</w:t>
        <w:br/>
        <w:t>Хай тіло поруч з ними поховають".&lt;br /&gt;</w:t>
        <w:br/>
        <w:t>Ридаючи, знов бороду рве сиву...&lt;br /&gt;</w:t>
        <w:br/>
        <w:t>А герцог Найм: "Як гірко Карл сумує!"&lt;br /&gt;</w:t>
        <w:br/>
        <w:t>Аой!</w:t>
      </w:r>
    </w:p>
    <w:p>
      <w:r>
        <w:br/>
        <w:t>211&lt;br /&gt;</w:t>
        <w:br/>
        <w:t>"Королю мій! — сказав Джефрейт Анжуйський, —&lt;br /&gt;</w:t>
        <w:br/>
        <w:t>Тепер не час так страшно побиватись.&lt;br /&gt;</w:t>
        <w:br/>
        <w:t>Звеліть шукати франків на всім полі,&lt;br /&gt;</w:t>
        <w:br/>
        <w:t>Убитих маврами в запеклій битві.&lt;br /&gt;</w:t>
        <w:br/>
        <w:t>Хай всі тіла знесуть, могили риють".&lt;br /&gt;</w:t>
        <w:br/>
        <w:t>Карл відповів: "То правда! Грайте в сурми!"&lt;br /&gt;</w:t>
        <w:br/>
        <w:t>Аой!</w:t>
      </w:r>
    </w:p>
    <w:p>
      <w:r>
        <w:br/>
        <w:t>212&lt;br /&gt;</w:t>
        <w:br/>
        <w:t>Джефрейт д'Анжу в ріг засурмив свій гучно,&lt;br /&gt;</w:t>
        <w:br/>
        <w:t>І за наказом Карла франки разом&lt;br /&gt;</w:t>
        <w:br/>
        <w:t>Заходились шукати серед мертвих&lt;br /&gt;</w:t>
        <w:br/>
        <w:t>Соратників і зносити докупи.&lt;br /&gt;</w:t>
        <w:br/>
        <w:t>Було багато там єпископів, абатів,&lt;br /&gt;</w:t>
        <w:br/>
        <w:t>Ченців, каноників, а ще й прелатів,&lt;br /&gt;</w:t>
        <w:br/>
        <w:t>Які гріхи з загиблих познімали,&lt;br /&gt;</w:t>
        <w:br/>
        <w:t>Дали відпущення в ім'я Господнє.&lt;br /&gt;</w:t>
        <w:br/>
        <w:t>Над ними мірру й фіміам курили&lt;br /&gt;</w:t>
        <w:br/>
        <w:t>І ладаном навколо тіл кадили,&lt;br /&gt;</w:t>
        <w:br/>
        <w:t>А потім з почестями поховали.&lt;br /&gt;</w:t>
        <w:br/>
        <w:t>Зробили, що могли. Там і лишили.&lt;br /&gt;</w:t>
        <w:br/>
        <w:t>Аой!</w:t>
      </w:r>
    </w:p>
    <w:p>
      <w:r>
        <w:br/>
        <w:t>213&lt;br /&gt;</w:t>
        <w:br/>
        <w:t>Карл наказав Роланда не ховати,&lt;br /&gt;</w:t>
        <w:br/>
        <w:t>Лишити й Олів'єра та Турпіна.&lt;br /&gt;</w:t>
        <w:br/>
        <w:t>Ось перед ним простерті їхні трупи.&lt;br /&gt;</w:t>
        <w:br/>
        <w:t>Зібрали їх серця в хустки шовкові&lt;br /&gt;</w:t>
        <w:br/>
        <w:t>И поклали в саркофаги мармурові.&lt;br /&gt;</w:t>
        <w:br/>
        <w:t>Тіла баронів бережно обмили&lt;br /&gt;</w:t>
        <w:br/>
        <w:t>Настоєм з перцю і вином червоним,&lt;br /&gt;</w:t>
        <w:br/>
        <w:t>Дбайливо в шкури з оленів зашили.&lt;br /&gt;</w:t>
        <w:br/>
        <w:t>Король звелів Тедбальту з Джебоїном,&lt;br /&gt;</w:t>
        <w:br/>
        <w:t>Мілону-графу і Одону: "Везти&lt;br /&gt;</w:t>
        <w:br/>
        <w:t>На трьох візках шляхами обережно!"&lt;br /&gt;</w:t>
        <w:br/>
        <w:t>Покрили їх тіла галацьким шовком.&lt;br /&gt;</w:t>
        <w:br/>
        <w:t>Аой!</w:t>
      </w:r>
    </w:p>
    <w:p>
      <w:r>
        <w:br/>
        <w:t>ГОТУВАННЯ ФРАНКІВ ДО БИТВИ&lt;br /&gt;</w:t>
        <w:br/>
        <w:t>214&lt;br /&gt;</w:t>
        <w:br/>
        <w:t>В зворотну путь зібрався Імператор,&lt;br /&gt;</w:t>
        <w:br/>
        <w:t>Коли з'явився авангард ворожий.&lt;br /&gt;</w:t>
        <w:br/>
        <w:t>Два вісника від нього відділились,&lt;br /&gt;</w:t>
        <w:br/>
        <w:t>Ім'ям еміра битись викликають:&lt;br /&gt;</w:t>
        <w:br/>
        <w:t>"Король пихатий, не втечеш од нас ти!&lt;br /&gt;</w:t>
        <w:br/>
        <w:t>Емір наш Балігант тут зараз буде,&lt;br /&gt;</w:t>
        <w:br/>
        <w:t>Арабські вояки не знають страху,&lt;br /&gt;</w:t>
        <w:br/>
        <w:t>Твою сьогодні ж перевірим мужність!"&lt;br /&gt;</w:t>
        <w:br/>
        <w:t>Аой!&lt;br /&gt;</w:t>
        <w:br/>
        <w:t>За бороду Великий Карл схопився,&lt;br /&gt;</w:t>
        <w:br/>
        <w:t>Згадавши біль утрати і нещастя...&lt;br /&gt;</w:t>
        <w:br/>
        <w:t>На своє військо глянув гордовито,&lt;br /&gt;</w:t>
        <w:br/>
        <w:t>Ясним могутнім голосом закликав:&lt;br /&gt;</w:t>
        <w:br/>
        <w:t>"До зброї, франки! Хутко всі по конях!"&lt;br /&gt;</w:t>
        <w:br/>
        <w:t>Аой!</w:t>
      </w:r>
    </w:p>
    <w:p>
      <w:r>
        <w:br/>
        <w:t>215&lt;br /&gt;</w:t>
        <w:br/>
        <w:t>Великий Карл готується до бою.&lt;br /&gt;</w:t>
        <w:br/>
        <w:t>Важкий він панцир першим одягає,&lt;br /&gt;</w:t>
        <w:br/>
        <w:t>Узяв шолом і пристібнув Джойоза,&lt;br /&gt;</w:t>
        <w:br/>
        <w:t>Меча, який виблискує, мов сонце.&lt;br /&gt;</w:t>
        <w:br/>
        <w:t>На шию він підвісив щит джиронський,&lt;br /&gt;</w:t>
        <w:br/>
        <w:t>А в руку взяв надійний спис бландонський&lt;br /&gt;</w:t>
        <w:br/>
        <w:t>І сів на відданого Тансендюра,&lt;br /&gt;</w:t>
        <w:br/>
        <w:t>Коня, здобутого ще під Марсоном,&lt;br /&gt;</w:t>
        <w:br/>
        <w:t>Коли убив з Нарбонни Мальпаліна.&lt;br /&gt;</w:t>
        <w:br/>
        <w:t>Пускає поводи, коня острожить&lt;br /&gt;</w:t>
        <w:br/>
        <w:t>І мчить перед рядами тисяч франків.&lt;br /&gt;</w:t>
        <w:br/>
        <w:t>На поміч Бога зве й Петра із Рима.&lt;br /&gt;</w:t>
        <w:br/>
        <w:t>Аой!</w:t>
      </w:r>
    </w:p>
    <w:p>
      <w:r>
        <w:br/>
        <w:t>216&lt;br /&gt;</w:t>
        <w:br/>
        <w:t>До Карла в полі лицарі зійшлися&lt;br /&gt;</w:t>
        <w:br/>
        <w:t>Озброєні, їх понад сотні тисяч.&lt;br /&gt;</w:t>
        <w:br/>
        <w:t>Військовий обладунок око тішить,&lt;br /&gt;</w:t>
        <w:br/>
        <w:t>Баскі чудові коні, зброя сяє,&lt;br /&gt;</w:t>
        <w:br/>
        <w:t>А на списах штандарти різнобарвні.&lt;br /&gt;</w:t>
        <w:br/>
        <w:t>Вистрибують на коней легко й ловко,&lt;br /&gt;</w:t>
        <w:br/>
        <w:t>А ворог з'явиться — прожогом в битву.&lt;br /&gt;</w:t>
        <w:br/>
        <w:t>Побачив їх король й замилувався,&lt;br /&gt;</w:t>
        <w:br/>
        <w:t>Покликав Джозерана із Провансу&lt;br /&gt;</w:t>
        <w:br/>
        <w:t>І Найма-герцога, Ансельма із Майянса:&lt;br /&gt;</w:t>
        <w:br/>
        <w:t>"Хто не повірить в силу цього війська?&lt;br /&gt;</w:t>
        <w:br/>
        <w:t>Безумець той, хто зважиться з ним битись!&lt;br /&gt;</w:t>
        <w:br/>
        <w:t>Якщо араби не втечуть самі у страсі,&lt;br /&gt;</w:t>
        <w:br/>
        <w:t>То сплатять дорого за смерть Роланда!"&lt;br /&gt;</w:t>
        <w:br/>
        <w:t>Промовив Найм: "На все є Божа воля!"&lt;br /&gt;</w:t>
        <w:br/>
        <w:t>Аой!</w:t>
      </w:r>
    </w:p>
    <w:p>
      <w:r>
        <w:br/>
        <w:t>217&lt;br /&gt;</w:t>
        <w:br/>
        <w:t>Покликав Карл Рабеля, Гвінемана&lt;br /&gt;</w:t>
        <w:br/>
        <w:t>І гучно наказав своїм васалам:&lt;br /&gt;</w:t>
        <w:br/>
        <w:t>"Заступите Роланда й Олів'єра!&lt;br /&gt;</w:t>
        <w:br/>
        <w:t>Тримайте Дюрандаля й Оліфанта.&lt;br /&gt;</w:t>
        <w:br/>
        <w:t>Очолите ви військо в авангарді,&lt;br /&gt;</w:t>
        <w:br/>
        <w:t>Даю вам вояків п'ятнадцять тисяч,&lt;br /&gt;</w:t>
        <w:br/>
        <w:t>Бійців найбільш хоробрих і завзятих.&lt;br /&gt;</w:t>
        <w:br/>
        <w:t>Слідом за вами піде стільки ж війська,&lt;br /&gt;</w:t>
        <w:br/>
        <w:t>Його очолять Джебоїн з Лораном".&lt;br /&gt;</w:t>
        <w:br/>
        <w:t>Враз герцог Найм із графом Джозераном&lt;br /&gt;</w:t>
        <w:br/>
        <w:t>Шикують вояків у дві колони.&lt;br /&gt;</w:t>
        <w:br/>
        <w:t>Зустрінуть ворогів — почнеться сеча.&lt;br /&gt;</w:t>
        <w:br/>
        <w:t>Аой!</w:t>
      </w:r>
    </w:p>
    <w:p>
      <w:r>
        <w:br/>
        <w:t>218&lt;br /&gt;</w:t>
        <w:br/>
        <w:t>За першими двома полками франків&lt;br /&gt;</w:t>
        <w:br/>
        <w:t>Сформований був третій, трохи більший.&lt;br /&gt;</w:t>
        <w:br/>
        <w:t>У нього увійшли баварці мужні,&lt;br /&gt;</w:t>
        <w:br/>
        <w:t>Всього набралось їх зо двадцять тисяч,&lt;br /&gt;</w:t>
        <w:br/>
        <w:t>Вони із тих, хто не тікає з бою.&lt;br /&gt;</w:t>
        <w:br/>
        <w:t>Але нема миліших Карлу в світі,&lt;br /&gt;</w:t>
        <w:br/>
        <w:t>Ніж франки — царств могутні переможці.&lt;br /&gt;</w:t>
        <w:br/>
        <w:t>Очолив їх сміливий Одж'єр-Данець,&lt;br /&gt;</w:t>
        <w:br/>
        <w:t>В бій поведе він лицарів достойних.&lt;br /&gt;</w:t>
        <w:br/>
        <w:t>Аой!</w:t>
      </w:r>
    </w:p>
    <w:p>
      <w:r>
        <w:br/>
        <w:t>219&lt;br /&gt;</w:t>
        <w:br/>
        <w:t>Вже три полки завмерли перед Карлом.&lt;br /&gt;</w:t>
        <w:br/>
        <w:t>Збирає герцог Найм тепер четвертий,&lt;br /&gt;</w:t>
        <w:br/>
        <w:t>У ньому всі барони знатні й мужні,&lt;br /&gt;</w:t>
        <w:br/>
        <w:t>Із Алеманії прийшли до Карла.&lt;br /&gt;</w:t>
        <w:br/>
        <w:t>їх двадцять тисяч, з обладунком гарним,&lt;br /&gt;</w:t>
        <w:br/>
        <w:t>Чудові коні, зброя, одяг пишний,&lt;br /&gt;</w:t>
        <w:br/>
        <w:t>Скоріш загинуть, ніж залишать битву.&lt;br /&gt;</w:t>
        <w:br/>
        <w:t>їх командир — безстрашний герцог Герман&lt;br /&gt;</w:t>
        <w:br/>
        <w:t>Із Трації, помре, але не зрадить.&lt;br /&gt;</w:t>
        <w:br/>
        <w:t>Аой!</w:t>
      </w:r>
    </w:p>
    <w:p>
      <w:r>
        <w:br/>
        <w:t>220&lt;br /&gt;</w:t>
        <w:br/>
        <w:t>Граф Джозеран разом із літнім Наймом&lt;br /&gt;</w:t>
        <w:br/>
        <w:t>Створили вже і п'ятий полк з нормандців.&lt;br /&gt;</w:t>
        <w:br/>
        <w:t>їх двадцять тисяч, вояків безстрашних;&lt;br /&gt;</w:t>
        <w:br/>
        <w:t>Баскі в них коні та зразкова зброя,&lt;br /&gt;</w:t>
        <w:br/>
        <w:t>Нехтують смерть та не тікають з бою.&lt;br /&gt;</w:t>
        <w:br/>
        <w:t>Не бачив світ таких завзятих в січі.&lt;br /&gt;</w:t>
        <w:br/>
        <w:t>їх поведе у бій старий і сивий Ричард,&lt;br /&gt;</w:t>
        <w:br/>
        <w:t>Блискуче б'ється списом він разючим!&lt;br /&gt;</w:t>
        <w:br/>
        <w:t>Аой!</w:t>
      </w:r>
    </w:p>
    <w:p>
      <w:r>
        <w:br/>
        <w:t>221&lt;br /&gt;</w:t>
        <w:br/>
        <w:t>А шостий полк складався із бретонців,&lt;br /&gt;</w:t>
        <w:br/>
        <w:t>їх вже набралось понад сорок тисяч,&lt;br /&gt;</w:t>
        <w:br/>
        <w:t>І мчать вони, як лицарі надійні.&lt;br /&gt;</w:t>
        <w:br/>
        <w:t>Прямі списи, стрічки їх майоріють.&lt;br /&gt;</w:t>
        <w:br/>
        <w:t>Едон, барон їх, ватажок, покликав&lt;br /&gt;</w:t>
        <w:br/>
        <w:t>Тедбальта з Реймса, графа Нівелона,&lt;br /&gt;</w:t>
        <w:br/>
        <w:t>І третього — маркіза ще О дона:&lt;br /&gt;</w:t>
        <w:br/>
        <w:t>"Я довіряю вам. Ведіть дружини!"&lt;br /&gt;</w:t>
        <w:br/>
        <w:t>Аой!</w:t>
      </w:r>
    </w:p>
    <w:p>
      <w:r>
        <w:br/>
        <w:t>222&lt;br /&gt;</w:t>
        <w:br/>
        <w:t>Тож Імператор шість колон вже має.&lt;br /&gt;</w:t>
        <w:br/>
        <w:t>Тим часом герцог Найм складає сьому,&lt;br /&gt;</w:t>
        <w:br/>
        <w:t>В якій барони з Пуату й Оверні.&lt;br /&gt;</w:t>
        <w:br/>
        <w:t>Підрахували — їх тут сорок тисяч.&lt;br /&gt;</w:t>
        <w:br/>
        <w:t>В них справні коні та відмінна зброя,&lt;br /&gt;</w:t>
        <w:br/>
        <w:t>Тримаються окремо у лощинах.&lt;br /&gt;</w:t>
        <w:br/>
        <w:t>Правицею їх Карл благословляє.&lt;br /&gt;</w:t>
        <w:br/>
        <w:t>А поведуть полк Джозеран з Годсельмом.&lt;br /&gt;</w:t>
        <w:br/>
        <w:t>Аой!</w:t>
      </w:r>
    </w:p>
    <w:p>
      <w:r>
        <w:br/>
        <w:t>223&lt;br /&gt;</w:t>
        <w:br/>
        <w:t>Невтомний Найм вже восьмий полк формує&lt;br /&gt;</w:t>
        <w:br/>
        <w:t>З фламандців і баронів знатних Фризи.&lt;br /&gt;</w:t>
        <w:br/>
        <w:t>Всі вершники, їх також сорок тисяч,&lt;br /&gt;</w:t>
        <w:br/>
        <w:t>Ніхто ще їм не завдавав поразки.&lt;br /&gt;</w:t>
        <w:br/>
        <w:t>Король звелів: "Це буде полк резерву!"&lt;br /&gt;</w:t>
        <w:br/>
        <w:t>їх справжні лицарі очолять, мужні&lt;br /&gt;</w:t>
        <w:br/>
        <w:t>Барон Рембо й з Галісії Аймон.&lt;br /&gt;</w:t>
        <w:br/>
        <w:t>Аой!</w:t>
      </w:r>
    </w:p>
    <w:p>
      <w:r>
        <w:br/>
        <w:t>224&lt;br /&gt;</w:t>
        <w:br/>
        <w:t>Знов Найму Джозеран допомагає,&lt;br /&gt;</w:t>
        <w:br/>
        <w:t>Шикують вже загін дев'ятий з-поміж&lt;br /&gt;</w:t>
        <w:br/>
        <w:t>Сміливців лотаринзьких і бургундських.&lt;br /&gt;</w:t>
        <w:br/>
        <w:t>Набралось понад п'ятдесят їх тисяч,&lt;br /&gt;</w:t>
        <w:br/>
        <w:t>На конях, у шоломах та кольчугах,&lt;br /&gt;</w:t>
        <w:br/>
        <w:t>З товстими та короткими списами.&lt;br /&gt;</w:t>
        <w:br/>
        <w:t>Нехай тремтять араби войовничі,&lt;br /&gt;</w:t>
        <w:br/>
        <w:t>Напасти зважаться — собі на горе!&lt;br /&gt;</w:t>
        <w:br/>
        <w:t>Полк поведе Тьєррі — аргонський герцог.&lt;br /&gt;</w:t>
        <w:br/>
        <w:t>Аой!</w:t>
      </w:r>
    </w:p>
    <w:p>
      <w:r>
        <w:br/>
        <w:t>225&lt;br /&gt;</w:t>
        <w:br/>
        <w:t>Останній полк, десятий, весь із франків.&lt;br /&gt;</w:t>
        <w:br/>
        <w:t>Тут сотня тисяч кращих ратоборців.&lt;br /&gt;</w:t>
        <w:br/>
        <w:t>Могутні і статечні, гордовиті.&lt;br /&gt;</w:t>
        <w:br/>
        <w:t>їх голови і бороди вже сиві,&lt;br /&gt;</w:t>
        <w:br/>
        <w:t>У панцирах або в подвійних латах,&lt;br /&gt;</w:t>
        <w:br/>
        <w:t>Мечі у всіх французькі чи іспанські,&lt;br /&gt;</w:t>
        <w:br/>
        <w:t>Зі знаками щити їх пречудові,&lt;br /&gt;</w:t>
        <w:br/>
        <w:t>На коней посідали, рвуться в битву,&lt;br /&gt;</w:t>
        <w:br/>
        <w:t>І "Монжуа!" гримить, Карл спереду, як завжди&lt;br /&gt;</w:t>
        <w:br/>
        <w:t>Джефрейт д'Анжу тримає орифламу,&lt;br /&gt;</w:t>
        <w:br/>
        <w:t>Цей стяг Петра святого звавсь "Романа",&lt;br /&gt;</w:t>
        <w:br/>
        <w:t>Тепер змінив він назву — "Монжуа!"&lt;br /&gt;</w:t>
        <w:br/>
        <w:t>Аой!</w:t>
      </w:r>
    </w:p>
    <w:p>
      <w:r>
        <w:br/>
        <w:t>226&lt;br /&gt;</w:t>
        <w:br/>
        <w:t>З коня зійшов повільно Імператор&lt;br /&gt;</w:t>
        <w:br/>
        <w:t>І простягнувся долілиць у трави.&lt;br /&gt;</w:t>
        <w:br/>
        <w:t>Лице він обернув до сходу сонця,&lt;br /&gt;</w:t>
        <w:br/>
        <w:t>В молитві просить Бога щиросердно:&lt;br /&gt;</w:t>
        <w:br/>
        <w:t>"Небесний Отче, захисти нас в день цей,&lt;br /&gt;</w:t>
        <w:br/>
        <w:t>Як врятував ти з черева Іону,&lt;br /&gt;</w:t>
        <w:br/>
        <w:t>Коли кит-велетень його поглинув,&lt;br /&gt;</w:t>
        <w:br/>
        <w:t>Так, як зберіг Ніневії царя ти,&lt;br /&gt;</w:t>
        <w:br/>
        <w:t>Як врятував від муки Даниїла,&lt;br /&gt;</w:t>
        <w:br/>
        <w:t>Якого кинули у рів з левами.&lt;br /&gt;</w:t>
        <w:br/>
        <w:t>Трьох хлопчиків зберіг в огні пічному...&lt;br /&gt;</w:t>
        <w:br/>
        <w:t>Не залишай нас у скрутну годину!&lt;br /&gt;</w:t>
        <w:br/>
        <w:t>Благаю, дай мені помститись нині&lt;br /&gt;</w:t>
        <w:br/>
        <w:t>За смерть небожа, любого Роланда!"&lt;br /&gt;</w:t>
        <w:br/>
        <w:t>..............................................................&lt;br /&gt;</w:t>
        <w:br/>
        <w:t>І, помолившись, Карл зітхнув, підвівся,&lt;br /&gt;</w:t>
        <w:br/>
        <w:t>Тоді перехрестивсь благочестиво&lt;br /&gt;</w:t>
        <w:br/>
        <w:t>Та сів неспішно на коня баского,&lt;br /&gt;</w:t>
        <w:br/>
        <w:t>Тримали стремено Найм з Джозераном.&lt;br /&gt;</w:t>
        <w:br/>
        <w:t>Схопив король свій меч і спис сталевий,&lt;br /&gt;</w:t>
        <w:br/>
        <w:t>Могутній стан і вигляд войовничий,&lt;br /&gt;</w:t>
        <w:br/>
        <w:t>Обличчя сяє, впевненості повен,&lt;br /&gt;</w:t>
        <w:br/>
        <w:t>Учвал пустив коня король відразу,&lt;br /&gt;</w:t>
        <w:br/>
        <w:t>Ріжки сурмлять попереду і ззаду,&lt;br /&gt;</w:t>
        <w:br/>
        <w:t>Та Оліфант з-поміж усіх гучніший.&lt;br /&gt;</w:t>
        <w:br/>
        <w:t>Згадавши про Роланда, франки плачуть.</w:t>
      </w:r>
    </w:p>
    <w:p>
      <w:r>
        <w:br/>
        <w:t>ГОТУВАННЯ АРАБІВ ДО БИТВИ&lt;br /&gt;</w:t>
        <w:br/>
        <w:t>227&lt;br /&gt;</w:t>
        <w:br/>
        <w:t>Був на коні славетний Карл Великий,&lt;br /&gt;</w:t>
        <w:br/>
        <w:t>А сиву бороду спустив на лати.&lt;br /&gt;</w:t>
        <w:br/>
        <w:t>Слідом за ним так роблять всі барони,&lt;br /&gt;</w:t>
        <w:br/>
        <w:t>Тепер не важко розпізнати франків.&lt;br /&gt;</w:t>
        <w:br/>
        <w:t>Вони долають гори, скелі-мури,&lt;br /&gt;</w:t>
        <w:br/>
        <w:t>Глибокі урвища, яри похмурі.&lt;br /&gt;</w:t>
        <w:br/>
        <w:t>Прокляті ті місця пройшли негожі,&lt;br /&gt;</w:t>
        <w:br/>
        <w:t>Заглибились в іспанський край ворожий,&lt;br /&gt;</w:t>
        <w:br/>
        <w:t>Отаборились в зелені долини.&lt;br /&gt;</w:t>
        <w:br/>
        <w:t>Розвідники прийшли до Баліганта,&lt;br /&gt;</w:t>
        <w:br/>
        <w:t>Один сирієць так йому доносить:&lt;br /&gt;</w:t>
        <w:br/>
        <w:t>"Ми бачили погордливого Карла,&lt;br /&gt;</w:t>
        <w:br/>
        <w:t>Надійних лицарів! Б'ють без помилки!&lt;br /&gt;</w:t>
        <w:br/>
        <w:t>Готуйте зброю, незабаром битва!"&lt;br /&gt;</w:t>
        <w:br/>
        <w:t>А Балігант: "Бій не лякає смілих!&lt;br /&gt;</w:t>
        <w:br/>
        <w:t>Сурміть, щоб знали наші всі завчасно!"</w:t>
      </w:r>
    </w:p>
    <w:p>
      <w:r>
        <w:br/>
        <w:t>228&lt;br /&gt;</w:t>
        <w:br/>
        <w:t>По всьому війську бубни враз забили,&lt;br /&gt;</w:t>
        <w:br/>
        <w:t>їм відгукнулись мушлі та фанфари,&lt;br /&gt;</w:t>
        <w:br/>
        <w:t>Щоб спорядитись, маври з коней зсіли,&lt;br /&gt;</w:t>
        <w:br/>
        <w:t>Спішить і сам емір підготуватись:&lt;br /&gt;</w:t>
        <w:br/>
        <w:t>Він одягає панцир з візерунком,&lt;br /&gt;</w:t>
        <w:br/>
        <w:t>Шолом крицевий з золотим малюнком,&lt;br /&gt;</w:t>
        <w:br/>
        <w:t>На лівий бік підвісив меч булатний.&lt;br /&gt;</w:t>
        <w:br/>
        <w:t>З пихи він вигадав йому і назву,&lt;br /&gt;</w:t>
        <w:br/>
        <w:t>Почув-бо про Джойоз, меч славний Карлів,&lt;br /&gt;</w:t>
        <w:br/>
        <w:t>И собі назвав меча свого Прецьйоз,&lt;br /&gt;</w:t>
        <w:br/>
        <w:t>Відтоді так звучав клич бранний маврів.&lt;br /&gt;</w:t>
        <w:br/>
        <w:t>"Прецьйоз!" — в бою застрашливо кричали.&lt;br /&gt;</w:t>
        <w:br/>
        <w:t>Емір повісив щит міцний на шию,&lt;br /&gt;</w:t>
        <w:br/>
        <w:t>З шипом із злота, з кришталем по краю,&lt;br /&gt;</w:t>
        <w:br/>
        <w:t>Стібки прошиті золотавим шовком.&lt;br /&gt;</w:t>
        <w:br/>
        <w:t>Тримав в руці він спис, що звав Мальтетом,&lt;br /&gt;</w:t>
        <w:br/>
        <w:t>З великим ратищем, мов дрюк чималий,&lt;br /&gt;</w:t>
        <w:br/>
        <w:t>Одне лиш вістря міг би мул понести.&lt;br /&gt;</w:t>
        <w:br/>
        <w:t>Сів Балігант на скакуна. Стремено&lt;br /&gt;</w:t>
        <w:br/>
        <w:t>Тримав Маркюль на прізвисько "Заморський".&lt;br /&gt;</w:t>
        <w:br/>
        <w:t>Емір в сідлі сидів красиво й міцно.&lt;br /&gt;</w:t>
        <w:br/>
        <w:t>Тонкий у стегнах, з дужими ногами.&lt;br /&gt;</w:t>
        <w:br/>
        <w:t>Могутні груди, стан немов відлитий,&lt;br /&gt;</w:t>
        <w:br/>
        <w:t>На сильні плечі кучері спадали.&lt;br /&gt;</w:t>
        <w:br/>
        <w:t>Він мав обличчя горде, погляд ясний,&lt;br /&gt;</w:t>
        <w:br/>
        <w:t>І шкіру білу й ніжну, наче квітка.&lt;br /&gt;</w:t>
        <w:br/>
        <w:t>Його відвагу у бою всі знали.&lt;br /&gt;</w:t>
        <w:br/>
        <w:t>Якщо б не нехристь, був би справжній лицар!&lt;br /&gt;</w:t>
        <w:br/>
        <w:t>Емір коня острожить аж до крові,&lt;br /&gt;</w:t>
        <w:br/>
        <w:t>Враз розігнавсь й рівчак долає махом,&lt;br /&gt;</w:t>
        <w:br/>
        <w:t>Завширшки з п'ятдесят у тому футів.&lt;br /&gt;</w:t>
        <w:br/>
        <w:t>Невірні в крик: "Він захистить країну,&lt;br /&gt;</w:t>
        <w:br/>
        <w:t>А кожен франк боїться з ним двобою,&lt;br /&gt;</w:t>
        <w:br/>
        <w:t>Бо знає — не уникне покарання.&lt;br /&gt;</w:t>
        <w:br/>
        <w:t>Безумний Карл, що звідси не втікає!"&lt;br /&gt;</w:t>
        <w:br/>
        <w:t>Аой!</w:t>
      </w:r>
    </w:p>
    <w:p>
      <w:r>
        <w:br/>
        <w:t>229&lt;br /&gt;</w:t>
        <w:br/>
        <w:t>Емір і справді був на вигляд лицар,&lt;br /&gt;</w:t>
        <w:br/>
        <w:t>Мав сиву бороду, мов квітка біла,&lt;br /&gt;</w:t>
        <w:br/>
        <w:t>Чудово знав язичників закони,&lt;br /&gt;</w:t>
        <w:br/>
        <w:t>А в битві ж був безстрашний і жорстокий.&lt;br /&gt;</w:t>
        <w:br/>
        <w:t>І син Мальпрім також статечний лицар,&lt;br /&gt;</w:t>
        <w:br/>
        <w:t>Успадкував страшну від предків силу.&lt;br /&gt;</w:t>
        <w:br/>
        <w:t>Звернувсь до батька: "їдьмо все ж поволі,&lt;br /&gt;</w:t>
        <w:br/>
        <w:t>Можливо, десь побачу Карла в полі".&lt;br /&gt;</w:t>
        <w:br/>
        <w:t>Той відповів: "Побачиш — справжній витязь!&lt;br /&gt;</w:t>
        <w:br/>
        <w:t>Про нього в джестах пишуть шанобливо.&lt;br /&gt;</w:t>
        <w:br/>
        <w:t>Та небожа свого Роланда втратив,&lt;br /&gt;</w:t>
        <w:br/>
        <w:t>Тому не зможе нам протистояти!"&lt;br /&gt;</w:t>
        <w:br/>
        <w:t>Аой!</w:t>
      </w:r>
    </w:p>
    <w:p>
      <w:r>
        <w:br/>
        <w:t>230&lt;br /&gt;</w:t>
        <w:br/>
        <w:t>"Мій любий сину! — Балігант промовив, —&lt;br /&gt;</w:t>
        <w:br/>
        <w:t>Немає вже відважного Роланда,&lt;br /&gt;</w:t>
        <w:br/>
        <w:t>Та Олів'єра, гордого сміливця,&lt;br /&gt;</w:t>
        <w:br/>
        <w:t>Всі пери полягли, любимці Карла,&lt;br /&gt;</w:t>
        <w:br/>
        <w:t>І з ними двадцять тисяч франків бравих.&lt;br /&gt;</w:t>
        <w:br/>
        <w:t>За інших не даю і рукавиці!&lt;br /&gt;</w:t>
        <w:br/>
        <w:t>Що ж, Імператор, звісно, повернувся,&lt;br /&gt;</w:t>
        <w:br/>
        <w:t>Як доповів розвідник мій, сирієць.&lt;br /&gt;</w:t>
        <w:br/>
        <w:t>Карл сформував полків великих десять.&lt;br /&gt;</w:t>
        <w:br/>
        <w:t>Смільчак великий, в Оліфант хто грає,&lt;br /&gt;</w:t>
        <w:br/>
        <w:t>І мужні сурмачі відповідають.&lt;br /&gt;</w:t>
        <w:br/>
        <w:t>Вони очолюють війська могутні,&lt;br /&gt;</w:t>
        <w:br/>
        <w:t>За ними йдуть п'ятнадцать тисяч франків,&lt;br /&gt;</w:t>
        <w:br/>
        <w:t>Це юнаки, Карл зве їх "діточками".&lt;br /&gt;</w:t>
        <w:br/>
        <w:t>А там, числом не менше, йдуть колони&lt;br /&gt;</w:t>
        <w:br/>
        <w:t>Досвідчених рубак, ці б'ються з люттю".&lt;br /&gt;</w:t>
        <w:br/>
        <w:t>І знов Мальпрім: "Дозволь, піду я першим!"&lt;br /&gt;</w:t>
        <w:br/>
        <w:t>Аой!</w:t>
      </w:r>
    </w:p>
    <w:p>
      <w:r>
        <w:br/>
        <w:t>231&lt;br /&gt;</w:t>
        <w:br/>
        <w:t>"Мій любий синку! — Балігант промовив, —&lt;br /&gt;</w:t>
        <w:br/>
        <w:t>Тобі на битву йти даю свій дозвіл.&lt;br /&gt;</w:t>
        <w:br/>
        <w:t>Тож не барись і вирушай до франків.&lt;br /&gt;</w:t>
        <w:br/>
        <w:t>Візьми царя із Персії Торлея,&lt;br /&gt;</w:t>
        <w:br/>
        <w:t>І Дапаморта, лютичів владику.&lt;br /&gt;</w:t>
        <w:br/>
        <w:t>Як посоромиш Карлову пиху ти,&lt;br /&gt;</w:t>
        <w:br/>
        <w:t>Отримаєш велику частку царства —&lt;br /&gt;</w:t>
        <w:br/>
        <w:t>Весь Черіант і аж до Валь-Маркіза!"&lt;br /&gt;</w:t>
        <w:br/>
        <w:t>Син відповів: "Я вдячний щиросердно!"&lt;br /&gt;</w:t>
        <w:br/>
        <w:t>Вперед пішов, прийняв він дар еміра.&lt;br /&gt;</w:t>
        <w:br/>
        <w:t>А то було колись Флорита царство.&lt;br /&gt;</w:t>
        <w:br/>
        <w:t>Мальпрім його ніколи не побачить,&lt;br /&gt;</w:t>
        <w:br/>
        <w:t>Володарем не стане повноправним.</w:t>
      </w:r>
    </w:p>
    <w:p>
      <w:r>
        <w:br/>
        <w:t>232&lt;br /&gt;</w:t>
        <w:br/>
        <w:t>Ось перед військом Балігант гарцює.&lt;br /&gt;</w:t>
        <w:br/>
        <w:t>За ним і син, усіх вражає зростом.&lt;br /&gt;</w:t>
        <w:br/>
        <w:t>Торлей і Дапаморт зробили справу,&lt;br /&gt;</w:t>
        <w:br/>
        <w:t>Рать грізну з тридцяти колон зібрали,&lt;br /&gt;</w:t>
        <w:br/>
        <w:t>І вояків у них силенна сила,&lt;br /&gt;</w:t>
        <w:br/>
        <w:t>В найменшій із колон — півсотні тисяч.&lt;br /&gt;</w:t>
        <w:br/>
        <w:t>Бійці із Бутентроту першу склали,&lt;br /&gt;</w:t>
        <w:br/>
        <w:t>Були у другій мілцни з головами,&lt;br /&gt;</w:t>
        <w:br/>
        <w:t>Мов гарбузи, а вздовж всієї спини,&lt;br /&gt;</w:t>
        <w:br/>
        <w:t>Немов у вепрів диких, в них щетина.&lt;br /&gt;</w:t>
        <w:br/>
        <w:t>У третьому були нубійці й блоси,&lt;br /&gt;</w:t>
        <w:br/>
        <w:t>В четвертому полку — брюни й славонці,&lt;br /&gt;</w:t>
        <w:br/>
        <w:t>А п'ятий сформували з сербів й сорбів.&lt;br /&gt;</w:t>
        <w:br/>
        <w:t>І шостий полк — вірмени й маври чорні,&lt;br /&gt;</w:t>
        <w:br/>
        <w:t>А сьомий — вояки із Єрихона.&lt;br /&gt;</w:t>
        <w:br/>
        <w:t>І восьмий — негри, а дев'ятий — гроси,&lt;br /&gt;</w:t>
        <w:br/>
        <w:t>Десятий полк — з жорстокої Баліди,&lt;br /&gt;</w:t>
        <w:br/>
        <w:t>Що всім несе лише нещастя й біди.&lt;br /&gt;</w:t>
        <w:br/>
        <w:t>Аой!&lt;br /&gt;</w:t>
        <w:br/>
        <w:t>Поклявсь емір усім, чим тільки можна,&lt;br /&gt;</w:t>
        <w:br/>
        <w:t>Своєю честю й тілом Магомета:&lt;br /&gt;</w:t>
        <w:br/>
        <w:t>"Здолаю Карла, він шукає битви!&lt;br /&gt;</w:t>
        <w:br/>
        <w:t>Якщо відмовиться, то вже ніколи,&lt;br /&gt;</w:t>
        <w:br/>
        <w:t>Клянусь, він не носитиме корони!"</w:t>
      </w:r>
    </w:p>
    <w:p>
      <w:r>
        <w:br/>
        <w:t>233&lt;br /&gt;</w:t>
        <w:br/>
        <w:t>Слідом іще колон створили десять.&lt;br /&gt;</w:t>
        <w:br/>
        <w:t>Весь перший полк — з огидних хананеїв,&lt;br /&gt;</w:t>
        <w:br/>
        <w:t>Прийшли з земель далеких Валь-Фюїта,&lt;br /&gt;</w:t>
        <w:br/>
        <w:t>А другий — з турків бравих, третій — з персів,&lt;br /&gt;</w:t>
        <w:br/>
        <w:t>Четвертий — з печенігів й також персів.&lt;br /&gt;</w:t>
        <w:br/>
        <w:t>Складався п'ятий з сольтрів та аварів,&lt;br /&gt;</w:t>
        <w:br/>
        <w:t>І шостий — з угличів та ормалеїв,&lt;br /&gt;</w:t>
        <w:br/>
        <w:t>А люди з плем'я Самуїла — в сьомім,&lt;br /&gt;</w:t>
        <w:br/>
        <w:t>І далі йшли і прусси, і словенці.&lt;br /&gt;</w:t>
        <w:br/>
        <w:t>В десятому — з Пустелі окціанці,&lt;br /&gt;</w:t>
        <w:br/>
        <w:t>Поганський цей народ не вірить в Бога,&lt;br /&gt;</w:t>
        <w:br/>
        <w:t>Злочиннішого світ іще не бачив!&lt;br /&gt;</w:t>
        <w:br/>
        <w:t>їм не потрібні панцирі й шоломи,&lt;br /&gt;</w:t>
        <w:br/>
        <w:t>Бо шкіру, як залізо міцну, мають.&lt;br /&gt;</w:t>
        <w:br/>
        <w:t>В бою вони підступні і безстрашні.&lt;br /&gt;</w:t>
        <w:br/>
        <w:t>Аой!</w:t>
      </w:r>
    </w:p>
    <w:p>
      <w:r>
        <w:br/>
        <w:t>234&lt;br /&gt;</w:t>
        <w:br/>
        <w:t>Емір ще сформував полків десяток.&lt;br /&gt;</w:t>
        <w:br/>
        <w:t>З них перший склали велетні Мальпрузи,&lt;br /&gt;</w:t>
        <w:br/>
        <w:t>А другий — гуни і мадяри — третій.&lt;br /&gt;</w:t>
        <w:br/>
        <w:t>Четвертий — мешканці Балдізи-Лонги,&lt;br /&gt;</w:t>
        <w:br/>
        <w:t>І п'ятий — вояки із Валь-Пінози,&lt;br /&gt;</w:t>
        <w:br/>
        <w:t>А шостий — люди то з Жуа й Марози,&lt;br /&gt;</w:t>
        <w:br/>
        <w:t>У сьомому — астримонтійці й леї,&lt;br /&gt;</w:t>
        <w:br/>
        <w:t>З Аргуйля — восьмий, із Кларбон — дев'ятий,&lt;br /&gt;</w:t>
        <w:br/>
        <w:t>В десятому — бородані з Валь-Фонди,&lt;br /&gt;</w:t>
        <w:br/>
        <w:t>Які уперто Бога не шанують.&lt;br /&gt;</w:t>
        <w:br/>
        <w:t>Французькі хроніки назвали тридцять&lt;br /&gt;</w:t>
        <w:br/>
        <w:t>Полків невірних. Сурми сповістили,&lt;br /&gt;</w:t>
        <w:br/>
        <w:t>Що військо величезне в бій пішло вже.&lt;br /&gt;</w:t>
        <w:br/>
        <w:t>Аой!</w:t>
      </w:r>
    </w:p>
    <w:p>
      <w:r>
        <w:br/>
        <w:t>235&lt;br /&gt;</w:t>
        <w:br/>
        <w:t>Емір — владар могутній і величний,&lt;br /&gt;</w:t>
        <w:br/>
        <w:t>І перед ним несуть його "Дракона",&lt;br /&gt;</w:t>
        <w:br/>
        <w:t>Штандарти Магомета й Тервагана,&lt;br /&gt;</w:t>
        <w:br/>
        <w:t>І Аполліна образ препаскудний.&lt;br /&gt;</w:t>
        <w:br/>
        <w:t>Навколо десять хананеїв конних.&lt;br /&gt;</w:t>
        <w:br/>
        <w:t>Вони горлають безупинно разом:&lt;br /&gt;</w:t>
        <w:br/>
        <w:t>"Хто хоче від богів дістати милість,&lt;br /&gt;</w:t>
        <w:br/>
        <w:t>Той їх просити має на колінах".&lt;br /&gt;</w:t>
        <w:br/>
        <w:t>Схилили маври голови в молитві,&lt;br /&gt;</w:t>
        <w:br/>
        <w:t>Виблискують шоломи в світлі деннім.&lt;br /&gt;</w:t>
        <w:br/>
        <w:t>Кричать їм франки: "Помрете ви скоро!&lt;br /&gt;</w:t>
        <w:br/>
        <w:t>Нещасні! Покарання час надходить!&lt;br /&gt;</w:t>
        <w:br/>
        <w:t>Охорони, о Боже правий, Карла!&lt;br /&gt;</w:t>
        <w:br/>
        <w:t>Ми битву виграєм з ім'ям Господнім!"&lt;br /&gt;</w:t>
        <w:br/>
        <w:t>Аой!</w:t>
      </w:r>
    </w:p>
    <w:p>
      <w:r>
        <w:br/>
        <w:t>236&lt;br /&gt;</w:t>
        <w:br/>
        <w:t>Емір, з-поміж арабів наймудріший,&lt;br /&gt;</w:t>
        <w:br/>
        <w:t>Покликав сина, двох царів найближчих:&lt;br /&gt;</w:t>
        <w:br/>
        <w:t>"Сеньйори, час настав почати битву,&lt;br /&gt;</w:t>
        <w:br/>
        <w:t>Ведіть усі колони за собою.&lt;br /&gt;</w:t>
        <w:br/>
        <w:t>Зостануться зі мною три найкращі:&lt;br /&gt;</w:t>
        <w:br/>
        <w:t>Одна — турецька, друга — ормалейська&lt;br /&gt;</w:t>
        <w:br/>
        <w:t>І третя — велети Мальпрузи грізні.&lt;br /&gt;</w:t>
        <w:br/>
        <w:t>Щоправда, окціанців ще залишу!&lt;br /&gt;</w:t>
        <w:br/>
        <w:t>Всі битимуться проти Карла й франків.&lt;br /&gt;</w:t>
        <w:br/>
        <w:t>Якщо ж король зі мной захоче стятись,&lt;br /&gt;</w:t>
        <w:br/>
        <w:t>Я голову йому зітну охоче&lt;br /&gt;</w:t>
        <w:br/>
        <w:t>І за пихатість так його скараю!"&lt;br /&gt;</w:t>
        <w:br/>
        <w:t>Аой!</w:t>
      </w:r>
    </w:p>
    <w:p>
      <w:r>
        <w:br/>
        <w:t>ОСТАННЯ БИТВА&lt;br /&gt;</w:t>
        <w:br/>
        <w:t>237&lt;br /&gt;</w:t>
        <w:br/>
        <w:t>Війська величні, всі полки чудові.&lt;br /&gt;</w:t>
        <w:br/>
        <w:t>Не відділяють їх доли чи гори,&lt;br /&gt;</w:t>
        <w:br/>
        <w:t>Лісів, дерев для засідок немає.&lt;br /&gt;</w:t>
        <w:br/>
        <w:t>Дві армії застигли у чеканні.&lt;br /&gt;</w:t>
        <w:br/>
        <w:t>Наказ еміра: "Військо правовірних!&lt;br /&gt;</w:t>
        <w:br/>
        <w:t>Вперед і починайте битву сміло!"&lt;br /&gt;</w:t>
        <w:br/>
        <w:t>Їх прапор ніс Амбор із Оліферни.&lt;br /&gt;</w:t>
        <w:br/>
        <w:t>Кричать невірні гучно всі: "Прецьйоз!"&lt;br /&gt;</w:t>
        <w:br/>
        <w:t>А франки їм: "Цей день — для вас останній!"&lt;br /&gt;</w:t>
        <w:br/>
        <w:t>І знов лунає клич їх "Монжуа!"&lt;br /&gt;</w:t>
        <w:br/>
        <w:t>Звелів Великий Карл в сурми заграти,&lt;br /&gt;</w:t>
        <w:br/>
        <w:t>Усіх звук чистий Оліфанта заглушає.&lt;br /&gt;</w:t>
        <w:br/>
        <w:t>Кричать араби: "Військо Карла гарне!&lt;br /&gt;</w:t>
        <w:br/>
        <w:t>Важка й жахлива битва нас чекає!"&lt;br /&gt;</w:t>
        <w:br/>
        <w:t>Аой!</w:t>
      </w:r>
    </w:p>
    <w:p>
      <w:r>
        <w:br/>
        <w:t>238&lt;br /&gt;</w:t>
        <w:br/>
        <w:t>Широкий діл, рівнина неозора.&lt;br /&gt;</w:t>
        <w:br/>
        <w:t>Блищать щити й списи, шоломи й лати,&lt;br /&gt;</w:t>
        <w:br/>
        <w:t>Виблискує оздоблення коштовне,&lt;br /&gt;</w:t>
        <w:br/>
        <w:t>Переливаються стрічки і стяги.&lt;br /&gt;</w:t>
        <w:br/>
        <w:t>Звучать гучні ясноголосі сурми,&lt;br /&gt;</w:t>
        <w:br/>
        <w:t>Та найгучніше Оліфант лунає.&lt;br /&gt;</w:t>
        <w:br/>
        <w:t>Емір покликав брата Канабея,&lt;br /&gt;</w:t>
        <w:br/>
        <w:t>Який владарював у Флоридеї,&lt;br /&gt;</w:t>
        <w:br/>
        <w:t>До Валь-Севре сягнули його землі.&lt;br /&gt;</w:t>
        <w:br/>
        <w:t>Показує на Карлові колони:&lt;br /&gt;</w:t>
        <w:br/>
        <w:t>"Погляньте ви на Францію пихату!&lt;br /&gt;</w:t>
        <w:br/>
        <w:t>З якою гордістю король там їде,&lt;br /&gt;</w:t>
        <w:br/>
        <w:t>З бороданями, він один з останніх.&lt;br /&gt;</w:t>
        <w:br/>
        <w:t>Порозпускали бороди на лати,&lt;br /&gt;</w:t>
        <w:br/>
        <w:t>Вони ж біліші, аніж сніг той білий.&lt;br /&gt;</w:t>
        <w:br/>
        <w:t>Почнуть списами бити та мечами,&lt;br /&gt;</w:t>
        <w:br/>
        <w:t>То буде в нас баталія жорстока,&lt;br /&gt;</w:t>
        <w:br/>
        <w:t>Така, в житті якої ще не бачив!"&lt;br /&gt;</w:t>
        <w:br/>
        <w:t>І Балігант на літ стріли від'їхав,&lt;br /&gt;</w:t>
        <w:br/>
        <w:t>Своїх випереджає друзів. Потім&lt;br /&gt;</w:t>
        <w:br/>
        <w:t>До них звернувся згорда зі словами:&lt;br /&gt;</w:t>
        <w:br/>
        <w:t>"Я, правовірні, маю бій відкрити!"&lt;br /&gt;</w:t>
        <w:br/>
        <w:t>Потряс він ратищем важкого списа,&lt;br /&gt;</w:t>
        <w:br/>
        <w:t>І вістрям погрозив самому Карлу.&lt;br /&gt;</w:t>
        <w:br/>
        <w:t>Аой!</w:t>
      </w:r>
    </w:p>
    <w:p>
      <w:r>
        <w:br/>
        <w:t>239&lt;br /&gt;</w:t>
        <w:br/>
        <w:t>Як тільки Карл побачив Баліганта,&lt;br /&gt;</w:t>
        <w:br/>
        <w:t>Його "Дракона", стяги, орифламу,&lt;br /&gt;</w:t>
        <w:br/>
        <w:t>І величезну армію арабів,&lt;br /&gt;</w:t>
        <w:br/>
        <w:t>Що поле бою зайняла повсюдно,&lt;br /&gt;</w:t>
        <w:br/>
        <w:t>Окрім ділянки, де стояли франки,&lt;br /&gt;</w:t>
        <w:br/>
        <w:t>То гучно закричав король французький:&lt;br /&gt;</w:t>
        <w:br/>
        <w:t>"Барони Франції! Прекрасні вояки всі!&lt;br /&gt;</w:t>
        <w:br/>
        <w:t>Багато битв важких ви вигравали!&lt;br /&gt;</w:t>
        <w:br/>
        <w:t>Невірні перед вами, боягузи,&lt;br /&gt;</w:t>
        <w:br/>
        <w:t>И деньє не варті дикі їх закони!&lt;br /&gt;</w:t>
        <w:br/>
        <w:t>Хоч їх багато, що для нас те значить?&lt;br /&gt;</w:t>
        <w:br/>
        <w:t>Вперед, герої! Монжуа! За мною!"&lt;br /&gt;</w:t>
        <w:br/>
        <w:t>По цих словах коня шалено шпорить,&lt;br /&gt;</w:t>
        <w:br/>
        <w:t>Враз Тансендюр стрибки чотири робить.&lt;br /&gt;</w:t>
        <w:br/>
        <w:t>Сказали франки: "Бравий наш королю!&lt;br /&gt;</w:t>
        <w:br/>
        <w:t>Вперед скачіть! А ми слідом за вами!"</w:t>
      </w:r>
    </w:p>
    <w:p>
      <w:r>
        <w:br/>
        <w:t>240&lt;br /&gt;</w:t>
        <w:br/>
        <w:t>Чудовий день, яскраво світить сонце.&lt;br /&gt;</w:t>
        <w:br/>
        <w:t>Війська красиві, їх полки величні...&lt;br /&gt;</w:t>
        <w:br/>
        <w:t>Передові загони вже зійшлися.&lt;br /&gt;</w:t>
        <w:br/>
        <w:t>Граф Гвінеман разом з Рабелем-графом&lt;br /&gt;</w:t>
        <w:br/>
        <w:t>Повіддя коней бистрих попустили,&lt;br /&gt;</w:t>
        <w:br/>
        <w:t>Мчать і острожать їх в боки щосили,&lt;br /&gt;</w:t>
        <w:br/>
        <w:t>Списи приготували для ударів.&lt;br /&gt;</w:t>
        <w:br/>
        <w:t>Аой!</w:t>
      </w:r>
    </w:p>
    <w:p>
      <w:r>
        <w:br/>
        <w:t>241&lt;br /&gt;</w:t>
        <w:br/>
        <w:t>Рабель досвідченим бійцем був завжди,&lt;br /&gt;</w:t>
        <w:br/>
        <w:t>В коня встромив він золоту острогу&lt;br /&gt;</w:t>
        <w:br/>
        <w:t>И Торлея вразив, перського вельможу.&lt;br /&gt;</w:t>
        <w:br/>
        <w:t>Не витримали щит і лати, в тіло&lt;br /&gt;</w:t>
        <w:br/>
        <w:t>Ввійшло все вістря золоте зі списом.&lt;br /&gt;</w:t>
        <w:br/>
        <w:t>І мертвий впав араб на кущ квітучий.&lt;br /&gt;</w:t>
        <w:br/>
        <w:t>Радіють франки: "Бог допомага нам!&lt;br /&gt;</w:t>
        <w:br/>
        <w:t>Завжди Карл правий, то і ми не зрадим!"&lt;br /&gt;</w:t>
        <w:br/>
        <w:t>Аой!</w:t>
      </w:r>
    </w:p>
    <w:p>
      <w:r>
        <w:br/>
        <w:t>242&lt;br /&gt;</w:t>
        <w:br/>
        <w:t>Граф Гвінеман вже лютичів царя вбив.&lt;br /&gt;</w:t>
        <w:br/>
        <w:t>Розбив він щит, прикрашений барвисто,&lt;br /&gt;</w:t>
        <w:br/>
        <w:t>Не витримав і панцир. Крізь все тіло&lt;br /&gt;</w:t>
        <w:br/>
        <w:t>Навиліт спис пройшов, а з ним і стрічка.&lt;br /&gt;</w:t>
        <w:br/>
        <w:t>Хоч плач, хоч смійся — мертвий Дапаморт!&lt;br /&gt;</w:t>
        <w:br/>
        <w:t>Удар вітали франки, закричали:&lt;br /&gt;</w:t>
        <w:br/>
        <w:t>"Барони, бийте їх, не гайте часу!&lt;br /&gt;</w:t>
        <w:br/>
        <w:t>Бо справа Карла — то святая справа,&lt;br /&gt;</w:t>
        <w:br/>
        <w:t>Хай справдиться свята Господня воля!"&lt;br /&gt;</w:t>
        <w:br/>
        <w:t>Аой!</w:t>
      </w:r>
    </w:p>
    <w:p>
      <w:r>
        <w:br/>
        <w:t>243&lt;br /&gt;</w:t>
        <w:br/>
        <w:t>Мальпрім на скакуні, за сніг білішім,&lt;br /&gt;</w:t>
        <w:br/>
        <w:t>Несамовито б'ється в самій січі&lt;br /&gt;</w:t>
        <w:br/>
        <w:t>І раз у раз свій меч страшний здіймає,&lt;br /&gt;</w:t>
        <w:br/>
        <w:t>Лиш купи мертвих ззаду залишає.&lt;br /&gt;</w:t>
        <w:br/>
        <w:t>А Балігант підбурює невірних:&lt;br /&gt;</w:t>
        <w:br/>
        <w:t>"Барони, чи я годував вас марно?&lt;br /&gt;</w:t>
        <w:br/>
        <w:t>Ви бачите, як син до Карла рветься,&lt;br /&gt;</w:t>
        <w:br/>
        <w:t>Одного за одним вбиває франків.&lt;br /&gt;</w:t>
        <w:br/>
        <w:t>Не бачив я смілішого героя.&lt;br /&gt;</w:t>
        <w:br/>
        <w:t>Підтримайте ж його списами в битві!"&lt;br /&gt;</w:t>
        <w:br/>
        <w:t>Вперед пішли язичники нестримно,&lt;br /&gt;</w:t>
        <w:br/>
        <w:t>Смерть несучи в страшній кривавій брані.&lt;br /&gt;</w:t>
        <w:br/>
        <w:t>Жахливим бій ставав, жорстоким, лютим...&lt;br /&gt;</w:t>
        <w:br/>
        <w:t>Такого не було і вже не буде.&lt;br /&gt;</w:t>
        <w:br/>
        <w:t>Аой!</w:t>
      </w:r>
    </w:p>
    <w:p>
      <w:r>
        <w:br/>
        <w:t>244&lt;br /&gt;</w:t>
        <w:br/>
        <w:t>Величні армії, полки безстрашні,&lt;br /&gt;</w:t>
        <w:br/>
        <w:t>Зійшлись війська в лячній нещадній січі.&lt;br /&gt;</w:t>
        <w:br/>
        <w:t>Язичники там б'ються відчайдушно.&lt;br /&gt;</w:t>
        <w:br/>
        <w:t>О Боже! Скільки вже списів зламали,&lt;br /&gt;</w:t>
        <w:br/>
        <w:t>Щитів і панцирів вщент порубали!&lt;br /&gt;</w:t>
        <w:br/>
        <w:t>Земля тілами мертвих вкрита рясно,&lt;br /&gt;</w:t>
        <w:br/>
        <w:t>Трава ж полів, колись зелена й ніжна,&lt;br /&gt;</w:t>
        <w:br/>
        <w:t>Пурпурною тепер залита кров'ю.&lt;br /&gt;</w:t>
        <w:br/>
        <w:t>Емір звернувся до своїх невірних:&lt;br /&gt;</w:t>
        <w:br/>
        <w:t>"Барони, в бій! Вперед на люд хрещений!"&lt;br /&gt;</w:t>
        <w:br/>
        <w:t>І бій тривав, запеклий, безпощадний,&lt;br /&gt;</w:t>
        <w:br/>
        <w:t>Лютішої ніхто не бачив битви!&lt;br /&gt;</w:t>
        <w:br/>
        <w:t>Про неї пам'ятатимуть довіку...&lt;br /&gt;</w:t>
        <w:br/>
        <w:t>Аой!</w:t>
      </w:r>
    </w:p>
    <w:p>
      <w:r>
        <w:br/>
        <w:t>245&lt;br /&gt;</w:t>
        <w:br/>
        <w:t>І знов емір підбурює баронів:&lt;br /&gt;</w:t>
        <w:br/>
        <w:t>"Рубайте дужче, бо для цього тут ви!&lt;br /&gt;</w:t>
        <w:br/>
        <w:t>Дам вам жінок вродливих, найніжніших,&lt;br /&gt;</w:t>
        <w:br/>
        <w:t>Добром віддячу, землями, грошима!"&lt;br /&gt;</w:t>
        <w:br/>
        <w:t>Відповіли: "Обов'язок святий наш!"&lt;br /&gt;</w:t>
        <w:br/>
        <w:t>Важкі удари, аж списи ламались!&lt;br /&gt;</w:t>
        <w:br/>
        <w:t>Тоді мечів сто тисяч заблищали,&lt;br /&gt;</w:t>
        <w:br/>
        <w:t>А бій кривавішим ставав, жахливим!&lt;br /&gt;</w:t>
        <w:br/>
        <w:t>Хто в ньому був, побачив справжнє пекло.&lt;br /&gt;</w:t>
        <w:br/>
        <w:t>Аой!</w:t>
      </w:r>
    </w:p>
    <w:p>
      <w:r>
        <w:br/>
        <w:t>246&lt;br /&gt;</w:t>
        <w:br/>
        <w:t>А Карл звернувся до своїх баронів:&lt;br /&gt;</w:t>
        <w:br/>
        <w:t>"Сеньйори, я завжди вам щиро вірив,&lt;br /&gt;</w:t>
        <w:br/>
        <w:t>В стількох боях за мене ви вже бились,&lt;br /&gt;</w:t>
        <w:br/>
        <w:t>А скільки ви держав завоювали,&lt;br /&gt;</w:t>
        <w:br/>
        <w:t>Скількох царів без трона залишили!&lt;br /&gt;</w:t>
        <w:br/>
        <w:t>Моя винагорода була щедра,&lt;br /&gt;</w:t>
        <w:br/>
        <w:t>Багатства дав і лени. Я готовий&lt;br /&gt;</w:t>
        <w:br/>
        <w:t>Віддать своє життя. Лише пометіться&lt;br /&gt;</w:t>
        <w:br/>
        <w:t>Невірним за братів, синів-нащадків,&lt;br /&gt;</w:t>
        <w:br/>
        <w:t>Що полягли учора в Ронсевалі!&lt;br /&gt;</w:t>
        <w:br/>
        <w:t>Святу цю справу маємо здійснити!"&lt;br /&gt;</w:t>
        <w:br/>
        <w:t>Відповідають франки: "Ми готові!"&lt;br /&gt;</w:t>
        <w:br/>
        <w:t>Було там двадцать тисяч франків вірних,&lt;br /&gt;</w:t>
        <w:br/>
        <w:t>Заприсяглися всі рубать невірних,&lt;br /&gt;</w:t>
        <w:br/>
        <w:t>Відважно битись, нехтуючи смертю.&lt;br /&gt;</w:t>
        <w:br/>
        <w:t>Відразу ж вдарили, списи шугають,&lt;br /&gt;</w:t>
        <w:br/>
        <w:t>И посипались мечів удари влучні.&lt;br /&gt;</w:t>
        <w:br/>
        <w:t>А битва все страшнішою ставала!&lt;br /&gt;</w:t>
        <w:br/>
        <w:t>Аой!</w:t>
      </w:r>
    </w:p>
    <w:p>
      <w:r>
        <w:br/>
        <w:t>247&lt;br /&gt;</w:t>
        <w:br/>
        <w:t>Мальпрім сміливо мчить у гущу бою,&lt;br /&gt;</w:t>
        <w:br/>
        <w:t>Лишає серед франків шлях кривавий.&lt;br /&gt;</w:t>
        <w:br/>
        <w:t>Та герцог Найм на нього глянув згорда&lt;br /&gt;</w:t>
        <w:br/>
        <w:t>І вдарив, як то личить ратоборцю.&lt;br /&gt;</w:t>
        <w:br/>
        <w:t>Щит потрощив він на тріски дрібненькі,&lt;br /&gt;</w:t>
        <w:br/>
        <w:t>Пробив миттєво панцир і кольчугу,&lt;br /&gt;</w:t>
        <w:br/>
        <w:t>Встромив у плоть і вістря, й стрічку списа,&lt;br /&gt;</w:t>
        <w:br/>
        <w:t>Мальпріма серед семисот тіл кинув.</w:t>
      </w:r>
    </w:p>
    <w:p>
      <w:r>
        <w:br/>
        <w:t>248&lt;br /&gt;</w:t>
        <w:br/>
        <w:t>Цар Канабей, він брат еміра рідний,&lt;br /&gt;</w:t>
        <w:br/>
        <w:t>Пришпорив скакуна і мчить до Найма,&lt;br /&gt;</w:t>
        <w:br/>
        <w:t>Заніс меча з ефесом кришталевим&lt;br /&gt;</w:t>
        <w:br/>
        <w:t>І герцога ударив по шолому.&lt;br /&gt;</w:t>
        <w:br/>
        <w:t>Та, розрубавши вмить його частково,&lt;br /&gt;</w:t>
        <w:br/>
        <w:t>Розтяв також п'ять ремінців нашийних.&lt;br /&gt;</w:t>
        <w:br/>
        <w:t>Не допоміг і каптур підшоломний,&lt;br /&gt;</w:t>
        <w:br/>
        <w:t>Бо меч розсік і шкіру, і забрало,&lt;br /&gt;</w:t>
        <w:br/>
        <w:t>Шматки його на землю зразу впали.&lt;br /&gt;</w:t>
        <w:br/>
        <w:t>Удар разючий приголомшив Найма,&lt;br /&gt;</w:t>
        <w:br/>
        <w:t>І він би впав, — але, хвалити Бога,&lt;br /&gt;</w:t>
        <w:br/>
        <w:t>Найм кінську шию встиг схопить руками.&lt;br /&gt;</w:t>
        <w:br/>
        <w:t>Якби язичник ще завдав удару,&lt;br /&gt;</w:t>
        <w:br/>
        <w:t>То лицаря спіткала б смерть миттєва.&lt;br /&gt;</w:t>
        <w:br/>
        <w:t>Та Франції король приспів на поміч.&lt;br /&gt;</w:t>
        <w:br/>
        <w:t>Аой!</w:t>
      </w:r>
    </w:p>
    <w:p>
      <w:r>
        <w:br/>
        <w:t>249&lt;br /&gt;</w:t>
        <w:br/>
        <w:t>Так, герцог Найм був у великій скруті,&lt;br /&gt;</w:t>
        <w:br/>
        <w:t>Язичник меч здійняв, щоб знов дістати,&lt;br /&gt;</w:t>
        <w:br/>
        <w:t>Та крикнув Карл: "Поганцю, ось розплата!"&lt;br /&gt;</w:t>
        <w:br/>
        <w:t>З нестримним запалом ударив списом,&lt;br /&gt;</w:t>
        <w:br/>
        <w:t>Розбив щита, уламки полетіли,&lt;br /&gt;</w:t>
        <w:br/>
        <w:t>Пошматував й кольчугу проти серця.&lt;br /&gt;</w:t>
        <w:br/>
        <w:t>Упав поганець, враз сідло спустіло.</w:t>
      </w:r>
    </w:p>
    <w:p>
      <w:r>
        <w:br/>
        <w:t>250&lt;br /&gt;</w:t>
        <w:br/>
        <w:t>Великий Карл в глибокий розпач вдався:&lt;br /&gt;</w:t>
        <w:br/>
        <w:t>Пораненого герцога побачив&lt;br /&gt;</w:t>
        <w:br/>
        <w:t>І цівку крові у траві зеленій.&lt;br /&gt;</w:t>
        <w:br/>
        <w:t>І каже герцогові Імператор:&lt;br /&gt;</w:t>
        <w:br/>
        <w:t>"Мій любий друже, їдьмо далі разом.&lt;br /&gt;</w:t>
        <w:br/>
        <w:t>Негідник, що завдав вам лиха, мертвий,&lt;br /&gt;</w:t>
        <w:br/>
        <w:t>Провчив його я списом вірним й гострим!"&lt;br /&gt;</w:t>
        <w:br/>
        <w:t>Найм відповів: "Я вдячний вам, сеньйоре!&lt;br /&gt;</w:t>
        <w:br/>
        <w:t>Якщо я житиму, то борг сплачу свій!"&lt;br /&gt;</w:t>
        <w:br/>
        <w:t>І знову в бій помчалися пліч-о-пліч.&lt;br /&gt;</w:t>
        <w:br/>
        <w:t>За ними слідом двадцять тисяч франків.&lt;br /&gt;</w:t>
        <w:br/>
        <w:t>І кожен знав, як битися й рубати.&lt;br /&gt;</w:t>
        <w:br/>
        <w:t>Аой!</w:t>
      </w:r>
    </w:p>
    <w:p>
      <w:r>
        <w:br/>
        <w:t>251&lt;br /&gt;</w:t>
        <w:br/>
        <w:t>А Балігант в бою встигав усюди,&lt;br /&gt;</w:t>
        <w:br/>
        <w:t>Убив він щойно графа Гвінемана.&lt;br /&gt;</w:t>
        <w:br/>
        <w:t>Прошив умить щит білий проти серця&lt;br /&gt;</w:t>
        <w:br/>
        <w:t>І на шматки порвав його кольчугу,&lt;br /&gt;</w:t>
        <w:br/>
        <w:t>Занурив гострий спис між ребер влучно,&lt;br /&gt;</w:t>
        <w:br/>
        <w:t>З коня прудкого скинув Гвінемана.&lt;br /&gt;</w:t>
        <w:br/>
        <w:t>А ще убив Лорана й Джебоїна,&lt;br /&gt;</w:t>
        <w:br/>
        <w:t>І владаря Нормандії Ричарда.&lt;br /&gt;</w:t>
        <w:br/>
        <w:t>Кричать невірні: "Як Прецьйоз рубає!&lt;br /&gt;</w:t>
        <w:br/>
        <w:t>Язичники, ми захист добрий маєм!"&lt;br /&gt;</w:t>
        <w:br/>
        <w:t>Аой!</w:t>
      </w:r>
    </w:p>
    <w:p>
      <w:r>
        <w:br/>
        <w:t>252&lt;br /&gt;</w:t>
        <w:br/>
        <w:t>Чудовий вид у вершників арабських,&lt;br /&gt;</w:t>
        <w:br/>
        <w:t>Бійців з Аргуйля, Окціанту, Басклю.&lt;br /&gt;</w:t>
        <w:br/>
        <w:t>В бою вони відважно колють й б'ються.&lt;br /&gt;</w:t>
        <w:br/>
        <w:t>Та й франки не з лякливих, не здаються.&lt;br /&gt;</w:t>
        <w:br/>
        <w:t>З обох сторін загинуло багато,&lt;br /&gt;</w:t>
        <w:br/>
        <w:t>До вечора тривав бій безпощадний...&lt;br /&gt;</w:t>
        <w:br/>
        <w:t>Великих втрат зазнали в ньому франки,&lt;br /&gt;</w:t>
        <w:br/>
        <w:t>Скінчиться бій — ридатимуть до ранку.&lt;br /&gt;</w:t>
        <w:br/>
        <w:t>Аой!</w:t>
      </w:r>
    </w:p>
    <w:p>
      <w:r>
        <w:br/>
        <w:t>253&lt;br /&gt;</w:t>
        <w:br/>
        <w:t>Французи та араби б'ються люто.&lt;br /&gt;</w:t>
        <w:br/>
        <w:t>Хто бачив, як тріски щитів летіли,&lt;br /&gt;</w:t>
        <w:br/>
        <w:t>Як розбивались лати від ударів&lt;br /&gt;</w:t>
        <w:br/>
        <w:t>Чи панцирі й шоломи з брязкотінням,&lt;br /&gt;</w:t>
        <w:br/>
        <w:t>Трощилися списи з жахливим тріском,&lt;br /&gt;</w:t>
        <w:br/>
        <w:t>Як вершники перевертались з сідел,&lt;br /&gt;</w:t>
        <w:br/>
        <w:t>Хто чув, як там кричать від ран з хрипінням,&lt;br /&gt;</w:t>
        <w:br/>
        <w:t>Той збереже про бій страшне видіння.&lt;br /&gt;</w:t>
        <w:br/>
        <w:t>Цю битву витримать було вже важко.&lt;br /&gt;</w:t>
        <w:br/>
        <w:t>І Балігант благає Аполліна,&lt;br /&gt;</w:t>
        <w:br/>
        <w:t>І молить Тервагана й Магомета:&lt;br /&gt;</w:t>
        <w:br/>
        <w:t>"Боги! Величні, я служив вам завжди!&lt;br /&gt;</w:t>
        <w:br/>
        <w:t>Злотими ваші статуї зроблю всі!&lt;br /&gt;</w:t>
        <w:br/>
        <w:t>Лиш дайте перемогу нам над Карлом!"&lt;br /&gt;</w:t>
        <w:br/>
        <w:t>Аой!&lt;br /&gt;</w:t>
        <w:br/>
        <w:t>Тут Джемальфін постав перед еміром,&lt;br /&gt;</w:t>
        <w:br/>
        <w:t>Приніс погані звістки з поля бою:&lt;br /&gt;</w:t>
        <w:br/>
        <w:t>"О сіре Баліганте, там нещастя:&lt;br /&gt;</w:t>
        <w:br/>
        <w:t>Загинув син Мальпрім ваш в січі смертній&lt;br /&gt;</w:t>
        <w:br/>
        <w:t>І Канабей, ваш брат, з ним упокоївсь.&lt;br /&gt;</w:t>
        <w:br/>
        <w:t>У цьому винні двоє франків лютих,&lt;br /&gt;</w:t>
        <w:br/>
        <w:t>Здається, Імператор був одним з них —&lt;br /&gt;</w:t>
        <w:br/>
        <w:t>Величний, мужній, лицарська постава,&lt;br /&gt;</w:t>
        <w:br/>
        <w:t>І сива борода — квітнева квітка".&lt;br /&gt;</w:t>
        <w:br/>
        <w:t>Зняв свій шолом емір, застиг безсило,&lt;br /&gt;</w:t>
        <w:br/>
        <w:t>А голова на груди похилилась.&lt;br /&gt;</w:t>
        <w:br/>
        <w:t>Відчув такий він біль, що помертвів весь,&lt;br /&gt;</w:t>
        <w:br/>
        <w:t>І все ж Заморського позвав Джанглея.</w:t>
      </w:r>
    </w:p>
    <w:p>
      <w:r>
        <w:br/>
        <w:t>254&lt;br /&gt;</w:t>
        <w:br/>
        <w:t>Емір сказав: "Джанглею, підійди-но!&lt;br /&gt;</w:t>
        <w:br/>
        <w:t>Ти мудрий дуже і багато знаєш.&lt;br /&gt;</w:t>
        <w:br/>
        <w:t>Завжди я слухався твоєї ради!&lt;br /&gt;</w:t>
        <w:br/>
        <w:t>Як думаєш ти? Франки чи араби?&lt;br /&gt;</w:t>
        <w:br/>
        <w:t>Хто переможцем вийде в битві нині?"&lt;br /&gt;</w:t>
        <w:br/>
        <w:t>Той відповів: "Ви, Баліганте, мертвий!&lt;br /&gt;</w:t>
        <w:br/>
        <w:t>Боги нас не врятують — хочуть жертви.&lt;br /&gt;</w:t>
        <w:br/>
        <w:t>Карл гордий, лицарі його відважні,&lt;br /&gt;</w:t>
        <w:br/>
        <w:t>Таких не бачив можних сил я вражих!&lt;br /&gt;</w:t>
        <w:br/>
        <w:t>І все ж, зберіть бійців із Окціанту,&lt;br /&gt;</w:t>
        <w:br/>
        <w:t>А також турків, енфрів та арабів&lt;br /&gt;</w:t>
        <w:br/>
        <w:t>І велетнів. Зберіть всіх і рушайте!"</w:t>
      </w:r>
    </w:p>
    <w:p>
      <w:r>
        <w:br/>
        <w:t>255&lt;br /&gt;</w:t>
        <w:br/>
        <w:t>Емір на лати бороду спускає,&lt;br /&gt;</w:t>
        <w:br/>
        <w:t>Білішу за цвіт глодовий у травні,&lt;br /&gt;</w:t>
        <w:br/>
        <w:t>Не хоче більше він її ховати.&lt;br /&gt;</w:t>
        <w:br/>
        <w:t>Підніс до вуст пронизливий ріжок,&lt;br /&gt;</w:t>
        <w:br/>
        <w:t>Сурмить так гучно, всі невірні чують.&lt;br /&gt;</w:t>
        <w:br/>
        <w:t>По полю мчить, полки свої шикує,&lt;br /&gt;</w:t>
        <w:br/>
        <w:t>Тут окціанці з їх виттям й ревінням,&lt;br /&gt;</w:t>
        <w:br/>
        <w:t>Аргуйці з песячим їх гавкотінням.&lt;br /&gt;</w:t>
        <w:br/>
        <w:t>Немов скажені, всі на франків линуть.&lt;br /&gt;</w:t>
        <w:br/>
        <w:t>Ряди ламають, в гущу лізуть, гинуть...&lt;br /&gt;</w:t>
        <w:br/>
        <w:t>Там полягло тоді сім тисяч франків.</w:t>
      </w:r>
    </w:p>
    <w:p>
      <w:r>
        <w:br/>
        <w:t>256&lt;br /&gt;</w:t>
        <w:br/>
        <w:t>Не був страхополохом Одж'єр-Данець,&lt;br /&gt;</w:t>
        <w:br/>
        <w:t>З васалів кращий, що броню носив колись-то.&lt;br /&gt;</w:t>
        <w:br/>
        <w:t>Побачив він війська розбиті франків,&lt;br /&gt;</w:t>
        <w:br/>
        <w:t>Покликав герцога Тьєррі з Аргони,&lt;br /&gt;</w:t>
        <w:br/>
        <w:t>Джефрейта із Анжу і Джозерана,&lt;br /&gt;</w:t>
        <w:br/>
        <w:t>І мовить Карлові він горде слово:&lt;br /&gt;</w:t>
        <w:br/>
        <w:t>"Погляньте, як араби наших гублять.&lt;br /&gt;</w:t>
        <w:br/>
        <w:t>Не дай вам Бог надіти ще корону,&lt;br /&gt;</w:t>
        <w:br/>
        <w:t>Якщо не буде помсти за цей сором!"&lt;br /&gt;</w:t>
        <w:br/>
        <w:t>Що відповісти тут? Усі мовчали.&lt;br /&gt;</w:t>
        <w:br/>
        <w:t>Острожать франки скакунів бувалих&lt;br /&gt;</w:t>
        <w:br/>
        <w:t>И невірних почали рубать навалом.&lt;br /&gt;</w:t>
        <w:br/>
        <w:t>Аой!</w:t>
      </w:r>
    </w:p>
    <w:p>
      <w:r>
        <w:br/>
        <w:t>257&lt;br /&gt;</w:t>
        <w:br/>
        <w:t>Чудово б'ється Карл Великий в полі,&lt;br /&gt;</w:t>
        <w:br/>
        <w:t>З ним поруч герцог Найм та Одж'єр-Данець,&lt;br /&gt;</w:t>
        <w:br/>
        <w:t>Джефрейт з Анжу, що орифламу носить.&lt;br /&gt;</w:t>
        <w:br/>
        <w:t>Одж'єр відвагу виявив нестримну:&lt;br /&gt;</w:t>
        <w:br/>
        <w:t>Коня він шпорить, кинувши повіддя,&lt;br /&gt;</w:t>
        <w:br/>
        <w:t>Вбива язичника, що ніс "Дракона".&lt;br /&gt;</w:t>
        <w:br/>
        <w:t>Амбор звалився долілиць миттєво,&lt;br /&gt;</w:t>
        <w:br/>
        <w:t>А з ним "Дракон" — емірова святиня.&lt;br /&gt;</w:t>
        <w:br/>
        <w:t>Побачив Балігант, що впав знак царський&lt;br /&gt;</w:t>
        <w:br/>
        <w:t>І на землі штандарт із Магометом,&lt;br /&gt;</w:t>
        <w:br/>
        <w:t>Лише тоді почав він розуміти&lt;br /&gt;</w:t>
        <w:br/>
        <w:t>Свою неправоту і правду Карла,&lt;br /&gt;</w:t>
        <w:br/>
        <w:t>Відразу ж зменшився невірних запал...&lt;br /&gt;</w:t>
        <w:br/>
        <w:t>А Карл звернувся до своїх васалів:&lt;br /&gt;</w:t>
        <w:br/>
        <w:t>"Чи допоможете мені, барони?"&lt;br /&gt;</w:t>
        <w:br/>
        <w:t>У відповідь: "Прохання — нам образа!&lt;br /&gt;</w:t>
        <w:br/>
        <w:t>Немає серед нас страхополохів!"&lt;br /&gt;</w:t>
        <w:br/>
        <w:t>Аой!</w:t>
      </w:r>
    </w:p>
    <w:p>
      <w:r>
        <w:br/>
        <w:t>ДВОБІЙ КАРЛА І БАЛІГАНТА&lt;br /&gt;</w:t>
        <w:br/>
        <w:t>258&lt;br /&gt;</w:t>
        <w:br/>
        <w:t>Минає ясний день, заходить сонце.&lt;br /&gt;</w:t>
        <w:br/>
        <w:t>Запекло б'ються франки і араби.&lt;br /&gt;</w:t>
        <w:br/>
        <w:t>Могутні владарі звели два війська,&lt;br /&gt;</w:t>
        <w:br/>
        <w:t>їх кличі бойові повсюди чути.&lt;br /&gt;</w:t>
        <w:br/>
        <w:t>Дзвінкий еміра крик "Прецьйоз!" лунає,&lt;br /&gt;</w:t>
        <w:br/>
        <w:t>Та Карла "Монжуа!" наздоганяє.&lt;br /&gt;</w:t>
        <w:br/>
        <w:t>І цар царя по голосах пізнали,&lt;br /&gt;</w:t>
        <w:br/>
        <w:t>И зустрілись вороги серед рівнини...&lt;br /&gt;</w:t>
        <w:br/>
        <w:t>Двобій почавсь. Списів важкі удари&lt;br /&gt;</w:t>
        <w:br/>
        <w:t>У центр щитів, в розетку потрапляють&lt;br /&gt;</w:t>
        <w:br/>
        <w:t>І врешті їх дощенту розбивають,&lt;br /&gt;</w:t>
        <w:br/>
        <w:t>Дірки в міцній кольчузі залишають,&lt;br /&gt;</w:t>
        <w:br/>
        <w:t>Проте ніяк не досягають тіла.&lt;br /&gt;</w:t>
        <w:br/>
        <w:t>Попруги тріснули, і сідла — набік,&lt;br /&gt;</w:t>
        <w:br/>
        <w:t>Царі попадали на землю зразу.&lt;br /&gt;</w:t>
        <w:br/>
        <w:t>Та в мить одну обидва підхопились&lt;br /&gt;</w:t>
        <w:br/>
        <w:t>І за мечі взялись свої булатні.&lt;br /&gt;</w:t>
        <w:br/>
        <w:t>Ніщо не може зупинить двобою,&lt;br /&gt;</w:t>
        <w:br/>
        <w:t>Крім смерті одного із двох героїв.&lt;br /&gt;</w:t>
        <w:br/>
        <w:t>Аой!</w:t>
      </w:r>
    </w:p>
    <w:p>
      <w:r>
        <w:br/>
        <w:t>259&lt;br /&gt;</w:t>
        <w:br/>
        <w:t>Красуне-Франціє, відважний Карл твій!&lt;br /&gt;</w:t>
        <w:br/>
        <w:t>И емір не знає страху і вагання!&lt;br /&gt;</w:t>
        <w:br/>
        <w:t>От вже мечі оголені схрестились,&lt;br /&gt;</w:t>
        <w:br/>
        <w:t>І кожен б'є ворожий щит щосили.&lt;br /&gt;</w:t>
        <w:br/>
        <w:t>Посічені в них дерево і шкіра,&lt;br /&gt;</w:t>
        <w:br/>
        <w:t>З них падають гвіздки, щити розбиті.&lt;br /&gt;</w:t>
        <w:br/>
        <w:t>Царі зостались в латах, наступають,&lt;br /&gt;</w:t>
        <w:br/>
        <w:t>Мечі з шоломів іскри висікають.&lt;br /&gt;</w:t>
        <w:br/>
        <w:t>Та може бій лише тоді скінчитись,&lt;br /&gt;</w:t>
        <w:br/>
        <w:t>Коли хтось із володарів загине.&lt;br /&gt;</w:t>
        <w:br/>
        <w:t>Аой!</w:t>
      </w:r>
    </w:p>
    <w:p>
      <w:r>
        <w:br/>
        <w:t>260&lt;br /&gt;</w:t>
        <w:br/>
        <w:t>Емір сказав: "Подумай, Карле, краще!&lt;br /&gt;</w:t>
        <w:br/>
        <w:t>Тобі я раджу не боротись — здатись!&lt;br /&gt;</w:t>
        <w:br/>
        <w:t>Я знаю, щойно вбив мого ти сина&lt;br /&gt;</w:t>
        <w:br/>
        <w:t>І хочеш захопити наші землі.&lt;br /&gt;</w:t>
        <w:br/>
        <w:t>Моїм васалом стань — одержиш в лен ти&lt;br /&gt;</w:t>
        <w:br/>
        <w:t>Всі володіння — звідси аж до Сходу!"&lt;br /&gt;</w:t>
        <w:br/>
        <w:t>Карл відповів: "Що ти верзеш, зухвальцю!&lt;br /&gt;</w:t>
        <w:br/>
        <w:t>З язичником не буде миру й дружби.&lt;br /&gt;</w:t>
        <w:br/>
        <w:t>Прийми закон, що Бог нам пропонує:&lt;br /&gt;</w:t>
        <w:br/>
        <w:t>Християнином стань — мир запанує!&lt;br /&gt;</w:t>
        <w:br/>
        <w:t>Служи Всевишньому і вір у Нього!"&lt;br /&gt;</w:t>
        <w:br/>
        <w:t>А Балігант: "Дурниці кажеш, Карле!"&lt;br /&gt;</w:t>
        <w:br/>
        <w:t>І задзвеніли знов мечі булатні.&lt;br /&gt;</w:t>
        <w:br/>
        <w:t>Аой!</w:t>
      </w:r>
    </w:p>
    <w:p>
      <w:r>
        <w:br/>
        <w:t>261&lt;br /&gt;</w:t>
        <w:br/>
        <w:t>Емір в руках мав силу неймовірну.&lt;br /&gt;</w:t>
        <w:br/>
        <w:t>Він вдарив Карла по шолому з сталі,&lt;br /&gt;</w:t>
        <w:br/>
        <w:t>Розсік його і голови дістався,&lt;br /&gt;</w:t>
        <w:br/>
        <w:t>А потім меч зануривсь у волосся&lt;br /&gt;</w:t>
        <w:br/>
        <w:t>І шкіру з голови зсік на долоню,&lt;br /&gt;</w:t>
        <w:br/>
        <w:t>У цьому місці череп оголився.&lt;br /&gt;</w:t>
        <w:br/>
        <w:t>Карл похитнувсь і ледь не впав на землю.&lt;br /&gt;</w:t>
        <w:br/>
        <w:t>Та Бог не допустив, щоб він загинув.&lt;br /&gt;</w:t>
        <w:br/>
        <w:t>З'явився Гавриїл у розпал бою,&lt;br /&gt;</w:t>
        <w:br/>
        <w:t>Спитав: "Королю, що там із тобою?"</w:t>
      </w:r>
    </w:p>
    <w:p>
      <w:r>
        <w:br/>
        <w:t>262&lt;br /&gt;</w:t>
        <w:br/>
        <w:t>Почув монарх глас ангела святого,&lt;br /&gt;</w:t>
        <w:br/>
        <w:t>Відразу зникли жах і страх смертельний,&lt;br /&gt;</w:t>
        <w:br/>
        <w:t>До нього повернулись сила й пам'ять.&lt;br /&gt;</w:t>
        <w:br/>
        <w:t>Мечем французьким вдарив він еміра.&lt;br /&gt;</w:t>
        <w:br/>
        <w:t>Розтяв шолом, що блискотів від перлів,&lt;br /&gt;</w:t>
        <w:br/>
        <w:t>А з ним і голову, лиш бризнув мозок,&lt;br /&gt;</w:t>
        <w:br/>
        <w:t>Розсік по білу бороду обличчя.&lt;br /&gt;</w:t>
        <w:br/>
        <w:t>Вмер Балігант, не допоможуть ліки.&lt;br /&gt;</w:t>
        <w:br/>
        <w:t>Карл крикнув "Монжуа!", щоб всі почули.&lt;br /&gt;</w:t>
        <w:br/>
        <w:t>Відразу герцог Найм з'явився поруч,&lt;br /&gt;</w:t>
        <w:br/>
        <w:t>Впіймав коня, король на нього скочив.&lt;br /&gt;</w:t>
        <w:br/>
        <w:t>Біжать невірні, їх сам Бог карає!&lt;br /&gt;</w:t>
        <w:br/>
        <w:t>Дійшла до Господа молитва франків.</w:t>
      </w:r>
    </w:p>
    <w:p>
      <w:r>
        <w:br/>
        <w:t>263&lt;br /&gt;</w:t>
        <w:br/>
        <w:t>Бог так звелів — тікають бусурмани.&lt;br /&gt;</w:t>
        <w:br/>
        <w:t>Карл з вояками кинувся в погоню.&lt;br /&gt;</w:t>
        <w:br/>
        <w:t>Сказав: "Ось мить, щоб серце втамувати!&lt;br /&gt;</w:t>
        <w:br/>
        <w:t>Помститися за горе і страждання!&lt;br /&gt;</w:t>
        <w:br/>
        <w:t>Бо вчора, франки, бачив ваші сльози!"&lt;br /&gt;</w:t>
        <w:br/>
        <w:t>Відповіли: "Це наше теж бажання!"&lt;br /&gt;</w:t>
        <w:br/>
        <w:t>І кожен бив мечем тих сарацинів,&lt;br /&gt;</w:t>
        <w:br/>
        <w:t>Та мало хто з них втік і не загинув.</w:t>
      </w:r>
    </w:p>
    <w:p>
      <w:r>
        <w:br/>
        <w:t>КАРЛ У САРАГОСІ. ПОВЕРНЕННЯ ДО ФРАНЦІЇ&lt;br /&gt;</w:t>
        <w:br/>
        <w:t>264&lt;br /&gt;</w:t>
        <w:br/>
        <w:t>Страшенна спека, курява клубами.&lt;br /&gt;</w:t>
        <w:br/>
        <w:t>Тікають маври, франки ззаду тиснуть,&lt;br /&gt;</w:t>
        <w:br/>
        <w:t>Дісталася погоня Сарагоси.&lt;br /&gt;</w:t>
        <w:br/>
        <w:t>На вежу піднялася Брамімонда.&lt;br /&gt;</w:t>
        <w:br/>
        <w:t>За нею слідом клір іде поганський.&lt;br /&gt;</w:t>
        <w:br/>
        <w:t>Огидна Богу їхня клята віра,&lt;br /&gt;</w:t>
        <w:br/>
        <w:t>Немає в них тонзур, немає санів.&lt;br /&gt;</w:t>
        <w:br/>
        <w:t>Цариця бачить перемогу франків,&lt;br /&gt;</w:t>
        <w:br/>
        <w:t>Побігла до Марсілія із криком:&lt;br /&gt;</w:t>
        <w:br/>
        <w:t>"О царю любий! Наші вщент розбиті!&lt;br /&gt;</w:t>
        <w:br/>
        <w:t>Безславна смерть спіткала Баліганта!"&lt;br /&gt;</w:t>
        <w:br/>
        <w:t>Почув цю звістку й одвернувсь Марсілій,&lt;br /&gt;</w:t>
        <w:br/>
        <w:t>Заплакав й голову схилив безсило&lt;br /&gt;</w:t>
        <w:br/>
        <w:t>Та вмер од горя. За його ж гріхи всі&lt;br /&gt;</w:t>
        <w:br/>
        <w:t>Заволодів душею чорт пекельний.&lt;br /&gt;</w:t>
        <w:br/>
        <w:t>Аой!</w:t>
      </w:r>
    </w:p>
    <w:p>
      <w:r>
        <w:br/>
        <w:t>265&lt;br /&gt;</w:t>
        <w:br/>
        <w:t>Хто не загинув з нехристів, той втік вже.&lt;br /&gt;</w:t>
        <w:br/>
        <w:t>Із франками звитягу Карл святкує,&lt;br /&gt;</w:t>
        <w:br/>
        <w:t>Розбив він зразу Сарагоси браму,&lt;br /&gt;</w:t>
        <w:br/>
        <w:t>Нема кому її вже захищати.&lt;br /&gt;</w:t>
        <w:br/>
        <w:t>Усі полки отаборились в місті,&lt;br /&gt;</w:t>
        <w:br/>
        <w:t>До ранку переможці спочивали.&lt;br /&gt;</w:t>
        <w:br/>
        <w:t>Веселий й гордий Карл сивобородий.&lt;br /&gt;</w:t>
        <w:br/>
        <w:t>Дала ключі від веж всіх Брамімонда —&lt;br /&gt;</w:t>
        <w:br/>
        <w:t>Великих десять, п'ятдесят маленьких.&lt;br /&gt;</w:t>
        <w:br/>
        <w:t>Щасливий той, кого Господь підтримав.</w:t>
      </w:r>
    </w:p>
    <w:p>
      <w:r>
        <w:br/>
        <w:t>266&lt;br /&gt;</w:t>
        <w:br/>
        <w:t>Скінчився день, надходить ніч поволі,&lt;br /&gt;</w:t>
        <w:br/>
        <w:t>Яскравий місяць, мерехтять сузір'я.&lt;br /&gt;</w:t>
        <w:br/>
        <w:t>Великий Карл — володар Сарагоси.&lt;br /&gt;</w:t>
        <w:br/>
        <w:t>Послав у місто тисячу він франків.&lt;br /&gt;</w:t>
        <w:br/>
        <w:t>Заходять в синагоги чи мечеті&lt;br /&gt;</w:t>
        <w:br/>
        <w:t>З сокирами, кувалдами важкими&lt;br /&gt;</w:t>
        <w:br/>
        <w:t>И трощать завзято ідолів поганських.&lt;br /&gt;</w:t>
        <w:br/>
        <w:t>Од їхніх чар не буде допомоги!&lt;br /&gt;</w:t>
        <w:br/>
        <w:t>Карл хоче послужити щиро Богу:&lt;br /&gt;</w:t>
        <w:br/>
        <w:t>Єпископи освячують там воду&lt;br /&gt;</w:t>
        <w:br/>
        <w:t>І хрестять всіх язичників в каплицях.&lt;br /&gt;</w:t>
        <w:br/>
        <w:t>Хто ж не виконує веління Карла,&lt;br /&gt;</w:t>
        <w:br/>
        <w:t>Того звичайним зашморгом вбивають&lt;br /&gt;</w:t>
        <w:br/>
        <w:t>Чи спалюють у вогнищі жаркому.&lt;br /&gt;</w:t>
        <w:br/>
        <w:t>Вже сотня тисяч у Христовій вірі!&lt;br /&gt;</w:t>
        <w:br/>
        <w:t>Окрім цариці. З королем поїде&lt;br /&gt;</w:t>
        <w:br/>
        <w:t>У Франції хреститись добровільно!</w:t>
      </w:r>
    </w:p>
    <w:p>
      <w:r>
        <w:br/>
        <w:t>267&lt;br /&gt;</w:t>
        <w:br/>
        <w:t>Скінчилась ніч, і ясний день засяяв.&lt;br /&gt;</w:t>
        <w:br/>
        <w:t>Усі звелів король зайняти вежі,&lt;br /&gt;</w:t>
        <w:br/>
        <w:t>Залишив тисячу баронів кращих,&lt;br /&gt;</w:t>
        <w:br/>
        <w:t>Щоб місто зберегти від сил ворожих,&lt;br /&gt;</w:t>
        <w:br/>
        <w:t>А потім на коні з всією раттю,&lt;br /&gt;</w:t>
        <w:br/>
        <w:t>Узявши полонянку Брамімонду,&lt;br /&gt;</w:t>
        <w:br/>
        <w:t>Якій хотів зробить одне добро лиш,&lt;br /&gt;</w:t>
        <w:br/>
        <w:t>В зворотну путь, до Ахена, рушає.&lt;br /&gt;</w:t>
        <w:br/>
        <w:t>Пройшовши швидко повз Нарбонну милу,&lt;br /&gt;</w:t>
        <w:br/>
        <w:t>Вступили у Борделу, дивне місто.&lt;br /&gt;</w:t>
        <w:br/>
        <w:t>Там на олтар святого Северина&lt;br /&gt;</w:t>
        <w:br/>
        <w:t>Король поклав ріг Оліфант зі злотом,&lt;br /&gt;</w:t>
        <w:br/>
        <w:t>Його ще бачили численні пілігрими.&lt;br /&gt;</w:t>
        <w:br/>
        <w:t>На кораблях Карл переплив Джиронду.&lt;br /&gt;</w:t>
        <w:br/>
        <w:t>Супроводжав до Блея прах Роланда,&lt;br /&gt;</w:t>
        <w:br/>
        <w:t>А також Олів'єра, його друга,&lt;br /&gt;</w:t>
        <w:br/>
        <w:t>І мудрого й відважного Турпіна.&lt;br /&gt;</w:t>
        <w:br/>
        <w:t>Тіла поклали в білі саркофаги,&lt;br /&gt;</w:t>
        <w:br/>
        <w:t>Сплять вічним сном у храмі Сен-Ромена,&lt;br /&gt;</w:t>
        <w:br/>
        <w:t>їх душі Богу, всім святим вручили.&lt;br /&gt;</w:t>
        <w:br/>
        <w:t>А потім через гори і долини&lt;br /&gt;</w:t>
        <w:br/>
        <w:t>Карл мчав до Ахена вже без упину.&lt;br /&gt;</w:t>
        <w:br/>
        <w:t>А ось і рідні мармурові сходи.&lt;br /&gt;</w:t>
        <w:br/>
        <w:t>Як тільки Карл зайшов в палац розкішний,&lt;br /&gt;</w:t>
        <w:br/>
        <w:t>До всіх васалів посланців відправив:&lt;br /&gt;</w:t>
        <w:br/>
        <w:t>Баварців і саксонців, лотарингців,&lt;br /&gt;</w:t>
        <w:br/>
        <w:t>Qo фризів, й алеманів, й пуатвінців,&lt;br /&gt;</w:t>
        <w:br/>
        <w:t>И бургундців, і нормандців, і бретонців.&lt;br /&gt;</w:t>
        <w:br/>
        <w:t>Покликав всіх він наймудріших франків,&lt;br /&gt;</w:t>
        <w:br/>
        <w:t>Аби вершити суд над Ганелоном.</w:t>
      </w:r>
    </w:p>
    <w:p>
      <w:r>
        <w:br/>
        <w:t>268&lt;br /&gt;</w:t>
        <w:br/>
        <w:t>Великий Карл з Іспанії вернувся.&lt;br /&gt;</w:t>
        <w:br/>
        <w:t>Він в Ахені, найкращому з міст франків.&lt;br /&gt;</w:t>
        <w:br/>
        <w:t>Піднявся до палацу, входить в залу,&lt;br /&gt;</w:t>
        <w:br/>
        <w:t>До нього поспіша красуня Альда&lt;br /&gt;</w:t>
        <w:br/>
        <w:t>И питає короля: "А де ж Роланд мій,&lt;br /&gt;</w:t>
        <w:br/>
        <w:t>Який поклявсь побратися зі мною?"&lt;br /&gt;</w:t>
        <w:br/>
        <w:t>І знову Карл відчув глибокий смуток,&lt;br /&gt;</w:t>
        <w:br/>
        <w:t>Заплакав, бороду рве білу в горі:&lt;br /&gt;</w:t>
        <w:br/>
        <w:t>"О, сестро, любонько, — відповідає, —&lt;br /&gt;</w:t>
        <w:br/>
        <w:t>Про мертвого питати вже не варто.&lt;br /&gt;</w:t>
        <w:br/>
        <w:t>На кращого я заміню цю втрату.&lt;br /&gt;</w:t>
        <w:br/>
        <w:t>То син Луї, мій доблесний нащадок,&lt;br /&gt;</w:t>
        <w:br/>
        <w:t>Король майбутній і володар краю".&lt;br /&gt;</w:t>
        <w:br/>
        <w:t>І чує відповідь: "Слова ці дивні!&lt;br /&gt;</w:t>
        <w:br/>
        <w:t>Всіма святими й Богом присягаюсь —&lt;br /&gt;</w:t>
        <w:br/>
        <w:t>Не житиму на світі без Роланда!"&lt;br /&gt;</w:t>
        <w:br/>
        <w:t>І раптом зблідла й впала до ніг Карла.&lt;br /&gt;</w:t>
        <w:br/>
        <w:t>Померла... То помилуй її, Боже!&lt;br /&gt;</w:t>
        <w:br/>
        <w:t>Над тілом Альди лицарі ридають.</w:t>
      </w:r>
    </w:p>
    <w:p>
      <w:r>
        <w:br/>
        <w:t>269&lt;br /&gt;</w:t>
        <w:br/>
        <w:t>Померла з туги Альда щиросердна,&lt;br /&gt;</w:t>
        <w:br/>
        <w:t>А Карл спочатку думав, що зомліла.&lt;br /&gt;</w:t>
        <w:br/>
        <w:t>Відчув страшенний жаль, заплакав гірко,&lt;br /&gt;</w:t>
        <w:br/>
        <w:t>Схопив за руки Альду, підіймає...&lt;br /&gt;</w:t>
        <w:br/>
        <w:t>Та впала на плече її голівка.&lt;br /&gt;</w:t>
        <w:br/>
        <w:t>Тут зрозумів король — померла Альда.&lt;br /&gt;</w:t>
        <w:br/>
        <w:t>І чотирьох графинь тоді позвали,&lt;br /&gt;</w:t>
        <w:br/>
        <w:t>Щоб в монастир небіжчицю віднесли,&lt;br /&gt;</w:t>
        <w:br/>
        <w:t>И всю ніч, до ранку, молитви читали.&lt;br /&gt;</w:t>
        <w:br/>
        <w:t>Прах її з почестями поховали,&lt;br /&gt;</w:t>
        <w:br/>
        <w:t>Віддав король велику шану Альді.&lt;br /&gt;</w:t>
        <w:br/>
        <w:t>Аой!</w:t>
      </w:r>
    </w:p>
    <w:p>
      <w:r>
        <w:br/>
        <w:t>СУД НАД ГАНЕЛОНОМ&lt;br /&gt;</w:t>
        <w:br/>
        <w:t>270&lt;br /&gt;</w:t>
        <w:br/>
        <w:t>Карл повернувся вже в престольний Ахен.&lt;br /&gt;</w:t>
        <w:br/>
        <w:t>А Ганелона закули в кайдани.&lt;br /&gt;</w:t>
        <w:br/>
        <w:t>Навпроти королівського палацу&lt;br /&gt;</w:t>
        <w:br/>
        <w:t>Він до стовпа ганебного припнутий,&lt;br /&gt;</w:t>
        <w:br/>
        <w:t>Ремінням зраднику скрутили руки,&lt;br /&gt;</w:t>
        <w:br/>
        <w:t>Січуть різками і кийком шмагають.&lt;br /&gt;</w:t>
        <w:br/>
        <w:t>Він іншої не заслужив відплати.&lt;br /&gt;</w:t>
        <w:br/>
        <w:t>В тривозі Ганелон чекає суду.</w:t>
      </w:r>
    </w:p>
    <w:p>
      <w:r>
        <w:br/>
        <w:t>271&lt;br /&gt;</w:t>
        <w:br/>
        <w:t>В "Діяннях" старовинних записали:&lt;br /&gt;</w:t>
        <w:br/>
        <w:t>Король з усіх країв покликав суддів.&lt;br /&gt;</w:t>
        <w:br/>
        <w:t>Зібралися у Ахенській каплиці,&lt;br /&gt;</w:t>
        <w:br/>
        <w:t>День урочистий був — велике свято,&lt;br /&gt;</w:t>
        <w:br/>
        <w:t>Подейкують, святого день Сільвестра.&lt;br /&gt;</w:t>
        <w:br/>
        <w:t>Розпочали васали розгляд справи&lt;br /&gt;</w:t>
        <w:br/>
        <w:t>Відносно Ганелонової зради.&lt;br /&gt;</w:t>
        <w:br/>
        <w:t>Король звелів негідника привести.&lt;br /&gt;</w:t>
        <w:br/>
        <w:t>Аой!</w:t>
      </w:r>
    </w:p>
    <w:p>
      <w:r>
        <w:br/>
        <w:t>272&lt;br /&gt;</w:t>
        <w:br/>
        <w:t>"Сеньйори, — розпочав король, — по правді&lt;br /&gt;</w:t>
        <w:br/>
        <w:t>Судіть самі ви Ганелона. З військом&lt;br /&gt;</w:t>
        <w:br/>
        <w:t>Моїм він до Іспанії потрапив,&lt;br /&gt;</w:t>
        <w:br/>
        <w:t>А потім зрадив двадцять тисяч франків,&lt;br /&gt;</w:t>
        <w:br/>
        <w:t>І з ними полягли Роланд, мій небіж,&lt;br /&gt;</w:t>
        <w:br/>
        <w:t>И шляхетний Олів'єр, хоробрий лицар.&lt;br /&gt;</w:t>
        <w:br/>
        <w:t>Продав за гроші він усіх дванадцять перів!"&lt;br /&gt;</w:t>
        <w:br/>
        <w:t>Тут Ганелон: "Якщо б я зрадник був — мовчав би!&lt;br /&gt;</w:t>
        <w:br/>
        <w:t>Роланд мене скарбів, грошей позбавив.&lt;br /&gt;</w:t>
        <w:br/>
        <w:t>Не криюся, бажав йому я смерті!&lt;br /&gt;</w:t>
        <w:br/>
        <w:t>Але це помста, аж ніяк не зрада!"&lt;br /&gt;</w:t>
        <w:br/>
        <w:t>А франки кажуть: "Зачекаймо ради!"</w:t>
      </w:r>
    </w:p>
    <w:p>
      <w:r>
        <w:br/>
        <w:t>273&lt;br /&gt;</w:t>
        <w:br/>
        <w:t>От перед Карлом Ганелон зрадливий.&lt;br /&gt;</w:t>
        <w:br/>
        <w:t>Лицем рум'яний, вигляд має бравий,&lt;br /&gt;</w:t>
        <w:br/>
        <w:t>Якби ще й чесний, лицар був би справний.&lt;br /&gt;</w:t>
        <w:br/>
        <w:t>Поглянув гордовито він на суддів,&lt;br /&gt;</w:t>
        <w:br/>
        <w:t>На тридцять родичів — стояли поруч,&lt;br /&gt;</w:t>
        <w:br/>
        <w:t>А потім скрикнув голосно і чітко:&lt;br /&gt;</w:t>
        <w:br/>
        <w:t>"Заради Бога, слухайте, барони!&lt;br /&gt;</w:t>
        <w:br/>
        <w:t>Був я в полках, що вів їх Імператор,&lt;br /&gt;</w:t>
        <w:br/>
        <w:t>Служив йому завжди я вірно й чесно.&lt;br /&gt;</w:t>
        <w:br/>
        <w:t>Зненавидів Роланд, за що не знати,&lt;br /&gt;</w:t>
        <w:br/>
        <w:t>Мене давно, послав на смерть жахливу.&lt;br /&gt;</w:t>
        <w:br/>
        <w:t>Марсілію мав передати я послання.&lt;br /&gt;</w:t>
        <w:br/>
        <w:t>Лиш хитрості завдячую спасінням,&lt;br /&gt;</w:t>
        <w:br/>
        <w:t>Тому я ворогом назвав Роланда прямо,&lt;br /&gt;</w:t>
        <w:br/>
        <w:t>А також Олів'єра, їхніх друзів.&lt;br /&gt;</w:t>
        <w:br/>
        <w:t>І Карл, і всі барони те засвідчать.&lt;br /&gt;</w:t>
        <w:br/>
        <w:t>Це особиста помста, а не зрада!"&lt;br /&gt;</w:t>
        <w:br/>
        <w:t>А франки кажуть: "Зачекаймо ради!"</w:t>
      </w:r>
    </w:p>
    <w:p>
      <w:r>
        <w:br/>
        <w:t>274&lt;br /&gt;</w:t>
        <w:br/>
        <w:t>Побачив Ганелон, що кепські справи,&lt;br /&gt;</w:t>
        <w:br/>
        <w:t>І тридцять родичів зібрав докупи.&lt;br /&gt;</w:t>
        <w:br/>
        <w:t>Одного з них всі визнавали мудрим,&lt;br /&gt;</w:t>
        <w:br/>
        <w:t>Це Пінабел був — з замку, що в Сорансі,&lt;br /&gt;</w:t>
        <w:br/>
        <w:t>Прославивсь красномовністю своєю,&lt;br /&gt;</w:t>
        <w:br/>
        <w:t>Ніхто не міг його здолати в спорі.&lt;br /&gt;</w:t>
        <w:br/>
        <w:t>І Ганелон йому: "Про честь ідеться!&lt;br /&gt;</w:t>
        <w:br/>
        <w:t>Спасіть мене від смерті і безчестя".&lt;br /&gt;</w:t>
        <w:br/>
        <w:t>У відповідь: "Не слід боятись суду,&lt;br /&gt;</w:t>
        <w:br/>
        <w:t>До зашморгу вас не засудять франки.&lt;br /&gt;</w:t>
        <w:br/>
        <w:t>Нехай король збирає свою раду, —&lt;br /&gt;</w:t>
        <w:br/>
        <w:t>Всяк наклеп спростувать мечем я ладен!"&lt;br /&gt;</w:t>
        <w:br/>
        <w:t>Упав до ніг його покірно зрадник.</w:t>
      </w:r>
    </w:p>
    <w:p>
      <w:r>
        <w:br/>
        <w:t>275&lt;br /&gt;</w:t>
        <w:br/>
        <w:t>Зійшлись на раду всі баварці й пуатвінці,&lt;br /&gt;</w:t>
        <w:br/>
        <w:t>Нормандці, сакси та багато німців,&lt;br /&gt;</w:t>
        <w:br/>
        <w:t>Найбільш було тут франків й алеманів.&lt;br /&gt;</w:t>
        <w:br/>
        <w:t>До Пінабела більш прихильні всі овернці,&lt;br /&gt;</w:t>
        <w:br/>
        <w:t>Тому обороняли Ганелона.&lt;br /&gt;</w:t>
        <w:br/>
        <w:t>"Залишимо, — говорять, — все без зміни,&lt;br /&gt;</w:t>
        <w:br/>
        <w:t>Припинимо процес, прохаймо Карла,&lt;br /&gt;</w:t>
        <w:br/>
        <w:t>Щоб виправдав цим разом Ганелона,&lt;br /&gt;</w:t>
        <w:br/>
        <w:t>І королю служитиме він вірно.&lt;br /&gt;</w:t>
        <w:br/>
        <w:t>Роланд помер, його не повернути,&lt;br /&gt;</w:t>
        <w:br/>
        <w:t>Ні злотом, ні добром не воскресити.&lt;br /&gt;</w:t>
        <w:br/>
        <w:t>Безумство на двобій іти за нього!"&lt;br /&gt;</w:t>
        <w:br/>
        <w:t>І жодного, хто з цим би не погодивсь,&lt;br /&gt;</w:t>
        <w:br/>
        <w:t>Окрім Тьєррі, Джефрейтового брата.&lt;br /&gt;</w:t>
        <w:br/>
        <w:t>Аой!</w:t>
      </w:r>
    </w:p>
    <w:p>
      <w:r>
        <w:br/>
        <w:t>276&lt;br /&gt;</w:t>
        <w:br/>
        <w:t>Звертаються до короля барони,&lt;br /&gt;</w:t>
        <w:br/>
        <w:t>Говорять: "Любий сіре, дуже просим&lt;br /&gt;</w:t>
        <w:br/>
        <w:t>Вас виправдати графа Ганелона,&lt;br /&gt;</w:t>
        <w:br/>
        <w:t>Служитиме вам щиро і з любов'ю.&lt;br /&gt;</w:t>
        <w:br/>
        <w:t>Лишіть йому життя, це справжній лицар.&lt;br /&gt;</w:t>
        <w:br/>
        <w:t>Роланд загинув, марно тепер мститись,&lt;br /&gt;</w:t>
        <w:br/>
        <w:t>Даремно кров не треба проливати!"&lt;br /&gt;</w:t>
        <w:br/>
        <w:t>"Запроданці!" — розгнівавсь Імператор.&lt;br /&gt;</w:t>
        <w:br/>
        <w:t>Аой!</w:t>
      </w:r>
    </w:p>
    <w:p>
      <w:r>
        <w:br/>
        <w:t>БОЖИЙ СУД&lt;br /&gt;</w:t>
        <w:br/>
        <w:t>277&lt;br /&gt;</w:t>
        <w:br/>
        <w:t>Побачив Карл баронів зраду чорну,&lt;br /&gt;</w:t>
        <w:br/>
        <w:t>Похнюпив голову з чолом похмурим&lt;br /&gt;</w:t>
        <w:br/>
        <w:t>І скаржиться на долю нещасливу.&lt;br /&gt;</w:t>
        <w:br/>
        <w:t>Та раптом перед ним Тьєррі з'явився,&lt;br /&gt;</w:t>
        <w:br/>
        <w:t>Молодший брат Анжуйського Джефрейта,&lt;br /&gt;</w:t>
        <w:br/>
        <w:t>На зріст він не малий, не завеликий,&lt;br /&gt;</w:t>
        <w:br/>
        <w:t>Струнка постава, бистрий, худорлявий,&lt;br /&gt;</w:t>
        <w:br/>
        <w:t>З очима темними і сам чорнявий.&lt;br /&gt;</w:t>
        <w:br/>
        <w:t>І каже Карлові він шанобливо:&lt;br /&gt;</w:t>
        <w:br/>
        <w:t>"Мій любий сіре, не журіться, прошу!&lt;br /&gt;</w:t>
        <w:br/>
        <w:t>Ви знаєте, служив вам бездоганно,&lt;br /&gt;</w:t>
        <w:br/>
        <w:t>Як предки! І ненавиджу я зраду.&lt;br /&gt;</w:t>
        <w:br/>
        <w:t>Роланд, щоб не зробив там Ганелону,&lt;br /&gt;</w:t>
        <w:br/>
        <w:t>Васал був вірний — і цього достатньо!&lt;br /&gt;</w:t>
        <w:br/>
        <w:t>А Ганелон — запроданець, всіх зрадив&lt;br /&gt;</w:t>
        <w:br/>
        <w:t>І знехтував обов'язок, присягу.&lt;br /&gt;</w:t>
        <w:br/>
        <w:t>Тому на шибениці має вмерти,&lt;br /&gt;</w:t>
        <w:br/>
        <w:t>А тіло хай собаки пошматують.&lt;br /&gt;</w:t>
        <w:br/>
        <w:t>За чорну зраду відплатить він має.&lt;br /&gt;</w:t>
        <w:br/>
        <w:t>Коли це родичам не до вподоби,&lt;br /&gt;</w:t>
        <w:br/>
        <w:t>Довести ладен правоту мечем я,&lt;br /&gt;</w:t>
        <w:br/>
        <w:t>І зараз на двобій уже готовий!"&lt;br /&gt;</w:t>
        <w:br/>
        <w:t>"Слова чудові!" — відгукнулись франки.</w:t>
      </w:r>
    </w:p>
    <w:p>
      <w:r>
        <w:br/>
        <w:t>278&lt;br /&gt;</w:t>
        <w:br/>
        <w:t>Прийшов до короля і Пінабел,&lt;br /&gt;</w:t>
        <w:br/>
        <w:t>Великий і меткий, сміливий, дужий —&lt;br /&gt;</w:t>
        <w:br/>
        <w:t>Кого він вдарить, той за смертю тужить!&lt;br /&gt;</w:t>
        <w:br/>
        <w:t>Сказав він королю: "Я знаю, сіре!&lt;br /&gt;</w:t>
        <w:br/>
        <w:t>Суд зараз. То звеліть, щоб втихли сварки.&lt;br /&gt;</w:t>
        <w:br/>
        <w:t>Тьєррі обвинувальний вирок виніс!&lt;br /&gt;</w:t>
        <w:br/>
        <w:t>Не згоден я! Все вирішить двобій наш!"&lt;br /&gt;</w:t>
        <w:br/>
        <w:t>И віддав правицею він рукавицю.&lt;br /&gt;</w:t>
        <w:br/>
        <w:t>А Карл сказав: "Заручники потрібні!"&lt;br /&gt;</w:t>
        <w:br/>
        <w:t>Пішли в заставу родичі — їх тридцять.&lt;br /&gt;</w:t>
        <w:br/>
        <w:t>Король додав: "Відповісте за нього!"&lt;br /&gt;</w:t>
        <w:br/>
        <w:t>І за законом взяв усіх під варту.&lt;br /&gt;</w:t>
        <w:br/>
        <w:t>Аой!</w:t>
      </w:r>
    </w:p>
    <w:p>
      <w:r>
        <w:br/>
        <w:t>279&lt;br /&gt;</w:t>
        <w:br/>
        <w:t>Тьєррі збагнув — невдовзі поєдинок!&lt;br /&gt;</w:t>
        <w:br/>
        <w:t>Віддав він праву рукавицю Карлу,&lt;br /&gt;</w:t>
        <w:br/>
        <w:t>Той визначив і кількість аманатів.&lt;br /&gt;</w:t>
        <w:br/>
        <w:t>Чотири наказав ослони ставить,&lt;br /&gt;</w:t>
        <w:br/>
        <w:t>На них сидітимуть всі свідки бою.&lt;br /&gt;</w:t>
        <w:br/>
        <w:t>Ретельно до двобою готувались.&lt;br /&gt;</w:t>
        <w:br/>
        <w:t>Всім керував Одж'єр — вояк бувалий,&lt;br /&gt;</w:t>
        <w:br/>
        <w:t>А лицарі вже просять коней, зброю.</w:t>
      </w:r>
    </w:p>
    <w:p>
      <w:r>
        <w:br/>
        <w:t>280&lt;br /&gt;</w:t>
        <w:br/>
        <w:t>Та перш ніж розпочати поєдинок,&lt;br /&gt;</w:t>
        <w:br/>
        <w:t>Сповідались обидва паладини,&lt;br /&gt;</w:t>
        <w:br/>
        <w:t>Одержали прощення, помолились,&lt;br /&gt;</w:t>
        <w:br/>
        <w:t>Монастирям великий дар лишили,&lt;br /&gt;</w:t>
        <w:br/>
        <w:t>А потім повернулися до Карла.&lt;br /&gt;</w:t>
        <w:br/>
        <w:t>До ніг остроги швидко прикріпили&lt;br /&gt;</w:t>
        <w:br/>
        <w:t>І одягли легкі крицеві лати,&lt;br /&gt;</w:t>
        <w:br/>
        <w:t>Понадівали шоломи блискучі,&lt;br /&gt;</w:t>
        <w:br/>
        <w:t>З ефесом золотим мечі разючі.&lt;br /&gt;</w:t>
        <w:br/>
        <w:t>На лицарях щити чотиридольні,&lt;br /&gt;</w:t>
        <w:br/>
        <w:t>В правицях гострії списи тримають,&lt;br /&gt;</w:t>
        <w:br/>
        <w:t>На скакунів баских ураз сідають.&lt;br /&gt;</w:t>
        <w:br/>
        <w:t>В цю мить сто тисяч франків плачуть гірко&lt;br /&gt;</w:t>
        <w:br/>
        <w:t>Від жалю до Тьєррі і до Роланда.&lt;br /&gt;</w:t>
        <w:br/>
        <w:t>Господь лиш знає, як двобій скінчиться...</w:t>
      </w:r>
    </w:p>
    <w:p>
      <w:r>
        <w:br/>
        <w:t>281&lt;br /&gt;</w:t>
        <w:br/>
        <w:t>Під Ахеном була велика лука,&lt;br /&gt;</w:t>
        <w:br/>
        <w:t>Там розпочавсь двобій баронів смілих.&lt;br /&gt;</w:t>
        <w:br/>
        <w:t>Обидва лицарі відважні, вмілі.&lt;br /&gt;</w:t>
        <w:br/>
        <w:t>В обох прудкі, до битви звиклі коні.&lt;br /&gt;</w:t>
        <w:br/>
        <w:t>Повіддя попускають, коней шпорять&lt;br /&gt;</w:t>
        <w:br/>
        <w:t>И на повну силу б'ють вони списами.&lt;br /&gt;</w:t>
        <w:br/>
        <w:t>В тріски уже щити порозбивали,&lt;br /&gt;</w:t>
        <w:br/>
        <w:t>Шматують панцирі, паси порвали,&lt;br /&gt;</w:t>
        <w:br/>
        <w:t>З'їжджають сідла і на землю впали.&lt;br /&gt;</w:t>
        <w:br/>
        <w:t>А франки плакати від жалю стали.</w:t>
      </w:r>
    </w:p>
    <w:p>
      <w:r>
        <w:br/>
        <w:t>282&lt;br /&gt;</w:t>
        <w:br/>
        <w:t>Звалились долу вояки обидва,&lt;br /&gt;</w:t>
        <w:br/>
        <w:t>Та блискавично з місця підхопились.&lt;br /&gt;</w:t>
        <w:br/>
        <w:t>А Пінабел — меткий й нестримний воїн.&lt;br /&gt;</w:t>
        <w:br/>
        <w:t>Немає коней — герць вже рукопашний,&lt;br /&gt;</w:t>
        <w:br/>
        <w:t>Схопились за мечі свої барони&lt;br /&gt;</w:t>
        <w:br/>
        <w:t>І б'ють, і б'ють по шоломах сталевих&lt;br /&gt;</w:t>
        <w:br/>
        <w:t>Та прагнуть разом їх навпіл розтяти.&lt;br /&gt;</w:t>
        <w:br/>
        <w:t>Дружини франків стогнуть у тривозі...&lt;br /&gt;</w:t>
        <w:br/>
        <w:t>"О Боже! — шепче Карл. — Вкажи, хто правий!"</w:t>
      </w:r>
    </w:p>
    <w:p>
      <w:r>
        <w:br/>
        <w:t>283&lt;br /&gt;</w:t>
        <w:br/>
        <w:t>Тут мовив Пінабел: "Тьєррі, піддайся!&lt;br /&gt;</w:t>
        <w:br/>
        <w:t>Себе проголошу твоїм васалом&lt;br /&gt;</w:t>
        <w:br/>
        <w:t>І володіння всі свої віддам я,&lt;br /&gt;</w:t>
        <w:br/>
        <w:t>Якщо замириш Ганелона з Карлом.&lt;br /&gt;</w:t>
        <w:br/>
        <w:t>Тьєррі у відповідь: "І думать годі!&lt;br /&gt;</w:t>
        <w:br/>
        <w:t>Погоджуся — ганьба мені довічна!&lt;br /&gt;</w:t>
        <w:br/>
        <w:t>Хай Божий суд владнає нашу справу!"&lt;br /&gt;</w:t>
        <w:br/>
        <w:t>Аой!</w:t>
      </w:r>
    </w:p>
    <w:p>
      <w:r>
        <w:br/>
        <w:t>284&lt;br /&gt;</w:t>
        <w:br/>
        <w:t>Тьєррі продовжив: "Справжній ти рубака!&lt;br /&gt;</w:t>
        <w:br/>
        <w:t>Високий, сильний, і постава гідна,&lt;br /&gt;</w:t>
        <w:br/>
        <w:t>І родичі цінують за сміливість.&lt;br /&gt;</w:t>
        <w:br/>
        <w:t>Так от! Бій припини і замирю я&lt;br /&gt;</w:t>
        <w:br/>
        <w:t>Тебе із королем. А Ганелона&lt;br /&gt;</w:t>
        <w:br/>
        <w:t>Нехай присудять до страшної страти,&lt;br /&gt;</w:t>
        <w:br/>
        <w:t>Такої, щоб довіку не забули!"&lt;br /&gt;</w:t>
        <w:br/>
        <w:t>Той відповів: "Та не гніви ти Бога!&lt;br /&gt;</w:t>
        <w:br/>
        <w:t>Честь родову паплюжить не дозволю,&lt;br /&gt;</w:t>
        <w:br/>
        <w:t>Не народився той, кому б я здався!&lt;br /&gt;</w:t>
        <w:br/>
        <w:t>Загинуть краще, аніж честь зганьбити!"&lt;br /&gt;</w:t>
        <w:br/>
        <w:t>І знов посипались мечів удари&lt;br /&gt;</w:t>
        <w:br/>
        <w:t>По шоломах з чеканкою злотого...&lt;br /&gt;</w:t>
        <w:br/>
        <w:t>Від них до неба полетіли іскри,&lt;br /&gt;</w:t>
        <w:br/>
        <w:t>Звиваючися у клуби вогнисті...&lt;br /&gt;</w:t>
        <w:br/>
        <w:t>Припинить герць лише чиясь загибель!&lt;br /&gt;</w:t>
        <w:br/>
        <w:t>Аой!</w:t>
      </w:r>
    </w:p>
    <w:p>
      <w:r>
        <w:br/>
        <w:t>285&lt;br /&gt;</w:t>
        <w:br/>
        <w:t>Був молодець той Пінабел з Соранса.&lt;br /&gt;</w:t>
        <w:br/>
        <w:t>Він у шолом ударив провансальський,&lt;br /&gt;</w:t>
        <w:br/>
        <w:t>Трава від іскр вогненних запалала.&lt;br /&gt;</w:t>
        <w:br/>
        <w:t>Удар наступний був іще влучніший.&lt;br /&gt;</w:t>
        <w:br/>
        <w:t>Кінцем меча розсік шолом на лобі,&lt;br /&gt;</w:t>
        <w:br/>
        <w:t>Сковзнуло лезо впоперек обличчя&lt;br /&gt;</w:t>
        <w:br/>
        <w:t>(Щока Тьєррі враз залилася кров'ю),&lt;br /&gt;</w:t>
        <w:br/>
        <w:t>Мечем протяв до живота аж панцир.&lt;br /&gt;</w:t>
        <w:br/>
        <w:t>Та уберіг Господь Тьєррі від смерті.&lt;br /&gt;</w:t>
        <w:br/>
        <w:t>Аой!</w:t>
      </w:r>
    </w:p>
    <w:p>
      <w:r>
        <w:br/>
        <w:t>286&lt;br /&gt;</w:t>
        <w:br/>
        <w:t>Тьєррі від рани тільки розлютився,&lt;br /&gt;</w:t>
        <w:br/>
        <w:t>Відчув, як по обличчю кров стікає,&lt;br /&gt;</w:t>
        <w:br/>
        <w:t>І вдарив Пінабела по шолому.&lt;br /&gt;</w:t>
        <w:br/>
        <w:t>Його розкраяв до самого носа&lt;br /&gt;</w:t>
        <w:br/>
        <w:t>І вибив мозок з голови додолу.&lt;br /&gt;</w:t>
        <w:br/>
        <w:t>Упав на поле Пінабел безсило.&lt;br /&gt;</w:t>
        <w:br/>
        <w:t>Удар цей вирішив всю долю бою.&lt;br /&gt;</w:t>
        <w:br/>
        <w:t>Гукають франки: "Божий суд відбувся!&lt;br /&gt;</w:t>
        <w:br/>
        <w:t>І Ганелон у зашморгу сконає,&lt;br /&gt;</w:t>
        <w:br/>
        <w:t>А з ним і родичі його загинуть!"&lt;br /&gt;</w:t>
        <w:br/>
        <w:t>Аой!</w:t>
      </w:r>
    </w:p>
    <w:p>
      <w:r>
        <w:br/>
        <w:t>287&lt;br /&gt;</w:t>
        <w:br/>
        <w:t>Отож Тьєррі взяв гору у двобої.&lt;br /&gt;</w:t>
        <w:br/>
        <w:t>Тоді король наблизився до нього&lt;br /&gt;</w:t>
        <w:br/>
        <w:t>У супроводі чотирьох баронів:&lt;br /&gt;</w:t>
        <w:br/>
        <w:t>Тут герцог Найм, сміливий Одж'єр-Данець,&lt;br /&gt;</w:t>
        <w:br/>
        <w:t>Джефрейт з Анжу, Гільйом із міста Блея.&lt;br /&gt;</w:t>
        <w:br/>
        <w:t>Обняв звитяжця щиро Імператор&lt;br /&gt;</w:t>
        <w:br/>
        <w:t>І шубою втер кров йому з обличчя.&lt;br /&gt;</w:t>
        <w:br/>
        <w:t>Відкинув закривавлену, взяв іншу.&lt;br /&gt;</w:t>
        <w:br/>
        <w:t>З Тьєррі ж зняли весь обладунок слуги,&lt;br /&gt;</w:t>
        <w:br/>
        <w:t>Допомогли на мула зручно сісти.&lt;br /&gt;</w:t>
        <w:br/>
        <w:t>Всі з радістю верталися до міста,&lt;br /&gt;</w:t>
        <w:br/>
        <w:t>А в Ахені прийшли до місця суду,&lt;br /&gt;</w:t>
        <w:br/>
        <w:t>Який мав винести свій вирок правий!</w:t>
      </w:r>
    </w:p>
    <w:p>
      <w:r>
        <w:br/>
        <w:t>ПОКАРАННЯ&lt;br /&gt;</w:t>
        <w:br/>
        <w:t>288&lt;br /&gt;</w:t>
        <w:br/>
        <w:t>Король знов кличе герцогів і графів:&lt;br /&gt;</w:t>
        <w:br/>
        <w:t>"Сеньйори, як з заручниками бути?&lt;br /&gt;</w:t>
        <w:br/>
        <w:t>Вони прийшли на захист Ганелона,&lt;br /&gt;</w:t>
        <w:br/>
        <w:t>За Пінабела віддались в заставу".&lt;br /&gt;</w:t>
        <w:br/>
        <w:t>Гукнули франки: "Всіх їх жде розправа!"&lt;br /&gt;</w:t>
        <w:br/>
        <w:t>Тивуна кличе Карл свого, Басбрюна:&lt;br /&gt;</w:t>
        <w:br/>
        <w:t>"Повісь усіх на дереві проклятім!&lt;br /&gt;</w:t>
        <w:br/>
        <w:t>Я сивою клянуся бородою:&lt;br /&gt;</w:t>
        <w:br/>
        <w:t>Бодай один втече — життя позбавлю!"&lt;br /&gt;</w:t>
        <w:br/>
        <w:t>Той відповів: "Та виконаю точно!"&lt;br /&gt;</w:t>
        <w:br/>
        <w:t>Покликав сотню слуг, вже тягнуть в'язнів...&lt;br /&gt;</w:t>
        <w:br/>
        <w:t>Всіх тридцятьох повісили як злиднів.&lt;br /&gt;</w:t>
        <w:br/>
        <w:t>Так зрадник губить сам себе та рідних...&lt;br /&gt;</w:t>
        <w:br/>
        <w:t>Аой!</w:t>
      </w:r>
    </w:p>
    <w:p>
      <w:r>
        <w:br/>
        <w:t>289&lt;br /&gt;</w:t>
        <w:br/>
        <w:t>От повернулися всі судді в місто.&lt;br /&gt;</w:t>
        <w:br/>
        <w:t>Були тут алемани і баварці,&lt;br /&gt;</w:t>
        <w:br/>
        <w:t>Бретонці, пуатвінці і нормандці.&lt;br /&gt;</w:t>
        <w:br/>
        <w:t>З усіх найбільше франки вимагали&lt;br /&gt;</w:t>
        <w:br/>
        <w:t>Ганебної для Ганелона смерті.&lt;br /&gt;</w:t>
        <w:br/>
        <w:t>Тож четверню приводять буйних коней&lt;br /&gt;</w:t>
        <w:br/>
        <w:t>И за руки й ноги в'яжуть Ганелона,&lt;br /&gt;</w:t>
        <w:br/>
        <w:t>Були ті коні дикі та шалені.&lt;br /&gt;</w:t>
        <w:br/>
        <w:t>Четвірка слуг їх випустила разом&lt;br /&gt;</w:t>
        <w:br/>
        <w:t>На луг, де випасалася кобила.&lt;br /&gt;</w:t>
        <w:br/>
        <w:t>Запроданця там смерть лиха спіткала:&lt;br /&gt;</w:t>
        <w:br/>
        <w:t>Розтягнуті, розірвані всі жили&lt;br /&gt;</w:t>
        <w:br/>
        <w:t>І видрані із тіла руки й ноги,&lt;br /&gt;</w:t>
        <w:br/>
        <w:t>А мураву червона кров зросила...&lt;br /&gt;</w:t>
        <w:br/>
        <w:t>Так Ганелон сконав, лукавий зрадник,&lt;br /&gt;</w:t>
        <w:br/>
        <w:t>Своїм щоб віроломством не хвалився.</w:t>
      </w:r>
    </w:p>
    <w:p>
      <w:r>
        <w:br/>
        <w:t>290&lt;br /&gt;</w:t>
        <w:br/>
        <w:t>Коли король звершив свою відплату,&lt;br /&gt;</w:t>
        <w:br/>
        <w:t>Покликав він єпископів французьких,&lt;br /&gt;</w:t>
        <w:br/>
        <w:t>Прелатів алеманських і баварських:&lt;br /&gt;</w:t>
        <w:br/>
        <w:t>І каже: "В нас є знатна полонянка.&lt;br /&gt;</w:t>
        <w:br/>
        <w:t>Покута, молитви переконали —&lt;br /&gt;</w:t>
        <w:br/>
        <w:t>Вже вірить в Бога і хреститись хоче.&lt;br /&gt;</w:t>
        <w:br/>
        <w:t>Обряд справляйте, хай знайде спасіння!"&lt;br /&gt;</w:t>
        <w:br/>
        <w:t>Відповіли: "Хрещені тут потрібні!&lt;br /&gt;</w:t>
        <w:br/>
        <w:t>Багато при дворі достойних й знатних".&lt;br /&gt;</w:t>
        <w:br/>
        <w:t>Зібрався натовп близ джерел столиці,&lt;br /&gt;</w:t>
        <w:br/>
        <w:t>Хрестили в них Іспанії царицю.&lt;br /&gt;</w:t>
        <w:br/>
        <w:t>Навернуту назвали Юліана —&lt;br /&gt;</w:t>
        <w:br/>
        <w:t>З доброї волі християнка стала.</w:t>
      </w:r>
    </w:p>
    <w:p>
      <w:r>
        <w:br/>
        <w:t>291&lt;br /&gt;</w:t>
        <w:br/>
        <w:t>Звершився суд правдивий. Карл Великий&lt;br /&gt;</w:t>
        <w:br/>
        <w:t>Угамував нарешті гнів свій грізний,&lt;br /&gt;</w:t>
        <w:br/>
        <w:t>Вклав Божу віру в серце Брамімонди.&lt;br /&gt;</w:t>
        <w:br/>
        <w:t>Минає день, і темна ніч надходить...&lt;br /&gt;</w:t>
        <w:br/>
        <w:t>До сну готується король в покоях,&lt;br /&gt;</w:t>
        <w:br/>
        <w:t>Та Гавриїл приніс послання Бога:&lt;br /&gt;</w:t>
        <w:br/>
        <w:t>"Час, Карле! Знов збирай свої дружини!&lt;br /&gt;</w:t>
        <w:br/>
        <w:t>Мерщій рушай в похід на Бірські землі.&lt;br /&gt;</w:t>
        <w:br/>
        <w:t>Король Вів'єн чекає допомоги,&lt;br /&gt;</w:t>
        <w:br/>
        <w:t>Невірні місто Інф взяли в облогу.&lt;br /&gt;</w:t>
        <w:br/>
        <w:t>На тебе християни уповають!"&lt;br /&gt;</w:t>
        <w:br/>
        <w:t>Так не бажав Карл знов іти в похід цей...&lt;br /&gt;</w:t>
        <w:br/>
        <w:t>Сказав: "О Боже, вже життя не миле!"&lt;br /&gt;</w:t>
        <w:br/>
        <w:t>Ридає гірко, бороду рве сиву...&lt;br /&gt;</w:t>
        <w:br/>
        <w:t>Тут і кінець настав Турольда джесті.</w:t>
      </w:r>
    </w:p>
    <w:p>
      <w:r>
        <w:br/>
        <w:t>ПРИМІТКИ</w:t>
      </w:r>
    </w:p>
    <w:p>
      <w:r>
        <w:br/>
        <w:t>1&lt;br /&gt;</w:t>
        <w:br/>
        <w:t>...Карл, Великий Імператор... — Карл І (або Великий, 742— 814) — король франків з 768 p., імператор Заходу (або Франкської держави) з 800 р.&lt;br /&gt;</w:t>
        <w:br/>
        <w:t>...провоював сім років... — насправді похід тривав кілька місяців (778).&lt;br /&gt;</w:t>
        <w:br/>
        <w:t>...підкорив до моря... — історично неправильно, до моря Карл не дійшов. Це зробив його син Людовік Благочестивий, завоювавши Барселону (801).&lt;br /&gt;</w:t>
        <w:br/>
        <w:t>...Сарагоса на горі... — географічна помилка, місто розташоване під горою.&lt;br /&gt;</w:t>
        <w:br/>
        <w:t>...цар Марсілій... — мабуть, ім'я вигадане; учені припускають, що це може бути спотворене ім'я сарагоського царя Амороза, який просив Карла зробити його своїм ленником (809). Аполлін — один з олімпійських грецьких богів (Аполлон), культ якого християни приписували мусульманам.&lt;br /&gt;</w:t>
        <w:br/>
        <w:t>Магомет — (бл. 570-632) — засновник мусульманства. Середньовічні проповідники вважали це вчення поганським, плутаючи мусульманську релігію з язичницькою. Тому в "П. про Р." сарацини зображені язичниками і поклоняються "трійці" різних богів — Аполліну, Магомету і Тервагану.&lt;br /&gt;</w:t>
        <w:br/>
        <w:t>Аой! — єдиного тлумачення цього вигуку, що повторюється після 158 тирад, не існує. Найімовірніше — це своєрідний приспів.</w:t>
      </w:r>
    </w:p>
    <w:p>
      <w:r>
        <w:br/>
        <w:t>2&lt;br /&gt;</w:t>
        <w:br/>
        <w:t>Франція-красуня — douce France ("солодка", "ніжна", "чудова", "лагідна", "приємна Франція") — традиційний епітет для характеристики Франції в епічних поемах. Під самою Францією автор розуміє або всю імперію, включаючи германські землі, або маленьку область Іль-де-Франс (Париж).&lt;br /&gt;</w:t>
        <w:br/>
        <w:t>...із маврів наймудріші... — або "сарацинів" — так називали представників арабських племен, які з початку VIII ст. намагалися завоювати Іспанію. Вільними залишилися кілька гірських королівств (Кастильське, Арагонське, Наваррське тощо). Пізніше вони стали осередками "реконкісти" ("відвоювання земель"), яка закінчилася повним визволенням Іспанії в XIII ст. Бланкандрін — вигадане ім'я; герой втілює сарацинську паралель старому і мудрому герцогу Найму, раднику Карла. Валь-Фонда — сучасне місто Вальонда (північна Іспанія).</w:t>
      </w:r>
    </w:p>
    <w:p>
      <w:r>
        <w:br/>
        <w:t>3&lt;br /&gt;</w:t>
        <w:br/>
        <w:t>Ахен... — історична столиця Карла Великого.&lt;br /&gt;</w:t>
        <w:br/>
        <w:t>...день святого Михаїла... — до XI ст. — 29 вересня, з XII ст. — 16 жовтня.&lt;br /&gt;</w:t>
        <w:br/>
        <w:t>...залишим аманатів... — тобто заручників.</w:t>
      </w:r>
    </w:p>
    <w:p>
      <w:r>
        <w:br/>
        <w:t>4&lt;br /&gt;</w:t>
        <w:br/>
        <w:t>франки — так називали французів, підданих Карла; у "П. про Р." автор не розрізняє французів і франків, хоч історичні франки — це германські племена, підкорені Карлом.</w:t>
      </w:r>
    </w:p>
    <w:p>
      <w:r>
        <w:br/>
        <w:t>5&lt;br /&gt;</w:t>
        <w:br/>
        <w:t>Кларін, Естрамаріт... Мальб єн... — вигадані імена маврів. Часом автори створюють для них імена з виразним негативним забарвленням, використовуючи французьке слово таї (зло, лихо) — Мальпрім, Мальзарон тощо.&lt;br /&gt;</w:t>
        <w:br/>
        <w:t>Баласгет — спотворена назва міста Балагер на сході від Сарагоси. ...пер Евдропін... — слова "пер" у маврів не було, воно виникає в епосі за аналогією до французьких перів; у "П. про Р." це слово означає найвище аристократичне звання, його слід розуміти як "найближчий", "бойовий друг", "рівний васал". У Карла було 12 таких перів, які становили ядро його війська. Це Роланд, Олів'єр, Івон, Іворій, Джерін, Джер'єр, Самсон, Ансеїс, Отон, Енджельєр, Берендж'єр, Джерард де Руссільйон.&lt;br /&gt;</w:t>
        <w:br/>
        <w:t>Кордови стіни... — очевидно, йдеться не про м. Кордову (понад 500 км від Сарагоси), а про містечко Корт у долині р. Ебро. ...землі ленні... — або "феоди", їх васали отримували за вірну службу від сеньйорів разом із доходами від використання цих земель. Звідси володар феоду — феодал.</w:t>
      </w:r>
    </w:p>
    <w:p>
      <w:r>
        <w:br/>
        <w:t>6&lt;br /&gt;</w:t>
        <w:br/>
        <w:t>...тисячу баронів... — такого дворянського титулу в мусульман також не було; у поемі це слово слід розуміти як символ дружби і близькості до монарха; часто заміняє поняття "лицар".</w:t>
      </w:r>
    </w:p>
    <w:p>
      <w:r>
        <w:br/>
        <w:t>8&lt;br /&gt;</w:t>
        <w:br/>
        <w:t>Граф Роланд — герой багатьох епічних французьких та італійських поем. У "П. про Р." — небіж Карла. Існує ряд поем про дитинство P., його подвиги, кохання до Альди. Одна з хронік містить свідчення про участь у Ронсевальській битві маркграфа Бретонської марки Хруодланда, не пов'язаного з Карлом родинними узами. Олів'єр — друг Роланда, вигаданий персонаж. Самсон і Ансеїс — належать до 12 перів Карла, неодноразово згадуються в інших епічних поемах.&lt;br /&gt;</w:t>
        <w:br/>
        <w:t>Джефрейт д'Анжу — герцог Джефред s Грізгонель, могутній сеньйор з роду Капетингів, королівський прапороносець у Суассонській битві (984)&lt;br /&gt;</w:t>
        <w:br/>
        <w:t>Джерін з Джерєром — з числа 12 перів, історично не засвідчені. ...грають в кості... в шахи весь поринув... — обидві гри відомі у Франції з початку XI ст.&lt;br /&gt;</w:t>
        <w:br/>
        <w:t>Вже сива голова, білобородий... — епітети Карла Великого в багатьох поемах. Під час подій "П. про Р." Карлові було лише 36 років. Автор підкреслює мудрість і досвідченість монарха, "по-старюючи" його.</w:t>
      </w:r>
    </w:p>
    <w:p>
      <w:r>
        <w:br/>
        <w:t>9&lt;br /&gt;</w:t>
        <w:br/>
        <w:t>...бізанок щирозлотих... — йдеться про золоті візантійські монети — "бізанки" ("бізантинки"), що мали широкий обіг у інших країнах.</w:t>
      </w:r>
    </w:p>
    <w:p>
      <w:r>
        <w:br/>
        <w:t>10&lt;br /&gt;</w:t>
        <w:br/>
        <w:t>В тих джерелах... — теплі джерела поблизу Ахена.</w:t>
      </w:r>
    </w:p>
    <w:p>
      <w:r>
        <w:br/>
        <w:t>12&lt;br /&gt;</w:t>
        <w:br/>
        <w:t>...Одж'єр... — або Одж'єр-Данець, популярний герой старофранцузького епосу, син данського короля, один з улюблених помічників Карла.&lt;br /&gt;</w:t>
        <w:br/>
        <w:t>Турпін-архієпископ... — архієпископ Реймса (753-754), улюблений герой багатьох епічних поем, зокрема "П. про P.". Одна з хронік розповідає про запис Турпіном подій Ронсевальської битви. ...Річард з Анрі... — Річард І Старий, або Безстрашний (пом. 996), герцог Нормандії. Про його небожа нічого не відомо. ...Ацелін... граф гасконський... — відомостей про нього не залишилося. Очевидно, щодо дворянського звання припущено історичну помилку — Гасконь тоді була герцогством. Мілон, Тедбальт із Реймса, Джер ер з Джеріном — про них нічого не відомо.&lt;br /&gt;</w:t>
        <w:br/>
        <w:t>Ганелон — можливо, його прообразом став зрадник Карла Лисого граф Ганіло, якого судили 859 p., але виправдали. Щоправда, слава зрадника так і залишилася за ним до кінця життя.</w:t>
      </w:r>
    </w:p>
    <w:p>
      <w:r>
        <w:br/>
        <w:t>14&lt;br /&gt;</w:t>
        <w:br/>
        <w:t>Нобль — сучасне містечко Наполь неподалеку від Сарагоси. Коммібль — назва вигаданого міста.&lt;br /&gt;</w:t>
        <w:br/>
        <w:t>Вальтерна — капуцинський замок у 100 км від Сарагоси. Піно, ічідела, Себілья... — містечка на шляху до Сарагоси (суч. Пенья, Тудела, Севіль).&lt;br /&gt;</w:t>
        <w:br/>
        <w:t>Базан, Базилій — можливо, герої якихось сказань. Випадки страти послів неодноразово траплялися в часи Хрестових походів. Альтілья — очевидно, назва походить від ісп. altilla — пагорб.</w:t>
      </w:r>
    </w:p>
    <w:p>
      <w:r>
        <w:br/>
        <w:t>16&lt;br /&gt;</w:t>
        <w:br/>
        <w:t>Найм — легендарний баварський герцог, мудрий радник Карла; вигадана особа.</w:t>
      </w:r>
    </w:p>
    <w:p>
      <w:r>
        <w:br/>
        <w:t>20&lt;br /&gt;</w:t>
        <w:br/>
        <w:t>...вітчим мій... — Роланд сам називає себе пасербом Ганелона. За однією версією Роланд був сином Берти, сестри Карла і Міло-на; вдруге Берта вийшла заміж за Ганелона. За іншою — сином Карла, який мав зв'язок з сестрою Гіслою, пізніше вона вийшла заміж за Ганелона.</w:t>
      </w:r>
    </w:p>
    <w:p>
      <w:r>
        <w:br/>
        <w:t>23&lt;br /&gt;</w:t>
        <w:br/>
        <w:t>...Болдуїн... — відповідно до хроніки XIII ст. синами Берти і Мілона були Роланд і Болдуїн, але про останнього говорили, що він син Ганелона.</w:t>
      </w:r>
    </w:p>
    <w:p>
      <w:r>
        <w:br/>
        <w:t>27&lt;br /&gt;</w:t>
        <w:br/>
        <w:t>...меч Морглейс... — в епічних поемах особливо важливі для лицаря речі мають особисті імена. Меч Роланда називається Дюрандаль, Карла — Джойоз, Баліганта — Прецьйоз. Пінабел — соратник Ганелона, який у кінці намагається врятувати свого сеньйора і б'ється з Тьєррі.</w:t>
      </w:r>
    </w:p>
    <w:p>
      <w:r>
        <w:br/>
        <w:t>28&lt;br /&gt;</w:t>
        <w:br/>
        <w:t>...захопив Калабрію і Пулью... — історично недостовірно, Апулії та Калабрії Карл ніколи не завойовував, це були незалежні прикордонні землі.&lt;br /&gt;</w:t>
        <w:br/>
        <w:t>до Англії доплив... — також історично хибно, Карл у Англії не був.</w:t>
      </w:r>
    </w:p>
    <w:p>
      <w:r>
        <w:br/>
        <w:t>29&lt;br /&gt;</w:t>
        <w:br/>
        <w:t>Під Каркассоном взяв... — місто-фортеця на півдні Франції, відоме ще з часів римського володарювання, проте ніким підкорене не було.&lt;br /&gt;</w:t>
        <w:br/>
        <w:t>...тримав він яблуко... — символ королівської влади, держави, на якому часом зображувалася корона підвладної країни.</w:t>
      </w:r>
    </w:p>
    <w:p>
      <w:r>
        <w:br/>
        <w:t>31&lt;br /&gt;</w:t>
        <w:br/>
        <w:t>... олександрійським шовком... — на той час Александрія (Єгипетська) конкурувала своїми шовками і парчею з подібними виробами Персії та Індії.</w:t>
      </w:r>
    </w:p>
    <w:p>
      <w:r>
        <w:br/>
        <w:t>35&lt;br /&gt;</w:t>
        <w:br/>
        <w:t>Халіф сказав... — незнання авторами мусульманських законів, зокрема статусу халіфа в арабській державі, де він був першим серед мусульман, призвело до того, що в "П. про Р." він постає як другорядна особа.</w:t>
      </w:r>
    </w:p>
    <w:p>
      <w:r>
        <w:br/>
        <w:t>40&lt;br /&gt;</w:t>
        <w:br/>
        <w:t>...йому давно за двісті... — подібне перебільшення віку Карла в устах Марсілія надає імператору особливої ваги. Взагалі гіперболи властиві епічним поемам.</w:t>
      </w:r>
    </w:p>
    <w:p>
      <w:r>
        <w:br/>
        <w:t>44&lt;br /&gt;</w:t>
        <w:br/>
        <w:t>...до Сізерського проходу... (або Сізерської брами) — ущелина в Північних Піренеях з боку Франції.</w:t>
      </w:r>
    </w:p>
    <w:p>
      <w:r>
        <w:br/>
        <w:t>46&lt;br /&gt;</w:t>
        <w:br/>
        <w:t>...на святині він меча Морглейса... — за Середньовіччя був поширений звичай вкладати в держак меча якісь святі речі, що ніби оберігали володаря від лиха. Про них Роланд докладно розповідає в епізоді прощання з власним мечем (тир. 171, 172).</w:t>
      </w:r>
    </w:p>
    <w:p>
      <w:r>
        <w:br/>
        <w:t>47&lt;br /&gt;</w:t>
        <w:br/>
        <w:t>...Тервагана... — за уявленням авторів "П. про P.", Терваган разом з Аполліном і Магометом складає святу трійцю мусульман.</w:t>
      </w:r>
    </w:p>
    <w:p>
      <w:r>
        <w:br/>
        <w:t>48&lt;br /&gt;</w:t>
        <w:br/>
        <w:t>...мангонів... — грошова одиниця маврів.&lt;br /&gt;</w:t>
        <w:br/>
        <w:t>...поцілунки в щоки, в губи... — за часів раннього феодалізму це був один із постійних і обов'язкових звичаїв, що підкреслював покірність васала своєму господареві й супроводжувався ще й потиском руки. Тут, можливо, щоб показати недосконалість цього звичаю у маврів, ручкання не згадується.</w:t>
      </w:r>
    </w:p>
    <w:p>
      <w:r>
        <w:br/>
        <w:t>49&lt;br /&gt;</w:t>
        <w:br/>
        <w:t>...покінчить з маркізом... — тобто Роландом; тут єдиний раз у "П. про Р." згадується справжній історичний титул Роланда — він був маркграфом (у VIII ст . — посада, а з XI ст. — титул, пов'язаний з володінням певним феодом — маркізатом).</w:t>
      </w:r>
    </w:p>
    <w:p>
      <w:r>
        <w:br/>
        <w:t>53&lt;br /&gt;</w:t>
        <w:br/>
        <w:t>Неподалік від Гальни... — місцезнаходження цього міста не встановлено.</w:t>
      </w:r>
    </w:p>
    <w:p>
      <w:r>
        <w:br/>
        <w:t>56&lt;br /&gt;</w:t>
        <w:br/>
        <w:t>...бачить уві сні він... — тут і в наступній тираді (а також у тирадах 185, 186) автор використав поширений в епосі прийом — у сновидіннях героя пророкуються майбутні драматичні події. ...уламки полетіли в небо... — можливе тлумачення: душі вбитих франків підносяться до неба, очевидно, до Раю.</w:t>
      </w:r>
    </w:p>
    <w:p>
      <w:r>
        <w:br/>
        <w:t>57&lt;br /&gt;</w:t>
        <w:br/>
        <w:t>...після цього сну він бачить інший... — друге сновидіння слід тлумачити, мабуть, так: на Карла чекають бурхливі події;&lt;br /&gt;</w:t>
        <w:br/>
        <w:t>ведмідь — Марсілій; поранена ним правиця Карла — Роланд;&lt;br /&gt;</w:t>
        <w:br/>
        <w:t>барс —Балігант; хірт — Роланд; вухо ведмедя — правиця Марсілія.</w:t>
      </w:r>
    </w:p>
    <w:p>
      <w:r>
        <w:br/>
        <w:t>60&lt;br /&gt;</w:t>
        <w:br/>
        <w:t>...упустив свій жезл... — протиріччя в поемі, викликане, очевидно, неуважністю переписувача, бо Ганелон упустив не жезл, а рукавицю.</w:t>
      </w:r>
    </w:p>
    <w:p>
      <w:r>
        <w:br/>
        <w:t>64&lt;br /&gt;</w:t>
        <w:br/>
        <w:t>Господар мій... — слова Готьє означають, що він був ленником (васалом) Роланда.</w:t>
      </w:r>
    </w:p>
    <w:p>
      <w:r>
        <w:br/>
        <w:t>66&lt;br /&gt;</w:t>
        <w:br/>
        <w:t>Велика Земля — так тоді називалися володіння Франції.</w:t>
      </w:r>
    </w:p>
    <w:p>
      <w:r>
        <w:br/>
        <w:t>68&lt;br /&gt;</w:t>
        <w:br/>
        <w:t>...герцоги і графи, віконти... — це аристократичні титули в європейських державах; автори поеми, явно не знаючи мусульманської суспільної ієрархії, просто перенесли європейські титули в мусульманську табель про ранги.&lt;br /&gt;</w:t>
        <w:br/>
        <w:t>...ідол Магомета... — навіть під час Хрестових походів християни сприймали мусульман як ідолопоклонників, хоч насправді араби не визнавали антропоморфних зображень.</w:t>
      </w:r>
    </w:p>
    <w:p>
      <w:r>
        <w:br/>
        <w:t>69&lt;br /&gt;</w:t>
        <w:br/>
        <w:t>Аспрійська ущелина — гірський прохід у Піренеях. Дюрстан — точне розташування не встановлено.</w:t>
      </w:r>
    </w:p>
    <w:p>
      <w:r>
        <w:br/>
        <w:t>70&lt;br /&gt;</w:t>
        <w:br/>
        <w:t>Фальзарон — ім'я утворене від слова фр. fals — брехливий, підступний.</w:t>
      </w:r>
    </w:p>
    <w:p>
      <w:r>
        <w:br/>
        <w:t>71&lt;br /&gt;</w:t>
        <w:br/>
        <w:t>Берберів цар... — бербери — одне з північноафриканських племен, з яким неодноразово билися французькі війська. Ронсеваль — містечко в Наваррській долині, з'єднаній з Францією т. зв. Роландовою брамою.</w:t>
      </w:r>
    </w:p>
    <w:p>
      <w:r>
        <w:br/>
        <w:t>73&lt;br /&gt;</w:t>
        <w:br/>
        <w:t>Моріана — містечко у верхній течії р. Ебро на шляху до церкви&lt;br /&gt;</w:t>
        <w:br/>
        <w:t>Якова Компостельського, з яким пов'язано багато легенд.</w:t>
      </w:r>
    </w:p>
    <w:p>
      <w:r>
        <w:br/>
        <w:t>74&lt;br /&gt;</w:t>
        <w:br/>
        <w:t>Торджис — сарацинський дворянин, але ім'я — нормандське. Тортелоза — сучасне місто Тортоса в долині нижньої течії р. Ебро. У 811 р. Тортелоза після довгої облоги була захоплена Людовіком Благочестивим, сином Карла Великого.</w:t>
      </w:r>
    </w:p>
    <w:p>
      <w:r>
        <w:br/>
        <w:t>75&lt;br /&gt;</w:t>
        <w:br/>
        <w:t>Ескреміт — історично не засвідчена особа.</w:t>
      </w:r>
    </w:p>
    <w:p>
      <w:r>
        <w:br/>
        <w:t>76&lt;br /&gt;</w:t>
        <w:br/>
        <w:t>Есторгант, Естрамаріт — також не засвідчені історичними джерелами особи.</w:t>
      </w:r>
    </w:p>
    <w:p>
      <w:r>
        <w:br/>
        <w:t>77&lt;br /&gt;</w:t>
        <w:br/>
        <w:t>...сибільський Маргаріт — ім'я утворено від слова "ренегат" (renegat, "віровідступник"); Сибілія — очевидно, іспанське місто Севілья.&lt;br /&gt;</w:t>
        <w:br/>
        <w:t>Сен-Деніз — суч. Сен-Дені, містечко в північній околиці Парижа, де знаходиться усипальниця французьких королів.</w:t>
      </w:r>
    </w:p>
    <w:p>
      <w:r>
        <w:br/>
        <w:t>78&lt;br /&gt;</w:t>
        <w:br/>
        <w:t>Шернубль із Нуар-Валю — цей персонаж історично не зафіксований, Нуар-Валь ("Чорний Яр") — область поблизу Сарагоси. Не сяє сонце там, хліб не зростає... — тут і далі наслідування Біблії (пісня Давида, 2 кн. Самуїла, р. І).&lt;br /&gt;</w:t>
        <w:br/>
        <w:t>...здобуду Дюрандаль... — після двобою переможець забирав меч переможеного.</w:t>
      </w:r>
    </w:p>
    <w:p>
      <w:r>
        <w:br/>
        <w:t>84&lt;br /&gt;</w:t>
        <w:br/>
        <w:t>Оліфант — єдиний у війську Карла ріг із слонової кістки, подарований монархом Роландові (від фр. elefant — слон), що уславився могутнім звуком, чутним аж "за 30 льє" (120 км).</w:t>
      </w:r>
    </w:p>
    <w:p>
      <w:r>
        <w:br/>
        <w:t>89&lt;br /&gt;</w:t>
        <w:br/>
        <w:t>Блажений мученик той, хто загине... — церква обіцяла всіх, хто загинув за Христову віру, оголосити мучениками.</w:t>
      </w:r>
    </w:p>
    <w:p>
      <w:r>
        <w:br/>
        <w:t>91&lt;br /&gt;</w:t>
        <w:br/>
        <w:t>Вельянтіф — кінь Роланда, імовірно, ім'я утворено від фр. veiller — пильнувати.</w:t>
      </w:r>
    </w:p>
    <w:p>
      <w:r>
        <w:br/>
        <w:t>92&lt;br /&gt;</w:t>
        <w:br/>
        <w:t>"Монжуа!" — бойовий клич французів, уперше засвідчений у 1119 p.; можливо, походить від фр. Mont-joie — "Гора радощів" тобто гора, яку вітали пілігрими, наближаючися до святих місць.</w:t>
      </w:r>
    </w:p>
    <w:p>
      <w:r>
        <w:br/>
        <w:t>94&lt;br /&gt;</w:t>
        <w:br/>
        <w:t>Дафан і Авірон — так звали бунтарів, які, за біблейською легендою, не послухали Мойсея і були поглинуті землею. Тут їхніми іменами названі землі.</w:t>
      </w:r>
    </w:p>
    <w:p>
      <w:r>
        <w:br/>
        <w:t>98&lt;br /&gt;</w:t>
        <w:br/>
        <w:t>...вразив альмасура... — від араб, "аль-масур" — переможець.</w:t>
      </w:r>
    </w:p>
    <w:p>
      <w:r>
        <w:br/>
        <w:t>106&lt;br /&gt;</w:t>
        <w:br/>
        <w:t>...і сімсот іще невірних... — звичайна для поеми числова гіпербола.&lt;br /&gt;</w:t>
        <w:br/>
        <w:t>Альтеклер — "високосвітлий", меч Олів'еєа, подарований добрим євреєм Іоахімом для двобою з Роландом. Поєдинок закінчився внічию (за поемою "Джирард Віанський"), і врешті суперники потоваришували.</w:t>
      </w:r>
    </w:p>
    <w:p>
      <w:r>
        <w:br/>
        <w:t>108&lt;br /&gt;</w:t>
        <w:br/>
        <w:t>Бордела — стародавня назва м. Бордо (Франція).&lt;br /&gt;</w:t>
        <w:br/>
        <w:t>...сам Юпітер допоміг... — в епоху Середньовіччя силам зла і пекла давали імена античних богів.</w:t>
      </w:r>
    </w:p>
    <w:p>
      <w:r>
        <w:br/>
        <w:t>110&lt;br /&gt;</w:t>
        <w:br/>
        <w:t>церква Сен-Мішель — церква Михайла-Спасителя на Водах була збудована в XIII ст. на морській скелі поблизу м. Авранш, досі є місцем паломництва.&lt;br /&gt;</w:t>
        <w:br/>
        <w:t>Віссант, Безансон — міста Франції.</w:t>
      </w:r>
    </w:p>
    <w:p>
      <w:r>
        <w:br/>
        <w:t>111&lt;br /&gt;</w:t>
        <w:br/>
        <w:t>"Діяння славних франків" — одна з хронік, на які автори поеми (очевидно, для надання їй більш "наукового" вигляду) неодноразово посилаються (тиради 155, 229, 271).</w:t>
      </w:r>
    </w:p>
    <w:p>
      <w:r>
        <w:br/>
        <w:t>113&lt;br /&gt;</w:t>
        <w:br/>
        <w:t>Абім — вигаданий персонаж, ім'я якого перекладається як "пекло", "вир".</w:t>
      </w:r>
    </w:p>
    <w:p>
      <w:r>
        <w:br/>
        <w:t>114&lt;br /&gt;</w:t>
        <w:br/>
        <w:t>Галафр — місто в Малій Азії, можливо, звідси ім'я його володаря.&lt;br /&gt;</w:t>
        <w:br/>
        <w:t>Валь-Метас — історично не зафіксована назва.</w:t>
      </w:r>
    </w:p>
    <w:p>
      <w:r>
        <w:br/>
        <w:t>117&lt;br /&gt;</w:t>
        <w:br/>
        <w:t>...сімох він вибив арабітів... — арабіти складали найкращу частину добірної кінноти мусульман.</w:t>
      </w:r>
    </w:p>
    <w:p>
      <w:r>
        <w:br/>
        <w:t>118&lt;br /&gt;</w:t>
        <w:br/>
        <w:t>Єрусалим здобув обманом... — можливо, цей епізод пов'язаний з історичним фактом: у 1012 р. халіф Хаким захопив Єрусалим, пограбував і зруйнував Соломонів храм, виколов очі патріархові Єремії.</w:t>
      </w:r>
    </w:p>
    <w:p>
      <w:r>
        <w:br/>
        <w:t>120&lt;br /&gt;</w:t>
        <w:br/>
        <w:t>Сотпердют — кличка коня перекладається з французької як "схиблений стрибок".</w:t>
      </w:r>
    </w:p>
    <w:p>
      <w:r>
        <w:br/>
        <w:t>122&lt;br /&gt;</w:t>
        <w:br/>
        <w:t>Каппадокійського царя — Каппадокія — тогочасна область у Малій Азії.&lt;br /&gt;</w:t>
        <w:br/>
        <w:t>Вівер, Валер'я — французькі містечка на р. Роні.</w:t>
      </w:r>
    </w:p>
    <w:p>
      <w:r>
        <w:br/>
        <w:t>130&lt;br /&gt;</w:t>
        <w:br/>
        <w:t>Альда — наречена Роланда, сестра Олів'єра. Деякі епічні поеми докладно розповідали про кохання Роланда та Альди.</w:t>
      </w:r>
    </w:p>
    <w:p>
      <w:r>
        <w:br/>
        <w:t>134&lt;br /&gt;</w:t>
        <w:br/>
        <w:t>Він Нобль здобув... — див. прим, до тиради 14. У низці поем сказано про здобуття Нобля, одна з них згадує сварку Карла і Роланда, пов'язану з цим містом.</w:t>
      </w:r>
    </w:p>
    <w:p>
      <w:r>
        <w:br/>
        <w:t>139&lt;br /&gt;</w:t>
        <w:br/>
        <w:t>І борода весь панцир закриває... — випущена на лати борода означала грізний виклик ворогу.</w:t>
      </w:r>
    </w:p>
    <w:p>
      <w:r>
        <w:br/>
        <w:t>142&lt;br /&gt;</w:t>
        <w:br/>
        <w:t>Володаря міст Бальни та Діжона... — обидва міста (Бальна — суч. Бон) знаходилися на території Бургундії, історичної області східної Франції.</w:t>
      </w:r>
    </w:p>
    <w:p>
      <w:r>
        <w:br/>
        <w:t>143&lt;br /&gt;</w:t>
        <w:br/>
        <w:t>Гармалья, Альферна, Карфаген — області та держави в Північній Африці.</w:t>
      </w:r>
    </w:p>
    <w:p>
      <w:r>
        <w:br/>
        <w:t>150&lt;br /&gt;</w:t>
        <w:br/>
        <w:t>І граф Роланд ридає... — мужні епічні герої часто плачуть, непритомніють, що не суперечило уявленню про їхню відвагу. Плачуть Карл, Марсілій, Роланд, Балігант. Ці зовнішні вияви переживань мали свідчити про силу і щирість почуттів.</w:t>
      </w:r>
    </w:p>
    <w:p>
      <w:r>
        <w:br/>
        <w:t>152&lt;br /&gt;</w:t>
        <w:br/>
        <w:t>Маельгуд — географічна назва, не відома вченим.&lt;br /&gt;</w:t>
        <w:br/>
        <w:t>Дроон — ім'я історично не зафіксоване.</w:t>
      </w:r>
    </w:p>
    <w:p>
      <w:r>
        <w:br/>
        <w:t>155&lt;br /&gt;</w:t>
        <w:br/>
        <w:t>...святий Егідій... — барон Егідій жив на межі VII — VIII ст., йому приписується авторство кількох хронік.</w:t>
      </w:r>
    </w:p>
    <w:p>
      <w:r>
        <w:br/>
        <w:t>165&lt;br /&gt;</w:t>
        <w:br/>
        <w:t>арпан — старовинна міра площі (30-50 соток). Тут — кілька метрів.</w:t>
      </w:r>
    </w:p>
    <w:p>
      <w:r>
        <w:br/>
        <w:t>172&lt;br /&gt;</w:t>
        <w:br/>
        <w:t>...меч віддати капітану... — мається на увазі "державний капітан", так називали вищих феодалів (герцогів, маркграфів, графів), які самі роздавали ділянки землі — феоди. Наступний перелік Роландом завойованих ним земель містить багато неточностей. Це можна гіпотетично пояснити тим, що автор поеми спирався не на мало відомі на той час історичні факти, а на чутки і легенди.&lt;br /&gt;</w:t>
        <w:br/>
        <w:t>Мен, Пуату, Анжу, Прованс, Аквітанія, Баварія, Фландрія — всі ці території дістав Карл у спадщину. Саксонія, Ломбардія — завойовані Карлом (відповідно 804 і 771). Бретань Карл так і не завоював, хоч і взяв заручників. Нормандія як незалежна держава ніколи не існувала. Романья — область Італії, була передана Карлом Папі Римському. Шотландія, Ірландія, Уельс, Англія, Константинополь, Болгарія, Польща — ніколи під владою Карла не були. Досі не з'ясовано, яку народність автор позначає словом "поляки". Деякі вчені вважають, що це поляни, які мешкали на території сучасної Київської області.</w:t>
      </w:r>
    </w:p>
    <w:p>
      <w:r>
        <w:br/>
        <w:t>174&lt;br /&gt;</w:t>
        <w:br/>
        <w:t>...до Неба рукавицю простягає... — за доби Середньовіччя цей жест означав визнання себе васалом або виклик на двобій. Тут Роланд таким чином оголошує себе васалом Бога.</w:t>
      </w:r>
    </w:p>
    <w:p>
      <w:r>
        <w:br/>
        <w:t>179&lt;br /&gt;</w:t>
        <w:br/>
        <w:t>...затримав біг світила... — тут використаний біблійний сюжет про чудо, явлене Богом Ісусу Навіну — сонце зупинилося до кінця битви (кн. Іс. Навіна, гл. 10, 12-13).</w:t>
      </w:r>
    </w:p>
    <w:p>
      <w:r>
        <w:br/>
        <w:t>180&lt;br /&gt;</w:t>
        <w:br/>
        <w:t>Валь-Тенебра... — у перекладі "Темний Яр", "Темний Діл", географічне розташування лишається невідомим.</w:t>
      </w:r>
    </w:p>
    <w:p>
      <w:r>
        <w:br/>
        <w:t>183&lt;br /&gt;</w:t>
        <w:br/>
        <w:t>Джойоз — від фр. joyeux — "радісний", меч Карла, з яким пов'язано багато легенд.</w:t>
      </w:r>
    </w:p>
    <w:p>
      <w:r>
        <w:br/>
        <w:t>185&lt;br /&gt;</w:t>
        <w:br/>
        <w:t>Очевидно, це перше сновидіння сповіщає про майбутню тяжку війну з африканським військом Баліганта. Останній епізод — бій Карла з левом, — можливо, пророчить бій Карла з Балігантом.</w:t>
      </w:r>
    </w:p>
    <w:p>
      <w:r>
        <w:br/>
        <w:t>186&lt;br /&gt;</w:t>
        <w:br/>
        <w:t>Друге сновидіння має прозоріший зміст. Ведмідь на ланцюгу — Ганелон, 30 інших ведмедів з Арденнського лісу — 30 родичів Ганелона, які стали на його захист; хорт — лицар Тьєррі, який викликає на двобій "найстрашнішого звіра" — Пінабела.</w:t>
      </w:r>
    </w:p>
    <w:p>
      <w:r>
        <w:br/>
        <w:t>189&lt;br /&gt;</w:t>
        <w:br/>
        <w:t>До вавилонського еміра... — йдеться не про стародавній Вавилон, державу, що існувала в Месопотамії до VI ст. до н. є., а про "Новий Вавилон" — так за доби Середньовіччя називали Каїр. Старіший за Вергілія й Гомера... — хронологічна гіпербола, оскільки Гомер жив у кінці IX-VIII ст. до н. є., Вергілій — у І ст. до. н. є.&lt;br /&gt;</w:t>
        <w:br/>
        <w:t>Александрія — місто в Єгипті, засноване Александром Македонським у 332 р. до н. є., столиця країни за часів правління Птоломідів. У VIII ст. завойована арабськими племенами.</w:t>
      </w:r>
    </w:p>
    <w:p>
      <w:r>
        <w:br/>
        <w:t>190&lt;br /&gt;</w:t>
        <w:br/>
        <w:t>Карбункулів... — у той час вірили, що дорогоцінні камені випромінюють світло.</w:t>
      </w:r>
    </w:p>
    <w:p>
      <w:r>
        <w:br/>
        <w:t>191&lt;br /&gt;</w:t>
        <w:br/>
        <w:t>Марбріз, Марбруз — вигадані міста.</w:t>
      </w:r>
    </w:p>
    <w:p>
      <w:r>
        <w:br/>
        <w:t>193&lt;br /&gt;</w:t>
        <w:br/>
        <w:t>Кларіфан і Клар'єн — вигадані імена.</w:t>
      </w:r>
    </w:p>
    <w:p>
      <w:r>
        <w:br/>
        <w:t>208&lt;br /&gt;</w:t>
        <w:br/>
        <w:t>В Ааоні буду... — сучасне французьке м. Лан, одна з резиденцій Карла. У IX — X ст. було столицею держави франків.</w:t>
      </w:r>
    </w:p>
    <w:p>
      <w:r>
        <w:br/>
        <w:t>209&lt;br /&gt;</w:t>
        <w:br/>
        <w:t>Каліферна — можливо, місцевість у Сирії.</w:t>
      </w:r>
    </w:p>
    <w:p>
      <w:r>
        <w:br/>
        <w:t>215&lt;br /&gt;</w:t>
        <w:br/>
        <w:t>Мальпалін з Нарбонни — персонаж невідомий. Нарбонна — мабуть, містечко Арбона (поблизу Біаррица) на березі Атлантичного океану.&lt;br /&gt;</w:t>
        <w:br/>
        <w:t>Петро із Рима — Карл звертається до апостола Петра, який, за уявленнями католиків, був намісником Бога і покровителем Рима.</w:t>
      </w:r>
    </w:p>
    <w:p>
      <w:r>
        <w:br/>
        <w:t>216&lt;br /&gt;</w:t>
        <w:br/>
        <w:t>Ансельм із Майянса — не відомий історикам персонаж.</w:t>
      </w:r>
    </w:p>
    <w:p>
      <w:r>
        <w:br/>
        <w:t>217&lt;br /&gt;</w:t>
        <w:br/>
        <w:t>Рабель і Гвінеман — не відомі в історії персонажі.</w:t>
      </w:r>
    </w:p>
    <w:p>
      <w:r>
        <w:br/>
        <w:t>218&lt;br /&gt;</w:t>
        <w:br/>
        <w:t>...баварці мужні... — тут історична невідповідність: баварці, як і алемани, фризи, фламанці й лотарингці (у наступних тирадах) не входили до складу військ французького короля. Це сталося пізніше, після коронації Карла І імператором Заходу (величезної Франкської держави) у 800 р.</w:t>
      </w:r>
    </w:p>
    <w:p>
      <w:r>
        <w:br/>
        <w:t>219&lt;br /&gt;</w:t>
        <w:br/>
        <w:t>Герман із Трації... — і герой, і місто не встановлені.</w:t>
      </w:r>
    </w:p>
    <w:p>
      <w:r>
        <w:br/>
        <w:t>224&lt;br /&gt;</w:t>
        <w:br/>
        <w:t>...сміливців бургундських... — лицарів з Бургундії (стара назва Бургоні — області у центральній Франції).&lt;br /&gt;</w:t>
        <w:br/>
        <w:t>...арюнський герцог... — історична помилка, Аргона не була герцогством.</w:t>
      </w:r>
    </w:p>
    <w:p>
      <w:r>
        <w:br/>
        <w:t>225&lt;br /&gt;</w:t>
        <w:br/>
        <w:t>Зі знаками... — тоді емблем ще не існувало, лицарів розпізнавали "по значках" — тобто по малюнках і фарбах на щитах. ... тримає орифламу... — від фр. "золоте полум'я", головний державний прапор війська, очевидно, був червоного кольору з малюнком. На першій орифламі (IX ст. ) Карл на малюнку одержував зелений прапор Рима від апостола Петра.</w:t>
      </w:r>
    </w:p>
    <w:p>
      <w:r>
        <w:br/>
        <w:t>226&lt;br /&gt;</w:t>
        <w:br/>
        <w:t>...врятував...Іону...; ...зберіг Ніневїі царя...; ...врятував від муки Даниїла...; Трьох хлопчиків зберіг... — джерелом усіх цих легендарних сюжетів є Біблія (Кн. пророка Іони, глави 2,3; Кн. пророка Даниїла, глави 6, 3).</w:t>
      </w:r>
    </w:p>
    <w:p>
      <w:r>
        <w:br/>
        <w:t>228&lt;br /&gt;</w:t>
        <w:br/>
        <w:t>Прецьйоз — від фр. pre.de.ux — "цінний", "коштовний", меч Баліганта; називався так через те, що його держак був оздоблений коштовним камінням.</w:t>
      </w:r>
    </w:p>
    <w:p>
      <w:r>
        <w:br/>
        <w:t>229&lt;br /&gt;</w:t>
        <w:br/>
        <w:t>...в джестах пишуть... — автор спирається на різні джести, а не тільки на згадану вище джесту "Діяння славних франків".</w:t>
      </w:r>
    </w:p>
    <w:p>
      <w:r>
        <w:br/>
        <w:t>230&lt;br /&gt;</w:t>
        <w:br/>
        <w:t>За інших не даю і рукавиці! — тобто інші нічого не варті.</w:t>
      </w:r>
    </w:p>
    <w:p>
      <w:r>
        <w:br/>
        <w:t>231&lt;br /&gt;</w:t>
        <w:br/>
        <w:t>Торлей, Дапаморт — невідомі персонажі.&lt;br /&gt;</w:t>
        <w:br/>
        <w:t>лютичі — слов'янське плем'я, що мешкало на території сучасної Померанії (головне місто Щецин); християнізоване після тривалої боротьби лише у XII ст.&lt;br /&gt;</w:t>
        <w:br/>
        <w:t>Черіант, Валь-Маркіз — географічне розташування не відоме.</w:t>
      </w:r>
    </w:p>
    <w:p>
      <w:r>
        <w:br/>
        <w:t>232&lt;br /&gt;</w:t>
        <w:br/>
        <w:t>У цій тираді наведені назви багатьох народів і племен різних континентів. Багато з них історично зафіксовані, але значна частина до цього часу не ідентифікована, якщо взагалі не вигадана. Бутентрот — назва небезпечної ущелини в Малій Азії. Пізніше цю назву почали плутати з Бутінтро (область північно-західної Греції — Епір), де, за переказами, пройшло дитинство Іуди. мілцни — можливо, мілцени, слов'янські племена, що проживали у верхів'ях р. Ельби.&lt;br /&gt;</w:t>
        <w:br/>
        <w:t>блоси — можливо, інша назва — волохи і навіть руси. брюни — сакси. славонці — слов'яни. серби — сербські племена.&lt;br /&gt;</w:t>
        <w:br/>
        <w:t>сорби — серби — лужичани, з якими Карл воював у 789 p., тоді ще були поганцями.&lt;br /&gt;</w:t>
        <w:br/>
        <w:t>вірмени — неодноразово вступали в союз з мусульманами, тому автори джест і їх самих уважали мусульманами, хоча ті були християнами.&lt;br /&gt;</w:t>
        <w:br/>
        <w:t>маври чорні — тобто негри.&lt;br /&gt;</w:t>
        <w:br/>
        <w:t>Єрихон — палестинське місто, захоплене арабами. гроси — імовірно, грузини. Баліда — очевидно, сирійське місто Баліс.</w:t>
      </w:r>
    </w:p>
    <w:p>
      <w:r>
        <w:br/>
        <w:t>233&lt;br /&gt;</w:t>
        <w:br/>
        <w:t>...огидних хананеїв... — семітичне плем'я з Малої Азії, ненависне християнам; їхня назва стала в лицарів навіть лайкою. Валь-Фюїт — географічне розташування не відоме. печеніги — часто були на службі у візантійських імператорів, тому стали відомими під час Хрестових походів. сольтри — про це плем'я історики нічого не знають. авари — плем'я, розбите і майже знищене сином Карла Піпіном.&lt;br /&gt;</w:t>
        <w:br/>
        <w:t>угличі — слов'янське плем'я, що селилося в нижній течії Дністра і Прута, пізніше асимілювалося з тюрками.&lt;br /&gt;</w:t>
        <w:br/>
        <w:t>ормалеї — балтійське плем'я (його ще називали жмудь).&lt;br /&gt;</w:t>
        <w:br/>
        <w:t>плем'я Самуїла — можливо, болгари, названі так за ім'ям свого царя Самуїла.&lt;br /&gt;</w:t>
        <w:br/>
        <w:t>прусси — мабуть, балтійські племена, що проживали на території Пруссії.&lt;br /&gt;</w:t>
        <w:br/>
        <w:t>словенці — слов'яни.&lt;br /&gt;</w:t>
        <w:br/>
        <w:t>...з Пустелі окціанці — можливо, маються на увазі тюркські племена з басейну р. Аму-Дар'ї.</w:t>
      </w:r>
    </w:p>
    <w:p>
      <w:r>
        <w:br/>
        <w:t>234&lt;br /&gt;</w:t>
        <w:br/>
        <w:t>У цій тираді найбільше вигаданих імен та назв.&lt;br /&gt;</w:t>
        <w:br/>
        <w:t>...велетні Мальпрузи... — невідома країна.&lt;br /&gt;</w:t>
        <w:br/>
        <w:t>гуни — плем'я було знищене ще аварами на початку VI ст., але назва виявилася живучою і пізніше гунами називали самих аварів, а потім мадярів.&lt;br /&gt;</w:t>
        <w:br/>
        <w:t>мадяри — угорці; християни, хоч автори джест через ненависть до лицарів-грабіжників відносили їх до мусульман.&lt;br /&gt;</w:t>
        <w:br/>
        <w:t>Балдіза-Лонга, Валь-Піноза, Жуа, Мароза — не відомі в історії назви.&lt;br /&gt;</w:t>
        <w:br/>
        <w:t>астримонтійці — історичне плем'я з Малої Азії.&lt;br /&gt;</w:t>
        <w:br/>
        <w:t>леї — можливо, фіни чи поляки (ляхи).&lt;br /&gt;</w:t>
        <w:br/>
        <w:t>Аргуйль — м. Арголь у Малій Азії.&lt;br /&gt;</w:t>
        <w:br/>
        <w:t>Кларбони — історичне місцезнаходження не з'ясоване.</w:t>
      </w:r>
    </w:p>
    <w:p>
      <w:r>
        <w:br/>
        <w:t>237&lt;br /&gt;</w:t>
        <w:br/>
        <w:t>...Амбор із Оліферни... — ім'я Амбора вигадане, Оліферна — невідома місцевість.</w:t>
      </w:r>
    </w:p>
    <w:p>
      <w:r>
        <w:br/>
        <w:t>238&lt;br /&gt;</w:t>
        <w:br/>
        <w:t>Канабей — вигаданий персонаж.&lt;br /&gt;</w:t>
        <w:br/>
        <w:t>Флоридея, Валь-Севре — географічні назви, місцезнаходження не встановлено.</w:t>
      </w:r>
    </w:p>
    <w:p>
      <w:r>
        <w:br/>
        <w:t>252&lt;br /&gt;</w:t>
        <w:br/>
        <w:t>Баскль — можливо, країна басків, які також протистояли військам франків.</w:t>
      </w:r>
    </w:p>
    <w:p>
      <w:r>
        <w:br/>
        <w:t>254&lt;br /&gt;</w:t>
        <w:br/>
        <w:t>енфри — про цю народність історичних свідчень немає.</w:t>
      </w:r>
    </w:p>
    <w:p>
      <w:r>
        <w:br/>
        <w:t>267&lt;br /&gt;</w:t>
        <w:br/>
        <w:t>...олтар святого Северина... — йдеться про базиліку св. Севери— на, один із найдавніших храмів Франції.&lt;br /&gt;</w:t>
        <w:br/>
        <w:t>...переплив Джиронду — Жиронда — річка, утворена злиттям Гаронни й Дордони.&lt;br /&gt;</w:t>
        <w:br/>
        <w:t>...супроводжав до Блея... — м. Блей у нижній течії Жиронди.&lt;br /&gt;</w:t>
        <w:br/>
        <w:t>...храмі Сен-Ромена... — стародавній храм у м. Блей.</w:t>
      </w:r>
    </w:p>
    <w:p>
      <w:r>
        <w:br/>
        <w:t>268&lt;br /&gt;</w:t>
        <w:br/>
        <w:t>Луї, Людовік — Людовік І Благочестивий, син Карла, король Франції, імператор Заходу (814-840). У 801 р. підкорив Барселону, сприяв розширенню французьких володінь в Іспанії.</w:t>
      </w:r>
    </w:p>
    <w:p>
      <w:r>
        <w:br/>
        <w:t>269&lt;br /&gt;</w:t>
        <w:br/>
        <w:t>...велику шану Альді... — у монастирі св. Фарона (поблизу містечка Мо) був установлений пам'ятник Альді, що існував до XV ст.</w:t>
      </w:r>
    </w:p>
    <w:p>
      <w:r>
        <w:br/>
        <w:t>271&lt;br /&gt;</w:t>
        <w:br/>
        <w:t>Король... покликав суддів... — відповідно до феодального права король не міг самостійно судити васала, той підлягав "суду рівних", які скликалися з різних кінців держави. Король не входив до складу суддів, міг бути лише обвинувачем, а остаточний вирок виносили його васали. ...святого день Сільвестра... — 31 грудня.</w:t>
      </w:r>
    </w:p>
    <w:p>
      <w:r>
        <w:br/>
        <w:t>274&lt;br /&gt;</w:t>
        <w:br/>
        <w:t>Соранс — можливо, Соранс у Піренеях.</w:t>
      </w:r>
    </w:p>
    <w:p>
      <w:r>
        <w:br/>
        <w:t>278&lt;br /&gt;</w:t>
        <w:br/>
        <w:t>"Заручники потрібні!" — у подібних двобоях ("Божого суду") обов'язковою умовою було взяття під варту заручників обох учасників поєдинку. В разі поразки одного з бійців могли бути покарані й усі його заручники, але це залежало від рішення суду.</w:t>
      </w:r>
    </w:p>
    <w:p>
      <w:r>
        <w:br/>
        <w:t>284&lt;br /&gt;</w:t>
        <w:br/>
        <w:t>Честь родову паплюжить не дозволю... — тут ідеться про традиційний захист феодалами інтересів родичів (і цілого роду) від сваволі монарха.</w:t>
      </w:r>
    </w:p>
    <w:p>
      <w:r>
        <w:br/>
        <w:t>288&lt;br /&gt;</w:t>
        <w:br/>
        <w:t>...на дереві проклятім... — тобто на осиці; за біблійною легендою, на ній повісився Іуда, з тих пір дерево вважалося проклятим самим Богом.</w:t>
      </w:r>
    </w:p>
    <w:p>
      <w:r>
        <w:br/>
        <w:t>289&lt;br /&gt;</w:t>
        <w:br/>
        <w:t>Є дві версії оповіді про страту Ганелона. Згідно з однією жеребців з прив'язаним до них зрадником слуги женуть "туди, де в полі джерело дзюрчало". За другою — туди, де "в полі випасалася кобила". В російсько-українських перекладах друга версія досі не наводилася.</w:t>
      </w:r>
    </w:p>
    <w:p>
      <w:r>
        <w:br/>
        <w:t>291&lt;br /&gt;</w:t>
        <w:br/>
        <w:t>Бірські землі, Інф, Вів'єн... — ці географічні назви та ім'я короля досі не ідентифіковані.&lt;br /&gt;</w:t>
        <w:br/>
        <w:t>Тут і кінець настав Турольда джесті... — загадкова фраза, яку тлумачать по-різному. Вкритим таємницею лишається також особистість самого Турольда. Це ім'я неодноразово згадується у різних хроніках. Можливо, один з Турольдів був причетний до "Пісні про Роланда". Але ким він був? Автором? Переписувачем? Простим писарчуком? Відповіді нема і навряд чи буде!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Роланда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