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перший сніг</w:t>
      </w:r>
    </w:p>
    <w:p>
      <w:r>
        <w:br/>
        <w:t xml:space="preserve"> Вночі сьогодні сніг ішов.&lt;br /&gt;</w:t>
        <w:br/>
        <w:t>Чому до мене не прийшла, ти знов&lt;br /&gt;</w:t>
        <w:br/>
        <w:t>Мене вгорнути в теплий свій покров?&lt;br /&gt;</w:t>
        <w:br/>
        <w:t>Я рано встав, і вийшов я на сніг&lt;br /&gt;</w:t>
        <w:br/>
        <w:t>Шукать слідів твоїх маленьких ніг.</w:t>
      </w:r>
    </w:p>
    <w:p>
      <w:r>
        <w:br/>
        <w:t>Засніжено верійський шлях,&lt;br /&gt;</w:t>
        <w:br/>
        <w:t>Застелено лапатим снігом дах,&lt;br /&gt;</w:t>
        <w:br/>
        <w:t>Скрізь білий шар — на площах і домах.&lt;br /&gt;</w:t>
        <w:br/>
        <w:t>Так само біло квітнуть навесні&lt;br /&gt;</w:t>
        <w:br/>
        <w:t>Садочки в Імеретії рясні.</w:t>
      </w:r>
    </w:p>
    <w:p>
      <w:r>
        <w:br/>
        <w:t>Як пишно розцвіло у нас,&lt;br /&gt;</w:t>
        <w:br/>
        <w:t>Як радісно в світанку тихий час&lt;br /&gt;</w:t>
        <w:br/>
        <w:t>Од цих грудневих сріберних прикрас!&lt;br /&gt;</w:t>
        <w:br/>
        <w:t>Як сніг тбіліські кипариси вкрив,&lt;br /&gt;</w:t>
        <w:br/>
        <w:t>Мов щедрий цвіт імеретинських слив!</w:t>
      </w:r>
    </w:p>
    <w:p>
      <w:r>
        <w:br/>
        <w:t>Чи то блищать віддалеки&lt;br /&gt;</w:t>
        <w:br/>
        <w:t>Засипані завією гілки,&lt;br /&gt;</w:t>
        <w:br/>
        <w:t>Чи мають білі повстяні шапки?&lt;br /&gt;</w:t>
        <w:br/>
        <w:t>Чи то шатри військові із Авчал&lt;br /&gt;</w:t>
        <w:br/>
        <w:t>Розкинулись в Тбілісі на привал?</w:t>
      </w:r>
    </w:p>
    <w:p>
      <w:r>
        <w:br/>
        <w:t>Які сніги розкішні скрізь!&lt;br /&gt;</w:t>
        <w:br/>
        <w:t>Сади, будинки, вулиці вдяглись&lt;br /&gt;</w:t>
        <w:br/>
        <w:t>В мережива сліпучо-білу низь.&lt;br /&gt;</w:t>
        <w:br/>
        <w:t>Мене так втішив перший блиск снігів,&lt;br /&gt;</w:t>
        <w:br/>
        <w:t>Як ще недавно я весні радів.</w:t>
      </w:r>
    </w:p>
    <w:p>
      <w:r>
        <w:br/>
        <w:t>Мене втішає ця пора,&lt;br /&gt;</w:t>
        <w:br/>
        <w:t>І сонце, й дощ, і вітер, і жара,-&lt;br /&gt;</w:t>
        <w:br/>
        <w:t>В природи стільки вроди і добра,&lt;br /&gt;</w:t>
        <w:br/>
        <w:t>Та що, кохана, в неї краще є,&lt;br /&gt;</w:t>
        <w:br/>
        <w:t>Ніш ти сама, ніж почуття твоє?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